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2024教师外出培训心得体会（33篇）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2024教师外出培训心得体会（通用33篇）</w:t>
      </w:r>
      <w:r>
        <w:rPr>
          <w:lang w:eastAsia="zh-CN"/>
        </w:rPr>
        <w:br/>
      </w:r>
      <w:r>
        <w:rPr>
          <w:lang w:eastAsia="zh-CN"/>
        </w:rPr>
        <w:t xml:space="preserve">    2024教师外出培训心得体会 篇1 </w:t>
      </w:r>
      <w:r>
        <w:rPr>
          <w:lang w:eastAsia="zh-CN"/>
        </w:rPr>
        <w:br/>
      </w:r>
      <w:r>
        <w:rPr>
          <w:lang w:eastAsia="zh-CN"/>
        </w:rPr>
        <w:t>　　作为一名教师，任何一次外出听课都是我们学习的大好机会，从中可以取得真实课堂教学中的经验。在__小学我们分别听了将__老师的《鸭》和__小学《晏子》三节课，精彩的课堂感染了每位学生以及在座的老师。赞叹之余，更多是深深的沉思，为什么会有如此的魅力？心得体会如下：</w:t>
      </w:r>
      <w:r>
        <w:rPr>
          <w:lang w:eastAsia="zh-CN"/>
        </w:rPr>
        <w:br/>
      </w:r>
      <w:r>
        <w:rPr>
          <w:lang w:eastAsia="zh-CN"/>
        </w:rPr>
        <w:t>　　一、吃透教材是最根本的</w:t>
      </w:r>
      <w:r>
        <w:rPr>
          <w:lang w:eastAsia="zh-CN"/>
        </w:rPr>
        <w:br/>
      </w:r>
      <w:r>
        <w:rPr>
          <w:lang w:eastAsia="zh-CN"/>
        </w:rPr>
        <w:t>　　老师的语文功底扎实，语文素养要高，深入研读教材。</w:t>
      </w:r>
      <w:r>
        <w:rPr>
          <w:lang w:eastAsia="zh-CN"/>
        </w:rPr>
        <w:br/>
      </w:r>
      <w:r>
        <w:rPr>
          <w:lang w:eastAsia="zh-CN"/>
        </w:rPr>
        <w:t>　　例如：教师在文章的指点，列举问题等方面，他们都明确指出，便于学生理解并从文章中找出，尤其是对于自主学习能力较强的中学生来说，教师的辅助指导所起的作用是无比大的。</w:t>
      </w:r>
      <w:r>
        <w:rPr>
          <w:lang w:eastAsia="zh-CN"/>
        </w:rPr>
        <w:br/>
      </w:r>
      <w:r>
        <w:rPr>
          <w:lang w:eastAsia="zh-CN"/>
        </w:rPr>
        <w:t>　　二、驾驭课堂教学能力要高</w:t>
      </w:r>
      <w:r>
        <w:rPr>
          <w:lang w:eastAsia="zh-CN"/>
        </w:rPr>
        <w:br/>
      </w:r>
      <w:r>
        <w:rPr>
          <w:lang w:eastAsia="zh-CN"/>
        </w:rPr>
        <w:t>　　巧用心思，精心设计，从学生出发备课是必不可少的。</w:t>
      </w:r>
      <w:r>
        <w:rPr>
          <w:lang w:eastAsia="zh-CN"/>
        </w:rPr>
        <w:br/>
      </w:r>
      <w:r>
        <w:rPr>
          <w:lang w:eastAsia="zh-CN"/>
        </w:rPr>
        <w:t>　　从这些节课可以看的出来，由于在备课时已经“预测”到学生会提这样的问题，因此，这些老师在指导学生解决这个问题的过程，显得尤为巧妙，具有艺术性。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整个过程她都没有作正面的解释性回答，而是让学生描述自己的答案，在言语实践中自然感悟问题的答案。</w:t>
      </w:r>
      <w:r>
        <w:rPr>
          <w:lang w:eastAsia="zh-CN"/>
        </w:rPr>
        <w:br/>
      </w:r>
      <w:r>
        <w:rPr>
          <w:lang w:eastAsia="zh-CN"/>
        </w:rPr>
        <w:t>　　三、简简单单教语文，静下心来钻课文</w:t>
      </w:r>
      <w:r>
        <w:rPr>
          <w:lang w:eastAsia="zh-CN"/>
        </w:rPr>
        <w:br/>
      </w:r>
      <w:r>
        <w:rPr>
          <w:lang w:eastAsia="zh-CN"/>
        </w:rPr>
        <w:t>　　当学生提出问题时，他们没有简单化处理，而是引导学生来联系自己，从实际出发，进而得到情感世界的升华和丰富。</w:t>
      </w:r>
      <w:r>
        <w:rPr>
          <w:lang w:eastAsia="zh-CN"/>
        </w:rPr>
        <w:br/>
      </w:r>
      <w:r>
        <w:rPr>
          <w:lang w:eastAsia="zh-CN"/>
        </w:rPr>
        <w:t>　　这些老师通观年龄，都比较年轻，相对来说也是一名新教师，却彰显出非浅的功底和教学智慧。</w:t>
      </w:r>
      <w:r>
        <w:rPr>
          <w:lang w:eastAsia="zh-CN"/>
        </w:rPr>
        <w:br/>
      </w:r>
      <w:r>
        <w:rPr>
          <w:lang w:eastAsia="zh-CN"/>
        </w:rPr>
        <w:t>　　榜样就在身边，我要更加努力！路漫漫其修远兮，吾将上下而求索＂。</w:t>
      </w:r>
      <w:r>
        <w:rPr>
          <w:lang w:eastAsia="zh-CN"/>
        </w:rPr>
        <w:br/>
      </w:r>
      <w:r>
        <w:rPr>
          <w:lang w:eastAsia="zh-CN"/>
        </w:rPr>
        <w:t>　　一天之中，感受颇多，教文本的同时，更注重能力的培养，在熟读中体味作者的情感，实现作者与读者的心灵共振，语文课很有语文味，是几位老师的共同之处。</w:t>
      </w:r>
      <w:r>
        <w:rPr>
          <w:lang w:eastAsia="zh-CN"/>
        </w:rPr>
        <w:br/>
      </w:r>
      <w:r>
        <w:rPr>
          <w:lang w:eastAsia="zh-CN"/>
        </w:rPr>
        <w:t>　　回顾自己_年的教书生涯，比较之下，顿生感慨：教书难，教好书更难！身为新课程改革一线的语文老师更应该锤炼语文功底，加强文化底蕴，焕发语言魅力，这样才能真正成为一位不负众望的好老师。</w:t>
      </w:r>
      <w:r>
        <w:rPr>
          <w:lang w:eastAsia="zh-CN"/>
        </w:rPr>
        <w:br/>
      </w:r>
      <w:r>
        <w:rPr>
          <w:lang w:eastAsia="zh-CN"/>
        </w:rPr>
        <w:t xml:space="preserve">    2024教师外出培训心得体会 篇2 </w:t>
      </w:r>
      <w:r>
        <w:rPr>
          <w:lang w:eastAsia="zh-CN"/>
        </w:rPr>
        <w:br/>
      </w:r>
      <w:r>
        <w:rPr>
          <w:lang w:eastAsia="zh-CN"/>
        </w:rPr>
        <w:t>　　20__年4月7日——4月13日，我与其他三位老师到德宏州幼儿园进行学习，几天的学习活动让我感觉收益非浅，感想颇多，现在把自己的一点体会说一说。</w:t>
      </w:r>
      <w:r>
        <w:rPr>
          <w:lang w:eastAsia="zh-CN"/>
        </w:rPr>
        <w:br/>
      </w:r>
      <w:r>
        <w:rPr>
          <w:lang w:eastAsia="zh-CN"/>
        </w:rPr>
        <w:t>　　一、老师本身就是探索发现学习者。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在学习的过程中，我的第一个收获就是这个观点。为什么这样说呢?在我们历来的教育教学活动中，教师都在设计怎样进行活动，要让孩子达个什么样的目标。其实，首先应该考虑的是教师通过本次活动的设计能使教师得到什么样的收获。</w:t>
      </w:r>
      <w:r>
        <w:rPr>
          <w:lang w:eastAsia="zh-CN"/>
        </w:rPr>
        <w:br/>
      </w:r>
      <w:r>
        <w:rPr>
          <w:lang w:eastAsia="zh-CN"/>
        </w:rPr>
        <w:t>　　要让孩子学习知识，教师必须先要理解这一方面的知识。俗语说：“要让孩子有半桶水，老师必须有一桶水”。现在我感觉这个说法对一名现代的幼儿教师来说是不行的，“要让孩子有半桶水，老师必须有三桶或是更多桶的水”。现在的幼儿教育正处在百家争鸣的阶段，各家都在探索自己的教育方法与新的教育理念。面对现代的要求，一名幼儿教师不仅只是会弹、唱、跳、画，更重要的是要有探索、发现、学习、进取的好品质。一名幼儿教师不仅只是会讲讲故事，会说说道理，更重要的是要能在现实生活中找出让孩子感兴趣的话题、有探索意义的内容、能激发参与的方法、可以引发学习欲望的过程等等。因此，我认为作为一名现代的幼儿教师，首先本身就是一名探索发现学习者。</w:t>
      </w:r>
      <w:r>
        <w:rPr>
          <w:lang w:eastAsia="zh-CN"/>
        </w:rPr>
        <w:br/>
      </w:r>
      <w:r>
        <w:rPr>
          <w:lang w:eastAsia="zh-CN"/>
        </w:rPr>
        <w:t>　　二、老师本身就是问题争执讨论者。</w:t>
      </w:r>
      <w:r>
        <w:rPr>
          <w:lang w:eastAsia="zh-CN"/>
        </w:rPr>
        <w:br/>
      </w:r>
      <w:r>
        <w:rPr>
          <w:lang w:eastAsia="zh-CN"/>
        </w:rPr>
        <w:t>　　在一个活动的组织中，老师们常常会设下这样那样的问题引导幼儿进行讨论，而老师常常会把自己解放出争执讨论者的身份。其实在这种时候，教师更应该参加到问题的争执讨论中，把自己的身份转为孩子，与孩子一起争执讨论同一个问题，不断的争执讨论中引导幼儿的思维向逻辑性、科学性发展。因此，我认为作为一名现代的幼儿教师，本身还应该是一名问题争执讨论者。</w:t>
      </w:r>
      <w:r>
        <w:rPr>
          <w:lang w:eastAsia="zh-CN"/>
        </w:rPr>
        <w:br/>
      </w:r>
      <w:r>
        <w:rPr>
          <w:lang w:eastAsia="zh-CN"/>
        </w:rPr>
        <w:t>　　三、老师本身是一名成功的“懒人”。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我们住常的教育教学活动中，教师常常为了一个活动而做许许多多的准备工作，其实，老师应该做一名成功的“懒人”。只有让孩子自己动手，孩子才能有体验与收获;只有让孩子充分参与，孩子才能有探索与创新。因此，只要能让孩子做的，老师一定不动手。做一个成功的“懒人”。</w:t>
      </w:r>
      <w:r>
        <w:rPr>
          <w:lang w:eastAsia="zh-CN"/>
        </w:rPr>
        <w:br/>
      </w:r>
      <w:r>
        <w:rPr>
          <w:lang w:eastAsia="zh-CN"/>
        </w:rPr>
        <w:t>　　以上是我个人的一点点心得，当然还有待于自己的提高，相信以后我会不放过任何一次学习的机会，使自己得到不断提高。</w:t>
      </w:r>
      <w:r>
        <w:rPr>
          <w:lang w:eastAsia="zh-CN"/>
        </w:rPr>
        <w:br/>
      </w:r>
      <w:r>
        <w:rPr>
          <w:lang w:eastAsia="zh-CN"/>
        </w:rPr>
        <w:t xml:space="preserve">    2024教师外出培训心得体会 篇3 </w:t>
      </w:r>
      <w:r>
        <w:rPr>
          <w:lang w:eastAsia="zh-CN"/>
        </w:rPr>
        <w:br/>
      </w:r>
      <w:r>
        <w:rPr>
          <w:lang w:eastAsia="zh-CN"/>
        </w:rPr>
        <w:t>　　在此次小学语文专题培训中，教师认真详细地给全体语文教师分年段解读了小学语文教学大纲、课程标准的修订，修订后的课程标准跟原来的实验稿有哪些区别，从课程理念的调整、教学目标的升和降、教学建议等方面进行了明确具体地阐述，为我们指明了今后阅读教学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要把课标理念与具体课例以及自己丰富的从教经历相结合，生动幽默、深入浅出地讲述了阅读教学该怎样从学生这一学习主体出发进行教学，如何正确有效地在日常教学中地把握好教学目标的阶段性；阅读教学如何根据各年段的学生特点找准起点，抓住重点，更深刻把握年段目标。具体全面的解析了各年段目标，总的概括为低年级学段：字识得巩固、写得端正；能正确朗读；在背诵中积累词句；敢于说、乐于写。中年级学段目标是：进一步加强识字能力，加强朗读学习；继续加强词句训练，加强段的训练，向篇过渡；多读书、重积累；自由表达；有内容、有真情；在口语交际中要听懂、说得通。高年级学段目标是有较强识字学词能力，把字写美观；会朗读、默读、略读、浏览；在词段练习基础上加强篇的训练；会写记事作文、想象作文、应用文等等。</w:t>
      </w:r>
      <w:r>
        <w:rPr>
          <w:lang w:eastAsia="zh-CN"/>
        </w:rPr>
        <w:br/>
      </w:r>
      <w:r>
        <w:rPr>
          <w:lang w:eastAsia="zh-CN"/>
        </w:rPr>
        <w:t>　　强调小学课本不是全部的教学内容，学生阅读数量要增加，多阅读经典书籍。我们语文教师要学会借助课文这个例子进行语文能力训练，从课文提供的语文材料出发找准三个点：即语言训练点、能力培养点、方法习得点，抓好小学生阅读和积累，进行有效的口语交际训练和作文教学，激励学生到生活中去学习语文知识，获得对自然、社会、人生的有益启示。</w:t>
      </w:r>
      <w:r>
        <w:rPr>
          <w:lang w:eastAsia="zh-CN"/>
        </w:rPr>
        <w:br/>
      </w:r>
      <w:r>
        <w:rPr>
          <w:lang w:eastAsia="zh-CN"/>
        </w:rPr>
        <w:t>　　我非常清楚“不经一番寒彻骨，哪得梅花扑鼻香”，我也始终信奉“他山之石，可以攻玉”的信条，要想成为一名优秀的语文教师，就要努力提高自身素质，理论水平，教育科研能力和课堂教学能力。没有深厚的积淀，没有长期的浸沉，何来“腹有诗书气自华”，此次培训，也让我们意识到一名优秀的语文教师应是永不枯竭的河海，只有广阔的知识，饱满的激情，横溢的才华，才能浇灌祖国未来鲜艳的花朵。我将用我的所学指导我的教学，在小学语文教学的天地里开出美丽之花。</w:t>
      </w:r>
      <w:r>
        <w:rPr>
          <w:lang w:eastAsia="zh-CN"/>
        </w:rPr>
        <w:br/>
      </w:r>
      <w:r>
        <w:rPr>
          <w:lang w:eastAsia="zh-CN"/>
        </w:rPr>
        <w:t xml:space="preserve">    2024教师外出培训心得体会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为期四天的“儿童音乐剧师资培训”活动结束了，来自北京的刘鑫鹏讲师让我体会到了全新的课堂模式，这绝对是一次“伤脑”之旅。脑洞大开的四天的培训安排的满满当当，全是干货。这次的培训是我工作以来参加的最有意思，也最特别得一次，在申报时就已经对这个培训内容心存期许，根据课程安排就开始暗暗的设想上课时的情景，在这次得培训中不像以往每天上下午分不同的老师来给我们上理论课，而是从头到尾由刘鑫鹏讲师和他的两位同伴一起从解读幼少儿艺术教育市场、解码未来孩子的核心竞争力、幼少儿戏剧表演的教学基础方法、如何玩转试听课等方面为老师们解读幼少儿戏剧，将专业的幼少儿戏剧教程带给我们。老师们都是演员出生，所以更多的带给我们的是舞台上的经验，包括家长们想看到的演出是怎样的。说到舞台剧我们接触最多的是儿童绘本剧。没有遇到要排练绘本剧，大家都会烦恼人员的安排，怎样把短短的绘本剧拍的生动有趣，孩子角色分配上戏份的多少等等。</w:t>
      </w:r>
      <w:r>
        <w:rPr>
          <w:lang w:eastAsia="zh-CN"/>
        </w:rPr>
        <w:br/>
      </w:r>
      <w:r>
        <w:rPr>
          <w:lang w:eastAsia="zh-CN"/>
        </w:rPr>
        <w:t>　　我们日常中排演绘本的'时候更多的是复刻绘本中的内容，刘老师告诉我们在舞台上没有绝对的主角，也没有绝对的配角，在戏剧中最主要的是取得配合的快乐，表演课不能独立进行，若要开展一节表演活动在活动前就要慢慢渗透和提前对本次课堂的一些元素进行练习。例如：一只小狗口渴了要到河对面去喝水。那么你如何通过那么一句简短的话上出完整的表演活动？我对这一点十分费解，在培训前我肯定会请几个小朋友来学习小狗的样子，表演小狗去喝水的情景，就完事了，然而怎么都撑不到一堂课的时间。而在刘老师的讲解中我找到了答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四天下来是一个从无到有的过程，讲师以服务于每位参加培训的老师本身教学理念贯彻始终，拒绝“填鸭式”的教学，真切带领老师从简单易懂的热身环节开始，循序渐进地打开全新的教学思路和模式，让老师对戏剧有一个新的认知和体验。汇报演出一直以来是孩子、老师、家长们所关心的切实问题。如何呈现一台优质的汇报演出，是每一位老师最迫切提升和在意的学习内容。在剧目编排过程中，老师们带着各自的教学经验和学习热情出现在课堂，从剧本的选择、角色的塑造、舞台布置、道具制作等多维度的实战学习，让每一位老师亲身参与编、排、导、演，将实际编排时会出现的问题及时反馈并得以解决，在实际操作过程，让学习更立体和高效。培训的最后一天一个个充满了创意和趣味性的戏剧课程、一段段精彩纷呈的戏剧片段展现在大家面前。通过自己的教学设计和展演，全面的实现了所想到所用的有效转化，“这是我上过最生动的师培课”！</w:t>
      </w:r>
      <w:r>
        <w:rPr>
          <w:lang w:eastAsia="zh-CN"/>
        </w:rPr>
        <w:br/>
      </w:r>
      <w:r>
        <w:rPr>
          <w:lang w:eastAsia="zh-CN"/>
        </w:rPr>
        <w:t xml:space="preserve">    2024教师外出培训心得体会 篇5 </w:t>
      </w:r>
      <w:r>
        <w:rPr>
          <w:lang w:eastAsia="zh-CN"/>
        </w:rPr>
        <w:br/>
      </w:r>
      <w:r>
        <w:rPr>
          <w:lang w:eastAsia="zh-CN"/>
        </w:rPr>
        <w:t>　　历时天的“领导、市美术馆领导布置的每人创作3幅画的任务，得到文化局、美术馆领导的好评。</w:t>
      </w:r>
      <w:r>
        <w:rPr>
          <w:lang w:eastAsia="zh-CN"/>
        </w:rPr>
        <w:br/>
      </w:r>
      <w:r>
        <w:rPr>
          <w:lang w:eastAsia="zh-CN"/>
        </w:rPr>
        <w:t>　　农民画是省级非物质文化遗产，与黑陶一起被我市列为“文化瑰宝”。市委常委、市宣传部毛部长亲临创作现场作重要讲话，指出着眼于未来、扩大农民画的创作队伍、更好的传承本土文化，也为了将本土文化推向市场、打造文化名片，是本次“创研班”举办的重要目的。能够有机会参加如此重要的'创作活动，我们深感荣幸!在此，我们对教育局领导和学校领导提供如此宝贵的学习与培训机会表示深深的感谢!现将本次创作培训的收获汇报如下：</w:t>
      </w:r>
      <w:r>
        <w:rPr>
          <w:lang w:eastAsia="zh-CN"/>
        </w:rPr>
        <w:br/>
      </w:r>
      <w:r>
        <w:rPr>
          <w:lang w:eastAsia="zh-CN"/>
        </w:rPr>
        <w:t>　　一、通过此次创研活动，我们学会了农民画的创作，提高了专业素质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参训的头几天，由于缺乏对农民画的认识，创作基础薄弱，各区参训学员表现出极大地不适应，找不到合适的创作题材，进入状态困难，创作过程一度非常痛苦，学员们焦虑不已。美术馆副馆长_老师耐心辅导，根据每个人所表现出来的专业上的特点，因材施教、因势利导，强化个人优势，发挥每个人的长处，使我们在参训的第一周就顺利的进入了创作程序，学会了创作。在接下来的创作中我区学员进步很快，每个人都有代表性的作品问世，《六月蜜》、《苹果熟了》、《农民画家》、《烤烟房》，各具特色，表现出我区学员应有的水平，得到丁馆长和市文化局领导的充分肯定。</w:t>
      </w:r>
      <w:r>
        <w:rPr>
          <w:lang w:eastAsia="zh-CN"/>
        </w:rPr>
        <w:br/>
      </w:r>
      <w:r>
        <w:rPr>
          <w:lang w:eastAsia="zh-CN"/>
        </w:rPr>
        <w:t>　　学习过程中我们不懂就问，虚心向__老师、向老画家们学习，学到了很多以前在学校里没有学到的东西，专业素质和创作水平得到提升。</w:t>
      </w:r>
      <w:r>
        <w:rPr>
          <w:lang w:eastAsia="zh-CN"/>
        </w:rPr>
        <w:br/>
      </w:r>
      <w:r>
        <w:rPr>
          <w:lang w:eastAsia="zh-CN"/>
        </w:rPr>
        <w:t>　　二、通过培训，加深了对本土文化的认识，增强了使命感</w:t>
      </w:r>
      <w:r>
        <w:rPr>
          <w:lang w:eastAsia="zh-CN"/>
        </w:rPr>
        <w:br/>
      </w:r>
      <w:r>
        <w:rPr>
          <w:lang w:eastAsia="zh-CN"/>
        </w:rPr>
        <w:t>　　“这一方水土上的事儿必须由这一方水土上的人来做”，这是馆长经常对我们说的话。对农民画创作的亲身参与和体验，使我们体会到了农民画的巨大魅力，加深了对本土文化的认识，增强了使命感。继承、发扬本土的文化艺术，是我们的历史使命。在今后的工作中，我们将在干好本职工作的同时，坚持业余创作，为发扬农民画做出自己的贡献。另外，根据区教育局领导和学校领导指示，我们计划将农民画列为校本教育内容，开发校本课程，希望能够得到校领导的支持与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我们的培训学习虽然取得了一定成绩，但离上级的要求还有一定差距，我们将在今后的工作中，进一步努力学习，再上一个新台阶。</w:t>
      </w:r>
      <w:r>
        <w:rPr>
          <w:lang w:eastAsia="zh-CN"/>
        </w:rPr>
        <w:br/>
      </w:r>
      <w:r>
        <w:rPr>
          <w:lang w:eastAsia="zh-CN"/>
        </w:rPr>
        <w:t xml:space="preserve">    2024教师外出培训心得体会 篇6 </w:t>
      </w:r>
      <w:r>
        <w:rPr>
          <w:lang w:eastAsia="zh-CN"/>
        </w:rPr>
        <w:br/>
      </w:r>
      <w:r>
        <w:rPr>
          <w:lang w:eastAsia="zh-CN"/>
        </w:rPr>
        <w:t>　　在这活力四射、希望纷飞的夏天，小学组继续前进，今天我们的停靠到了__镇。在此次的研讨会上进一步明确了组的研究方向：以课例研讨为主要载体、课堂观察为基本方法、课堂诊断为必需路径、学习培训加速教师成长、促进教师专业水平提高为目标指向。在这里我们分别聆听了老师的和《思考》，精彩的课堂感染了每位学生以及在座的老师。以下就是我的心得体会：</w:t>
      </w:r>
      <w:r>
        <w:rPr>
          <w:lang w:eastAsia="zh-CN"/>
        </w:rPr>
        <w:br/>
      </w:r>
      <w:r>
        <w:rPr>
          <w:lang w:eastAsia="zh-CN"/>
        </w:rPr>
        <w:t>　　一、善于发现</w:t>
      </w:r>
      <w:r>
        <w:rPr>
          <w:lang w:eastAsia="zh-CN"/>
        </w:rPr>
        <w:br/>
      </w:r>
      <w:r>
        <w:rPr>
          <w:lang w:eastAsia="zh-CN"/>
        </w:rPr>
        <w:t>　　数学知识和生活有着密切的联系，作为数学老师要善于发现，善于从生活中找素材，把知识生活化，这样可以提高学生的`兴趣。在课上两位老师都从生活中寻找素材，而非直接教教材。例如：老师利用手、人民大会堂的柱子、路灯等来让学生认识间隔和间隔数。老师在进行巩固练习时让学生说说生活中运用到的连线问题，既训练了学生的动口能力也加强了知识与生活的联系。</w:t>
      </w:r>
      <w:r>
        <w:rPr>
          <w:lang w:eastAsia="zh-CN"/>
        </w:rPr>
        <w:br/>
      </w:r>
      <w:r>
        <w:rPr>
          <w:lang w:eastAsia="zh-CN"/>
        </w:rPr>
        <w:t>　　二、善于倾听</w:t>
      </w:r>
      <w:r>
        <w:rPr>
          <w:lang w:eastAsia="zh-CN"/>
        </w:rPr>
        <w:br/>
      </w:r>
      <w:r>
        <w:rPr>
          <w:lang w:eastAsia="zh-CN"/>
        </w:rPr>
        <w:t>　　学会倾听非常重要，尤其是老师。教师有效地倾听，能让学生觉得自己得到了老师的器重、认可和尊重，能激起学生的发言欲望，提高发言质量。更为重要的是，教师这种认真倾听学生说话的习惯，给学生养成倾听习惯，树立了可感的榜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每位学生的思维都是不同的，在课堂上我们不能只听取正确的答案，还要去听学生们的不同答案，更要留时间让学生诉说他们的疑惑。这也让我想到自己，平时我在上课时只顾着在班上寻找正确答案而忽略了思考“错误”答案。</w:t>
      </w:r>
      <w:r>
        <w:rPr>
          <w:lang w:eastAsia="zh-CN"/>
        </w:rPr>
        <w:br/>
      </w:r>
      <w:r>
        <w:rPr>
          <w:lang w:eastAsia="zh-CN"/>
        </w:rPr>
        <w:t>　　三、善于表扬</w:t>
      </w:r>
      <w:r>
        <w:rPr>
          <w:lang w:eastAsia="zh-CN"/>
        </w:rPr>
        <w:br/>
      </w:r>
      <w:r>
        <w:rPr>
          <w:lang w:eastAsia="zh-CN"/>
        </w:rPr>
        <w:t>　　表扬是一根火烛，有意无意间照亮了别人的一生；表扬是一块罗盘，似明非明时指引了别人的方向；表扬是一种力量，低头抬头间给予了别人动力源泉。在课堂中我经常表扬学生，但是采用的模式比较单一。在以后的教学中应该像两位老师学习，多采用不同方式来表扬学生，激励学生的学习兴趣。</w:t>
      </w:r>
      <w:r>
        <w:rPr>
          <w:lang w:eastAsia="zh-CN"/>
        </w:rPr>
        <w:br/>
      </w:r>
      <w:r>
        <w:rPr>
          <w:lang w:eastAsia="zh-CN"/>
        </w:rPr>
        <w:t xml:space="preserve">    2024教师外出培训心得体会 篇7 </w:t>
      </w:r>
      <w:r>
        <w:rPr>
          <w:lang w:eastAsia="zh-CN"/>
        </w:rPr>
        <w:br/>
      </w:r>
      <w:r>
        <w:rPr>
          <w:lang w:eastAsia="zh-CN"/>
        </w:rPr>
        <w:t>　　20__年11月，跟随教育局组织的外出学习小组赴和，参观学习了三天。参观了学校的校园文化，听取了校长的报告，而且有机会听了语文、科学、综合实践课。对于正在教学路途上摸索前进的我来说，无疑也是醍醐灌顶，收获颇多。</w:t>
      </w:r>
      <w:r>
        <w:rPr>
          <w:lang w:eastAsia="zh-CN"/>
        </w:rPr>
        <w:br/>
      </w:r>
      <w:r>
        <w:rPr>
          <w:lang w:eastAsia="zh-CN"/>
        </w:rPr>
        <w:t>　　观摩的所有课堂教学，教师教态都十分规范，课堂组织紧张有序，当堂训练扎实有效，而且各个教师的课堂都具有自己鲜明的特色。敬业精神已经在教师身上得到完美展现。他们一定做出了艰辛的努力，才会有今天的收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通过听课，能够深深地感觉到，执教观摩课的老师教材研究的很透彻。在教材的处理上都有独到之处，能够抓住重点施教。无论是教师的引导还是朗读，都能恰到好处的调动学生的学习热情，同时突出教学重点。他们的课堂恨注重学生的合作学习，课堂气氛活跃。特别是三年级的古诗教学中，通过教师精彩的品读与引导，引发学生边读边体会古诗所表达的情感，所有的理解都水到渠成。</w:t>
      </w:r>
      <w:r>
        <w:rPr>
          <w:lang w:eastAsia="zh-CN"/>
        </w:rPr>
        <w:br/>
      </w:r>
      <w:r>
        <w:rPr>
          <w:lang w:eastAsia="zh-CN"/>
        </w:rPr>
        <w:t>　　让学生真正成为课堂的主体，这是新课标的重要特点，也是素质教育的要求。我也很想把这点做好，只是在实行的时候不能完全按照自己的意愿，这次学习使我在这一点上颇有收获。在以后备课的时候要充分考虑学生的具体情况。上课的时候注重学生能力的培养，注重主体参与，每堂课的教学中互动模式要多样，激起同学们对学习的兴趣，营造了宽松，民主，和谐的教与学的氛围。另外学生积极性调动起来以后，怎样保持下去也很重要。在每个教学环节中对学生的要求要清楚明确，难易适中。我深刻认识到：在课堂上，只有学生清楚的知道自己应该干什么时，才有可能干好这件事;而问题太难学生就会无从下手，太容易又不用没意义，这都会打击学生学习的积极性。</w:t>
      </w:r>
      <w:r>
        <w:rPr>
          <w:lang w:eastAsia="zh-CN"/>
        </w:rPr>
        <w:br/>
      </w:r>
      <w:r>
        <w:rPr>
          <w:lang w:eastAsia="zh-CN"/>
        </w:rPr>
        <w:t>　　通过这次外出学习，我开阔了眼界，看到了自己的不足。同时对自己的教学也提出了许多问题去思考。反思自己的'教学，反思自己的课堂，反思自己的专业成长。我想这次学习引发的反思能成为我不断前进的动力，能成为成功的敲门砖，能成为我坚定航向的指路标。只有把学到的知识技能转化成自信，通过今后的不断努力，使其成为前进的内驱力，才能在教学中有所成就。</w:t>
      </w:r>
      <w:r>
        <w:rPr>
          <w:lang w:eastAsia="zh-CN"/>
        </w:rPr>
        <w:br/>
      </w:r>
      <w:r>
        <w:rPr>
          <w:lang w:eastAsia="zh-CN"/>
        </w:rPr>
        <w:t xml:space="preserve">    2024教师外出培训心得体会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这活力四射、希望纷飞的春天，小学数学青年协作组继续前进，今天我们的小船停靠到了__镇。在此次的研讨会上进一步明确了青协组的研究方向：以课例研讨为主要载体、课堂观察为基本方法、课堂诊断为必需路径、学习培训加速教师成长、促进教师专业水平提高为目标指向。在这里我们分别聆听了老师的《植树问题》和《数学思考》，精彩的课堂感染了每位学生以及在座的老师。</w:t>
      </w:r>
      <w:r>
        <w:rPr>
          <w:lang w:eastAsia="zh-CN"/>
        </w:rPr>
        <w:br/>
      </w:r>
      <w:r>
        <w:rPr>
          <w:lang w:eastAsia="zh-CN"/>
        </w:rPr>
        <w:t>　　一、善于发现</w:t>
      </w:r>
      <w:r>
        <w:rPr>
          <w:lang w:eastAsia="zh-CN"/>
        </w:rPr>
        <w:br/>
      </w:r>
      <w:r>
        <w:rPr>
          <w:lang w:eastAsia="zh-CN"/>
        </w:rPr>
        <w:t>　　数学知识和生活有着密切的联系，作为数学老师要善于发现，善于从生活中找素材，把知识生活化，这样可以提高学生的兴趣。在课上两位老师都从生活中寻找素材，而非直接教教材。例如：老师利用手、人民大会堂的柱子、路灯等来让学生认识间隔和间隔数。老师在进行巩固练习时让学生说说生活中运用到的连线问题，既训练了学生的动口能力也加强了知识与生活的联系。</w:t>
      </w:r>
      <w:r>
        <w:rPr>
          <w:lang w:eastAsia="zh-CN"/>
        </w:rPr>
        <w:br/>
      </w:r>
      <w:r>
        <w:rPr>
          <w:lang w:eastAsia="zh-CN"/>
        </w:rPr>
        <w:t>　　二、善于倾听</w:t>
      </w:r>
      <w:r>
        <w:rPr>
          <w:lang w:eastAsia="zh-CN"/>
        </w:rPr>
        <w:br/>
      </w:r>
      <w:r>
        <w:rPr>
          <w:lang w:eastAsia="zh-CN"/>
        </w:rPr>
        <w:t>　　学会倾听非常重要，尤其是老师。教师有效地倾听，能让学生觉得自己得到了老师的器重、认可和尊重，能激起学生的发言欲望，提高发言质量。更为重要的是，教师这种认真倾听学生说话的习惯，给学生养成倾听习惯，树立了可感的榜样。</w:t>
      </w:r>
      <w:r>
        <w:rPr>
          <w:lang w:eastAsia="zh-CN"/>
        </w:rPr>
        <w:br/>
      </w:r>
      <w:r>
        <w:rPr>
          <w:lang w:eastAsia="zh-CN"/>
        </w:rPr>
        <w:t>　　每位学生的思维都是不同的，在课堂上我们不能只听取正确的答案，还要去听学生们的不同答案，更要留时间让学生诉说他们的疑惑。这也让我想到自己，平时我在上课时只顾着在班上寻找正确答案而忽略了思考“错误”答案。</w:t>
      </w:r>
      <w:r>
        <w:rPr>
          <w:lang w:eastAsia="zh-CN"/>
        </w:rPr>
        <w:br/>
      </w:r>
      <w:r>
        <w:rPr>
          <w:lang w:eastAsia="zh-CN"/>
        </w:rPr>
        <w:t>　　三、善于表扬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表扬是一根火烛，有意无意间照亮了别人的一生；表扬是一块罗盘，似明非明时指引了别人的方向；表扬是一种力量，低头抬头间给予了别人动力源泉。在课堂中我经常表扬学生，但是采用的模式比较单一。在以后的教学中应该像两位老师学习，多采用不同方式来表扬学生，激励学生的学习兴趣。这次前往__中学考察学习过程中，我听取了分管德育的副校长的介绍，更加深刻的认识了班主任工作重要性。作为一名班主任要有好的师德，师德的核心是爱岗敬业，要有热爱教育事业，献身教育事业的精神。作为一名教师，首先就应具有坚定的事业心和职责感，要具有“三无”精神，也就是无己、无利、无名。不能见异思迁，更不能唯利是图。同时教师要热爱学生，尊重学生。教师的工作和服务对象就是学生，所以在教学过程中教师应当善于倾听学生的意见，发扬教育民主，充分调动学生的进取性。仅有这样。才能使教育过程中教师和学生的活动协调一致，大大提高教育教学的效果。教师无论在教学、教育方面都要做学生的表率，时时处处“以身作则”，懂得“身教重于言教”的道理，在言论、行为、生活作风。思想意识等各个方面都要给学生以进取向上的影响、“己所不欲，勿施于人”，要时时刻刻明确自我的职责，做学生的楷模。“师者，教之以事而喻诸德也”，教师既要教给学生知识，又要培养他们的品德，社会主义教育更应当重视教书育人，要切实做到寓思想教育于各科教育和校内外活动之中，引导学生树立崇高的梦想和科学的人生观，努力使他们成为合格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其次，班主任工作要处理好师生关系，师生关系是教育教学活动的前提和基础，对教育教学质量有着决定的作用。所以，建立民主和谐的师生关系是实现教育改革实施素质教育的关键。教师能否胜任教育教学工作，学生能否全面、主动地发展，最终完成学习任务，很大程度上取决于师生关系是否良好。教育的本质是培养人、造就人。现代教育思想告诉我们：师生关系和谐健康，学生才会乐于理解教育。</w:t>
      </w:r>
      <w:r>
        <w:rPr>
          <w:lang w:eastAsia="zh-CN"/>
        </w:rPr>
        <w:br/>
      </w:r>
      <w:r>
        <w:rPr>
          <w:lang w:eastAsia="zh-CN"/>
        </w:rPr>
        <w:t>　　所以作为教师，应对的是各种类型的学生，就必须端正思想，正确认识学生，研究学生，要用“心”去教育学生，使所有的学生都能接收教师的教育，在人生的道路上健康成长。</w:t>
      </w:r>
      <w:r>
        <w:rPr>
          <w:lang w:eastAsia="zh-CN"/>
        </w:rPr>
        <w:br/>
      </w:r>
      <w:r>
        <w:rPr>
          <w:lang w:eastAsia="zh-CN"/>
        </w:rPr>
        <w:t>　　综上所述，现代素质教育模式下班主任主角的定位，应当是最具亲和力的，他必须将自我融入于管理之中，在团体中发生作用。其本事指向所导致的管理模式应当是人性管理，心理管理而非机械管理。同时，素质教育作为一种强烈的目的性教育，又将人性化注入管理之中，使教育面向社会、面向未来，其协调因素必将使现代班主任的素质在班级管理实践中不断得到提升。</w:t>
      </w:r>
      <w:r>
        <w:rPr>
          <w:lang w:eastAsia="zh-CN"/>
        </w:rPr>
        <w:br/>
      </w:r>
      <w:r>
        <w:rPr>
          <w:lang w:eastAsia="zh-CN"/>
        </w:rPr>
        <w:t>　　总之，班主任是班团体的组织者、教育者、领导者，是培养学生良好的思想品德和指导学生健康成长的导师，从心理品质上讲，学生的课属性很强，班主任的健康心态可直接影响学生的心理发展，班主任要以自身良好的心态，促进学生的健康发展。</w:t>
      </w:r>
      <w:r>
        <w:rPr>
          <w:lang w:eastAsia="zh-CN"/>
        </w:rPr>
        <w:br/>
      </w:r>
      <w:r>
        <w:rPr>
          <w:lang w:eastAsia="zh-CN"/>
        </w:rPr>
        <w:t xml:space="preserve">    2024教师外出培训心得体会 篇9 </w:t>
      </w:r>
      <w:r>
        <w:rPr>
          <w:lang w:eastAsia="zh-CN"/>
        </w:rPr>
        <w:br/>
      </w:r>
      <w:r>
        <w:rPr>
          <w:lang w:eastAsia="zh-CN"/>
        </w:rPr>
        <w:t>　　__月__日</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我校多名骨干教师培训对象在_校长的带领下，有幸到有名的__市实验小学进行了为期半天的观摩学习活动。作为一名小县城的教师，我深知能亲自到有名的学校去体会，去学习，应该是值得高兴和珍惜的事情。经过这短短的半天的学习，应该说我是感触颇深，受益非浅。现从以下几个部分进行总结。</w:t>
      </w:r>
      <w:r>
        <w:rPr>
          <w:lang w:eastAsia="zh-CN"/>
        </w:rPr>
        <w:br/>
      </w:r>
      <w:r>
        <w:rPr>
          <w:lang w:eastAsia="zh-CN"/>
        </w:rPr>
        <w:t>　　一、浓郁的校园文化气息</w:t>
      </w:r>
      <w:r>
        <w:rPr>
          <w:lang w:eastAsia="zh-CN"/>
        </w:rPr>
        <w:br/>
      </w:r>
      <w:r>
        <w:rPr>
          <w:lang w:eastAsia="zh-CN"/>
        </w:rPr>
        <w:t>　　一走进校园，我们就被学校幽雅的环境所吸引，校园宽敞洁净，独具匠心的校园绿化，得体醒目的标语设置，活泼有趣的走廊图画，虽潜移默化，润物无声，却让人在不知不觉中被感染被熏陶。校园内建有教学楼、语音室、科技馆等，设施齐全，条件优越。可给我感触最深的不是美丽的校园、现代化的设施和它这几年来所取得的骄人的教学成绩和各级各类荣誉。而是这里的领导、教师和学生身上所具有的一种精神和责任感，以及他们不求时尚但求高效的教育教学工作方式。</w:t>
      </w:r>
      <w:r>
        <w:rPr>
          <w:lang w:eastAsia="zh-CN"/>
        </w:rPr>
        <w:br/>
      </w:r>
      <w:r>
        <w:rPr>
          <w:lang w:eastAsia="zh-CN"/>
        </w:rPr>
        <w:t>　　二、爱岗敬业的教师队伍</w:t>
      </w:r>
      <w:r>
        <w:rPr>
          <w:lang w:eastAsia="zh-CN"/>
        </w:rPr>
        <w:br/>
      </w:r>
      <w:r>
        <w:rPr>
          <w:lang w:eastAsia="zh-CN"/>
        </w:rPr>
        <w:t>　　让我感慨万千的是由于学校的老师很多都离家甚远，每天他们都得很早就起来，乘坐公交车赶往学校上班。可每个早上7：30之前就得到校，下午5：30后才可以回家，很多时候5：30根本就回不了家，因为他们还有许多比赛呀，教研组教研活动呀等等。不管春夏秋冬，中午他们一般都不午休，要么改作业，要么给一些待进生补习，他们总是不厌其烦，不惜放弃自己的休息时间，这样的精神实在难能可贵。在这个学校里，每一位老师不管任教什么学科，都是这样尽心尽职的。因为在每个老师的心里，都有一种强烈的责任感，都有一种信念，那就是“无差生”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三、文明健康勤奋刻苦的学生</w:t>
      </w:r>
      <w:r>
        <w:rPr>
          <w:lang w:eastAsia="zh-CN"/>
        </w:rPr>
        <w:br/>
      </w:r>
      <w:r>
        <w:rPr>
          <w:lang w:eastAsia="zh-CN"/>
        </w:rPr>
        <w:t>　　实验小学的学生一个个体魄健美，阳光开朗，文明礼貌，勤奋好学，表现欲和表现能力极强，视野开阔，知识面广。在以“大容量、快节奏”为特点的课堂里，所有学生端坐静听，思维活跃，精力集中，课堂纪律相当好，学生的学习毅力非常强，从一大早起床便开始一天紧张而又充实的学习活动，他们都是个个精力充沛，认真投入，你根本就看不到有上课睡觉或是做别的与学习无关的事情的学生。令我很奇怪的是教师无论布置多少作业，他们似乎从来都不会抱怨一声，而且几乎所有的学生都能在很短的时间里将它完成，不能按时完成的也只有个别，而这个别学困生在老师的帮助下也能很快地补上。在这里，我第一次发现当教师虽然很辛苦却是这么快乐的事情，因为教学不再是“一厢情愿”的事，而是教师与学生一起共同努力的行为。我深刻体会到这样的教学生活才是真正体现了教师的主导地位和学生的主体地位！其实，学生学习成绩的好坏从最终而言，并不取决于教师“教得怎样”，而是学生“学得怎样”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尤其让我感动的是他们都有一颗懂得感恩的心！见到老师总会热情地问好，对于老师的辛勤付出总是很感激。这儿的学生不仅学习好，礼貌大方，其他行为习惯更好。校园内树木郁郁葱葱，路面整洁，偌大的校园看不到任何的杂物和垃圾。总之，为了共同的目标，在这里，所有的人，从上到下，不管是领导还是后勤工作人员，不管是教师还是学生都是辛苦而快乐地忙着自己份内的事，没有太多的抱怨！一切都是那样的自然！在这里，“勤奋、务实、高效”早已经成为一种氛围，一种文化！</w:t>
      </w:r>
      <w:r>
        <w:rPr>
          <w:lang w:eastAsia="zh-CN"/>
        </w:rPr>
        <w:br/>
      </w:r>
      <w:r>
        <w:rPr>
          <w:lang w:eastAsia="zh-CN"/>
        </w:rPr>
        <w:t>　　在培训学习期间，我一共听了2位老师的课，虽然她们个人风格和细节处理风格迥异，但对教材的理解和重难点的把握以及课堂教学体现的一些理念是差不多的，总体感觉上比较求实，注重对学生的强化训练和知识点的落实。其中有几点很值得我们思考并借鉴：</w:t>
      </w:r>
      <w:r>
        <w:rPr>
          <w:lang w:eastAsia="zh-CN"/>
        </w:rPr>
        <w:br/>
      </w:r>
      <w:r>
        <w:rPr>
          <w:lang w:eastAsia="zh-CN"/>
        </w:rPr>
        <w:t>　　1、新课程背景下，能正确对待语法知识的教学，并不会忌讳讲解语法，相反，注重语法知识的梳理和归纳，利用语法知识帮助学生更好地掌握语言规律，并规范语言的使用。</w:t>
      </w:r>
      <w:r>
        <w:rPr>
          <w:lang w:eastAsia="zh-CN"/>
        </w:rPr>
        <w:br/>
      </w:r>
      <w:r>
        <w:rPr>
          <w:lang w:eastAsia="zh-CN"/>
        </w:rPr>
        <w:t>　　2、重视背诵。</w:t>
      </w:r>
      <w:r>
        <w:rPr>
          <w:lang w:eastAsia="zh-CN"/>
        </w:rPr>
        <w:br/>
      </w:r>
      <w:r>
        <w:rPr>
          <w:lang w:eastAsia="zh-CN"/>
        </w:rPr>
        <w:t>　　3、注重对学生进行英语学习策略的指导和良好学习习惯的培养，尤其是对善于倾听和做笔记的习惯以及良好的书写习惯的培养。</w:t>
      </w:r>
      <w:r>
        <w:rPr>
          <w:lang w:eastAsia="zh-CN"/>
        </w:rPr>
        <w:br/>
      </w:r>
      <w:r>
        <w:rPr>
          <w:lang w:eastAsia="zh-CN"/>
        </w:rPr>
        <w:t>　　4、强调文本的学习，让学生充分感知文本内容。针对新目标英语文字材料少的特点，非常注重听力材料的再利用，不仅让学生模仿朗读以训练语音而且要求背甚至是默写。这样就解决了新教材阅读篇章少，语言材料少，学生不知读什么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5、关注每一个学生的发展在课堂上，老师们总是注意倾听每一个学生的心声，注意让每一个学生都能有所发展，有所进步；尊重每一个学生，并试着坚持用一颗童心去体验课堂教学；非常重视学生的心理健康教育，帮助学生消除心理障碍，确保学生的身心健康；强调因材施教，最大限度地让每一个学生都主动参与到教学活动中来。因此，他们的课堂成了学生学习的乐园。在这两节英语课上，让我感受到了实验小学教师的英语课堂魅力与上课艺术，欣赏并学习了他们的有效的英语教学手段、自主合作与创新的课堂教学活动和轻松自如的课堂控制能力；他们的课生动自然，如行云流水般畅达，又不乏高潮迭起，他们的教学充满活力，各具风格，学生们听他们的课是一种乐趣，在座的我听他们的课则是一种享受。这样的享受对我来说无疑是一场及时雨，为我指明了方向，确立了目标。</w:t>
      </w:r>
      <w:r>
        <w:rPr>
          <w:lang w:eastAsia="zh-CN"/>
        </w:rPr>
        <w:br/>
      </w:r>
      <w:r>
        <w:rPr>
          <w:lang w:eastAsia="zh-CN"/>
        </w:rPr>
        <w:t>　　总之，这次外出学习收获颇多，受益匪浅，非常感谢领导给我这次学习机会。虽然这次外出学习结束了，但人的学习是无止境的。我将继续努力地在教学实践中学习、将学习所得用以教学实践，努力提高自己的教书育人的水平。</w:t>
      </w:r>
      <w:r>
        <w:rPr>
          <w:lang w:eastAsia="zh-CN"/>
        </w:rPr>
        <w:br/>
      </w:r>
      <w:r>
        <w:rPr>
          <w:lang w:eastAsia="zh-CN"/>
        </w:rPr>
        <w:t xml:space="preserve">    2024教师外出培训心得体会 篇10 </w:t>
      </w:r>
      <w:r>
        <w:rPr>
          <w:lang w:eastAsia="zh-CN"/>
        </w:rPr>
        <w:br/>
      </w:r>
      <w:r>
        <w:rPr>
          <w:lang w:eastAsia="zh-CN"/>
        </w:rPr>
        <w:t>　　一、通过此次创研活动，我们学会了农民画的创作，提高了专业素质</w:t>
      </w:r>
      <w:r>
        <w:rPr>
          <w:lang w:eastAsia="zh-CN"/>
        </w:rPr>
        <w:br/>
      </w:r>
      <w:r>
        <w:rPr>
          <w:lang w:eastAsia="zh-CN"/>
        </w:rPr>
        <w:t>　　参训的头几天，由于缺乏对农民画的认识，创作基础薄弱，各区参训学员表现出极大地不适应，找不到合适的创作题材，进入状态困难，创作过程一度非常痛苦，学员们焦虑不已。美术馆副馆长丁万里老师耐心辅导，根据每个人所表现出来的专业上的特点，因材施教、因势利导，强化个人优势，发挥每个人的长处，使我们在参训的第一周就顺利的进入了创作程序，学会了创作。在接下来的创作中我区学员进步很快，每个人都有代表性的作品问世，阎立章的《六月蜜》、刘相弘的《苹果熟了》、邱阳的《农民画家》、任增波的《烤烟房》，各具特色，表现出我区学员应有的水平，得到丁馆长和市文化局领导的充分肯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学习过程中我们不懂就问，虚心向丁老师、向老画家们学习，学到了很多以前在学校里没有学到的东西，专业素质和创作水平得到提升。</w:t>
      </w:r>
      <w:r>
        <w:rPr>
          <w:lang w:eastAsia="zh-CN"/>
        </w:rPr>
        <w:br/>
      </w:r>
      <w:r>
        <w:rPr>
          <w:lang w:eastAsia="zh-CN"/>
        </w:rPr>
        <w:t>　　二、通过培训，加深了对本土文化的认识，增强了使命感</w:t>
      </w:r>
      <w:r>
        <w:rPr>
          <w:lang w:eastAsia="zh-CN"/>
        </w:rPr>
        <w:br/>
      </w:r>
      <w:r>
        <w:rPr>
          <w:lang w:eastAsia="zh-CN"/>
        </w:rPr>
        <w:t>　　“这一方水土上的事儿必须由这一方水土上的人来做”，这是丁馆长经常对我们说的话。对农民画创作的亲身参与和体验，使我们体会到了日照农民画的巨大魅力，加深了对本土文化的认识，增强了使命感。继承、发扬日照本土的文化艺术，是我们的历史使命。在今后的工作中，我们将在干好本职工作的同时，坚持业余创作，为发扬日照农民画做出自己的贡献。另外，根据区教育局领导和学校领导指示，我们计划将日照农民画列为校本教育内容，开发校本课程，希望能够得到校领导的支持与帮助！</w:t>
      </w:r>
      <w:r>
        <w:rPr>
          <w:lang w:eastAsia="zh-CN"/>
        </w:rPr>
        <w:br/>
      </w:r>
      <w:r>
        <w:rPr>
          <w:lang w:eastAsia="zh-CN"/>
        </w:rPr>
        <w:t>　　我们的培训学习虽然取得了一定成绩，但离上级的要求还有一定差距，我们将在今后的工作中，进一步努力学习，再上一个新台阶。</w:t>
      </w:r>
      <w:r>
        <w:rPr>
          <w:lang w:eastAsia="zh-CN"/>
        </w:rPr>
        <w:br/>
      </w:r>
      <w:r>
        <w:rPr>
          <w:lang w:eastAsia="zh-CN"/>
        </w:rPr>
        <w:t xml:space="preserve">    2024教师外出培训心得体会 篇11 </w:t>
      </w:r>
      <w:r>
        <w:rPr>
          <w:lang w:eastAsia="zh-CN"/>
        </w:rPr>
        <w:br/>
      </w:r>
      <w:r>
        <w:rPr>
          <w:lang w:eastAsia="zh-CN"/>
        </w:rPr>
        <w:t>　　教研室组织的同课异构活动，共在__小学进行，我每处小学都参加了学习活动。这次的同课异构一共有两个课题，每个老师都精心设计了自己的课题，我从中学到了不同的教学方法和教学手段，也学到了先进的教学理念。再就是在第_中学组织的由这些课所选出的观摩课，我从中有不少的感悟。下面就自己的课后所得作如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首先，就第一个课题我的总结：我们_的_老师上的是第一个课题，他运用了小头儿子和大头爸爸的角色进行了教学，令学生耳目一新的感觉。另外这个课题的容量不很大，只有五个短语，主要是课堂游戏为主，学生对这些短语非常的熟悉，所以他们得配合比较默契。在评课过程中，其他老师指出，没有拓展延伸，对于这些短语，这些学生在课下早就很熟悉，教师没有必要花费太多的时间进行教学，这点很重要，可以适当的延伸到课外的一些知识，这样整节课就显得更好了。其他的几位老师例如：_等老师都上的是这一个课题，他们都运用了先进的多媒体，并且都把这个课题创设了不同的情景，把整个教学内容都编成了不同的小故事，学生能够积极的配合这些活动，并且能够很好的投入到学习活动中去。我从中学到了很好的教学手段和教学方法，例如：可以把教学内容适当的编成几个小故事，引发学生的兴趣，这是一个很好的教学方法，我将在以后的教学实践中努力的去创设情景。</w:t>
      </w:r>
      <w:r>
        <w:rPr>
          <w:lang w:eastAsia="zh-CN"/>
        </w:rPr>
        <w:br/>
      </w:r>
      <w:r>
        <w:rPr>
          <w:lang w:eastAsia="zh-CN"/>
        </w:rPr>
        <w:t>　　其次，就第二个课题我的总结：就这个课题而言，许多老师都上过这节课，这节课如何才能成为一节真正的好课呢?我听的是_小学的_老师上的一节课，用世界末日的来临，令学生感到一种新奇和紧张，他们会抓紧时间为自己的小组争取更多的时间，这样他们能够积极的投入到学习活动去。另外学生的学习小组以月份的形式加以命名，这种命名方式能够自己与教学内容加以联系，这样的小组方式值得学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最后，很好的老师在这次的教学中运用了肢体语言，他们在教学活动去，与学生打成一片，这样师生关系非常的融洽，这一点值得学习。</w:t>
      </w:r>
      <w:r>
        <w:rPr>
          <w:lang w:eastAsia="zh-CN"/>
        </w:rPr>
        <w:br/>
      </w:r>
      <w:r>
        <w:rPr>
          <w:lang w:eastAsia="zh-CN"/>
        </w:rPr>
        <w:t>　　令我最为学习的每天的评课活动，自己的感悟在这次的听课中毕竟很好，听了很好有经验的老师和各位听课老师的讲解，我恍然大悟，原来一节中的亮点和值得学习的地方是很多的。</w:t>
      </w:r>
      <w:r>
        <w:rPr>
          <w:lang w:eastAsia="zh-CN"/>
        </w:rPr>
        <w:br/>
      </w:r>
      <w:r>
        <w:rPr>
          <w:lang w:eastAsia="zh-CN"/>
        </w:rPr>
        <w:t xml:space="preserve">    2024教师外出培训心得体会 篇12 </w:t>
      </w:r>
      <w:r>
        <w:rPr>
          <w:lang w:eastAsia="zh-CN"/>
        </w:rPr>
        <w:br/>
      </w:r>
      <w:r>
        <w:rPr>
          <w:lang w:eastAsia="zh-CN"/>
        </w:rPr>
        <w:t>　　这段时间以来的培训也结束了，我认为自己在工作方面，还是做的不错的，这对我专业能力的提高，也是一个非常不错的锻炼，作为一名幼儿教师我知道自己应该要朝着什么方向发展，通过这次短暂培训，我也更加是体会到了自己各方面的差距，我觉得自身存在的问题还是比较多的，接下来也会继续维持下去做好，这对我自己的认可，对于这次培训我也有踢翻心得。</w:t>
      </w:r>
      <w:r>
        <w:rPr>
          <w:lang w:eastAsia="zh-CN"/>
        </w:rPr>
        <w:br/>
      </w:r>
      <w:r>
        <w:rPr>
          <w:lang w:eastAsia="zh-CN"/>
        </w:rPr>
        <w:t>　　这次去到的是，一起的还有我们__幼儿团其他老师，所以我觉得这对我自身各方面都是一个很不错的提高，这对我也是有非常大的提高的，虽然这次培训只有三天的时间，可是对我的教学能力，还有一些经验都是有着非常大的提高和丰富，这方面我确实还是可以做的更好一点，所以我感觉在这一点上面，自己应该要继续认真的去规划好，在音乐方面，的确是学习到了的很多，平时教导孩子们这些我需要认真对待，这一点是应该要合理规划好的，在一点上面，我应该要做出好的成绩来，以后无论是在什么阶段这些都是我应该要合理去规划好的，这段时间以来的培训，绝对是对我专业知识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这次培训也学会了很多，如何让孩子们养成好的习惯，如何让孩子们在上课的时候认真，让孩子们学会自己的事情自己做，确实这方面我还是感觉非常的有意义的，这次培训结束之后，我就更加的体会到了这些，这对我的影响还是比较大的，我知道在这一点上面，我应该要朝着好的方向发展，我觉得这对我接下来的教学有着很大的提高，再有一点就是我明白了多多和孩子们沟通是一个非常重要的事情，这一点绝对不能够忽视，以生活为教学就是最直接，最基本的方式，在生活当中让孩子们主动去做好，这是非常关键的，也是我应该要去合理的安排好的。</w:t>
      </w:r>
      <w:r>
        <w:rPr>
          <w:lang w:eastAsia="zh-CN"/>
        </w:rPr>
        <w:br/>
      </w:r>
      <w:r>
        <w:rPr>
          <w:lang w:eastAsia="zh-CN"/>
        </w:rPr>
        <w:t>　　每个老师都有自己的教学方式，这次培训我也明白了，向那些优秀的教师学习是应该的，但是不能够生搬硬套，这样是很不合理的，要有自己的一套教育方式，对孩子们更加是如此，所以接下来也应该要合理的去规划好，这次培训结束之后，我体会到了很多，这一点是非常清楚的，以后也需要朝着好的方向发展，以后在教育孩子们的时候，我一定会做好，养成好的习惯，提高教学能力，不辜负了园内领导对我的期望。</w:t>
      </w:r>
      <w:r>
        <w:rPr>
          <w:lang w:eastAsia="zh-CN"/>
        </w:rPr>
        <w:br/>
      </w:r>
      <w:r>
        <w:rPr>
          <w:lang w:eastAsia="zh-CN"/>
        </w:rPr>
        <w:t xml:space="preserve">    2024教师外出培训心得体会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金秋十月，我很荣幸能与__百名幼儿教研员、保教主任、骨干教师培养对象等聚会在__师范学院，参加__幼儿园教师能力提升培训学习。在为期10天的学习时间里，接受了来自全国师范学院的专家团队的专家指导，感受颇多，既开阔了眼界和思维，许多疑问也在专家、教授那里得到了解决，收获很大。通过这次培训我开阔了视野，在这较短时间里，让我受益匪浅，学到了不少知识，那些教育界的前辈、精英们把自己教育积累的经验拿出来与我们共同分享，解决了我们在实际教学生活中所遇到的困惑，能让我们学以致用，让我在思想上有所改变，在观念上有所更新，我相信在教学实际工作中肯定也会有所提。在此，感谢上级领导给我们搭建了这么好的学习的平台。</w:t>
      </w:r>
      <w:r>
        <w:rPr>
          <w:lang w:eastAsia="zh-CN"/>
        </w:rPr>
        <w:br/>
      </w:r>
      <w:r>
        <w:rPr>
          <w:lang w:eastAsia="zh-CN"/>
        </w:rPr>
        <w:t>　　在那里我聆听了全国“师德模范标兵”呼秀珍老师的师德报告《加强师德修养，做人民满意的教师》，使我更进一步的了解“学高为师，身正为范”这八个字对于幼儿教师的重要性。我们教育的对象是幼儿，对于幼儿来说幼儿园就是他们接触社会的第一步。身教重于言教，幼儿教师个人的范例，对于幼儿幼小心灵的健康和成长是任何东西都无法代替的最灿烂的阳光，所以幼儿教师要加强师德修养，以自己崇高的情操和良好的思想道德风范去感染幼儿和教育幼儿，为幼儿树立良好的榜样，给予他们正面，积极的教育，使幼儿从小身心都得到健康的发展。至此，我在__师范学院深切的感悟到：</w:t>
      </w:r>
      <w:r>
        <w:rPr>
          <w:lang w:eastAsia="zh-CN"/>
        </w:rPr>
        <w:br/>
      </w:r>
      <w:r>
        <w:rPr>
          <w:lang w:eastAsia="zh-CN"/>
        </w:rPr>
        <w:t>　　一、通过学习，我们了解了幼儿园当前的'大好形势—幼儿教育的春风真的吹来了，从中央到地方都对幼儿教育极其重视，作为幼儿教师要不断学习充实自己，提高自身的教育教学水平，加强自己的责任心，本着一切为了孩子，别人的孩子也是自己的孩子的精神，尽职尽责地做要本职工作，教书育人。</w:t>
      </w:r>
      <w:r>
        <w:rPr>
          <w:lang w:eastAsia="zh-CN"/>
        </w:rPr>
        <w:br/>
      </w:r>
      <w:r>
        <w:rPr>
          <w:lang w:eastAsia="zh-CN"/>
        </w:rPr>
        <w:t xml:space="preserve">    2024教师外出培训心得体会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新课程如同一股春风，带着久违的清新吹进了课堂，洋溢着人文气息的新理论更是涤荡着我们的心怀。8月,我来到民乐三中参加体育教师的培训。虽然，这次培训是在，孩子在无人照顾的情况下。自已要进步，要跟上新课改的步伐，就要去学习的念头来到了这里学习。</w:t>
      </w:r>
      <w:r>
        <w:rPr>
          <w:lang w:eastAsia="zh-CN"/>
        </w:rPr>
        <w:br/>
      </w:r>
      <w:r>
        <w:rPr>
          <w:lang w:eastAsia="zh-CN"/>
        </w:rPr>
        <w:t>　　首先，李老师对课程改革做了回顾，对体育与健康课程标准的主要特点进行了阐述。面对社会的发展，我们体育课堂教学改革与创新必须遵循体育教学的规律，坚持"健康第一"的指导思想，然后，对教材编写的指导思想、教学内容的构建以及编写依据、体育教学方法与体育教学行为的区别、评价体系的变化等方面做了详尽的讲解。</w:t>
      </w:r>
      <w:r>
        <w:rPr>
          <w:lang w:eastAsia="zh-CN"/>
        </w:rPr>
        <w:br/>
      </w:r>
      <w:r>
        <w:rPr>
          <w:lang w:eastAsia="zh-CN"/>
        </w:rPr>
        <w:t>　　其次，李老师重点讲解了，当前体育教学方法改革的问题分析和当前体育教学方法带来的利与弊等。重点证讲解了体育教学方法的运用，并结合教学实际，在新课改下的体育课教学方法，学生学法。怎样评课等，教师素质的提高和教育教学观念的转变等内容。对我今后的学习有了更大的帮助。</w:t>
      </w:r>
      <w:r>
        <w:rPr>
          <w:lang w:eastAsia="zh-CN"/>
        </w:rPr>
        <w:br/>
      </w:r>
      <w:r>
        <w:rPr>
          <w:lang w:eastAsia="zh-CN"/>
        </w:rPr>
        <w:t>　　再次，由学院的高中语文教研员杨翠玉老师，讲解了关于体育课的教学反思的写法，并要求教师们动手写一写，举例说明了课改的关键是什么，教师角色转变和要提高自身的素质，重点讲解了，怎样提高体育教师的教科研水平，在科研研究方面还存在着很多不足，如本质的东西，论文的抄袭性，要有自已的独立风格，个性，和实效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培训的刘老师向我们展示了一堂风格各异的体育实践课。张老师的亲和力、林老师的严谨、李老师的优美姿态及王老师的幽默都给我们留下了深刻印象，表达了他们对新课程的理解。体育课堂教学必须有实实在在的技能技巧教学。所谓“愉快”就必须先“痛”而后“快”，否则谈何“愉快”! 通过学习重新认识了"健康第一"的指导思想的深刻内涵，通过老师的举例，对新课程理念下的课堂教学的方法与组织，有了重新的认识和理解。在看、听、讨论中，使过去的体育课非常的单一，课堂上教师就是全权代表，教什么，学什么，学生没有主动权，学生与教师之间是很被动的。我们和老师一起学习和研讨，我们深刻认识到，只有我们体育教师的观念转变，把适应新的课程方法和理念应用到我们的教学中，才能使我们的学生在体育课堂中快乐学习，健康成长。达到我们的追去的"让学生在乐中求学，在学中取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学习的时间是短暂的，虽然身体很累，但留给我的收获却是无穷的，头脑是充实。通过学习，我收获了很多平时很难了解到的经验和教学方法，通过学习让我更深的认识了体育与健康课程标准与体育课的乐趣，也对教好新教材充满信心。我会在今后的工作中，不断学习，为做一名优秀的体育老师而努力通过这次培训我们对体育又有了新的熟悉，对体育教学又有了新的思考。体育不是简单的技能教学，更不是健康知识的说教。而应该是在身体练习的基础上轻松地学、快乐地练、主动地思考。我们只有多反思、多总结，不断探索新的科学的教学方法和手段，通过学习不断进步自身的素质以适应社会对体育教师的要求。</w:t>
      </w:r>
      <w:r>
        <w:rPr>
          <w:lang w:eastAsia="zh-CN"/>
        </w:rPr>
        <w:br/>
      </w:r>
      <w:r>
        <w:rPr>
          <w:lang w:eastAsia="zh-CN"/>
        </w:rPr>
        <w:t>　　教师外出培训心得体会9</w:t>
      </w:r>
      <w:r>
        <w:rPr>
          <w:lang w:eastAsia="zh-CN"/>
        </w:rPr>
        <w:br/>
      </w:r>
      <w:r>
        <w:rPr>
          <w:lang w:eastAsia="zh-CN"/>
        </w:rPr>
        <w:t>　　教研室组织的同课异构活动，共在_处小学进行，我每处小学都参加了学习活动。这次的同课异构一共有两个课题：“____”每个老师都精心设计了自己的课题，我从中学到了不同的教学方法和教学手段，也学到了先进的教学理念。再就是在第_中学组织的由这些课所选出的观摩课，我从中有不少的感悟。下面就自己的课后所得作如下总结：</w:t>
      </w:r>
      <w:r>
        <w:rPr>
          <w:lang w:eastAsia="zh-CN"/>
        </w:rPr>
        <w:br/>
      </w:r>
      <w:r>
        <w:rPr>
          <w:lang w:eastAsia="zh-CN"/>
        </w:rPr>
        <w:t>　　首先，就第一个课题我的总结：我们__的_老师上的是第一个课题，他运用了小头儿子和大头爸爸的角色进行了教学，令学生耳目一新的感觉。另外这个课题的容量不很大，只有五个短语，主要是课堂游戏为主，学生对这些短语非常的熟悉，所以他们得配合比较默契。在评课过程中，其他老师指出，没有拓展延伸，对于这些短语，这些学生在课下早就很熟悉，教师没有必要花费太多的时间进行教学，这点很重要，可以适当的延伸到课外的一些知识，这样整节课就显得更好了。其他的几位老师例如：___等老师都上的是这一个课题，他们都运用了先进的多媒体，并且都把这个课题创设了不同的情景，把整个教学内容都编成了不同的小故事，学生能够积极的配合这些活动，并且能够很好的投入到学习活动中去。我从中学到了很好的教学手段和教学方法，例如：可以把教学内容适当的编成几个小故事，引发学生的兴趣，这是一个很好的教学方法，我将在以后的教学实践中努力的去创设情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其次，就第二个课题我的总结：就这个课题而言，许多老师都上过这节课，这节课如何才能成为一节真正的好课呢？我听的是__小学的_老师上的一节课，用世界末日的来临，令学生感到一种新奇和紧张，他们会抓紧时间为自己的小组争取更多的时间，这样他们能够积极的'投入到学习活动去。另外学生的学习小组以月份的形式加以命名，这种命名方式能够自己与教学内容加以联系，这样的小组方式值得学习。</w:t>
      </w:r>
      <w:r>
        <w:rPr>
          <w:lang w:eastAsia="zh-CN"/>
        </w:rPr>
        <w:br/>
      </w:r>
      <w:r>
        <w:rPr>
          <w:lang w:eastAsia="zh-CN"/>
        </w:rPr>
        <w:t>　　最后，很好的老师在这次的教学中运用了肢体语言，他们在教学活动去，与学生打成一片，这样师生关系非常的融洽，这一点值得学习。</w:t>
      </w:r>
      <w:r>
        <w:rPr>
          <w:lang w:eastAsia="zh-CN"/>
        </w:rPr>
        <w:br/>
      </w:r>
      <w:r>
        <w:rPr>
          <w:lang w:eastAsia="zh-CN"/>
        </w:rPr>
        <w:t>　　令我最为学习的每天的评课活动，自己的感悟在这次的听课中毕竟很好，听了很好有经验的老师和各位听课老师的讲解，我恍然大悟，原来一节中的亮点和值得学习的地方是很多的。</w:t>
      </w:r>
      <w:r>
        <w:rPr>
          <w:lang w:eastAsia="zh-CN"/>
        </w:rPr>
        <w:br/>
      </w:r>
      <w:r>
        <w:rPr>
          <w:lang w:eastAsia="zh-CN"/>
        </w:rPr>
        <w:t>　　教师外出培训心得体会感谢学校给予这次外出学习的机会，4月非常有幸能够参加由福建教育学院主办的的国培计划。这次计划主要分为三种形式：跟岗学习、集中研修、厦门集中游学。培训的内容多样，有教育专家的理论讲座，有校长的培训讲座，和到校园文化参观学习。这次学习给我们正在成长的教师创建了一个学习交流和反思的机会，不管是从教育理念到课堂教学，从备课到听课、评课，还是从专业知识到核心素养，从教育发展到教学改革等都将是一次新的认识。</w:t>
      </w:r>
      <w:r>
        <w:rPr>
          <w:lang w:eastAsia="zh-CN"/>
        </w:rPr>
        <w:br/>
      </w:r>
      <w:r>
        <w:rPr>
          <w:lang w:eastAsia="zh-CN"/>
        </w:rPr>
        <w:t>　　首先，和大家分享在福州高级跟岗学习的一些体会。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福州高级中学是一所重点中学，师资力量非常雄厚。每个老师上课的方式非常独特，在那里待了两周，老师把他们上课的常态化展现得淋漓尽致，每个老师上课的内容很有深度，功底扎实，专业能力强，语音语貌非常标准就像磁带里的录音一样。听完课后，都反思自己，应该怎样讲才能让我们的学生听明白，学进去，而不是讲了就忘，一做就错。</w:t>
      </w:r>
      <w:r>
        <w:rPr>
          <w:lang w:eastAsia="zh-CN"/>
        </w:rPr>
        <w:br/>
      </w:r>
      <w:r>
        <w:rPr>
          <w:lang w:eastAsia="zh-CN"/>
        </w:rPr>
        <w:t>　　在福州学习期间，福州的有位老师告诉我说：‘’对于我们这边的学生，基础知识很重要，教材的学习也很重要。”掌握教材中的重难点，让学生从不知到知，从知到理解的一个过程。</w:t>
      </w:r>
      <w:r>
        <w:rPr>
          <w:lang w:eastAsia="zh-CN"/>
        </w:rPr>
        <w:br/>
      </w:r>
      <w:r>
        <w:rPr>
          <w:lang w:eastAsia="zh-CN"/>
        </w:rPr>
        <w:t>　　另外一点，他们学校如果有新老师的汇报课，有的观摩课，组上的老师都会帮助不上课的老师进行磨课，差不多三周的时间，得出来的精品课就会上传一师一优。</w:t>
      </w:r>
      <w:r>
        <w:rPr>
          <w:lang w:eastAsia="zh-CN"/>
        </w:rPr>
        <w:br/>
      </w:r>
      <w:r>
        <w:rPr>
          <w:lang w:eastAsia="zh-CN"/>
        </w:rPr>
        <w:t>　　第二、学会反思、学无止境</w:t>
      </w:r>
      <w:r>
        <w:rPr>
          <w:lang w:eastAsia="zh-CN"/>
        </w:rPr>
        <w:br/>
      </w:r>
      <w:r>
        <w:rPr>
          <w:lang w:eastAsia="zh-CN"/>
        </w:rPr>
        <w:t>　　叶澜说过：“一个老师一辈子只写教案，只能成为一名教书匠，不可能成为，如果一个教师写三年的教学反思，就可能成为。”作为一名年轻教师，每听完一节课，每上完一节课，都应该善于反思，在学习中反思，在反思中学会总结。古今中外的教育没有统一和一层不变的模式，需要在实践中不断创新才能发展，在不断交流和学习中才能不断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另外，在听了21场讲座中，专家们都提到了一个关键词就是多读书，读好书，读书学习是教师专业成长的加油站。所以，作为一名教师，要有一个系统的内容，在给学生一杯水的同时，让自己有一条河，不断更新。</w:t>
      </w:r>
      <w:r>
        <w:rPr>
          <w:lang w:eastAsia="zh-CN"/>
        </w:rPr>
        <w:br/>
      </w:r>
      <w:r>
        <w:rPr>
          <w:lang w:eastAsia="zh-CN"/>
        </w:rPr>
        <w:t>　　教师也是一名教书匠。作为一名教书匠，就要有匠心精神，匠心精神表现在锲而不舍上，每件与众不同的好东西，其实都是无与比寂寞的勤奋为前提的，要么是血，要么是汗，要么是所有青春好时光。教书育人也是如此。</w:t>
      </w:r>
      <w:r>
        <w:rPr>
          <w:lang w:eastAsia="zh-CN"/>
        </w:rPr>
        <w:br/>
      </w:r>
      <w:r>
        <w:rPr>
          <w:lang w:eastAsia="zh-CN"/>
        </w:rPr>
        <w:t>　　总之，这次“国培”学习培训使我理清了教学思路和提高了教育认识，真正感受到我国不同地区在教育教学方面的较大差距和落后地区教师自身的不足。受益非且，每一场专家讲座、每一段学习活动、每一节听课上课、每一句经典名言、每一个教学案例、每一栋建筑文化、每一所校园文化、每一条教学经验、每一次教学探讨和学习笔记都是宝贵的财富。教无定法，学无止境，只有终身学习并不断创新的教师才是合格的人民教师。另外，作为年轻教师的我们，要相信，如果你在行动，就一定能看到自己的成长。</w:t>
      </w:r>
      <w:r>
        <w:rPr>
          <w:lang w:eastAsia="zh-CN"/>
        </w:rPr>
        <w:br/>
      </w:r>
      <w:r>
        <w:rPr>
          <w:lang w:eastAsia="zh-CN"/>
        </w:rPr>
        <w:t xml:space="preserve">    2024教师外出培训心得体会 篇15 </w:t>
      </w:r>
      <w:r>
        <w:rPr>
          <w:lang w:eastAsia="zh-CN"/>
        </w:rPr>
        <w:br/>
      </w:r>
      <w:r>
        <w:rPr>
          <w:lang w:eastAsia="zh-CN"/>
        </w:rPr>
        <w:t>　　20__年8月10日—17日到省体校学习培训，在这短短的几天时间里，在此期间观摩了课堂教学并与授课教师交流互动，听了学校领导的专题讲座，每天学习结束后学员相互交流体会。这次学习，使我深受启发，下面主要谈谈我在省体校参观学习后的几点感受：</w:t>
      </w:r>
      <w:r>
        <w:rPr>
          <w:lang w:eastAsia="zh-CN"/>
        </w:rPr>
        <w:br/>
      </w:r>
      <w:r>
        <w:rPr>
          <w:lang w:eastAsia="zh-CN"/>
        </w:rPr>
        <w:t>　　一、特色化的先进教育理念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省体校从培养学生综合素质的高度出发，提出了以课堂教学为核心，以"目标性"、"针对性"及"高能性"为目标，以"变备教材、备教法为备学生"为特点的教育理念。备学法使学生动起来，课堂活起来，教学效果好起来，师生负担减下来。包括"预习、互动、测评"三大模块的"课堂教学271法则"，形成了省体校教学的最大特色。271课堂要求学生课前准备紧锣密鼓，学案探究互动热火朝天，学生课后复习温故知新。具体包括以下三个转变——师长变学长，变教为启，变教为帮;学生是学习的主人，变被动接受为主动探究;教室功能的转变，变教室为学室，变讲堂为学堂。这种课堂解放了学生的头脑，解放了学生的双手，解放了学生的眼睛，解放了学生的嘴巴，解放了学生的空间和时间。</w:t>
      </w:r>
      <w:r>
        <w:rPr>
          <w:lang w:eastAsia="zh-CN"/>
        </w:rPr>
        <w:br/>
      </w:r>
      <w:r>
        <w:rPr>
          <w:lang w:eastAsia="zh-CN"/>
        </w:rPr>
        <w:t>　　二、高效化的小组合作学习</w:t>
      </w:r>
      <w:r>
        <w:rPr>
          <w:lang w:eastAsia="zh-CN"/>
        </w:rPr>
        <w:br/>
      </w:r>
      <w:r>
        <w:rPr>
          <w:lang w:eastAsia="zh-CN"/>
        </w:rPr>
        <w:t>　　学习小组的建立既使学习主体细致化(每组6人，根据学习能力的差异分为A、B、C三个等级)，既有利于老师</w:t>
      </w:r>
      <w:r>
        <w:rPr>
          <w:lang w:eastAsia="zh-CN"/>
        </w:rPr>
        <w:br/>
      </w:r>
      <w:r>
        <w:rPr>
          <w:lang w:eastAsia="zh-CN"/>
        </w:rPr>
        <w:t>　　对学生学习情况的更细致的了解掌握，也有利于老师针对不同层次的学生开展层次教学，同时学习小组还能充分发挥学生学习的主动性、积极性、自律性，学生自主管理的优势也能得到充分地展现。</w:t>
      </w:r>
      <w:r>
        <w:rPr>
          <w:lang w:eastAsia="zh-CN"/>
        </w:rPr>
        <w:br/>
      </w:r>
      <w:r>
        <w:rPr>
          <w:lang w:eastAsia="zh-CN"/>
        </w:rPr>
        <w:t>　　三、集体化的导学案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导学案中所涉及的探究问题能真正体现课堂教学过程。知识点挖掘细致，我所听到的语文学科两节课都体现了教学中学习的层次性，学生的主体性，很有实效性。课间通过和几位任课老师的交流，从这些老师的言语中可以透漏出教师的集体备课效率很高。所谓的效率高可以从学案的编写中充分体现出来：学案上有编制者、有审核者、还有审批者和日期，编制和审核均是2个人，执教人有的还不是学案的编制者，说明不是个人编制。</w:t>
      </w:r>
      <w:r>
        <w:rPr>
          <w:lang w:eastAsia="zh-CN"/>
        </w:rPr>
        <w:br/>
      </w:r>
      <w:r>
        <w:rPr>
          <w:lang w:eastAsia="zh-CN"/>
        </w:rPr>
        <w:t>　　四、广泛的师生阅读</w:t>
      </w:r>
      <w:r>
        <w:rPr>
          <w:lang w:eastAsia="zh-CN"/>
        </w:rPr>
        <w:br/>
      </w:r>
      <w:r>
        <w:rPr>
          <w:lang w:eastAsia="zh-CN"/>
        </w:rPr>
        <w:t>　　教师首先是勤奋的读书人，在每个学期学校都要求每一名教师至少阅读十本不同类别的书籍并写出一定数量的读书笔记;其次让学生畅游书海，每名学生在每个学期要阅读一定数量的书籍，并做好名言警句和美文语段的摘抄。每个年级每周都安排了阅读课，从而使学生的阅读成为了一种习惯;再次是每个年级在每个学期组织一定量的阅读活动，以此来促进学生阅读的积极性和高效性。阅读不仅为学生的语文学习打下坚实基础，而且能为学生的人生增添色彩。</w:t>
      </w:r>
      <w:r>
        <w:rPr>
          <w:lang w:eastAsia="zh-CN"/>
        </w:rPr>
        <w:br/>
      </w:r>
      <w:r>
        <w:rPr>
          <w:lang w:eastAsia="zh-CN"/>
        </w:rPr>
        <w:t>　　五、无处不在的校园文化</w:t>
      </w:r>
      <w:r>
        <w:rPr>
          <w:lang w:eastAsia="zh-CN"/>
        </w:rPr>
        <w:br/>
      </w:r>
      <w:r>
        <w:rPr>
          <w:lang w:eastAsia="zh-CN"/>
        </w:rPr>
        <w:t>　　整个校园均充满了以学生为主的校园文化氛围，从操场到教室，从走廊到厕所，从班级到小组，让学生成为校园的主人，让学生的名言、作品和荣誉成为激励学生学习、转变学生行为的准则。如"今日事今日毕，我们决不拖延"，"正课与自习一分钟也不让自己闲下来，紧张而积极，你的收获会让你更加喜悦"，"脚踏实地山让路，持之以恒海可移"。这些名言会激励学生严于律己，做事坚持不懈，很实用。学校充分利用校园环境教育学生并激发学生的自信心和学习积极性，利用教室走廊墙壁，随时给学生提供学习的知识，这些方面非常值得我们好好借鉴。</w:t>
      </w:r>
      <w:r>
        <w:rPr>
          <w:lang w:eastAsia="zh-CN"/>
        </w:rPr>
        <w:br/>
      </w:r>
      <w:r>
        <w:rPr>
          <w:lang w:eastAsia="zh-CN"/>
        </w:rPr>
        <w:t>　　六、精细化的学校管理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俗话说的好，"思路决定出路，细节决定成败"。省体校校园每项工作都做得非常细致，如在卫生环境上几乎看不到一片纸屑。学校管理采取无缝隙管理，而且教师队伍年轻，这点与我们鱼河峁中学非常相似。但二中对新教师上岗之前的培训是值得我们好好思考的，在那里一名新任教师要进行20天左右的培训和严格考试才能进教室上课。通过这些内容充实、实用的培训，新上任教师的成长也就快了很多。学校完善的奖惩制度也很值得学习，尤其是对一线教师和备课组的评价，能充分调动一线教师和备课组长的积极性，因此才能搞好集体备课，拉动各位教师的成长。尽管学校要求教师坐班时间不长，但很多老师能坚持坐班到10点，这可能就是完善的奖惩制度所体现的结果吧。</w:t>
      </w:r>
      <w:r>
        <w:rPr>
          <w:lang w:eastAsia="zh-CN"/>
        </w:rPr>
        <w:br/>
      </w:r>
      <w:r>
        <w:rPr>
          <w:lang w:eastAsia="zh-CN"/>
        </w:rPr>
        <w:t>　　一、服务精神，团结精神。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来拜城的参观学习安排为两天，在第一天里我们参观了位于拜城县内的四所学校和两所幼儿园。给我印象最深的是拜城县的实验中学和幼儿园，进入实验高中校园，首先我们就能看见学校的各种新兴建筑物以及校训校规，而且板报也做得非常认真和美观，校园整洁有序，让人感受到浓浓的人文气息。经过参观校容校貌、设备设施、听取学校领导给我们介绍学校办学情况，对我们的触动很大，很受启发和教育。首先，是他们那种服务精神，团结精神。走进他们的学校，给我们一种感觉，不管是老师还是其他工作人员，都是那么认真。参观了两所幼儿园，不管是学校环境，还是教师和孩子们都有一种积极的精神面貌，孩子们的表现很积极，教师的言行举止都很大方得体，让我们感觉在这样的环境，这样的老师的教育下，在幼小衔接这一块做的很扎实，我们想正是他们的.这种服务精神，团结精神，才让学生喜欢，让家长放心，让社会都承认。</w:t>
      </w:r>
      <w:r>
        <w:rPr>
          <w:lang w:eastAsia="zh-CN"/>
        </w:rPr>
        <w:br/>
      </w:r>
      <w:r>
        <w:rPr>
          <w:lang w:eastAsia="zh-CN"/>
        </w:rPr>
        <w:t>　　二、学生积极性，让学生成为课堂的主人。</w:t>
      </w:r>
      <w:r>
        <w:rPr>
          <w:lang w:eastAsia="zh-CN"/>
        </w:rPr>
        <w:br/>
      </w:r>
      <w:r>
        <w:rPr>
          <w:lang w:eastAsia="zh-CN"/>
        </w:rPr>
        <w:t>　　在第二天时间里，我们又去了拜城团结小学和拜城第二小学听课。特别是拜城第二小学听完课后给我们留下深刻印象的是他们学生那种自觉、自信和勤奋。课堂上，同学们动手的积极性很高，课堂次序维持的很好，当老师提出问题时，他们很积极地思考和回答;当老师让他们看书并思考问题时，他们又非常地专著去思考，整个课堂显得既严肃又活泼。相比较而言，课堂上我们的学生就显得不够积极活跃。特别是听了音乐、体育整节课充分体现"先学后教，当堂训练，教学模式"，学生当堂做到了读、唱、思、练结合，真正做到了他们所说的堂堂清。</w:t>
      </w:r>
      <w:r>
        <w:rPr>
          <w:lang w:eastAsia="zh-CN"/>
        </w:rPr>
        <w:br/>
      </w:r>
      <w:r>
        <w:rPr>
          <w:lang w:eastAsia="zh-CN"/>
        </w:rPr>
        <w:t>　　三、通过对比学习发现了我们和学校存在的不足</w:t>
      </w:r>
      <w:r>
        <w:rPr>
          <w:lang w:eastAsia="zh-CN"/>
        </w:rPr>
        <w:br/>
      </w:r>
      <w:r>
        <w:rPr>
          <w:lang w:eastAsia="zh-CN"/>
        </w:rPr>
        <w:t>　　1、学校能多给教师组织外出学习和参观培训的机会，使教师能不断加强理论与实践学习，开阔自己的视野。</w:t>
      </w:r>
      <w:r>
        <w:rPr>
          <w:lang w:eastAsia="zh-CN"/>
        </w:rPr>
        <w:br/>
      </w:r>
      <w:r>
        <w:rPr>
          <w:lang w:eastAsia="zh-CN"/>
        </w:rPr>
        <w:t>　　2、学校能联合党建办、政教办和少先大队，加强我校教师和学生统一服装的监督和管理。</w:t>
      </w:r>
      <w:r>
        <w:rPr>
          <w:lang w:eastAsia="zh-CN"/>
        </w:rPr>
        <w:br/>
      </w:r>
      <w:r>
        <w:rPr>
          <w:lang w:eastAsia="zh-CN"/>
        </w:rPr>
        <w:t>　　3、学校进一步加强对教职工的各项业务培训指导(如：钢笔字、简笔画、学习汉语、维语)提高教职工工作责任心，增强教职工凝聚力。</w:t>
      </w:r>
      <w:r>
        <w:rPr>
          <w:lang w:eastAsia="zh-CN"/>
        </w:rPr>
        <w:br/>
      </w:r>
      <w:r>
        <w:rPr>
          <w:lang w:eastAsia="zh-CN"/>
        </w:rPr>
        <w:t>　　4、加强对骨干教师的培养和管理，充分发挥好骨干教师的模范带头作用。多给有务实、有潜力的教师外出学习的机会，让她们把新的教学经验和好的管理方法运用到教学中，带动一校教育的发展。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6、学校能给教师每人配备一台电脑，这样有助于教师教师业务知识的更新和课件的制作。好的课件对于调动学生学习的积极性有重要作用。</w:t>
      </w:r>
      <w:r>
        <w:rPr>
          <w:lang w:eastAsia="zh-CN"/>
        </w:rPr>
        <w:br/>
      </w:r>
      <w:r>
        <w:rPr>
          <w:lang w:eastAsia="zh-CN"/>
        </w:rPr>
        <w:t>　　以上就是我们本次外出学习的收获，能对学校的发展起到一定的促进作用。不对之处敬请领导批评指正。期待学校和自己通过本次学习活动有一个新的发展!</w:t>
      </w:r>
      <w:r>
        <w:rPr>
          <w:lang w:eastAsia="zh-CN"/>
        </w:rPr>
        <w:br/>
      </w:r>
      <w:r>
        <w:rPr>
          <w:lang w:eastAsia="zh-CN"/>
        </w:rPr>
        <w:t xml:space="preserve">    2024教师外出培训心得体会 篇16 </w:t>
      </w:r>
      <w:r>
        <w:rPr>
          <w:lang w:eastAsia="zh-CN"/>
        </w:rPr>
        <w:br/>
      </w:r>
      <w:r>
        <w:rPr>
          <w:lang w:eastAsia="zh-CN"/>
        </w:rPr>
        <w:t>　　此次培训，作为一名小学的英语教师,能有机会参加市里给我们提供的这次培训机会,我觉得十分荣幸。这次培训是给我们英语老师提供了一次很好的学习机会，也留给了我满满的收获和深深的思考,现将自己的学习心得体会总结如下：</w:t>
      </w:r>
      <w:r>
        <w:rPr>
          <w:lang w:eastAsia="zh-CN"/>
        </w:rPr>
        <w:br/>
      </w:r>
      <w:r>
        <w:rPr>
          <w:lang w:eastAsia="zh-CN"/>
        </w:rPr>
        <w:t>　　专家从各个方面介绍词汇课怎么样才能上的高效，怎样为孩子们创设轻松愉快的课堂氛围，从听听说说、读读认认、唱唱玩玩中培养学生的兴趣和能力。形式多样的竞赛和游戏歌谣迎合小学生爱玩的天性，寓教于乐。学生乐于参与，兴致勃勃，情趣盎然的词汇课堂简单、高效、实效。</w:t>
      </w:r>
      <w:r>
        <w:rPr>
          <w:lang w:eastAsia="zh-CN"/>
        </w:rPr>
        <w:br/>
      </w:r>
    </w:p>
    <w:p w:rsidR="001B1F19" w14:textId="27C3F48A">
      <w:pPr>
        <w:rPr>
          <w:rFonts w:hint="eastAsia"/>
          <w:lang w:eastAsia="zh-CN"/>
        </w:rPr>
      </w:pPr>
      <w:r>
        <w:rPr>
          <w:lang w:eastAsia="zh-CN"/>
        </w:rPr>
        <w:t>　　其中对于老师们提出的不要打击差生的自信心，鼓励他们，学生答不出来问题，也要体面地让他们坐下去，这个观点印象深刻。教育就是让我们尊重每一个孩子，心有大爱，是一位教师必须的素养。大爱精神是教师职业精神的灵魂。李老师告诉了我们师者对学生的应有的态度：我觉得这就是对大爱精神的详细阐述。永远不要骂你的学生，你爱他，他爱你。无论面对什么样的学生，作为教师的我们，应该关爱他们，让他们成才。</w:t>
      </w:r>
      <w:r>
        <w:rPr>
          <w:lang w:eastAsia="zh-CN"/>
        </w:rPr>
        <w:br/>
      </w:r>
      <w:r>
        <w:rPr>
          <w:lang w:eastAsia="zh-CN"/>
        </w:rPr>
        <w:t>　　扎实的专业知识和技能是最重要的前提。所谓课上一分钟，课下十年功、要给学生一杯水，教师应有一桶水就是这个道理。孙超老师课堂上的收放自如，郭晓艳老师的张驰有度，车昆老师的循序渐进，吴晴梅老师的稳扎稳打，还有郭淑华老师的独具一心，都与她们扎实的专业知识和技能密不可分。只有掌握本学科更宽厚的知识，才能更透彻的理解教材，灵活处理教材，准确的把握教材，以最自然的方法把知识传授给学生。</w:t>
      </w:r>
      <w:r>
        <w:rPr>
          <w:lang w:eastAsia="zh-CN"/>
        </w:rPr>
        <w:br/>
      </w:r>
      <w:r>
        <w:rPr>
          <w:lang w:eastAsia="zh-CN"/>
        </w:rPr>
        <w:t>　　其次，要营造宽松、民主、和谐的教学氛围必须多关注学生的情感。通常我们在教学的过程中，有时会感觉学生无精打采，死气沉沉，自己也讲得有气无力，十分枯燥，根源在于我们没有充分调动起学生的积极性，在传教的过程中忽视了他们的情感。是的，学生只有对自己、对英语及其文化、对英语学习有积极的情感，才能保持英语学习的高昂的学习热情并取得成绩。消极的情感不仅会影响英语学习的效果，而且会影响学生的长远发展。因此，在英语教学中我们应该自始至终关注学生的情感，努力营造宽松、民主、和谐的教学氛围。</w:t>
      </w:r>
      <w:r>
        <w:rPr>
          <w:lang w:eastAsia="zh-CN"/>
        </w:rPr>
        <w:br/>
      </w:r>
      <w:r>
        <w:rPr>
          <w:lang w:eastAsia="zh-CN"/>
        </w:rPr>
        <w:t>　　再次，教师应该活用教材、用活教材，根据自己学生的实际，选择教材内容，科学加工，用恰当的方法，合理地组织教学。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https://d.book118.com/655122122243011102</w:t>
        </w:r>
      </w:hyperlink>
    </w:p>
    <w:p w:rsidR="001B1F19">
      <w:pPr>
        <w:rPr>
          <w:rFonts w:hint="eastAsia"/>
          <w:lang w:eastAsia="zh-CN"/>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55122122243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