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机动车借款抵押合同</w:t>
      </w:r>
    </w:p>
    <w:p>
      <w:pPr>
        <w:spacing w:before="100" w:after="200" w:line="360" w:lineRule="auto"/>
        <w:ind w:firstLine="576"/>
        <w:jc w:val="left"/>
      </w:pPr>
      <w:r>
        <w:rPr>
          <w:rFonts w:ascii="宋体" w:eastAsia="宋体" w:hAnsi="宋体"/>
          <w:sz w:val="28"/>
        </w:rPr>
        <w:t>甲乙双方经协商一致就机动车辆抵押借款的事项达成如下合同：</w:t>
      </w:r>
    </w:p>
    <w:p>
      <w:pPr>
        <w:spacing w:before="100" w:after="200" w:line="360" w:lineRule="auto"/>
        <w:ind w:firstLine="576"/>
        <w:jc w:val="left"/>
      </w:pPr>
      <w:r>
        <w:rPr>
          <w:rFonts w:ascii="宋体" w:eastAsia="宋体" w:hAnsi="宋体"/>
          <w:sz w:val="28"/>
        </w:rPr>
        <w:t>第一条、抵押车辆品牌：型号：数量：台机动车牌照号码：车架号码：</w:t>
      </w:r>
    </w:p>
    <w:p>
      <w:pPr>
        <w:spacing w:before="100" w:after="200" w:line="360" w:lineRule="auto"/>
        <w:jc w:val="left"/>
      </w:pPr>
      <w:r>
        <w:rPr>
          <w:rFonts w:ascii="宋体 (中文正文)" w:eastAsia="宋体" w:hAnsi="宋体 (中文正文)"/>
          <w:sz w:val="28"/>
        </w:rPr>
        <w:t>发动机号：</w:t>
      </w:r>
    </w:p>
    <w:p>
      <w:pPr>
        <w:spacing w:before="100" w:after="200" w:line="360" w:lineRule="auto"/>
        <w:ind w:firstLine="576"/>
        <w:jc w:val="left"/>
      </w:pPr>
      <w:r>
        <w:rPr>
          <w:rFonts w:ascii="宋体" w:eastAsia="宋体" w:hAnsi="宋体"/>
          <w:sz w:val="28"/>
        </w:rPr>
        <w:t>第二条、借款金额：人民币元整抵押车辆评估价值：人民币元。</w:t>
      </w:r>
    </w:p>
    <w:p>
      <w:pPr>
        <w:spacing w:before="100" w:after="200" w:line="360" w:lineRule="auto"/>
        <w:ind w:firstLine="576"/>
        <w:jc w:val="left"/>
      </w:pPr>
      <w:r>
        <w:rPr>
          <w:rFonts w:ascii="宋体" w:eastAsia="宋体" w:hAnsi="宋体"/>
          <w:sz w:val="28"/>
        </w:rPr>
        <w:t>第三条、借款期限：年月日至年月日。</w:t>
      </w:r>
    </w:p>
    <w:p>
      <w:pPr>
        <w:spacing w:before="100" w:after="200" w:line="360" w:lineRule="auto"/>
        <w:ind w:firstLine="576"/>
        <w:jc w:val="left"/>
      </w:pPr>
      <w:r>
        <w:rPr>
          <w:rFonts w:ascii="宋体" w:eastAsia="宋体" w:hAnsi="宋体"/>
          <w:sz w:val="28"/>
        </w:rPr>
        <w:t>第四条、如甲方未能履行此约定，乙方有权单方提前终止合同并向甲方追索借款本金、利息、综合费用及违约金，行使抵押权。</w:t>
      </w:r>
    </w:p>
    <w:p>
      <w:pPr>
        <w:spacing w:before="100" w:after="200" w:line="360" w:lineRule="auto"/>
        <w:ind w:firstLine="576"/>
        <w:jc w:val="left"/>
      </w:pPr>
      <w:r>
        <w:rPr>
          <w:rFonts w:ascii="宋体" w:eastAsia="宋体" w:hAnsi="宋体"/>
          <w:sz w:val="28"/>
        </w:rPr>
        <w:t>第五条、抵押的范围包括：</w:t>
      </w:r>
    </w:p>
    <w:p>
      <w:pPr>
        <w:spacing w:before="100" w:after="200" w:line="360" w:lineRule="auto"/>
        <w:ind w:firstLine="576"/>
        <w:jc w:val="left"/>
      </w:pPr>
      <w:r>
        <w:rPr>
          <w:rFonts w:ascii="宋体" w:eastAsia="宋体" w:hAnsi="宋体"/>
          <w:sz w:val="28"/>
        </w:rPr>
        <w:t>《机动车辆抵押借款合同书》项下的借款本息与综合服务费;实现债权和抵押权的费用(包括抵押登记费、律师费、诉讼费、申请执行费、拍卖或变卖费等)、罚息、以及应支付的违约金、赔偿金等。</w:t>
      </w:r>
    </w:p>
    <w:p>
      <w:pPr>
        <w:spacing w:before="100" w:after="200" w:line="360" w:lineRule="auto"/>
        <w:jc w:val="left"/>
      </w:pPr>
      <w:r>
        <w:rPr>
          <w:rFonts w:ascii="宋体 (中文正文)" w:eastAsia="宋体" w:hAnsi="宋体 (中文正文)"/>
          <w:sz w:val="28"/>
        </w:rPr>
        <w:t>第六条、各方责任：</w:t>
      </w:r>
    </w:p>
    <w:p>
      <w:pPr>
        <w:spacing w:before="100" w:after="200" w:line="360" w:lineRule="auto"/>
        <w:ind w:firstLine="576"/>
        <w:jc w:val="left"/>
      </w:pPr>
      <w:r>
        <w:rPr>
          <w:rFonts w:ascii="宋体" w:eastAsia="宋体" w:hAnsi="宋体"/>
          <w:sz w:val="28"/>
        </w:rPr>
        <w:t>1、甲方保证对抵押机动车辆依法享有所有权。在抵押前未将该质物转让抵押、抵押担保及依法保全等，无任何经济纠纷，如有纠纷甲方愿承担全部责任。</w:t>
      </w:r>
    </w:p>
    <w:p>
      <w:pPr>
        <w:spacing w:before="100" w:after="200" w:line="360" w:lineRule="auto"/>
        <w:ind w:firstLine="576"/>
        <w:jc w:val="left"/>
      </w:pPr>
      <w:r>
        <w:rPr>
          <w:rFonts w:ascii="宋体" w:eastAsia="宋体" w:hAnsi="宋体"/>
          <w:sz w:val="28"/>
        </w:rPr>
        <w:t>2、抵押车辆在乙方封存。</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3、抵押车辆的保险，由甲方到保险公司办理投保手续，保险费用由甲方负担。</w:t>
      </w:r>
    </w:p>
    <w:p>
      <w:pPr>
        <w:spacing w:before="100" w:after="200" w:line="360" w:lineRule="auto"/>
        <w:ind w:firstLine="576"/>
        <w:jc w:val="left"/>
      </w:pPr>
      <w:r>
        <w:rPr>
          <w:rFonts w:ascii="宋体" w:eastAsia="宋体" w:hAnsi="宋体"/>
          <w:sz w:val="28"/>
        </w:rPr>
        <w:t>4、在抵押期间，乙方须妥善保管甲方交付的抵押车辆。若是由于车辆自身原因或自然损坏、不可抗力等因素造成的车辆损失，免除乙方赔偿责任。</w:t>
      </w:r>
    </w:p>
    <w:p>
      <w:pPr>
        <w:spacing w:before="100" w:after="200" w:line="360" w:lineRule="auto"/>
        <w:ind w:firstLine="576"/>
        <w:jc w:val="left"/>
      </w:pPr>
      <w:r>
        <w:rPr>
          <w:rFonts w:ascii="宋体" w:eastAsia="宋体" w:hAnsi="宋体"/>
          <w:sz w:val="28"/>
        </w:rPr>
        <w:t>5、机动车抵押期间，如果价值有所减少，乙方认为有必要对机动车重新估价，甲方必须予以合作。重新估价后，乙方认为机动车价值不足以担保其债权时，甲方必须提前偿还部分或全部借款。</w:t>
      </w:r>
    </w:p>
    <w:p>
      <w:pPr>
        <w:spacing w:before="100" w:after="200" w:line="360" w:lineRule="auto"/>
        <w:ind w:firstLine="576"/>
        <w:jc w:val="left"/>
      </w:pPr>
      <w:r>
        <w:rPr>
          <w:rFonts w:ascii="宋体" w:eastAsia="宋体" w:hAnsi="宋体"/>
          <w:sz w:val="28"/>
        </w:rPr>
        <w:t>6、随车手续：由乙方保存。</w:t>
      </w:r>
    </w:p>
    <w:p>
      <w:pPr>
        <w:spacing w:before="100" w:after="200" w:line="360" w:lineRule="auto"/>
        <w:ind w:firstLine="576"/>
        <w:jc w:val="left"/>
      </w:pPr>
      <w:r>
        <w:rPr>
          <w:rFonts w:ascii="宋体" w:eastAsia="宋体" w:hAnsi="宋体"/>
          <w:sz w:val="28"/>
        </w:rPr>
        <w:t>7、乙方行使抵押权处理抵押车辆所得价款，不足清偿债务的，乙方有权另行追索。甲方承诺抵押物一旦被乙方行使抵押权，甲方无条件、无偿向乙方提供合法有效的过户手续。</w:t>
      </w:r>
    </w:p>
    <w:p>
      <w:pPr>
        <w:spacing w:before="100" w:after="200" w:line="360" w:lineRule="auto"/>
        <w:ind w:firstLine="576"/>
        <w:jc w:val="left"/>
      </w:pPr>
      <w:r>
        <w:rPr>
          <w:rFonts w:ascii="宋体" w:eastAsia="宋体" w:hAnsi="宋体"/>
          <w:sz w:val="28"/>
        </w:rPr>
        <w:t>8、担保人对本合同承担无限连带责任。</w:t>
      </w:r>
    </w:p>
    <w:p>
      <w:pPr>
        <w:spacing w:before="100" w:after="200" w:line="360" w:lineRule="auto"/>
        <w:ind w:firstLine="576"/>
        <w:jc w:val="left"/>
      </w:pPr>
      <w:r>
        <w:rPr>
          <w:rFonts w:ascii="宋体" w:eastAsia="宋体" w:hAnsi="宋体"/>
          <w:sz w:val="28"/>
        </w:rPr>
        <w:t>第七条、各方在履行本合同中发生的争议，由双方协商解决。协商不成，须向乙方所在地人民法院起诉。</w:t>
      </w:r>
    </w:p>
    <w:p>
      <w:pPr>
        <w:spacing w:before="100" w:after="200" w:line="360" w:lineRule="auto"/>
        <w:ind w:firstLine="576"/>
        <w:jc w:val="left"/>
      </w:pPr>
      <w:r>
        <w:rPr>
          <w:rFonts w:ascii="宋体" w:eastAsia="宋体" w:hAnsi="宋体"/>
          <w:sz w:val="28"/>
        </w:rPr>
        <w:t>第八条、本合同在甲方还清借款本金、综合费用后，乙方将甲方提供的抵押物和证件等返还甲方。本合同自行终止。</w:t>
      </w:r>
    </w:p>
    <w:p>
      <w:pPr>
        <w:spacing w:before="100" w:after="200" w:line="360" w:lineRule="auto"/>
        <w:ind w:firstLine="576"/>
        <w:jc w:val="left"/>
      </w:pPr>
      <w:r>
        <w:rPr>
          <w:rFonts w:ascii="宋体" w:eastAsia="宋体" w:hAnsi="宋体"/>
          <w:sz w:val="28"/>
        </w:rPr>
        <w:t>第九条、本合同一式三份，甲、乙、丙三方各执一份以资信守。本合同未尽事宜，各方以补充协议的方式另行约定。</w:t>
      </w:r>
    </w:p>
    <w:p>
      <w:pPr>
        <w:spacing w:before="100" w:after="200" w:line="360" w:lineRule="auto"/>
        <w:ind w:firstLine="576"/>
        <w:jc w:val="left"/>
      </w:pPr>
      <w:r>
        <w:rPr>
          <w:rFonts w:ascii="宋体" w:eastAsia="宋体" w:hAnsi="宋体"/>
          <w:sz w:val="28"/>
        </w:rPr>
        <w:t>第十条、提示条款</w:t>
      </w:r>
    </w:p>
    <w:p>
      <w:pPr>
        <w:spacing w:before="100" w:after="200" w:line="360" w:lineRule="auto"/>
        <w:ind w:firstLine="576"/>
        <w:jc w:val="left"/>
      </w:pPr>
      <w:r>
        <w:rPr>
          <w:rFonts w:ascii="宋体" w:eastAsia="宋体" w:hAnsi="宋体"/>
          <w:sz w:val="28"/>
        </w:rPr>
        <w:t>甲方已阅读本合同所有条款，应甲方要求，乙方已经就合同条款做了相应说明，甲方对本合同所有条款的含义及相应的法律后果已全部知晓，并予以充分、准确无误的理解。</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甲方:乙方:</w:t>
      </w:r>
    </w:p>
    <w:p>
      <w:pPr>
        <w:spacing w:before="100" w:after="200" w:line="360" w:lineRule="auto"/>
        <w:jc w:val="left"/>
      </w:pPr>
      <w:r>
        <w:rPr>
          <w:rFonts w:ascii="宋体 (中文正文)" w:eastAsia="宋体" w:hAnsi="宋体 (中文正文)"/>
          <w:sz w:val="28"/>
        </w:rPr>
        <w:t>年月日丙方：</w:t>
      </w:r>
    </w:p>
    <w:p>
      <w:pPr>
        <w:spacing w:before="100" w:after="200" w:line="360" w:lineRule="auto"/>
        <w:jc w:val="left"/>
      </w:pPr>
      <w:r>
        <w:rPr>
          <w:rFonts w:ascii="宋体 (中文正文)" w:eastAsia="宋体" w:hAnsi="宋体 (中文正文)"/>
          <w:sz w:val="28"/>
        </w:rPr>
        <w:t>甲方（抵押权人）：</w:t>
      </w:r>
    </w:p>
    <w:p>
      <w:pPr>
        <w:spacing w:before="100" w:after="200" w:line="360" w:lineRule="auto"/>
        <w:jc w:val="left"/>
      </w:pPr>
      <w:r>
        <w:rPr>
          <w:rFonts w:ascii="宋体 (中文正文)" w:eastAsia="宋体" w:hAnsi="宋体 (中文正文)"/>
          <w:sz w:val="28"/>
        </w:rPr>
        <w:t>乙方（抵押人）：</w:t>
      </w:r>
    </w:p>
    <w:p>
      <w:pPr>
        <w:spacing w:before="100" w:after="200" w:line="360" w:lineRule="auto"/>
        <w:jc w:val="left"/>
      </w:pPr>
      <w:r>
        <w:rPr>
          <w:rFonts w:ascii="宋体 (中文正文)" w:eastAsia="宋体" w:hAnsi="宋体 (中文正文)"/>
          <w:sz w:val="28"/>
        </w:rPr>
        <w:t>身份证号：</w:t>
      </w:r>
    </w:p>
    <w:p>
      <w:pPr>
        <w:spacing w:before="100" w:after="200" w:line="360" w:lineRule="auto"/>
        <w:jc w:val="left"/>
      </w:pPr>
      <w:r>
        <w:rPr>
          <w:rFonts w:ascii="宋体 (中文正文)" w:eastAsia="宋体" w:hAnsi="宋体 (中文正文)"/>
          <w:sz w:val="28"/>
        </w:rPr>
        <w:t>身份证号：</w:t>
      </w:r>
    </w:p>
    <w:p>
      <w:pPr>
        <w:spacing w:before="100" w:after="200" w:line="360" w:lineRule="auto"/>
        <w:jc w:val="left"/>
      </w:pPr>
      <w:r>
        <w:rPr>
          <w:rFonts w:ascii="宋体 (中文正文)" w:eastAsia="宋体" w:hAnsi="宋体 (中文正文)"/>
          <w:sz w:val="28"/>
        </w:rPr>
        <w:t>住址：</w:t>
      </w:r>
    </w:p>
    <w:p>
      <w:pPr>
        <w:spacing w:before="100" w:after="200" w:line="360" w:lineRule="auto"/>
        <w:jc w:val="left"/>
      </w:pPr>
      <w:r>
        <w:rPr>
          <w:rFonts w:ascii="宋体 (中文正文)" w:eastAsia="宋体" w:hAnsi="宋体 (中文正文)"/>
          <w:sz w:val="28"/>
        </w:rPr>
        <w:t>住址：</w:t>
      </w:r>
    </w:p>
    <w:p>
      <w:pPr>
        <w:spacing w:before="100" w:after="200" w:line="360" w:lineRule="auto"/>
        <w:ind w:firstLine="576"/>
        <w:jc w:val="left"/>
      </w:pPr>
      <w:r>
        <w:rPr>
          <w:rFonts w:ascii="宋体" w:eastAsia="宋体" w:hAnsi="宋体"/>
          <w:sz w:val="28"/>
        </w:rPr>
        <w:t>甲乙双方以协商一致，就机动车辆抵押借款的事项达成如下协议：</w:t>
      </w:r>
    </w:p>
    <w:p>
      <w:pPr>
        <w:spacing w:before="100" w:after="200" w:line="360" w:lineRule="auto"/>
        <w:jc w:val="left"/>
      </w:pPr>
      <w:r>
        <w:rPr>
          <w:rFonts w:ascii="宋体 (中文正文)" w:eastAsia="宋体" w:hAnsi="宋体 (中文正文)"/>
          <w:b/>
          <w:sz w:val="28"/>
        </w:rPr>
        <w:t>一、乙方将现有车辆自愿抵押给甲方，车辆品牌型号车辆架号发动机号抵押车辆估价人民币元。</w:t>
      </w:r>
    </w:p>
    <w:p>
      <w:pPr>
        <w:spacing w:before="100" w:after="200" w:line="360" w:lineRule="auto"/>
        <w:ind w:firstLine="576"/>
        <w:jc w:val="left"/>
      </w:pPr>
      <w:r>
        <w:rPr>
          <w:rFonts w:ascii="宋体" w:eastAsia="宋体" w:hAnsi="宋体"/>
          <w:sz w:val="28"/>
        </w:rPr>
        <w:t>二、乙方借款人民币元，所借资金用于经营需要，借款用期月日止。所借资金的利息为上打息。当乙方抵押期限到期，仍因实际困难无法如期偿还借款本息，要求延长抵押期限时，乙方可以向甲方协商，如果甲方同意可重新签定合同，如果甲方不同意，乙方将无条件还本息。</w:t>
      </w:r>
    </w:p>
    <w:p>
      <w:pPr>
        <w:spacing w:before="100" w:after="200" w:line="360" w:lineRule="auto"/>
        <w:ind w:firstLine="576"/>
        <w:jc w:val="left"/>
      </w:pPr>
      <w:r>
        <w:rPr>
          <w:rFonts w:ascii="宋体" w:eastAsia="宋体" w:hAnsi="宋体"/>
          <w:sz w:val="28"/>
        </w:rPr>
        <w:t>三、如果合同期满，乙方不能按时归还借款本息，乙方违约，乙方应向甲方支付违约金人民币终止合同，并向乙方追索借款本金、利息、综合费用及违约金和行使抵押权。如果乙方违约甲方有权出售抵押车辆，并不承担任何责任，如出售车辆所得价款不足以清偿债务时，</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甲方有权另行追索，乙方承诺抵押物一旦被甲方行使抵押权，乙方无条件、无偿向甲方提供合法有效的过户手续。</w:t>
      </w:r>
    </w:p>
    <w:p>
      <w:pPr>
        <w:spacing w:before="100" w:after="200" w:line="360" w:lineRule="auto"/>
        <w:ind w:firstLine="576"/>
        <w:jc w:val="left"/>
      </w:pPr>
      <w:r>
        <w:rPr>
          <w:rFonts w:ascii="宋体" w:eastAsia="宋体" w:hAnsi="宋体"/>
          <w:sz w:val="28"/>
        </w:rPr>
        <w:t>四、乙方保证对抵押机动车辆依法享有所有权，在抵押前未将该车辆转让抵押，抵押担保及依法保全等，无任何经济纠纷，如有纠纷乙方愿承担全部责任。</w:t>
      </w:r>
    </w:p>
    <w:p>
      <w:pPr>
        <w:spacing w:before="100" w:after="200" w:line="360" w:lineRule="auto"/>
        <w:ind w:firstLine="576"/>
        <w:jc w:val="left"/>
      </w:pPr>
      <w:r>
        <w:rPr>
          <w:rFonts w:ascii="宋体" w:eastAsia="宋体" w:hAnsi="宋体"/>
          <w:sz w:val="28"/>
        </w:rPr>
        <w:t>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spacing w:before="100" w:after="200" w:line="360" w:lineRule="auto"/>
        <w:ind w:firstLine="576"/>
        <w:jc w:val="left"/>
      </w:pPr>
      <w:r>
        <w:rPr>
          <w:rFonts w:ascii="宋体" w:eastAsia="宋体" w:hAnsi="宋体"/>
          <w:sz w:val="28"/>
        </w:rPr>
        <w:t>六、机动车抵押期间，如果价值有所减少，甲方认为有必要对机动车重新估价，乙方必须予以合作，重新估价后，甲方认为机动车不足以担保其债务时，乙方必须提前偿还部分或全部借款。</w:t>
      </w:r>
    </w:p>
    <w:p>
      <w:pPr>
        <w:spacing w:before="100" w:after="200" w:line="360" w:lineRule="auto"/>
        <w:ind w:firstLine="576"/>
        <w:jc w:val="left"/>
      </w:pPr>
      <w:r>
        <w:rPr>
          <w:rFonts w:ascii="宋体" w:eastAsia="宋体" w:hAnsi="宋体"/>
          <w:sz w:val="28"/>
        </w:rPr>
        <w:t>七、本合同在乙方还清全部借款本息、综合费用后，甲方将乙方提供的抵押物和证件返还乙方，本合同自行终止。</w:t>
      </w:r>
    </w:p>
    <w:p>
      <w:pPr>
        <w:spacing w:before="100" w:after="200" w:line="360" w:lineRule="auto"/>
        <w:ind w:firstLine="576"/>
        <w:jc w:val="left"/>
      </w:pPr>
      <w:r>
        <w:rPr>
          <w:rFonts w:ascii="宋体" w:eastAsia="宋体" w:hAnsi="宋体"/>
          <w:sz w:val="28"/>
        </w:rPr>
        <w:t>甲方（公章）：_________乙方（公章）：_________</w:t>
      </w:r>
    </w:p>
    <w:p>
      <w:pPr>
        <w:spacing w:before="100" w:after="200" w:line="360" w:lineRule="auto"/>
        <w:ind w:firstLine="576"/>
        <w:jc w:val="left"/>
      </w:pPr>
      <w:r>
        <w:rPr>
          <w:rFonts w:ascii="宋体" w:eastAsia="宋体" w:hAnsi="宋体"/>
          <w:sz w:val="28"/>
        </w:rPr>
        <w:t>法定代表人（签字）：_________法定代表人（签字）：_________</w:t>
      </w:r>
    </w:p>
    <w:p>
      <w:pPr>
        <w:spacing w:before="100" w:after="200" w:line="360" w:lineRule="auto"/>
        <w:ind w:firstLine="576"/>
        <w:jc w:val="left"/>
      </w:pPr>
      <w:r>
        <w:rPr>
          <w:rFonts w:ascii="宋体" w:eastAsia="宋体" w:hAnsi="宋体"/>
          <w:sz w:val="28"/>
        </w:rPr>
        <w:t>_________年____月____日_________年____月____日</w:t>
      </w:r>
    </w:p>
    <w:p>
      <w:pPr>
        <w:spacing w:before="100" w:after="200" w:line="360" w:lineRule="auto"/>
        <w:jc w:val="left"/>
      </w:pPr>
      <w:r>
        <w:rPr>
          <w:rFonts w:ascii="宋体 (中文正文)" w:eastAsia="宋体" w:hAnsi="宋体 (中文正文)"/>
          <w:sz w:val="28"/>
        </w:rPr>
        <w:t>贷款人：</w:t>
      </w:r>
    </w:p>
    <w:p>
      <w:pPr>
        <w:spacing w:before="100" w:after="200" w:line="360" w:lineRule="auto"/>
        <w:jc w:val="left"/>
      </w:pPr>
      <w:r>
        <w:rPr>
          <w:rFonts w:ascii="宋体 (中文正文)" w:eastAsia="宋体" w:hAnsi="宋体 (中文正文)"/>
          <w:sz w:val="28"/>
        </w:rPr>
        <w:t>借款人：</w:t>
      </w:r>
    </w:p>
    <w:p>
      <w:pPr>
        <w:spacing w:before="100" w:after="200" w:line="360" w:lineRule="auto"/>
        <w:ind w:firstLine="576"/>
        <w:jc w:val="left"/>
      </w:pPr>
      <w:r>
        <w:rPr>
          <w:rFonts w:ascii="宋体" w:eastAsia="宋体" w:hAnsi="宋体"/>
          <w:sz w:val="28"/>
        </w:rPr>
        <w:t>经手人</w:t>
      </w:r>
    </w:p>
    <w:p>
      <w:pPr>
        <w:spacing w:before="100" w:after="200" w:line="360" w:lineRule="auto"/>
        <w:ind w:firstLine="576"/>
        <w:jc w:val="left"/>
      </w:pPr>
      <w:r>
        <w:rPr>
          <w:rFonts w:ascii="宋体" w:eastAsia="宋体" w:hAnsi="宋体"/>
          <w:sz w:val="28"/>
        </w:rPr>
        <w:t>合同编号</w:t>
      </w:r>
    </w:p>
    <w:p>
      <w:pPr>
        <w:spacing w:before="100" w:after="200" w:line="360" w:lineRule="auto"/>
        <w:ind w:firstLine="576"/>
        <w:jc w:val="left"/>
      </w:pPr>
      <w:r>
        <w:rPr>
          <w:rFonts w:ascii="宋体" w:eastAsia="宋体" w:hAnsi="宋体"/>
          <w:sz w:val="28"/>
        </w:rPr>
        <w:t>机动车抵押借款合同</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贷款人（以下简称“甲方”）：</w:t>
      </w:r>
    </w:p>
    <w:p>
      <w:pPr>
        <w:spacing w:before="100" w:after="200" w:line="360" w:lineRule="auto"/>
        <w:ind w:firstLine="576"/>
        <w:jc w:val="left"/>
      </w:pPr>
      <w:r>
        <w:rPr>
          <w:rFonts w:ascii="宋体" w:eastAsia="宋体" w:hAnsi="宋体"/>
          <w:sz w:val="28"/>
        </w:rPr>
        <w:t>借款人（以下简称“乙方”）：</w:t>
      </w:r>
    </w:p>
    <w:p>
      <w:pPr>
        <w:spacing w:before="100" w:after="200" w:line="360" w:lineRule="auto"/>
        <w:ind w:firstLine="576"/>
        <w:jc w:val="left"/>
      </w:pPr>
      <w:r>
        <w:rPr>
          <w:rFonts w:ascii="宋体" w:eastAsia="宋体" w:hAnsi="宋体"/>
          <w:sz w:val="28"/>
        </w:rPr>
        <w:t>第一条：总则</w:t>
      </w:r>
    </w:p>
    <w:p>
      <w:pPr>
        <w:spacing w:before="100" w:after="200" w:line="360" w:lineRule="auto"/>
        <w:ind w:firstLine="576"/>
        <w:jc w:val="left"/>
      </w:pPr>
      <w:r>
        <w:rPr>
          <w:rFonts w:ascii="宋体" w:eastAsia="宋体" w:hAnsi="宋体"/>
          <w:sz w:val="28"/>
        </w:rPr>
        <w:t>甲乙双方于年月日签订本合同，乙方因需要，向甲方借款人民币万元整（￥），乙方自愿以其合法所有的机动车抵押给甲方，作为借款担保。为明确双方权利义务，现依据《中华人民共和国合同法》及其它法律、法规，经双方当事人协商一致，订立本合同。</w:t>
      </w:r>
    </w:p>
    <w:p>
      <w:pPr>
        <w:spacing w:before="100" w:after="200" w:line="360" w:lineRule="auto"/>
        <w:ind w:firstLine="576"/>
        <w:jc w:val="left"/>
      </w:pPr>
      <w:r>
        <w:rPr>
          <w:rFonts w:ascii="宋体" w:eastAsia="宋体" w:hAnsi="宋体"/>
          <w:sz w:val="28"/>
        </w:rPr>
        <w:t>第二条：抵押车辆基本情况</w:t>
      </w:r>
    </w:p>
    <w:p>
      <w:pPr>
        <w:spacing w:before="100" w:after="200" w:line="360" w:lineRule="auto"/>
        <w:ind w:firstLine="576"/>
        <w:jc w:val="left"/>
      </w:pPr>
      <w:r>
        <w:rPr>
          <w:rFonts w:ascii="宋体" w:eastAsia="宋体" w:hAnsi="宋体"/>
          <w:sz w:val="28"/>
        </w:rPr>
        <w:t>抵押车辆品牌：_，型号：，数量台。车牌照号：，车架号：______，发动机号：_____车牌照号：，车架号：______，发动机号：_____</w:t>
      </w:r>
    </w:p>
    <w:p>
      <w:pPr>
        <w:spacing w:before="100" w:after="200" w:line="360" w:lineRule="auto"/>
        <w:ind w:firstLine="576"/>
        <w:jc w:val="left"/>
      </w:pPr>
      <w:r>
        <w:rPr>
          <w:rFonts w:ascii="宋体" w:eastAsia="宋体" w:hAnsi="宋体"/>
          <w:sz w:val="28"/>
        </w:rPr>
        <w:t>第三条：抵押车辆担保范围</w:t>
      </w:r>
    </w:p>
    <w:p>
      <w:pPr>
        <w:spacing w:before="100" w:after="200" w:line="360" w:lineRule="auto"/>
        <w:ind w:firstLine="576"/>
        <w:jc w:val="left"/>
      </w:pPr>
      <w:r>
        <w:rPr>
          <w:rFonts w:ascii="宋体" w:eastAsia="宋体" w:hAnsi="宋体"/>
          <w:sz w:val="28"/>
        </w:rPr>
        <w:t>借款、利息、综合费用、违约金、损害赔偿金及处分抵押机动车的费用以及甲方可能产生的代垫费用和其他所有与借款有关费用（包括抵押登记费、律师费、诉讼费、财产保险费、申请执行费、拍卖或变卖费等）。</w:t>
      </w:r>
    </w:p>
    <w:p>
      <w:pPr>
        <w:spacing w:before="100" w:after="200" w:line="360" w:lineRule="auto"/>
        <w:ind w:firstLine="576"/>
        <w:jc w:val="left"/>
      </w:pPr>
      <w:r>
        <w:rPr>
          <w:rFonts w:ascii="宋体" w:eastAsia="宋体" w:hAnsi="宋体"/>
          <w:sz w:val="28"/>
        </w:rPr>
        <w:t>第四条：借款金额及借款期限</w:t>
      </w:r>
    </w:p>
    <w:p>
      <w:pPr>
        <w:spacing w:before="100" w:after="200" w:line="360" w:lineRule="auto"/>
        <w:ind w:firstLine="576"/>
        <w:jc w:val="left"/>
      </w:pPr>
      <w:r>
        <w:rPr>
          <w:rFonts w:ascii="宋体" w:eastAsia="宋体" w:hAnsi="宋体"/>
          <w:sz w:val="28"/>
        </w:rPr>
        <w:t>借款金额：人民币万元整，大写金额：整。借款期限：年月日至年月日止。费用：月利率%。因履行本合同发生的其它费用由乙方另行承担（包括评估费、抵押登记费、财产保险费、公证费等）。</w:t>
      </w:r>
    </w:p>
    <w:p>
      <w:pPr>
        <w:spacing w:before="100" w:after="200" w:line="360" w:lineRule="auto"/>
        <w:jc w:val="left"/>
      </w:pPr>
      <w:r>
        <w:rPr>
          <w:rFonts w:ascii="宋体 (中文正文)" w:eastAsia="宋体" w:hAnsi="宋体 (中文正文)"/>
          <w:sz w:val="28"/>
        </w:rPr>
        <w:t>第五条乙方支付费用：</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1、乙方按月支付利率为借款金额的%。</w:t>
      </w:r>
    </w:p>
    <w:p>
      <w:pPr>
        <w:spacing w:before="100" w:after="200" w:line="360" w:lineRule="auto"/>
        <w:ind w:firstLine="576"/>
        <w:jc w:val="left"/>
      </w:pPr>
      <w:r>
        <w:rPr>
          <w:rFonts w:ascii="宋体" w:eastAsia="宋体" w:hAnsi="宋体"/>
          <w:sz w:val="28"/>
        </w:rPr>
        <w:t>2、乙方如需延长借款时间，应经甲方书面同意，并于每月日前支付下月利息。如乙方未能履行此约定，甲方有权终止合同，并向乙方追索借款本金、利息、综合费用及违约金，行使抵押权。</w:t>
      </w:r>
    </w:p>
    <w:p>
      <w:pPr>
        <w:spacing w:before="100" w:after="200" w:line="360" w:lineRule="auto"/>
        <w:ind w:firstLine="576"/>
        <w:jc w:val="left"/>
      </w:pPr>
      <w:r>
        <w:rPr>
          <w:rFonts w:ascii="宋体" w:eastAsia="宋体" w:hAnsi="宋体"/>
          <w:sz w:val="28"/>
        </w:rPr>
        <w:t>第六条：借款给付时间及方式：</w:t>
      </w:r>
    </w:p>
    <w:p>
      <w:pPr>
        <w:spacing w:before="100" w:after="200" w:line="360" w:lineRule="auto"/>
        <w:ind w:firstLine="576"/>
        <w:jc w:val="left"/>
      </w:pPr>
      <w:r>
        <w:rPr>
          <w:rFonts w:ascii="宋体" w:eastAsia="宋体" w:hAnsi="宋体"/>
          <w:sz w:val="28"/>
        </w:rPr>
        <w:t>甲乙双方在办理机动车抵押手续后的日内，甲方将借款本金、及本合同（一份）一并交付乙方。</w:t>
      </w:r>
    </w:p>
    <w:p>
      <w:pPr>
        <w:spacing w:before="100" w:after="200" w:line="360" w:lineRule="auto"/>
        <w:ind w:firstLine="576"/>
        <w:jc w:val="left"/>
      </w:pPr>
      <w:r>
        <w:rPr>
          <w:rFonts w:ascii="宋体" w:eastAsia="宋体" w:hAnsi="宋体"/>
          <w:sz w:val="28"/>
        </w:rPr>
        <w:t>第七条：乙方保证及承诺</w:t>
      </w:r>
    </w:p>
    <w:p>
      <w:pPr>
        <w:spacing w:before="100" w:after="200" w:line="360" w:lineRule="auto"/>
        <w:ind w:firstLine="576"/>
        <w:jc w:val="left"/>
      </w:pPr>
      <w:r>
        <w:rPr>
          <w:rFonts w:ascii="宋体" w:eastAsia="宋体" w:hAnsi="宋体"/>
          <w:sz w:val="28"/>
        </w:rPr>
        <w:t>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spacing w:before="100" w:after="200" w:line="360" w:lineRule="auto"/>
        <w:ind w:firstLine="576"/>
        <w:jc w:val="left"/>
      </w:pPr>
      <w:r>
        <w:rPr>
          <w:rFonts w:ascii="宋体" w:eastAsia="宋体" w:hAnsi="宋体"/>
          <w:sz w:val="28"/>
        </w:rPr>
        <w:t>第八条：双方责任</w:t>
      </w:r>
    </w:p>
    <w:p>
      <w:pPr>
        <w:spacing w:before="100" w:after="200" w:line="360" w:lineRule="auto"/>
        <w:ind w:firstLine="576"/>
        <w:jc w:val="left"/>
      </w:pPr>
      <w:r>
        <w:rPr>
          <w:rFonts w:ascii="宋体" w:eastAsia="宋体" w:hAnsi="宋体"/>
          <w:sz w:val="28"/>
        </w:rPr>
        <w:t>1、乙方必须将抵押车辆质押在甲方指定地点封存，并将车辆手续交甲方保管。</w:t>
      </w:r>
    </w:p>
    <w:p>
      <w:pPr>
        <w:spacing w:before="100" w:after="200" w:line="360" w:lineRule="auto"/>
        <w:ind w:firstLine="576"/>
        <w:jc w:val="left"/>
      </w:pPr>
      <w:r>
        <w:rPr>
          <w:rFonts w:ascii="宋体" w:eastAsia="宋体" w:hAnsi="宋体"/>
          <w:sz w:val="28"/>
        </w:rPr>
        <w:t>2、甲乙双方共同对抵押车辆进行验车、拍照（或录像），并由乙方当场签字确认。</w:t>
      </w:r>
    </w:p>
    <w:p>
      <w:pPr>
        <w:spacing w:before="100" w:after="200" w:line="360" w:lineRule="auto"/>
        <w:ind w:firstLine="576"/>
        <w:jc w:val="left"/>
      </w:pPr>
      <w:r>
        <w:rPr>
          <w:rFonts w:ascii="宋体" w:eastAsia="宋体" w:hAnsi="宋体"/>
          <w:sz w:val="28"/>
        </w:rPr>
        <w:t>3、抵押车辆在封存期间，甲方负责该车的安全（在抵押期内因车辆驶时间长或自然老化造成的损坏除外）。</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4、抵押期间，甲方须妥善保管乙方交付的抵押车辆和各种有效证件与资料。若由于车辆自身原因或自然损坏、不可抗拒等因素造成的车辆损失，免除甲方责任。</w:t>
      </w:r>
    </w:p>
    <w:p>
      <w:pPr>
        <w:spacing w:before="100" w:after="200" w:line="360" w:lineRule="auto"/>
        <w:ind w:firstLine="576"/>
        <w:jc w:val="left"/>
      </w:pPr>
      <w:r>
        <w:rPr>
          <w:rFonts w:ascii="宋体" w:eastAsia="宋体" w:hAnsi="宋体"/>
          <w:sz w:val="28"/>
        </w:rPr>
        <w:t>5、抵押期间，如果价值有所减少，甲方认为有必要对机动车重新估价时，乙方必须予以合作，重新估价后，甲方认为机动车价值不足以担保其债权时，乙方必须提前偿还部分或全部借款。</w:t>
      </w:r>
    </w:p>
    <w:p>
      <w:pPr>
        <w:spacing w:before="100" w:after="200" w:line="360" w:lineRule="auto"/>
        <w:ind w:firstLine="576"/>
        <w:jc w:val="left"/>
      </w:pPr>
      <w:r>
        <w:rPr>
          <w:rFonts w:ascii="宋体" w:eastAsia="宋体" w:hAnsi="宋体"/>
          <w:sz w:val="28"/>
        </w:rPr>
        <w:t>6、乙方应将抵押车辆在抵押期间向当地保险机构投以机动车辆保险，保险受益人为甲方。保险到期时间应在借款期限届满时间之后。借款展期的乙方应应在保险到期前_____日办理延长投保期的手续。抵押车辆在签订本合同前已先行保险的，乙方应到保险机构办理保险受益人变更手续（变更为甲方）。保险金额小于抵押车辆评估价值的，应补足保险金额。本合同项下抵押车辆的保险凭证均交甲方保管。</w:t>
      </w:r>
    </w:p>
    <w:p>
      <w:pPr>
        <w:spacing w:before="100" w:after="200" w:line="360" w:lineRule="auto"/>
        <w:ind w:firstLine="576"/>
        <w:jc w:val="left"/>
      </w:pPr>
      <w:r>
        <w:rPr>
          <w:rFonts w:ascii="宋体" w:eastAsia="宋体" w:hAnsi="宋体"/>
          <w:sz w:val="28"/>
        </w:rPr>
        <w:t>7、甲方有权主动代办保险，保险费由乙方承担。保险项目如下：机动车辆损失险、机动车辆强制险、机动车辆座位险、第三者责任险、盗抢险、自燃险。</w:t>
      </w:r>
    </w:p>
    <w:p>
      <w:pPr>
        <w:spacing w:before="100" w:after="200" w:line="360" w:lineRule="auto"/>
        <w:ind w:firstLine="576"/>
        <w:jc w:val="left"/>
      </w:pPr>
      <w:r>
        <w:rPr>
          <w:rFonts w:ascii="宋体" w:eastAsia="宋体" w:hAnsi="宋体"/>
          <w:sz w:val="28"/>
        </w:rPr>
        <w:t>8、在抵押期内抵押车辆发生保险事故，甲方有权从保险公司直接取得全部赔偿金作为归还所欠款的一部分。不足清偿的，甲方有权另行向乙方追偿。</w:t>
      </w:r>
    </w:p>
    <w:p>
      <w:pPr>
        <w:spacing w:before="100" w:after="200" w:line="360" w:lineRule="auto"/>
        <w:ind w:firstLine="576"/>
        <w:jc w:val="left"/>
      </w:pPr>
      <w:r>
        <w:rPr>
          <w:rFonts w:ascii="宋体" w:eastAsia="宋体" w:hAnsi="宋体"/>
          <w:sz w:val="28"/>
        </w:rPr>
        <w:t>9、乙方承诺，本合同订立之前未将本合同项下抵押车辆以任何形式抵押、赠与、转让。抵押期间，未经甲方书面同意，乙方不得赠与、转让和以其他任何方式处分本合同项下的抵押车辆。</w:t>
      </w:r>
    </w:p>
    <w:p>
      <w:pPr>
        <w:spacing w:before="100" w:after="200" w:line="360" w:lineRule="auto"/>
        <w:ind w:firstLine="576"/>
        <w:jc w:val="left"/>
      </w:pPr>
      <w:r>
        <w:rPr>
          <w:rFonts w:ascii="宋体" w:eastAsia="宋体" w:hAnsi="宋体"/>
          <w:sz w:val="28"/>
        </w:rPr>
        <w:t>第九条：借款到期的处理：</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本合同提前解除或借款到期后，乙方未能清偿全部债务的。甲乙双方约定按下列方式进行处理：</w:t>
      </w:r>
    </w:p>
    <w:p>
      <w:pPr>
        <w:spacing w:before="100" w:after="200" w:line="360" w:lineRule="auto"/>
        <w:ind w:firstLine="576"/>
        <w:jc w:val="left"/>
      </w:pPr>
      <w:r>
        <w:rPr>
          <w:rFonts w:ascii="宋体" w:eastAsia="宋体" w:hAnsi="宋体"/>
          <w:sz w:val="28"/>
        </w:rPr>
        <w:t>乙方同意由甲方上述抵押物变卖。其变卖收入扣除本合同第三条约定的担保款项及其它费用后，剩余部分退还乙方，不足部分甲方有权向乙方追索。</w:t>
      </w:r>
    </w:p>
    <w:p>
      <w:pPr>
        <w:spacing w:before="100" w:after="200" w:line="360" w:lineRule="auto"/>
        <w:ind w:firstLine="576"/>
        <w:jc w:val="left"/>
      </w:pPr>
      <w:r>
        <w:rPr>
          <w:rFonts w:ascii="宋体" w:eastAsia="宋体" w:hAnsi="宋体"/>
          <w:sz w:val="28"/>
        </w:rPr>
        <w:t>第十条：违约</w:t>
      </w:r>
    </w:p>
    <w:p>
      <w:pPr>
        <w:spacing w:before="100" w:after="200" w:line="360" w:lineRule="auto"/>
        <w:ind w:firstLine="576"/>
        <w:jc w:val="left"/>
      </w:pPr>
      <w:r>
        <w:rPr>
          <w:rFonts w:ascii="宋体" w:eastAsia="宋体" w:hAnsi="宋体"/>
          <w:sz w:val="28"/>
        </w:rPr>
        <w:t>乙方违反本合同相关约定的，经甲方催告3日内未与完全补救或改正的，甲方有权单方发出通知宣布借款到期，停止发放借款合同项下借款或者提前收回借款合同项下已发送的借款本息，处理抵押车辆，解除本合同并追究乙方违约责任。乙方若违反本合同相关约定的，除应向甲方归还全部本息外，还应另行按借款总额的30%向甲方支付违约金。</w:t>
      </w:r>
    </w:p>
    <w:p>
      <w:pPr>
        <w:spacing w:before="100" w:after="200" w:line="360" w:lineRule="auto"/>
        <w:ind w:firstLine="576"/>
        <w:jc w:val="left"/>
      </w:pPr>
      <w:r>
        <w:rPr>
          <w:rFonts w:ascii="宋体" w:eastAsia="宋体" w:hAnsi="宋体"/>
          <w:sz w:val="28"/>
        </w:rPr>
        <w:t>第十一条：特别约定</w:t>
      </w:r>
    </w:p>
    <w:p>
      <w:pPr>
        <w:spacing w:before="100" w:after="200" w:line="360" w:lineRule="auto"/>
        <w:ind w:firstLine="576"/>
        <w:jc w:val="left"/>
      </w:pPr>
      <w:r>
        <w:rPr>
          <w:rFonts w:ascii="宋体" w:eastAsia="宋体" w:hAnsi="宋体"/>
          <w:sz w:val="28"/>
        </w:rPr>
        <w:t>本合同所约定的利率和费用不受本合同解除及借款期限限制。乙方必须按时交纳利息和费用直至清偿完债务为止。</w:t>
      </w:r>
    </w:p>
    <w:p>
      <w:pPr>
        <w:spacing w:before="100" w:after="200" w:line="360" w:lineRule="auto"/>
        <w:ind w:firstLine="576"/>
        <w:jc w:val="left"/>
      </w:pPr>
      <w:r>
        <w:rPr>
          <w:rFonts w:ascii="宋体" w:eastAsia="宋体" w:hAnsi="宋体"/>
          <w:sz w:val="28"/>
        </w:rPr>
        <w:t>第十二条：通知</w:t>
      </w:r>
    </w:p>
    <w:p>
      <w:pPr>
        <w:spacing w:before="100" w:after="200" w:line="360" w:lineRule="auto"/>
        <w:ind w:firstLine="576"/>
        <w:jc w:val="left"/>
      </w:pPr>
      <w:r>
        <w:rPr>
          <w:rFonts w:ascii="宋体" w:eastAsia="宋体" w:hAnsi="宋体"/>
          <w:sz w:val="28"/>
        </w:rPr>
        <w:t>第十三条：争议解决</w:t>
      </w:r>
    </w:p>
    <w:p>
      <w:pPr>
        <w:spacing w:before="100" w:after="200" w:line="360" w:lineRule="auto"/>
        <w:ind w:firstLine="576"/>
        <w:jc w:val="left"/>
      </w:pPr>
      <w:r>
        <w:rPr>
          <w:rFonts w:ascii="宋体" w:eastAsia="宋体" w:hAnsi="宋体"/>
          <w:sz w:val="28"/>
        </w:rPr>
        <w:t>甲乙双方在履行本合同中发生的争议，由双方协商解决。协商不成，须向甲方所在人民法院起诉。</w:t>
      </w:r>
    </w:p>
    <w:p>
      <w:pPr>
        <w:spacing w:before="100" w:after="200" w:line="360" w:lineRule="auto"/>
        <w:ind w:firstLine="576"/>
        <w:jc w:val="left"/>
      </w:pPr>
      <w:r>
        <w:rPr>
          <w:rFonts w:ascii="宋体" w:eastAsia="宋体" w:hAnsi="宋体"/>
          <w:sz w:val="28"/>
        </w:rPr>
        <w:t>第十四条：本合同未尽事宜：</w:t>
      </w:r>
    </w:p>
    <w:p>
      <w:pPr>
        <w:spacing w:before="100" w:after="200" w:line="360" w:lineRule="auto"/>
        <w:ind w:firstLine="576"/>
        <w:jc w:val="left"/>
      </w:pPr>
      <w:r>
        <w:rPr>
          <w:rFonts w:ascii="宋体" w:eastAsia="宋体" w:hAnsi="宋体"/>
          <w:sz w:val="28"/>
        </w:rPr>
        <w:t>第十五条：本合同附带乙方身份证复印件一份，经双方签字盖章生效。</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第十六条：本合同一式两份具有同等法律效力，甲乙双方各执一份。乙方承诺所提供的抵押车辆资料及其个人资料真实有效。以上条款乙方本人已全部阅读，并知悉，愿意承担因此产生的一切法律后果。</w:t>
      </w:r>
    </w:p>
    <w:p>
      <w:pPr>
        <w:spacing w:before="100" w:after="200" w:line="360" w:lineRule="auto"/>
        <w:ind w:firstLine="576"/>
        <w:jc w:val="left"/>
      </w:pPr>
      <w:r>
        <w:rPr>
          <w:rFonts w:ascii="宋体" w:eastAsia="宋体" w:hAnsi="宋体"/>
          <w:sz w:val="28"/>
        </w:rPr>
        <w:t>甲方：（签字）乙方：（签字）</w:t>
      </w:r>
    </w:p>
    <w:p>
      <w:pPr>
        <w:spacing w:before="100" w:after="200" w:line="360" w:lineRule="auto"/>
        <w:ind w:firstLine="576"/>
        <w:jc w:val="left"/>
      </w:pPr>
      <w:r>
        <w:rPr>
          <w:rFonts w:ascii="宋体" w:eastAsia="宋体" w:hAnsi="宋体"/>
          <w:sz w:val="28"/>
        </w:rPr>
        <w:t>身份证号码：身份证号码：</w:t>
      </w:r>
    </w:p>
    <w:p>
      <w:pPr>
        <w:spacing w:before="100" w:after="200" w:line="360" w:lineRule="auto"/>
        <w:ind w:firstLine="576"/>
        <w:jc w:val="left"/>
      </w:pPr>
      <w:r>
        <w:rPr>
          <w:rFonts w:ascii="宋体" w:eastAsia="宋体" w:hAnsi="宋体"/>
          <w:sz w:val="28"/>
        </w:rPr>
        <w:t>年月日</w:t>
      </w:r>
    </w:p>
    <w:p>
      <w:pPr>
        <w:spacing w:before="100" w:after="200" w:line="360" w:lineRule="auto"/>
        <w:ind w:firstLine="576"/>
        <w:jc w:val="left"/>
      </w:pPr>
      <w:r>
        <w:rPr>
          <w:rFonts w:ascii="宋体" w:eastAsia="宋体" w:hAnsi="宋体"/>
          <w:sz w:val="28"/>
        </w:rPr>
        <w:t>甲方(贷款人、抵押权人)：________</w:t>
      </w:r>
    </w:p>
    <w:p>
      <w:pPr>
        <w:spacing w:before="100" w:after="200" w:line="360" w:lineRule="auto"/>
        <w:ind w:firstLine="576"/>
        <w:jc w:val="left"/>
      </w:pPr>
      <w:r>
        <w:rPr>
          <w:rFonts w:ascii="宋体" w:eastAsia="宋体" w:hAnsi="宋体"/>
          <w:sz w:val="28"/>
        </w:rPr>
        <w:t>法定代表人：________</w:t>
      </w:r>
    </w:p>
    <w:p>
      <w:pPr>
        <w:spacing w:before="100" w:after="200" w:line="360" w:lineRule="auto"/>
        <w:ind w:firstLine="576"/>
        <w:jc w:val="left"/>
      </w:pPr>
      <w:r>
        <w:rPr>
          <w:rFonts w:ascii="宋体" w:eastAsia="宋体" w:hAnsi="宋体"/>
          <w:sz w:val="28"/>
        </w:rPr>
        <w:t>乙方(借款人、抵押人)：________</w:t>
      </w:r>
    </w:p>
    <w:p>
      <w:pPr>
        <w:spacing w:before="100" w:after="200" w:line="360" w:lineRule="auto"/>
        <w:ind w:firstLine="576"/>
        <w:jc w:val="left"/>
      </w:pPr>
      <w:r>
        <w:rPr>
          <w:rFonts w:ascii="宋体" w:eastAsia="宋体" w:hAnsi="宋体"/>
          <w:sz w:val="28"/>
        </w:rPr>
        <w:t>组织机构代码证号：________</w:t>
      </w:r>
    </w:p>
    <w:p>
      <w:pPr>
        <w:spacing w:before="100" w:after="200" w:line="360" w:lineRule="auto"/>
        <w:ind w:firstLine="576"/>
        <w:jc w:val="left"/>
      </w:pPr>
      <w:r>
        <w:rPr>
          <w:rFonts w:ascii="宋体" w:eastAsia="宋体" w:hAnsi="宋体"/>
          <w:sz w:val="28"/>
        </w:rPr>
        <w:t>法定代表人：________</w:t>
      </w:r>
    </w:p>
    <w:p>
      <w:pPr>
        <w:spacing w:before="100" w:after="200" w:line="360" w:lineRule="auto"/>
        <w:ind w:firstLine="576"/>
        <w:jc w:val="left"/>
      </w:pPr>
      <w:r>
        <w:rPr>
          <w:rFonts w:ascii="宋体" w:eastAsia="宋体" w:hAnsi="宋体"/>
          <w:sz w:val="28"/>
        </w:rPr>
        <w:t>住所地：________</w:t>
      </w:r>
    </w:p>
    <w:p>
      <w:pPr>
        <w:spacing w:before="100" w:after="200" w:line="360" w:lineRule="auto"/>
        <w:ind w:firstLine="576"/>
        <w:jc w:val="left"/>
      </w:pPr>
      <w:r>
        <w:rPr>
          <w:rFonts w:ascii="宋体" w:eastAsia="宋体" w:hAnsi="宋体"/>
          <w:sz w:val="28"/>
        </w:rPr>
        <w:t>鉴于：甲、乙双方于________年____月____日签订当票(编号：________)，约定乙方向甲方借款，并自愿将其合法所有的机动车抵押给甲方，作为履行前述当票(借款合同)项下义务的担保。</w:t>
      </w:r>
    </w:p>
    <w:p>
      <w:pPr>
        <w:spacing w:before="100" w:after="200" w:line="360" w:lineRule="auto"/>
        <w:ind w:firstLine="576"/>
        <w:jc w:val="left"/>
      </w:pPr>
      <w:r>
        <w:rPr>
          <w:rFonts w:ascii="宋体" w:eastAsia="宋体" w:hAnsi="宋体"/>
          <w:sz w:val="28"/>
        </w:rPr>
        <w:t>为进一步明确当票约定事项，各方根据中华人民共和国有关法律、法规及《典当管理办法》，经协商订立本合同，作为对当票的补充。</w:t>
      </w:r>
    </w:p>
    <w:p>
      <w:pPr>
        <w:spacing w:before="100" w:after="200" w:line="360" w:lineRule="auto"/>
        <w:ind w:firstLine="576"/>
        <w:jc w:val="left"/>
      </w:pPr>
      <w:r>
        <w:rPr>
          <w:rFonts w:ascii="宋体" w:eastAsia="宋体" w:hAnsi="宋体"/>
          <w:sz w:val="28"/>
        </w:rPr>
        <w:t>第一条借款金额(当金)</w:t>
      </w:r>
    </w:p>
    <w:p>
      <w:pPr>
        <w:spacing w:before="100" w:after="200" w:line="360" w:lineRule="auto"/>
        <w:ind w:firstLine="576"/>
        <w:jc w:val="left"/>
      </w:pPr>
      <w:r>
        <w:rPr>
          <w:rFonts w:ascii="宋体" w:eastAsia="宋体" w:hAnsi="宋体"/>
          <w:sz w:val="28"/>
        </w:rPr>
        <w:t>借款本金数额(当金)：人民币(大写)________万元整。</w:t>
      </w:r>
    </w:p>
    <w:p>
      <w:pPr>
        <w:spacing w:before="100" w:after="200" w:line="360" w:lineRule="auto"/>
        <w:ind w:firstLine="576"/>
        <w:jc w:val="left"/>
      </w:pPr>
      <w:r>
        <w:rPr>
          <w:rFonts w:ascii="宋体" w:eastAsia="宋体" w:hAnsi="宋体"/>
          <w:sz w:val="28"/>
        </w:rPr>
        <w:t>第二条借款期限与还款</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1、借款期限：________个月，自________年____月____日起，至________年____月____日止。(如实际放款日与上述借款期限始期不一致的，按实际放款日顺延。实际放款日以乙方向甲方出具的收款收据记载日期为准)。</w:t>
      </w:r>
    </w:p>
    <w:p>
      <w:pPr>
        <w:spacing w:before="100" w:after="200" w:line="360" w:lineRule="auto"/>
        <w:ind w:firstLine="576"/>
        <w:jc w:val="left"/>
      </w:pPr>
      <w:r>
        <w:rPr>
          <w:rFonts w:ascii="宋体" w:eastAsia="宋体" w:hAnsi="宋体"/>
          <w:sz w:val="28"/>
        </w:rPr>
        <w:t>2、借款期限届满前，经双方同意可以办理展期(续当)，展期期限和息费率以《补充协议》约定为准。展期前，乙方须先行结清当期利息和综合费用。双方确认：依当票及本合同所设定的担保物权及于展期的债务。</w:t>
      </w:r>
    </w:p>
    <w:p>
      <w:pPr>
        <w:spacing w:before="100" w:after="200" w:line="360" w:lineRule="auto"/>
        <w:ind w:firstLine="576"/>
        <w:jc w:val="left"/>
      </w:pPr>
      <w:r>
        <w:rPr>
          <w:rFonts w:ascii="宋体" w:eastAsia="宋体" w:hAnsi="宋体"/>
          <w:sz w:val="28"/>
        </w:rPr>
        <w:t>3、乙方应于本合同约定的借款期限届满之日15时前偿还全部当金、付清利息和综合费用。特别约定：在当票及本合同约定的借款期限内，如乙方逾期支付利息和或综合费用累计达到____日的，甲方有权通知乙方本合同项下借款全部提前到期。乙方应于收到借款提前到期通知次日15时前偿还全部当金、付清利息和综合费用，并支付本合同约定的违约金。</w:t>
      </w:r>
    </w:p>
    <w:p>
      <w:pPr>
        <w:spacing w:before="100" w:after="200" w:line="360" w:lineRule="auto"/>
        <w:ind w:firstLine="576"/>
        <w:jc w:val="left"/>
      </w:pPr>
      <w:r>
        <w:rPr>
          <w:rFonts w:ascii="宋体" w:eastAsia="宋体" w:hAnsi="宋体"/>
          <w:sz w:val="28"/>
        </w:rPr>
        <w:t>4、经甲方同意，乙方可以提前还款;但利息及综合费用仍按本合同</w:t>
      </w:r>
    </w:p>
    <w:p>
      <w:pPr>
        <w:spacing w:before="100" w:after="200" w:line="360" w:lineRule="auto"/>
        <w:ind w:firstLine="576"/>
        <w:jc w:val="left"/>
      </w:pPr>
      <w:r>
        <w:rPr>
          <w:rFonts w:ascii="宋体" w:eastAsia="宋体" w:hAnsi="宋体"/>
          <w:sz w:val="28"/>
        </w:rPr>
        <w:t>第三条约定给付。</w:t>
      </w:r>
    </w:p>
    <w:p>
      <w:pPr>
        <w:spacing w:before="100" w:after="200" w:line="360" w:lineRule="auto"/>
        <w:ind w:firstLine="576"/>
        <w:jc w:val="left"/>
      </w:pPr>
      <w:r>
        <w:rPr>
          <w:rFonts w:ascii="宋体" w:eastAsia="宋体" w:hAnsi="宋体"/>
          <w:sz w:val="28"/>
        </w:rPr>
        <w:t>第三条借款利息及综合费用</w:t>
      </w:r>
    </w:p>
    <w:p>
      <w:pPr>
        <w:spacing w:before="100" w:after="200" w:line="360" w:lineRule="auto"/>
        <w:ind w:firstLine="576"/>
        <w:jc w:val="left"/>
      </w:pPr>
      <w:r>
        <w:rPr>
          <w:rFonts w:ascii="宋体" w:eastAsia="宋体" w:hAnsi="宋体"/>
          <w:sz w:val="28"/>
        </w:rPr>
        <w:t>1、自甲方放款日起按月计收利息和综合费用。借款月利率为________，月利息为人民币(大写)________元整;月综合费率为，月综合费为人民(大写)________元整。</w:t>
      </w:r>
    </w:p>
    <w:p>
      <w:pPr>
        <w:spacing w:before="100" w:after="200" w:line="360" w:lineRule="auto"/>
        <w:ind w:firstLine="576"/>
        <w:jc w:val="left"/>
      </w:pPr>
      <w:r>
        <w:rPr>
          <w:rFonts w:ascii="宋体" w:eastAsia="宋体" w:hAnsi="宋体"/>
          <w:sz w:val="28"/>
        </w:rPr>
        <w:t>2、乙方须于实际放款日当日内支付</w:t>
      </w:r>
    </w:p>
    <w:p>
      <w:pPr>
        <w:spacing w:before="100" w:after="200" w:line="360" w:lineRule="auto"/>
        <w:ind w:firstLine="576"/>
        <w:jc w:val="left"/>
      </w:pPr>
      <w:r>
        <w:rPr>
          <w:rFonts w:ascii="宋体" w:eastAsia="宋体" w:hAnsi="宋体"/>
          <w:sz w:val="28"/>
        </w:rPr>
        <w:t>第一个月的利息和综合费;此后，于每个月的实际放款日对应日前支付下一个月的借款利息和综合费。</w:t>
      </w:r>
    </w:p>
    <w:p>
      <w:pPr>
        <w:spacing w:before="100" w:after="200" w:line="360" w:lineRule="auto"/>
        <w:ind w:firstLine="576"/>
        <w:jc w:val="left"/>
      </w:pPr>
      <w:r>
        <w:rPr>
          <w:rFonts w:ascii="宋体" w:eastAsia="宋体" w:hAnsi="宋体"/>
          <w:sz w:val="28"/>
        </w:rPr>
        <w:t>第四条抵押标的</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抵押机动车的品牌、型号、数量、车辆牌照号码、发动机号码、车架号码等详见附件</w:t>
      </w:r>
    </w:p>
    <w:p>
      <w:pPr>
        <w:spacing w:before="100" w:after="200" w:line="360" w:lineRule="auto"/>
        <w:ind w:firstLine="576"/>
        <w:jc w:val="left"/>
      </w:pPr>
      <w:r>
        <w:rPr>
          <w:rFonts w:ascii="宋体" w:eastAsia="宋体" w:hAnsi="宋体"/>
          <w:sz w:val="28"/>
        </w:rPr>
        <w:t>1：抵押机动车清单。抵押机动车暂估价值总计：人民币(大写)________万元。</w:t>
      </w:r>
    </w:p>
    <w:p>
      <w:pPr>
        <w:spacing w:before="100" w:after="200" w:line="360" w:lineRule="auto"/>
        <w:ind w:firstLine="576"/>
        <w:jc w:val="left"/>
      </w:pPr>
      <w:r>
        <w:rPr>
          <w:rFonts w:ascii="宋体" w:eastAsia="宋体" w:hAnsi="宋体"/>
          <w:sz w:val="28"/>
        </w:rPr>
        <w:t>第五条抵押担保范围及期限</w:t>
      </w:r>
    </w:p>
    <w:p>
      <w:pPr>
        <w:spacing w:before="100" w:after="200" w:line="360" w:lineRule="auto"/>
        <w:ind w:firstLine="576"/>
        <w:jc w:val="left"/>
      </w:pPr>
      <w:r>
        <w:rPr>
          <w:rFonts w:ascii="宋体" w:eastAsia="宋体" w:hAnsi="宋体"/>
          <w:sz w:val="28"/>
        </w:rPr>
        <w:t>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担保物所需其他费用等)、其他相关费用。</w:t>
      </w:r>
    </w:p>
    <w:p>
      <w:pPr>
        <w:spacing w:before="100" w:after="200" w:line="360" w:lineRule="auto"/>
        <w:ind w:firstLine="576"/>
        <w:jc w:val="left"/>
      </w:pPr>
      <w:r>
        <w:rPr>
          <w:rFonts w:ascii="宋体" w:eastAsia="宋体" w:hAnsi="宋体"/>
          <w:sz w:val="28"/>
        </w:rPr>
        <w:t>上述债务在本合同中已约定具体数额或计算方法的，从约定;没有约定具体数额或计算方法的，按照有关单位出具的收款凭证所记载的金额确定。</w:t>
      </w:r>
    </w:p>
    <w:p>
      <w:pPr>
        <w:spacing w:before="100" w:after="200" w:line="360" w:lineRule="auto"/>
        <w:ind w:firstLine="576"/>
        <w:jc w:val="left"/>
      </w:pPr>
      <w:r>
        <w:rPr>
          <w:rFonts w:ascii="宋体" w:eastAsia="宋体" w:hAnsi="宋体"/>
          <w:sz w:val="28"/>
        </w:rPr>
        <w:t>2、担保期限：抵押权设立之日起，至甲方全部债权获得清偿之日止。</w:t>
      </w:r>
    </w:p>
    <w:p>
      <w:pPr>
        <w:spacing w:before="100" w:after="200" w:line="360" w:lineRule="auto"/>
        <w:ind w:firstLine="576"/>
        <w:jc w:val="left"/>
      </w:pPr>
      <w:r>
        <w:rPr>
          <w:rFonts w:ascii="宋体" w:eastAsia="宋体" w:hAnsi="宋体"/>
          <w:sz w:val="28"/>
        </w:rPr>
        <w:t>第六条抵押登记</w:t>
      </w:r>
    </w:p>
    <w:p>
      <w:pPr>
        <w:spacing w:before="100" w:after="200" w:line="360" w:lineRule="auto"/>
        <w:ind w:firstLine="576"/>
        <w:jc w:val="left"/>
      </w:pPr>
      <w:r>
        <w:rPr>
          <w:rFonts w:ascii="宋体" w:eastAsia="宋体" w:hAnsi="宋体"/>
          <w:sz w:val="28"/>
        </w:rPr>
        <w:t>本合同签订后，乙方应负责办理机动车抵押登记手续，其他各方当事人应尽配合义务。如乙方未按本合同约定办理抵押登记的，甲方有权解除本合同、要求乙方赔偿损失(赔偿金额为一个月的利息和综合费)。</w:t>
      </w:r>
    </w:p>
    <w:p>
      <w:pPr>
        <w:spacing w:before="100" w:after="200" w:line="360" w:lineRule="auto"/>
        <w:ind w:firstLine="576"/>
        <w:jc w:val="left"/>
      </w:pPr>
      <w:r>
        <w:rPr>
          <w:rFonts w:ascii="宋体" w:eastAsia="宋体" w:hAnsi="宋体"/>
          <w:sz w:val="28"/>
        </w:rPr>
        <w:t>第七条放款</w:t>
      </w:r>
    </w:p>
    <w:p>
      <w:pPr>
        <w:spacing w:before="100" w:after="200" w:line="360" w:lineRule="auto"/>
        <w:ind w:firstLine="576"/>
        <w:jc w:val="left"/>
      </w:pPr>
      <w:r>
        <w:rPr>
          <w:rFonts w:ascii="宋体" w:eastAsia="宋体" w:hAnsi="宋体"/>
          <w:sz w:val="28"/>
        </w:rPr>
        <w:t>满足下列各项条件后，乙方可要求甲方放款：</w:t>
      </w:r>
    </w:p>
    <w:p>
      <w:pPr>
        <w:spacing w:before="100" w:after="200" w:line="360" w:lineRule="auto"/>
        <w:ind w:firstLine="576"/>
        <w:jc w:val="left"/>
      </w:pPr>
      <w:r>
        <w:rPr>
          <w:rFonts w:ascii="宋体" w:eastAsia="宋体" w:hAnsi="宋体"/>
          <w:sz w:val="28"/>
        </w:rPr>
        <w:t>1、各方已签署当票及本合同。</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2、机动车抵押登记手续已办理完毕，且甲方已收到抵押权利证明原件。</w:t>
      </w:r>
    </w:p>
    <w:p>
      <w:pPr>
        <w:spacing w:before="100" w:after="200" w:line="360" w:lineRule="auto"/>
        <w:ind w:firstLine="576"/>
        <w:jc w:val="left"/>
      </w:pPr>
      <w:r>
        <w:rPr>
          <w:rFonts w:ascii="宋体" w:eastAsia="宋体" w:hAnsi="宋体"/>
          <w:sz w:val="28"/>
        </w:rPr>
        <w:t>3、甲方已收到乙方股东会或其他权力机构关于同意本次借款和抵押的决议。</w:t>
      </w:r>
    </w:p>
    <w:p>
      <w:pPr>
        <w:spacing w:before="100" w:after="200" w:line="360" w:lineRule="auto"/>
        <w:ind w:firstLine="576"/>
        <w:jc w:val="left"/>
      </w:pPr>
      <w:r>
        <w:rPr>
          <w:rFonts w:ascii="宋体" w:eastAsia="宋体" w:hAnsi="宋体"/>
          <w:sz w:val="28"/>
        </w:rPr>
        <w:t>4、乙方已付清本合同约定的有关款项。</w:t>
      </w:r>
    </w:p>
    <w:p>
      <w:pPr>
        <w:spacing w:before="100" w:after="200" w:line="360" w:lineRule="auto"/>
        <w:ind w:firstLine="576"/>
        <w:jc w:val="left"/>
      </w:pPr>
      <w:r>
        <w:rPr>
          <w:rFonts w:ascii="宋体" w:eastAsia="宋体" w:hAnsi="宋体"/>
          <w:sz w:val="28"/>
        </w:rPr>
        <w:t>第八条抵押机动车的权利限制</w:t>
      </w:r>
    </w:p>
    <w:p>
      <w:pPr>
        <w:spacing w:before="100" w:after="200" w:line="360" w:lineRule="auto"/>
        <w:ind w:firstLine="576"/>
        <w:jc w:val="left"/>
      </w:pPr>
      <w:r>
        <w:rPr>
          <w:rFonts w:ascii="宋体" w:eastAsia="宋体" w:hAnsi="宋体"/>
          <w:sz w:val="28"/>
        </w:rPr>
        <w:t>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spacing w:before="100" w:after="200" w:line="360" w:lineRule="auto"/>
        <w:ind w:firstLine="576"/>
        <w:jc w:val="left"/>
      </w:pPr>
      <w:r>
        <w:rPr>
          <w:rFonts w:ascii="宋体" w:eastAsia="宋体" w:hAnsi="宋体"/>
          <w:sz w:val="28"/>
        </w:rPr>
        <w:t>如乙方确需转让抵押机动车的，应经甲方事先同意，且另行提供等值担保。甲方在取得担保后，指派工作人员办理撤销抵押手续。</w:t>
      </w:r>
    </w:p>
    <w:p>
      <w:pPr>
        <w:spacing w:before="100" w:after="200" w:line="360" w:lineRule="auto"/>
        <w:ind w:firstLine="576"/>
        <w:jc w:val="left"/>
      </w:pPr>
      <w:r>
        <w:rPr>
          <w:rFonts w:ascii="宋体" w:eastAsia="宋体" w:hAnsi="宋体"/>
          <w:sz w:val="28"/>
        </w:rPr>
        <w:t>2、如甲方要求乙方为抵押机动车办理保险的，乙方应无条件投保并承担保险费用(甲方为</w:t>
      </w:r>
    </w:p>
    <w:p>
      <w:pPr>
        <w:spacing w:before="100" w:after="200" w:line="360" w:lineRule="auto"/>
        <w:ind w:firstLine="576"/>
        <w:jc w:val="left"/>
      </w:pPr>
      <w:r>
        <w:rPr>
          <w:rFonts w:ascii="宋体" w:eastAsia="宋体" w:hAnsi="宋体"/>
          <w:sz w:val="28"/>
        </w:rPr>
        <w:t>第一受益人)。抵押期间，抵押财产毁损、灭失或者被征收等，抵押权及于保险金、赔偿金、补偿金或其他代位款物等。被担保债权的履行期未届满的，甲方有权要求提存该保险金、赔偿金或者补偿金等。</w:t>
      </w:r>
    </w:p>
    <w:p>
      <w:pPr>
        <w:spacing w:before="100" w:after="200" w:line="360" w:lineRule="auto"/>
        <w:ind w:firstLine="576"/>
        <w:jc w:val="left"/>
      </w:pPr>
      <w:r>
        <w:rPr>
          <w:rFonts w:ascii="宋体" w:eastAsia="宋体" w:hAnsi="宋体"/>
          <w:sz w:val="28"/>
        </w:rPr>
        <w:t>3、抵押期间如抵押财产价值显著减少(抵押机动车的市场价值减至合同暂估价值的80%及以下)的，或</w:t>
      </w:r>
    </w:p>
    <w:p>
      <w:pPr>
        <w:spacing w:before="100" w:after="200" w:line="360" w:lineRule="auto"/>
        <w:ind w:firstLine="576"/>
        <w:jc w:val="left"/>
      </w:pPr>
      <w:r>
        <w:rPr>
          <w:rFonts w:ascii="宋体" w:eastAsia="宋体" w:hAnsi="宋体"/>
          <w:sz w:val="28"/>
        </w:rPr>
        <w:t>第三方就抵押机动车与乙方发生权属争议的</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第三方就抵押机动车申请保全或强制执行的，或乙方申请或被申请破产、合并、被兼并、分立、解散、清算、改制、歇业、停业整顿、被关闭、被吊销营业执照的，甲方有权要求乙方立即另行提供担保。</w:t>
      </w:r>
    </w:p>
    <w:p>
      <w:pPr>
        <w:spacing w:before="100" w:after="200" w:line="360" w:lineRule="auto"/>
        <w:ind w:firstLine="576"/>
        <w:jc w:val="left"/>
      </w:pPr>
      <w:r>
        <w:rPr>
          <w:rFonts w:ascii="宋体" w:eastAsia="宋体" w:hAnsi="宋体"/>
          <w:sz w:val="28"/>
        </w:rPr>
        <w:t>4、抵押权存续期间，未经甲方事先书面同意，乙方不得在该抵押机动车上另行设定抵押权等其他担保或权利限制，也不得以该机动车进行出资、合伙或联营。</w:t>
      </w:r>
    </w:p>
    <w:p>
      <w:pPr>
        <w:spacing w:before="100" w:after="200" w:line="360" w:lineRule="auto"/>
        <w:ind w:firstLine="576"/>
        <w:jc w:val="left"/>
      </w:pPr>
      <w:r>
        <w:rPr>
          <w:rFonts w:ascii="宋体" w:eastAsia="宋体" w:hAnsi="宋体"/>
          <w:sz w:val="28"/>
        </w:rPr>
        <w:t>5、抵押权存续期间，乙方应按机动车登记用途合理使用抵押车辆，并尽维修、保养义务。</w:t>
      </w:r>
    </w:p>
    <w:p>
      <w:pPr>
        <w:spacing w:before="100" w:after="200" w:line="360" w:lineRule="auto"/>
        <w:ind w:firstLine="576"/>
        <w:jc w:val="left"/>
      </w:pPr>
      <w:r>
        <w:rPr>
          <w:rFonts w:ascii="宋体" w:eastAsia="宋体" w:hAnsi="宋体"/>
          <w:sz w:val="28"/>
        </w:rPr>
        <w:t>第九条乙方的保证与承诺</w:t>
      </w:r>
    </w:p>
    <w:p>
      <w:pPr>
        <w:spacing w:before="100" w:after="200" w:line="360" w:lineRule="auto"/>
        <w:ind w:firstLine="576"/>
        <w:jc w:val="left"/>
      </w:pPr>
      <w:r>
        <w:rPr>
          <w:rFonts w:ascii="宋体" w:eastAsia="宋体" w:hAnsi="宋体"/>
          <w:sz w:val="28"/>
        </w:rPr>
        <w:t>1、乙方保证对抵押的机动车享有合法的、完全的所有权与处分权，乙方签订、履行当票及本合同已经依法履行了相关法律手续、取得了股东会或其他权力机构的同意。</w:t>
      </w:r>
    </w:p>
    <w:p>
      <w:pPr>
        <w:spacing w:before="100" w:after="200" w:line="360" w:lineRule="auto"/>
        <w:ind w:firstLine="576"/>
        <w:jc w:val="left"/>
      </w:pPr>
      <w:r>
        <w:rPr>
          <w:rFonts w:ascii="宋体" w:eastAsia="宋体" w:hAnsi="宋体"/>
          <w:sz w:val="28"/>
        </w:rPr>
        <w:t>2、各方签署当票及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w:t>
      </w:r>
    </w:p>
    <w:p>
      <w:pPr>
        <w:spacing w:before="100" w:after="200" w:line="360" w:lineRule="auto"/>
        <w:ind w:firstLine="576"/>
        <w:jc w:val="left"/>
      </w:pPr>
      <w:r>
        <w:rPr>
          <w:rFonts w:ascii="宋体" w:eastAsia="宋体" w:hAnsi="宋体"/>
          <w:sz w:val="28"/>
        </w:rPr>
        <w:t>第三方签订抵押机动车转让合同等)。</w:t>
      </w:r>
    </w:p>
    <w:p>
      <w:pPr>
        <w:spacing w:before="100" w:after="200" w:line="360" w:lineRule="auto"/>
        <w:ind w:firstLine="576"/>
        <w:jc w:val="left"/>
      </w:pPr>
      <w:r>
        <w:rPr>
          <w:rFonts w:ascii="宋体" w:eastAsia="宋体" w:hAnsi="宋体"/>
          <w:sz w:val="28"/>
        </w:rPr>
        <w:t>3、乙方及时交纳抵押期间机动车的交强险、商业保险等费用，依法按时检验机动车。</w:t>
      </w:r>
    </w:p>
    <w:p>
      <w:pPr>
        <w:spacing w:before="100" w:after="200" w:line="360" w:lineRule="auto"/>
        <w:ind w:firstLine="576"/>
        <w:jc w:val="left"/>
      </w:pPr>
      <w:r>
        <w:rPr>
          <w:rFonts w:ascii="宋体" w:eastAsia="宋体" w:hAnsi="宋体"/>
          <w:sz w:val="28"/>
        </w:rPr>
        <w:t>第十条抵押权的行使</w:t>
      </w:r>
    </w:p>
    <w:p>
      <w:pPr>
        <w:spacing w:before="100" w:after="200" w:line="360" w:lineRule="auto"/>
        <w:ind w:firstLine="576"/>
        <w:jc w:val="left"/>
      </w:pPr>
      <w:r>
        <w:rPr>
          <w:rFonts w:ascii="宋体" w:eastAsia="宋体" w:hAnsi="宋体"/>
          <w:sz w:val="28"/>
        </w:rPr>
        <w:t>1、双方特别约定：如发生下列任一情况的，甲方有权宣布当票(包括续当凭证)及本合同项下的借款(当金)提前到期：</w:t>
      </w:r>
    </w:p>
    <w:p>
      <w:pPr>
        <w:spacing w:before="100" w:after="200" w:line="360" w:lineRule="auto"/>
        <w:ind w:firstLine="576"/>
        <w:jc w:val="left"/>
      </w:pPr>
      <w:r>
        <w:rPr>
          <w:rFonts w:ascii="宋体" w:eastAsia="宋体" w:hAnsi="宋体"/>
          <w:sz w:val="28"/>
        </w:rPr>
        <w:t>(1)乙方违反其本合同</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第八条、</w:t>
      </w:r>
    </w:p>
    <w:p>
      <w:pPr>
        <w:spacing w:before="100" w:after="200" w:line="360" w:lineRule="auto"/>
        <w:ind w:firstLine="576"/>
        <w:jc w:val="left"/>
      </w:pPr>
      <w:r>
        <w:rPr>
          <w:rFonts w:ascii="宋体" w:eastAsia="宋体" w:hAnsi="宋体"/>
          <w:sz w:val="28"/>
        </w:rPr>
        <w:t>第九条约定义务的。</w:t>
      </w:r>
    </w:p>
    <w:p>
      <w:pPr>
        <w:spacing w:before="100" w:after="200" w:line="360" w:lineRule="auto"/>
        <w:ind w:firstLine="576"/>
        <w:jc w:val="left"/>
      </w:pPr>
      <w:r>
        <w:rPr>
          <w:rFonts w:ascii="宋体" w:eastAsia="宋体" w:hAnsi="宋体"/>
          <w:sz w:val="28"/>
        </w:rPr>
        <w:t>(2)乙方申请或被申请破产，或发生可能造成抵押机动车毁损、灭失、价值下降的，或抵押机动车发生权属争议的，或抵押机动车上存在其他担保或优先权利的，或抵押机动车被查封、扣押、监管的。</w:t>
      </w:r>
    </w:p>
    <w:p>
      <w:pPr>
        <w:spacing w:before="100" w:after="200" w:line="360" w:lineRule="auto"/>
        <w:ind w:firstLine="576"/>
        <w:jc w:val="left"/>
      </w:pPr>
      <w:r>
        <w:rPr>
          <w:rFonts w:ascii="宋体" w:eastAsia="宋体" w:hAnsi="宋体"/>
          <w:sz w:val="28"/>
        </w:rPr>
        <w:t>(3)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spacing w:before="100" w:after="200" w:line="360" w:lineRule="auto"/>
        <w:ind w:firstLine="576"/>
        <w:jc w:val="left"/>
      </w:pPr>
      <w:r>
        <w:rPr>
          <w:rFonts w:ascii="宋体" w:eastAsia="宋体" w:hAnsi="宋体"/>
          <w:sz w:val="28"/>
        </w:rPr>
        <w:t>(4)在当票及本合同约定的借款期限内，如乙方逾期支付利息和或综合费用累计达到____日的。</w:t>
      </w:r>
    </w:p>
    <w:p>
      <w:pPr>
        <w:spacing w:before="100" w:after="200" w:line="360" w:lineRule="auto"/>
        <w:ind w:firstLine="576"/>
        <w:jc w:val="left"/>
      </w:pPr>
      <w:r>
        <w:rPr>
          <w:rFonts w:ascii="宋体" w:eastAsia="宋体" w:hAnsi="宋体"/>
          <w:sz w:val="28"/>
        </w:rPr>
        <w:t>2、在当票约定的借款期限届满之日15时前，或收到借款提前到期通知次日15时前，乙方应当结清全部当金、利息及综合费用、本合同约定的违约金等全部款项;否则，甲方有权行使抵押权。</w:t>
      </w:r>
    </w:p>
    <w:p>
      <w:pPr>
        <w:spacing w:before="100" w:after="200" w:line="360" w:lineRule="auto"/>
        <w:ind w:firstLine="576"/>
        <w:jc w:val="left"/>
      </w:pPr>
      <w:r>
        <w:rPr>
          <w:rFonts w:ascii="宋体" w:eastAsia="宋体" w:hAnsi="宋体"/>
          <w:sz w:val="28"/>
        </w:rPr>
        <w:t>3、甲方可通过自行变卖、拍卖或向有管辖权的法院申请拍卖、变卖等方式实现抵押权。如甲方自行拍卖抵押机动车的，甲方有权自行选定评估及拍卖机构。</w:t>
      </w:r>
    </w:p>
    <w:p>
      <w:pPr>
        <w:spacing w:before="100" w:after="200" w:line="360" w:lineRule="auto"/>
        <w:ind w:firstLine="576"/>
        <w:jc w:val="left"/>
      </w:pPr>
      <w:r>
        <w:rPr>
          <w:rFonts w:ascii="宋体" w:eastAsia="宋体" w:hAnsi="宋体"/>
          <w:sz w:val="28"/>
        </w:rPr>
        <w:t>4、担保物折价或者拍卖、变卖后，其价款超过全部债权数额的部分归乙方所有，不足部分由乙方清偿。各方同意：相关评估、拍卖等手续均委托甲方办理。</w:t>
      </w:r>
    </w:p>
    <w:p>
      <w:pPr>
        <w:spacing w:before="100" w:after="200" w:line="360" w:lineRule="auto"/>
        <w:ind w:firstLine="576"/>
        <w:jc w:val="left"/>
      </w:pPr>
      <w:r>
        <w:rPr>
          <w:rFonts w:ascii="宋体" w:eastAsia="宋体" w:hAnsi="宋体"/>
          <w:sz w:val="28"/>
        </w:rPr>
        <w:t>第十一条违约责任</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1、乙方未按当票及本合同的约定按期、足额支付利息及综合费用的，自逾期之日起，</w:t>
      </w:r>
    </w:p>
    <w:p>
      <w:pPr>
        <w:spacing w:before="100" w:after="200" w:line="360" w:lineRule="auto"/>
        <w:ind w:firstLine="576"/>
        <w:jc w:val="left"/>
      </w:pPr>
      <w:r>
        <w:rPr>
          <w:rFonts w:ascii="宋体" w:eastAsia="宋体" w:hAnsi="宋体"/>
          <w:sz w:val="28"/>
        </w:rPr>
        <w:t>按借款余额(含未偿还的借款本金、利息及综合费用)每日的标准向甲方支付违约金，同时借款利息及综合费用仍应按照合同约定继续支付，直到结清全部款项为止(包括但不限于甲方行使抵押权期间、诉讼期间、执行期间等)。</w:t>
      </w:r>
    </w:p>
    <w:p>
      <w:pPr>
        <w:spacing w:before="100" w:after="200" w:line="360" w:lineRule="auto"/>
        <w:ind w:firstLine="576"/>
        <w:jc w:val="left"/>
      </w:pPr>
      <w:r>
        <w:rPr>
          <w:rFonts w:ascii="宋体" w:eastAsia="宋体" w:hAnsi="宋体"/>
          <w:sz w:val="28"/>
        </w:rPr>
        <w:t>2、乙方未在当票及本合同约定的还款期限(包括提前到期)届满前偿还全部当金的，自逾期之日起，按借款余额(含未偿还的借款本金、利息及综合费用)每日1.5的标准向甲方支付违约金，同时借款利息及综合费用仍应按照合同约定继续支付，直到结清全部款项为止(包括但不限于甲方行使抵押权期间、诉讼期间、执行期间等)。</w:t>
      </w:r>
    </w:p>
    <w:p>
      <w:pPr>
        <w:spacing w:before="100" w:after="200" w:line="360" w:lineRule="auto"/>
        <w:ind w:firstLine="576"/>
        <w:jc w:val="left"/>
      </w:pPr>
      <w:r>
        <w:rPr>
          <w:rFonts w:ascii="宋体" w:eastAsia="宋体" w:hAnsi="宋体"/>
          <w:sz w:val="28"/>
        </w:rPr>
        <w:t>3、乙方违反本合同</w:t>
      </w:r>
    </w:p>
    <w:p>
      <w:pPr>
        <w:spacing w:before="100" w:after="200" w:line="360" w:lineRule="auto"/>
        <w:ind w:firstLine="576"/>
        <w:jc w:val="left"/>
      </w:pPr>
      <w:r>
        <w:rPr>
          <w:rFonts w:ascii="宋体" w:eastAsia="宋体" w:hAnsi="宋体"/>
          <w:sz w:val="28"/>
        </w:rPr>
        <w:t>第八条、</w:t>
      </w:r>
    </w:p>
    <w:p>
      <w:pPr>
        <w:spacing w:before="100" w:after="200" w:line="360" w:lineRule="auto"/>
        <w:ind w:firstLine="576"/>
        <w:jc w:val="left"/>
      </w:pPr>
      <w:r>
        <w:rPr>
          <w:rFonts w:ascii="宋体" w:eastAsia="宋体" w:hAnsi="宋体"/>
          <w:sz w:val="28"/>
        </w:rPr>
        <w:t>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在上述本息、综合费用及违约金未获清偿期间，按总额的日千分之三计息。</w:t>
      </w:r>
    </w:p>
    <w:p>
      <w:pPr>
        <w:spacing w:before="100" w:after="200" w:line="360" w:lineRule="auto"/>
        <w:ind w:firstLine="576"/>
        <w:jc w:val="left"/>
      </w:pPr>
      <w:r>
        <w:rPr>
          <w:rFonts w:ascii="宋体" w:eastAsia="宋体" w:hAnsi="宋体"/>
          <w:sz w:val="28"/>
        </w:rPr>
        <w:t>4、本合同约定的违约金可以同时适用;如本合同约定的违约金不足以弥补甲方损失的，乙方应予赔偿。</w:t>
      </w:r>
    </w:p>
    <w:p>
      <w:pPr>
        <w:spacing w:before="100" w:after="200" w:line="360" w:lineRule="auto"/>
        <w:ind w:firstLine="576"/>
        <w:jc w:val="left"/>
      </w:pPr>
      <w:r>
        <w:rPr>
          <w:rFonts w:ascii="宋体" w:eastAsia="宋体" w:hAnsi="宋体"/>
          <w:sz w:val="28"/>
        </w:rPr>
        <w:t>第十二条特别约定</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1、本合同所约定的抵押担保条款独立于当票、本合同及本合同的其他条款;如上述合同或其中的其他条款无效、部分无效、被撤销、解除、不成立、不生效时，本合同约定的抵押担保仍然有效，作为乙方履行返还财产、赔偿损失等义务的担保。</w:t>
      </w:r>
    </w:p>
    <w:p>
      <w:pPr>
        <w:spacing w:before="100" w:after="200" w:line="360" w:lineRule="auto"/>
        <w:ind w:firstLine="576"/>
        <w:jc w:val="left"/>
      </w:pPr>
      <w:r>
        <w:rPr>
          <w:rFonts w:ascii="宋体" w:eastAsia="宋体" w:hAnsi="宋体"/>
          <w:sz w:val="28"/>
        </w:rPr>
        <w:t>2、在本合同有效期内，甲方给予乙方的任何宽容、宽限、优惠或延缓行使本合同项下的任何权利，均不影响、损害或限制甲方依本合同和法律、法规而享有的一切权益，也不视为甲方对本合同项下权利、权益的放弃。</w:t>
      </w:r>
    </w:p>
    <w:p>
      <w:pPr>
        <w:spacing w:before="100" w:after="200" w:line="360" w:lineRule="auto"/>
        <w:ind w:firstLine="576"/>
        <w:jc w:val="left"/>
      </w:pPr>
      <w:r>
        <w:rPr>
          <w:rFonts w:ascii="宋体" w:eastAsia="宋体" w:hAnsi="宋体"/>
          <w:sz w:val="28"/>
        </w:rPr>
        <w:t>3、因履行本合同产生的评估、拍卖、公证、保险、鉴定、登记、保管等全部相关费用均由乙方承担。</w:t>
      </w:r>
    </w:p>
    <w:p>
      <w:pPr>
        <w:spacing w:before="100" w:after="200" w:line="360" w:lineRule="auto"/>
        <w:ind w:firstLine="576"/>
        <w:jc w:val="left"/>
      </w:pPr>
      <w:r>
        <w:rPr>
          <w:rFonts w:ascii="宋体" w:eastAsia="宋体" w:hAnsi="宋体"/>
          <w:sz w:val="28"/>
        </w:rPr>
        <w:t>4、甲方有权对乙方所有的本合同约定的抵押财产以外的财产申请执行以实现本合同项下债权，且不以放弃本合同所约定的抵押权或必须先行使该抵押权为前提条件。</w:t>
      </w:r>
    </w:p>
    <w:p>
      <w:pPr>
        <w:spacing w:before="100" w:after="200" w:line="360" w:lineRule="auto"/>
        <w:ind w:firstLine="576"/>
        <w:jc w:val="left"/>
      </w:pPr>
      <w:r>
        <w:rPr>
          <w:rFonts w:ascii="宋体" w:eastAsia="宋体" w:hAnsi="宋体"/>
          <w:sz w:val="28"/>
        </w:rPr>
        <w:t>5、如</w:t>
      </w:r>
    </w:p>
    <w:p>
      <w:pPr>
        <w:spacing w:before="100" w:after="200" w:line="360" w:lineRule="auto"/>
        <w:ind w:firstLine="576"/>
        <w:jc w:val="left"/>
      </w:pPr>
      <w:r>
        <w:rPr>
          <w:rFonts w:ascii="宋体" w:eastAsia="宋体" w:hAnsi="宋体"/>
          <w:sz w:val="28"/>
        </w:rPr>
        <w:t>第三方为乙方向甲方另行提供其他担保(包括物的担保、保证等)的，甲方有权同时就本合同项下抵押财产、</w:t>
      </w:r>
    </w:p>
    <w:p>
      <w:pPr>
        <w:spacing w:before="100" w:after="200" w:line="360" w:lineRule="auto"/>
        <w:ind w:firstLine="576"/>
        <w:jc w:val="left"/>
      </w:pPr>
      <w:r>
        <w:rPr>
          <w:rFonts w:ascii="宋体" w:eastAsia="宋体" w:hAnsi="宋体"/>
          <w:sz w:val="28"/>
        </w:rPr>
        <w:t>第三方提供的担保物实现债权，并有权同时要求</w:t>
      </w:r>
    </w:p>
    <w:p>
      <w:pPr>
        <w:spacing w:before="100" w:after="200" w:line="360" w:lineRule="auto"/>
        <w:ind w:firstLine="576"/>
        <w:jc w:val="left"/>
      </w:pPr>
      <w:r>
        <w:rPr>
          <w:rFonts w:ascii="宋体" w:eastAsia="宋体" w:hAnsi="宋体"/>
          <w:sz w:val="28"/>
        </w:rPr>
        <w:t>第三方承担保证责任。</w:t>
      </w:r>
    </w:p>
    <w:p>
      <w:pPr>
        <w:spacing w:before="100" w:after="200" w:line="360" w:lineRule="auto"/>
        <w:ind w:firstLine="576"/>
        <w:jc w:val="left"/>
      </w:pPr>
      <w:r>
        <w:rPr>
          <w:rFonts w:ascii="宋体" w:eastAsia="宋体" w:hAnsi="宋体"/>
          <w:sz w:val="28"/>
        </w:rPr>
        <w:t>第十三条争议解决</w:t>
      </w:r>
    </w:p>
    <w:p>
      <w:pPr>
        <w:spacing w:before="100" w:after="200" w:line="360" w:lineRule="auto"/>
        <w:ind w:firstLine="576"/>
        <w:jc w:val="left"/>
      </w:pPr>
      <w:r>
        <w:rPr>
          <w:rFonts w:ascii="宋体" w:eastAsia="宋体" w:hAnsi="宋体"/>
          <w:sz w:val="28"/>
        </w:rPr>
        <w:t>1、与当票、本合同有关的任何争议，各方协商不成的，须向甲方住所地(市区号)有管辖权的人民法院起诉。</w:t>
      </w:r>
    </w:p>
    <w:p>
      <w:pPr>
        <w:spacing w:before="100" w:after="200" w:line="360" w:lineRule="auto"/>
        <w:ind w:firstLine="576"/>
        <w:jc w:val="left"/>
      </w:pPr>
      <w:r>
        <w:rPr>
          <w:rFonts w:ascii="宋体" w:eastAsia="宋体" w:hAnsi="宋体"/>
          <w:sz w:val="28"/>
        </w:rPr>
        <w:t>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第十四条合同生效</w:t>
      </w:r>
    </w:p>
    <w:p>
      <w:pPr>
        <w:spacing w:before="100" w:after="200" w:line="360" w:lineRule="auto"/>
        <w:ind w:firstLine="576"/>
        <w:jc w:val="left"/>
      </w:pPr>
      <w:r>
        <w:rPr>
          <w:rFonts w:ascii="宋体" w:eastAsia="宋体" w:hAnsi="宋体"/>
          <w:sz w:val="28"/>
        </w:rPr>
        <w:t>本合同于各方签字或盖章之日发生法律效力。</w:t>
      </w:r>
    </w:p>
    <w:p>
      <w:pPr>
        <w:spacing w:before="100" w:after="200" w:line="360" w:lineRule="auto"/>
        <w:ind w:firstLine="576"/>
        <w:jc w:val="left"/>
      </w:pPr>
      <w:r>
        <w:rPr>
          <w:rFonts w:ascii="宋体" w:eastAsia="宋体" w:hAnsi="宋体"/>
          <w:sz w:val="28"/>
        </w:rPr>
        <w:t>第十五条合同终止</w:t>
      </w:r>
    </w:p>
    <w:p>
      <w:pPr>
        <w:spacing w:before="100" w:after="200" w:line="360" w:lineRule="auto"/>
        <w:ind w:firstLine="576"/>
        <w:jc w:val="left"/>
      </w:pPr>
      <w:r>
        <w:rPr>
          <w:rFonts w:ascii="宋体" w:eastAsia="宋体" w:hAnsi="宋体"/>
          <w:sz w:val="28"/>
        </w:rPr>
        <w:t>本合同于甲方全部债权获得清偿后终止;相关方在合同终止后____日内办理机动车抵押注销登记手续。</w:t>
      </w:r>
    </w:p>
    <w:p>
      <w:pPr>
        <w:spacing w:before="100" w:after="200" w:line="360" w:lineRule="auto"/>
        <w:ind w:firstLine="576"/>
        <w:jc w:val="left"/>
      </w:pPr>
      <w:r>
        <w:rPr>
          <w:rFonts w:ascii="宋体" w:eastAsia="宋体" w:hAnsi="宋体"/>
          <w:sz w:val="28"/>
        </w:rPr>
        <w:t>第十六条其他约定</w:t>
      </w:r>
    </w:p>
    <w:p>
      <w:pPr>
        <w:spacing w:before="100" w:after="200" w:line="360" w:lineRule="auto"/>
        <w:ind w:firstLine="576"/>
        <w:jc w:val="left"/>
      </w:pPr>
      <w:r>
        <w:rPr>
          <w:rFonts w:ascii="宋体" w:eastAsia="宋体" w:hAnsi="宋体"/>
          <w:sz w:val="28"/>
        </w:rPr>
        <w:t>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spacing w:before="100" w:after="200" w:line="360" w:lineRule="auto"/>
        <w:ind w:firstLine="576"/>
        <w:jc w:val="left"/>
      </w:pPr>
      <w:r>
        <w:rPr>
          <w:rFonts w:ascii="宋体" w:eastAsia="宋体" w:hAnsi="宋体"/>
          <w:sz w:val="28"/>
        </w:rPr>
        <w:t>2、乙方等在当票、本合同中所做的保证、承诺、担保等对补充协议仍然有效。</w:t>
      </w:r>
    </w:p>
    <w:p>
      <w:pPr>
        <w:spacing w:before="100" w:after="200" w:line="360" w:lineRule="auto"/>
        <w:ind w:firstLine="576"/>
        <w:jc w:val="left"/>
      </w:pPr>
      <w:r>
        <w:rPr>
          <w:rFonts w:ascii="宋体" w:eastAsia="宋体" w:hAnsi="宋体"/>
          <w:sz w:val="28"/>
        </w:rPr>
        <w:t>第十七条通知</w:t>
      </w:r>
    </w:p>
    <w:p>
      <w:pPr>
        <w:spacing w:before="100" w:after="200" w:line="360" w:lineRule="auto"/>
        <w:ind w:firstLine="576"/>
        <w:jc w:val="left"/>
      </w:pPr>
      <w:r>
        <w:rPr>
          <w:rFonts w:ascii="宋体" w:eastAsia="宋体" w:hAnsi="宋体"/>
          <w:sz w:val="28"/>
        </w:rPr>
        <w:t>第十八条充分磋商与修改补充</w:t>
      </w:r>
    </w:p>
    <w:p>
      <w:pPr>
        <w:spacing w:before="100" w:after="200" w:line="360" w:lineRule="auto"/>
        <w:ind w:firstLine="576"/>
        <w:jc w:val="left"/>
      </w:pPr>
      <w:r>
        <w:rPr>
          <w:rFonts w:ascii="宋体" w:eastAsia="宋体" w:hAnsi="宋体"/>
          <w:sz w:val="28"/>
        </w:rPr>
        <w:t>1、各方确认：本合同全部条款均系各方当事人平等、充分磋商后共同拟定，各方对本合同各项条款的含义及相应的法律后果已全部知晓、理解和接受。</w:t>
      </w:r>
    </w:p>
    <w:p>
      <w:pPr>
        <w:spacing w:before="100" w:after="200" w:line="360" w:lineRule="auto"/>
        <w:ind w:firstLine="576"/>
        <w:jc w:val="left"/>
      </w:pPr>
      <w:r>
        <w:rPr>
          <w:rFonts w:ascii="宋体" w:eastAsia="宋体" w:hAnsi="宋体"/>
          <w:sz w:val="28"/>
        </w:rPr>
        <w:t>2、各方对本合同内容进一步修改、补充如下：</w:t>
      </w:r>
    </w:p>
    <w:p>
      <w:pPr>
        <w:spacing w:before="100" w:after="200" w:line="360" w:lineRule="auto"/>
        <w:jc w:val="left"/>
      </w:pPr>
      <w:r>
        <w:rPr>
          <w:rFonts w:ascii="宋体 (中文正文)" w:eastAsia="宋体" w:hAnsi="宋体 (中文正文)"/>
          <w:sz w:val="28"/>
        </w:rPr>
        <w:t>附件：</w:t>
      </w:r>
    </w:p>
    <w:p>
      <w:pPr>
        <w:spacing w:before="100" w:after="200" w:line="360" w:lineRule="auto"/>
        <w:ind w:firstLine="576"/>
        <w:jc w:val="left"/>
      </w:pPr>
      <w:r>
        <w:rPr>
          <w:rFonts w:ascii="宋体" w:eastAsia="宋体" w:hAnsi="宋体"/>
          <w:sz w:val="28"/>
        </w:rPr>
        <w:t>1、抵押机动车清单(双方加盖公章)</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2、乙方营业执照、组织机构代码证、法定代表人身份证复印件(加盖公章)</w:t>
      </w:r>
    </w:p>
    <w:p>
      <w:pPr>
        <w:spacing w:before="100" w:after="200" w:line="360" w:lineRule="auto"/>
        <w:jc w:val="left"/>
      </w:pPr>
      <w:r>
        <w:rPr>
          <w:rFonts w:ascii="宋体 (中文正文)" w:eastAsia="宋体" w:hAnsi="宋体 (中文正文)"/>
          <w:sz w:val="28"/>
        </w:rPr>
        <w:t>授权代表：授权代表：</w:t>
      </w:r>
    </w:p>
    <w:p>
      <w:pPr>
        <w:spacing w:before="100" w:after="200" w:line="360" w:lineRule="auto"/>
        <w:ind w:firstLine="576"/>
        <w:jc w:val="left"/>
      </w:pPr>
      <w:r>
        <w:rPr>
          <w:rFonts w:ascii="宋体" w:eastAsia="宋体" w:hAnsi="宋体"/>
          <w:sz w:val="28"/>
        </w:rPr>
        <w:t>本合同于________年机动车抵押借款合同________年____月____日签订</w:t>
      </w:r>
    </w:p>
    <w:p>
      <w:pPr>
        <w:spacing w:before="100" w:after="200" w:line="360" w:lineRule="auto"/>
        <w:ind w:firstLine="576"/>
        <w:jc w:val="left"/>
      </w:pPr>
      <w:r>
        <w:rPr>
          <w:rFonts w:ascii="宋体" w:eastAsia="宋体" w:hAnsi="宋体"/>
          <w:sz w:val="28"/>
        </w:rPr>
        <w:t>甲方：________乙方：________</w:t>
      </w:r>
    </w:p>
    <w:p>
      <w:pPr>
        <w:spacing w:before="100" w:after="200" w:line="360" w:lineRule="auto"/>
        <w:ind w:firstLine="576"/>
        <w:jc w:val="left"/>
      </w:pPr>
      <w:r>
        <w:rPr>
          <w:rFonts w:ascii="宋体" w:eastAsia="宋体" w:hAnsi="宋体"/>
          <w:sz w:val="28"/>
        </w:rPr>
        <w:t>甲方：_______________(借款人)性别：_______________</w:t>
      </w:r>
    </w:p>
    <w:p>
      <w:pPr>
        <w:spacing w:before="100" w:after="200" w:line="360" w:lineRule="auto"/>
        <w:ind w:firstLine="576"/>
        <w:jc w:val="left"/>
      </w:pPr>
      <w:r>
        <w:rPr>
          <w:rFonts w:ascii="宋体" w:eastAsia="宋体" w:hAnsi="宋体"/>
          <w:sz w:val="28"/>
        </w:rPr>
        <w:t>身份证号：_______________</w:t>
      </w:r>
    </w:p>
    <w:p>
      <w:pPr>
        <w:spacing w:before="100" w:after="200" w:line="360" w:lineRule="auto"/>
        <w:ind w:firstLine="576"/>
        <w:jc w:val="left"/>
      </w:pPr>
      <w:r>
        <w:rPr>
          <w:rFonts w:ascii="宋体" w:eastAsia="宋体" w:hAnsi="宋体"/>
          <w:sz w:val="28"/>
        </w:rPr>
        <w:t>地址：_______________</w:t>
      </w:r>
    </w:p>
    <w:p>
      <w:pPr>
        <w:spacing w:before="100" w:after="200" w:line="360" w:lineRule="auto"/>
        <w:ind w:firstLine="576"/>
        <w:jc w:val="left"/>
      </w:pPr>
      <w:r>
        <w:rPr>
          <w:rFonts w:ascii="宋体" w:eastAsia="宋体" w:hAnsi="宋体"/>
          <w:sz w:val="28"/>
        </w:rPr>
        <w:t>乙方：_______________(出借人)性别：_______________</w:t>
      </w:r>
    </w:p>
    <w:p>
      <w:pPr>
        <w:spacing w:before="100" w:after="200" w:line="360" w:lineRule="auto"/>
        <w:ind w:firstLine="576"/>
        <w:jc w:val="left"/>
      </w:pPr>
      <w:r>
        <w:rPr>
          <w:rFonts w:ascii="宋体" w:eastAsia="宋体" w:hAnsi="宋体"/>
          <w:sz w:val="28"/>
        </w:rPr>
        <w:t>身份证号：_______________</w:t>
      </w:r>
    </w:p>
    <w:p>
      <w:pPr>
        <w:spacing w:before="100" w:after="200" w:line="360" w:lineRule="auto"/>
        <w:ind w:firstLine="576"/>
        <w:jc w:val="left"/>
      </w:pPr>
      <w:r>
        <w:rPr>
          <w:rFonts w:ascii="宋体" w:eastAsia="宋体" w:hAnsi="宋体"/>
          <w:sz w:val="28"/>
        </w:rPr>
        <w:t>地址：_______________</w:t>
      </w:r>
    </w:p>
    <w:p>
      <w:pPr>
        <w:spacing w:before="100" w:after="200" w:line="360" w:lineRule="auto"/>
        <w:ind w:firstLine="576"/>
        <w:jc w:val="left"/>
      </w:pPr>
      <w:r>
        <w:rPr>
          <w:rFonts w:ascii="宋体" w:eastAsia="宋体" w:hAnsi="宋体"/>
          <w:sz w:val="28"/>
        </w:rPr>
        <w:t>甲方因本人生产或经营需要，向乙方申请借款，并以自有车辆作为抵押物，经当事方协商一致，乙方同意出借并签定本合同内容。</w:t>
      </w:r>
    </w:p>
    <w:p>
      <w:pPr>
        <w:spacing w:before="100" w:after="200" w:line="360" w:lineRule="auto"/>
        <w:ind w:firstLine="576"/>
        <w:jc w:val="left"/>
      </w:pPr>
      <w:r>
        <w:rPr>
          <w:rFonts w:ascii="宋体" w:eastAsia="宋体" w:hAnsi="宋体"/>
          <w:sz w:val="28"/>
        </w:rPr>
        <w:t>第一项借款事项</w:t>
      </w:r>
    </w:p>
    <w:p>
      <w:pPr>
        <w:spacing w:before="100" w:after="200" w:line="360" w:lineRule="auto"/>
        <w:ind w:firstLine="576"/>
        <w:jc w:val="left"/>
      </w:pPr>
      <w:r>
        <w:rPr>
          <w:rFonts w:ascii="宋体" w:eastAsia="宋体" w:hAnsi="宋体"/>
          <w:sz w:val="28"/>
        </w:rPr>
        <w:t>第一条借款内容</w:t>
      </w:r>
    </w:p>
    <w:p>
      <w:pPr>
        <w:spacing w:before="100" w:after="200" w:line="360" w:lineRule="auto"/>
        <w:ind w:firstLine="576"/>
        <w:jc w:val="left"/>
      </w:pPr>
      <w:r>
        <w:rPr>
          <w:rFonts w:ascii="宋体" w:eastAsia="宋体" w:hAnsi="宋体"/>
          <w:sz w:val="28"/>
        </w:rPr>
        <w:t>借款总金额：人民币_____元，大写_______________.</w:t>
      </w:r>
    </w:p>
    <w:p>
      <w:pPr>
        <w:spacing w:before="100" w:after="200" w:line="360" w:lineRule="auto"/>
        <w:ind w:firstLine="576"/>
        <w:jc w:val="left"/>
      </w:pPr>
      <w:r>
        <w:rPr>
          <w:rFonts w:ascii="宋体" w:eastAsia="宋体" w:hAnsi="宋体"/>
          <w:sz w:val="28"/>
        </w:rPr>
        <w:t>借款期限：自年月日起至年月日止，共计_____天。月利息_______.</w:t>
      </w:r>
    </w:p>
    <w:p>
      <w:pPr>
        <w:spacing w:before="100" w:after="200" w:line="360" w:lineRule="auto"/>
        <w:ind w:firstLine="576"/>
        <w:jc w:val="left"/>
      </w:pPr>
      <w:r>
        <w:rPr>
          <w:rFonts w:ascii="宋体" w:eastAsia="宋体" w:hAnsi="宋体"/>
          <w:sz w:val="28"/>
        </w:rPr>
        <w:t>第二条借款的支付及偿还</w:t>
      </w:r>
    </w:p>
    <w:p>
      <w:pPr>
        <w:spacing w:before="100" w:after="200" w:line="360" w:lineRule="auto"/>
        <w:ind w:firstLine="576"/>
        <w:jc w:val="left"/>
      </w:pPr>
      <w:r>
        <w:rPr>
          <w:rFonts w:ascii="宋体" w:eastAsia="宋体" w:hAnsi="宋体"/>
          <w:sz w:val="28"/>
        </w:rPr>
        <w:t>1.借款的支付：借款及抵押手续办妥后，乙方将借款金额一次性支付给甲方或转入甲方账户。</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2.借款的偿还：本借款在到期日一次性还清本息。</w:t>
      </w:r>
    </w:p>
    <w:p>
      <w:pPr>
        <w:spacing w:before="100" w:after="200" w:line="360" w:lineRule="auto"/>
        <w:ind w:firstLine="576"/>
        <w:jc w:val="left"/>
      </w:pPr>
      <w:r>
        <w:rPr>
          <w:rFonts w:ascii="宋体" w:eastAsia="宋体" w:hAnsi="宋体"/>
          <w:sz w:val="28"/>
        </w:rPr>
        <w:t>3.甲方可以提前还款，但必须提前15天通知乙方。</w:t>
      </w:r>
    </w:p>
    <w:p>
      <w:pPr>
        <w:spacing w:before="100" w:after="200" w:line="360" w:lineRule="auto"/>
        <w:ind w:firstLine="576"/>
        <w:jc w:val="left"/>
      </w:pPr>
      <w:r>
        <w:rPr>
          <w:rFonts w:ascii="宋体" w:eastAsia="宋体" w:hAnsi="宋体"/>
          <w:sz w:val="28"/>
        </w:rPr>
        <w:t>第三条违约责任</w:t>
      </w:r>
    </w:p>
    <w:p>
      <w:pPr>
        <w:spacing w:before="100" w:after="200" w:line="360" w:lineRule="auto"/>
        <w:ind w:firstLine="576"/>
        <w:jc w:val="left"/>
      </w:pPr>
      <w:r>
        <w:rPr>
          <w:rFonts w:ascii="宋体" w:eastAsia="宋体" w:hAnsi="宋体"/>
          <w:sz w:val="28"/>
        </w:rPr>
        <w:t>1.如果甲方到期不能全额偿还本借款，则从逾期之日起，对未偿还部分加收/天的违约金，逾期超过十日的，视为甲方彻底违约，乙方可以解除本借款合同，要求甲方支付合同总借款金额20%的违约金;</w:t>
      </w:r>
    </w:p>
    <w:p>
      <w:pPr>
        <w:spacing w:before="100" w:after="200" w:line="360" w:lineRule="auto"/>
        <w:ind w:firstLine="576"/>
        <w:jc w:val="left"/>
      </w:pPr>
      <w:r>
        <w:rPr>
          <w:rFonts w:ascii="宋体" w:eastAsia="宋体" w:hAnsi="宋体"/>
          <w:sz w:val="28"/>
        </w:rPr>
        <w:t>第二项抵押事项</w:t>
      </w:r>
    </w:p>
    <w:p>
      <w:pPr>
        <w:spacing w:before="100" w:after="200" w:line="360" w:lineRule="auto"/>
        <w:ind w:firstLine="576"/>
        <w:jc w:val="left"/>
      </w:pPr>
      <w:r>
        <w:rPr>
          <w:rFonts w:ascii="宋体" w:eastAsia="宋体" w:hAnsi="宋体"/>
          <w:sz w:val="28"/>
        </w:rPr>
        <w:t>第四条甲方确认抵押资产为其本人所有，一切手续合法、有效，该资产在抵押前无任何经济纠纷和违法责任，否则甲方承担全部法律责任。</w:t>
      </w:r>
    </w:p>
    <w:p>
      <w:pPr>
        <w:spacing w:before="100" w:after="200" w:line="360" w:lineRule="auto"/>
        <w:ind w:firstLine="576"/>
        <w:jc w:val="left"/>
      </w:pPr>
      <w:r>
        <w:rPr>
          <w:rFonts w:ascii="宋体" w:eastAsia="宋体" w:hAnsi="宋体"/>
          <w:sz w:val="28"/>
        </w:rPr>
        <w:t>第五条抵押物事项</w:t>
      </w:r>
    </w:p>
    <w:p>
      <w:pPr>
        <w:spacing w:before="100" w:after="200" w:line="360" w:lineRule="auto"/>
        <w:ind w:firstLine="576"/>
        <w:jc w:val="left"/>
      </w:pPr>
      <w:r>
        <w:rPr>
          <w:rFonts w:ascii="宋体" w:eastAsia="宋体" w:hAnsi="宋体"/>
          <w:sz w:val="28"/>
        </w:rPr>
        <w:t>1.汽车种类及牌号：_______________</w:t>
      </w:r>
    </w:p>
    <w:p>
      <w:pPr>
        <w:spacing w:before="100" w:after="200" w:line="360" w:lineRule="auto"/>
        <w:ind w:firstLine="576"/>
        <w:jc w:val="left"/>
      </w:pPr>
      <w:r>
        <w:rPr>
          <w:rFonts w:ascii="宋体" w:eastAsia="宋体" w:hAnsi="宋体"/>
          <w:sz w:val="28"/>
        </w:rPr>
        <w:t>2.车架号：_______________</w:t>
      </w:r>
    </w:p>
    <w:p>
      <w:pPr>
        <w:spacing w:before="100" w:after="200" w:line="360" w:lineRule="auto"/>
        <w:ind w:firstLine="576"/>
        <w:jc w:val="left"/>
      </w:pPr>
      <w:r>
        <w:rPr>
          <w:rFonts w:ascii="宋体" w:eastAsia="宋体" w:hAnsi="宋体"/>
          <w:sz w:val="28"/>
        </w:rPr>
        <w:t>3.发动机号：_______________</w:t>
      </w:r>
    </w:p>
    <w:p>
      <w:pPr>
        <w:spacing w:before="100" w:after="200" w:line="360" w:lineRule="auto"/>
        <w:ind w:firstLine="576"/>
        <w:jc w:val="left"/>
      </w:pPr>
      <w:r>
        <w:rPr>
          <w:rFonts w:ascii="宋体" w:eastAsia="宋体" w:hAnsi="宋体"/>
          <w:sz w:val="28"/>
        </w:rPr>
        <w:t>第六条抵押物的保管</w:t>
      </w:r>
    </w:p>
    <w:p>
      <w:pPr>
        <w:spacing w:before="100" w:after="200" w:line="360" w:lineRule="auto"/>
        <w:ind w:firstLine="576"/>
        <w:jc w:val="left"/>
      </w:pPr>
      <w:r>
        <w:rPr>
          <w:rFonts w:ascii="宋体" w:eastAsia="宋体" w:hAnsi="宋体"/>
          <w:sz w:val="28"/>
        </w:rPr>
        <w:t>1.抵押物由乙方保管，在抵押期间，乙方无偿使用该车辆，保证该车辆无任何交通事故及违章。若是由于车辆自身原因或自然损坏，不可抗力等因素造成的车辆损失，免除乙方赔偿责任。</w:t>
      </w:r>
    </w:p>
    <w:p>
      <w:pPr>
        <w:spacing w:before="100" w:after="200" w:line="360" w:lineRule="auto"/>
        <w:ind w:firstLine="576"/>
        <w:jc w:val="left"/>
      </w:pPr>
      <w:r>
        <w:rPr>
          <w:rFonts w:ascii="宋体" w:eastAsia="宋体" w:hAnsi="宋体"/>
          <w:sz w:val="28"/>
        </w:rPr>
        <w:t>2.甲方必须连同与抵押车辆相关的钥匙、机动车登记证书、行车证、购车发票、购置税、养路费、保险单据、户口本原件及身份证复印件交由乙方或中间人保管。</w:t>
      </w:r>
    </w:p>
    <w:p>
      <w:pPr>
        <w:spacing w:before="100" w:after="200" w:line="360" w:lineRule="auto"/>
        <w:ind w:firstLine="576"/>
        <w:jc w:val="left"/>
      </w:pPr>
      <w:r>
        <w:rPr>
          <w:rFonts w:ascii="宋体" w:eastAsia="宋体" w:hAnsi="宋体"/>
          <w:sz w:val="28"/>
        </w:rPr>
        <w:t>第七条抵押物的处置</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r>
        <w:rPr>
          <w:rFonts w:ascii="宋体" w:eastAsia="宋体" w:hAnsi="宋体"/>
          <w:sz w:val="28"/>
        </w:rPr>
        <w:t>1.抵押期间，甲方对抵押车辆做出的任何处置均无效。</w:t>
      </w:r>
    </w:p>
    <w:p>
      <w:pPr>
        <w:spacing w:before="100" w:after="200" w:line="360" w:lineRule="auto"/>
        <w:ind w:firstLine="576"/>
        <w:jc w:val="left"/>
      </w:pPr>
      <w:r>
        <w:rPr>
          <w:rFonts w:ascii="宋体" w:eastAsia="宋体" w:hAnsi="宋体"/>
          <w:sz w:val="28"/>
        </w:rPr>
        <w:t>2.甲方如不能按时还款，自逾期天后，乙方则可以变卖抵押物以挽回损失，甲方同时签署《逾期变卖委托书》。</w:t>
      </w:r>
    </w:p>
    <w:p>
      <w:pPr>
        <w:spacing w:before="100" w:after="200" w:line="360" w:lineRule="auto"/>
        <w:ind w:firstLine="576"/>
        <w:jc w:val="left"/>
      </w:pPr>
      <w:r>
        <w:rPr>
          <w:rFonts w:ascii="宋体" w:eastAsia="宋体" w:hAnsi="宋体"/>
          <w:sz w:val="28"/>
        </w:rPr>
        <w:t>第八条抵押期间，发生下列情形之一，乙方有权提前处置抵押物</w:t>
      </w:r>
    </w:p>
    <w:p>
      <w:pPr>
        <w:spacing w:before="100" w:after="200" w:line="360" w:lineRule="auto"/>
        <w:ind w:firstLine="576"/>
        <w:jc w:val="left"/>
      </w:pPr>
      <w:r>
        <w:rPr>
          <w:rFonts w:ascii="宋体" w:eastAsia="宋体" w:hAnsi="宋体"/>
          <w:sz w:val="28"/>
        </w:rPr>
        <w:t>1.借款人被宣告失踪，而其财产代管人拒绝履行本合同的;</w:t>
      </w:r>
    </w:p>
    <w:p>
      <w:pPr>
        <w:spacing w:before="100" w:after="200" w:line="360" w:lineRule="auto"/>
        <w:ind w:firstLine="576"/>
        <w:jc w:val="left"/>
      </w:pPr>
      <w:r>
        <w:rPr>
          <w:rFonts w:ascii="宋体" w:eastAsia="宋体" w:hAnsi="宋体"/>
          <w:sz w:val="28"/>
        </w:rPr>
        <w:t>2.借款人丧失民事行为能力，而监护人拒绝履行本合同的;</w:t>
      </w:r>
    </w:p>
    <w:p>
      <w:pPr>
        <w:spacing w:before="100" w:after="200" w:line="360" w:lineRule="auto"/>
        <w:ind w:firstLine="576"/>
        <w:jc w:val="left"/>
      </w:pPr>
      <w:r>
        <w:rPr>
          <w:rFonts w:ascii="宋体" w:eastAsia="宋体" w:hAnsi="宋体"/>
          <w:sz w:val="28"/>
        </w:rPr>
        <w:t>3.借款人死亡或宣告死亡而其财产合法继承人拒绝履行本合同的;</w:t>
      </w:r>
    </w:p>
    <w:p>
      <w:pPr>
        <w:spacing w:before="100" w:after="200" w:line="360" w:lineRule="auto"/>
        <w:ind w:firstLine="576"/>
        <w:jc w:val="left"/>
      </w:pPr>
      <w:r>
        <w:rPr>
          <w:rFonts w:ascii="宋体" w:eastAsia="宋体" w:hAnsi="宋体"/>
          <w:sz w:val="28"/>
        </w:rPr>
        <w:t>4.借款人不履行还款义务或有其他缺乏偿债诚意的行为;</w:t>
      </w:r>
    </w:p>
    <w:p>
      <w:pPr>
        <w:spacing w:before="100" w:after="200" w:line="360" w:lineRule="auto"/>
        <w:ind w:firstLine="576"/>
        <w:jc w:val="left"/>
      </w:pPr>
      <w:r>
        <w:rPr>
          <w:rFonts w:ascii="宋体" w:eastAsia="宋体" w:hAnsi="宋体"/>
          <w:sz w:val="28"/>
        </w:rPr>
        <w:t>5.借款人卷入或将卷入重大的诉讼或仲裁程序及其他法律纠纷，足以影响其偿债能力;</w:t>
      </w:r>
    </w:p>
    <w:p>
      <w:pPr>
        <w:spacing w:before="100" w:after="200" w:line="360" w:lineRule="auto"/>
        <w:ind w:firstLine="576"/>
        <w:jc w:val="left"/>
      </w:pPr>
      <w:r>
        <w:rPr>
          <w:rFonts w:ascii="宋体" w:eastAsia="宋体" w:hAnsi="宋体"/>
          <w:sz w:val="28"/>
        </w:rPr>
        <w:t>第三项其它规定</w:t>
      </w:r>
    </w:p>
    <w:p>
      <w:pPr>
        <w:spacing w:before="100" w:after="200" w:line="360" w:lineRule="auto"/>
        <w:ind w:firstLine="576"/>
        <w:jc w:val="left"/>
      </w:pPr>
      <w:r>
        <w:rPr>
          <w:rFonts w:ascii="宋体" w:eastAsia="宋体" w:hAnsi="宋体"/>
          <w:sz w:val="28"/>
        </w:rPr>
        <w:t>第九条费用的承担</w:t>
      </w:r>
    </w:p>
    <w:p>
      <w:pPr>
        <w:spacing w:before="100" w:after="200" w:line="360" w:lineRule="auto"/>
        <w:ind w:firstLine="576"/>
        <w:jc w:val="left"/>
      </w:pPr>
      <w:r>
        <w:rPr>
          <w:rFonts w:ascii="宋体" w:eastAsia="宋体" w:hAnsi="宋体"/>
          <w:sz w:val="28"/>
        </w:rPr>
        <w:t>1.如果甲方不能按期还款，在争取乙方同意的情况下可以展期。</w:t>
      </w:r>
    </w:p>
    <w:p>
      <w:pPr>
        <w:spacing w:before="100" w:after="200" w:line="360" w:lineRule="auto"/>
        <w:ind w:firstLine="576"/>
        <w:jc w:val="left"/>
      </w:pPr>
      <w:r>
        <w:rPr>
          <w:rFonts w:ascii="宋体" w:eastAsia="宋体" w:hAnsi="宋体"/>
          <w:sz w:val="28"/>
        </w:rPr>
        <w:t>2.有关抵押、借款产生的一切费用均由甲方承担。</w:t>
      </w:r>
    </w:p>
    <w:p>
      <w:pPr>
        <w:spacing w:before="100" w:after="200" w:line="360" w:lineRule="auto"/>
        <w:ind w:firstLine="576"/>
        <w:jc w:val="left"/>
      </w:pPr>
      <w:r>
        <w:rPr>
          <w:rFonts w:ascii="宋体" w:eastAsia="宋体" w:hAnsi="宋体"/>
          <w:sz w:val="28"/>
        </w:rPr>
        <w:t>第十条本合同生效条件</w:t>
      </w:r>
    </w:p>
    <w:p>
      <w:pPr>
        <w:spacing w:before="100" w:after="200" w:line="360" w:lineRule="auto"/>
        <w:ind w:firstLine="576"/>
        <w:jc w:val="left"/>
      </w:pPr>
      <w:r>
        <w:rPr>
          <w:rFonts w:ascii="宋体" w:eastAsia="宋体" w:hAnsi="宋体"/>
          <w:sz w:val="28"/>
        </w:rPr>
        <w:t>本合同自当事人签字之日起生效。</w:t>
      </w:r>
    </w:p>
    <w:p>
      <w:pPr>
        <w:spacing w:before="100" w:after="200" w:line="360" w:lineRule="auto"/>
        <w:ind w:firstLine="576"/>
        <w:jc w:val="left"/>
      </w:pPr>
      <w:r>
        <w:rPr>
          <w:rFonts w:ascii="宋体" w:eastAsia="宋体" w:hAnsi="宋体"/>
          <w:sz w:val="28"/>
        </w:rPr>
        <w:t>本合同一式份，甲方、乙方各执一份，其余在有关部门备案。</w:t>
      </w:r>
    </w:p>
    <w:p>
      <w:pPr>
        <w:spacing w:before="100" w:after="200" w:line="360" w:lineRule="auto"/>
        <w:ind w:firstLine="576"/>
        <w:jc w:val="left"/>
      </w:pPr>
      <w:r>
        <w:rPr>
          <w:rFonts w:ascii="宋体" w:eastAsia="宋体" w:hAnsi="宋体"/>
          <w:sz w:val="28"/>
        </w:rPr>
        <w:t>甲方：_______________(借款人)乙方：_______________(出借人)</w:t>
      </w:r>
    </w:p>
    <w:p>
      <w:pPr>
        <w:spacing w:before="100" w:after="200" w:line="360" w:lineRule="auto"/>
        <w:ind w:firstLine="576"/>
        <w:jc w:val="left"/>
      </w:pPr>
      <w:r>
        <w:rPr>
          <w:rFonts w:ascii="宋体" w:eastAsia="宋体" w:hAnsi="宋体"/>
          <w:sz w:val="28"/>
        </w:rPr>
        <w:t>见证人：_______________</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合同签订地点：_______________签订日期：_________________</w:t>
      </w:r>
    </w:p>
    <w:p>
      <w:pPr>
        <w:spacing w:before="100" w:after="200" w:line="360" w:lineRule="auto"/>
        <w:ind w:firstLine="576"/>
        <w:jc w:val="left"/>
      </w:pPr>
      <w:r>
        <w:rPr>
          <w:rFonts w:ascii="宋体" w:eastAsia="宋体" w:hAnsi="宋体"/>
          <w:sz w:val="28"/>
        </w:rPr>
        <w:t>机动车抵押借款合同范本word文档范本二</w:t>
      </w:r>
    </w:p>
    <w:p>
      <w:pPr>
        <w:spacing w:before="100" w:after="200" w:line="360" w:lineRule="auto"/>
        <w:jc w:val="left"/>
      </w:pPr>
      <w:r>
        <w:rPr>
          <w:rFonts w:ascii="宋体 (中文正文)" w:eastAsia="宋体" w:hAnsi="宋体 (中文正文)"/>
          <w:sz w:val="28"/>
        </w:rPr>
        <w:t>借款方：</w:t>
      </w:r>
    </w:p>
    <w:p>
      <w:pPr>
        <w:spacing w:before="100" w:after="200" w:line="360" w:lineRule="auto"/>
        <w:jc w:val="left"/>
      </w:pPr>
      <w:r>
        <w:rPr>
          <w:rFonts w:ascii="宋体 (中文正文)" w:eastAsia="宋体" w:hAnsi="宋体 (中文正文)"/>
          <w:sz w:val="28"/>
        </w:rPr>
        <w:t>贷款方：</w:t>
      </w:r>
    </w:p>
    <w:p>
      <w:pPr>
        <w:spacing w:before="100" w:after="200" w:line="360" w:lineRule="auto"/>
        <w:ind w:firstLine="576"/>
        <w:jc w:val="left"/>
      </w:pPr>
      <w:r>
        <w:rPr>
          <w:rFonts w:ascii="宋体" w:eastAsia="宋体" w:hAnsi="宋体"/>
          <w:sz w:val="28"/>
        </w:rPr>
        <w:t>为了明确责任，恪守信用，特签订本合同。</w:t>
      </w:r>
    </w:p>
    <w:p>
      <w:pPr>
        <w:spacing w:before="100" w:after="200" w:line="360" w:lineRule="auto"/>
        <w:ind w:firstLine="576"/>
        <w:jc w:val="left"/>
      </w:pPr>
      <w:r>
        <w:rPr>
          <w:rFonts w:ascii="宋体" w:eastAsia="宋体" w:hAnsi="宋体"/>
          <w:sz w:val="28"/>
        </w:rPr>
        <w:t>一、借款方向贷款方申请借款人民币(大写)___万元，用于___项目。借款实际发放额，在本合同规定期限内以借据为凭，并作为本合同附件。</w:t>
      </w:r>
    </w:p>
    <w:p>
      <w:pPr>
        <w:spacing w:before="100" w:after="200" w:line="360" w:lineRule="auto"/>
        <w:ind w:firstLine="576"/>
        <w:jc w:val="left"/>
      </w:pPr>
      <w:r>
        <w:rPr>
          <w:rFonts w:ascii="宋体" w:eastAsia="宋体" w:hAnsi="宋体"/>
          <w:sz w:val="28"/>
        </w:rPr>
        <w:t>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spacing w:before="100" w:after="200" w:line="360" w:lineRule="auto"/>
        <w:ind w:firstLine="576"/>
        <w:jc w:val="left"/>
      </w:pPr>
      <w:r>
        <w:rPr>
          <w:rFonts w:ascii="宋体" w:eastAsia="宋体" w:hAnsi="宋体"/>
          <w:sz w:val="28"/>
        </w:rPr>
        <w:t>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spacing w:before="100" w:after="200" w:line="360" w:lineRule="auto"/>
        <w:ind w:firstLine="576"/>
        <w:jc w:val="left"/>
      </w:pPr>
      <w:r>
        <w:rPr>
          <w:rFonts w:ascii="宋体" w:eastAsia="宋体" w:hAnsi="宋体"/>
          <w:sz w:val="28"/>
        </w:rPr>
        <w:t>四、借款方保证按期偿还全部借款本息。贷款逾期未还的部分，贷款方有权限期追收贷款，必要时，贷款方可以从借款方帐户中扣收。借款单位在其他银行还有存款帐户的，贷款方可商请该行代为扣款清偿。</w:t>
      </w:r>
    </w:p>
    <w:p>
      <w:pPr>
        <w:spacing w:before="100" w:after="200" w:line="360" w:lineRule="auto"/>
        <w:ind w:firstLine="576"/>
        <w:jc w:val="left"/>
      </w:pPr>
      <w:r>
        <w:rPr>
          <w:rFonts w:ascii="宋体" w:eastAsia="宋体" w:hAnsi="宋体"/>
          <w:sz w:val="28"/>
        </w:rPr>
        <w:t>五、借款方按照银行抵押贷款办法规定，愿以自己拥有的财产或贷款新增的固定资产作抵押，以抵押品另附明细清单，作为本合同的附件。借款方不履行合同时，贷款方对抵押品享有处理权和优先受偿权。</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p>
    <w:p>
      <w:pPr>
        <w:spacing w:before="100" w:after="200" w:line="360" w:lineRule="auto"/>
        <w:ind w:firstLine="576"/>
        <w:jc w:val="left"/>
      </w:pPr>
      <w:r>
        <w:rPr>
          <w:rFonts w:ascii="宋体" w:eastAsia="宋体" w:hAnsi="宋体"/>
          <w:sz w:val="28"/>
        </w:rPr>
        <w:t>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spacing w:before="100" w:after="200" w:line="360" w:lineRule="auto"/>
        <w:ind w:firstLine="576"/>
        <w:jc w:val="left"/>
      </w:pPr>
      <w:r>
        <w:rPr>
          <w:rFonts w:ascii="宋体" w:eastAsia="宋体" w:hAnsi="宋体"/>
          <w:sz w:val="28"/>
        </w:rPr>
        <w:t>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spacing w:before="100" w:after="200" w:line="360" w:lineRule="auto"/>
        <w:ind w:firstLine="576"/>
        <w:jc w:val="left"/>
      </w:pPr>
      <w:r>
        <w:rPr>
          <w:rFonts w:ascii="宋体" w:eastAsia="宋体" w:hAnsi="宋体"/>
          <w:sz w:val="28"/>
        </w:rPr>
        <w:t>七、因国家调整计划、产品价格以及修正概算等原因需要变更合同条款时，由借、贷双方签订变更的协议，并经保证方同意，作为合同的补充部分。</w:t>
      </w:r>
    </w:p>
    <w:p>
      <w:pPr>
        <w:spacing w:before="100" w:after="200" w:line="360" w:lineRule="auto"/>
        <w:jc w:val="left"/>
      </w:pPr>
      <w:r>
        <w:rPr>
          <w:rFonts w:ascii="宋体 (中文正文)" w:eastAsia="宋体" w:hAnsi="宋体 (中文正文)"/>
          <w:sz w:val="28"/>
        </w:rPr>
        <w:t>本合同的附件：</w:t>
      </w:r>
    </w:p>
    <w:p>
      <w:pPr>
        <w:spacing w:before="100" w:after="200" w:line="360" w:lineRule="auto"/>
        <w:ind w:firstLine="576"/>
        <w:jc w:val="left"/>
      </w:pPr>
      <w:r>
        <w:rPr>
          <w:rFonts w:ascii="宋体" w:eastAsia="宋体" w:hAnsi="宋体"/>
          <w:sz w:val="28"/>
        </w:rPr>
        <w:t>本合同经合同双方签章后生效，贷款本息全部清偿后自动失效。</w:t>
      </w:r>
    </w:p>
    <w:p>
      <w:pPr>
        <w:spacing w:before="100" w:after="200" w:line="360" w:lineRule="auto"/>
        <w:ind w:firstLine="576"/>
        <w:jc w:val="left"/>
      </w:pPr>
      <w:r>
        <w:rPr>
          <w:rFonts w:ascii="宋体" w:eastAsia="宋体" w:hAnsi="宋体"/>
          <w:sz w:val="28"/>
        </w:rPr>
        <w:t>本合同一式3份，贷款方、借款方、保证方各执1份;合同副本__份，报送___有关单位各留存1份。</w:t>
      </w:r>
    </w:p>
    <w:p>
      <w:pPr>
        <w:spacing w:before="100" w:after="200" w:line="360" w:lineRule="auto"/>
        <w:ind w:firstLine="576"/>
        <w:jc w:val="left"/>
      </w:pPr>
      <w:r>
        <w:rPr>
          <w:rFonts w:ascii="宋体" w:eastAsia="宋体" w:hAnsi="宋体"/>
          <w:sz w:val="28"/>
        </w:rPr>
        <w:t>借款方：(公章)贷款方：(公章)保证方：(公章)</w:t>
      </w:r>
    </w:p>
    <w:p>
      <w:pPr>
        <w:spacing w:before="100" w:after="200" w:line="360" w:lineRule="auto"/>
        <w:jc w:val="left"/>
      </w:pPr>
      <w:r>
        <w:rPr>
          <w:rFonts w:ascii="宋体 (中文正文)" w:eastAsia="宋体" w:hAnsi="宋体 (中文正文)"/>
          <w:sz w:val="28"/>
        </w:rPr>
        <w:t>地址：地址：地址：</w:t>
      </w:r>
    </w:p>
    <w:p>
      <w:pPr>
        <w:spacing w:before="100" w:after="200" w:line="360" w:lineRule="auto"/>
        <w:ind w:firstLine="576"/>
        <w:jc w:val="left"/>
      </w:pPr>
      <w:r>
        <w:rPr>
          <w:rFonts w:ascii="宋体" w:eastAsia="宋体" w:hAnsi="宋体"/>
          <w:sz w:val="28"/>
        </w:rPr>
        <w:t>法人代表：法人代表：法人代表：</w:t>
      </w:r>
    </w:p>
    <w:p>
      <w:pPr>
        <w:spacing w:before="100" w:after="200" w:line="360" w:lineRule="auto"/>
        <w:ind w:firstLine="576"/>
        <w:jc w:val="left"/>
      </w:pPr>
      <w:r>
        <w:rPr>
          <w:rFonts w:ascii="宋体" w:eastAsia="宋体" w:hAnsi="宋体"/>
          <w:sz w:val="28"/>
        </w:rPr>
        <w:t>开户银行及帐号：开户银行及帐号：</w:t>
      </w:r>
    </w:p>
    <w:p>
      <w:pPr>
        <w:spacing w:before="100" w:after="200" w:line="360" w:lineRule="auto"/>
        <w:ind w:firstLine="576"/>
        <w:jc w:val="left"/>
      </w:pPr>
      <w:r>
        <w:rPr>
          <w:rFonts w:ascii="宋体" w:eastAsia="宋体" w:hAnsi="宋体"/>
          <w:sz w:val="28"/>
        </w:rPr>
        <w:t>签约日期：年月日签约地点：</w:t>
      </w:r>
    </w:p>
    <w:p>
      <w:pPr>
        <w:spacing w:before="100" w:after="200" w:line="360" w:lineRule="auto"/>
        <w:ind w:firstLine="576"/>
        <w:jc w:val="left"/>
      </w:pPr>
      <w:r>
        <w:rPr>
          <w:rFonts w:ascii="宋体" w:eastAsia="宋体" w:hAnsi="宋体"/>
          <w:sz w:val="28"/>
        </w:rPr>
        <w:t>甲方:(借款人.抵押人)</w:t>
      </w:r>
    </w:p>
    <w:p>
      <w:pPr>
        <w:spacing w:before="100" w:after="200" w:line="360" w:lineRule="auto"/>
        <w:ind w:firstLine="576"/>
        <w:jc w:val="left"/>
      </w:pPr>
      <w:r>
        <w:rPr>
          <w:rFonts w:ascii="宋体" w:eastAsia="宋体" w:hAnsi="宋体"/>
          <w:sz w:val="28"/>
        </w:rPr>
        <w:t>身份证号:</w:t>
      </w:r>
    </w:p>
    <w:p>
      <w:pPr>
        <w:spacing w:before="100" w:after="200" w:line="360" w:lineRule="auto"/>
        <w:ind w:firstLine="576"/>
        <w:jc w:val="left"/>
        <w:sectPr w:rsidSect="00034616">
          <w:type w:val="nextPage"/>
          <w:pgSz w:w="11906" w:h="16838"/>
          <w:pgMar w:top="1440" w:right="1440" w:bottom="1440" w:left="1440" w:header="720" w:footer="720" w:gutter="0"/>
          <w:pgNumType w:start="22"/>
          <w:cols w:space="720"/>
          <w:titlePg w:val="0"/>
          <w:docGrid w:linePitch="360"/>
        </w:sectPr>
      </w:pPr>
      <w:r>
        <w:rPr>
          <w:rFonts w:ascii="宋体" w:eastAsia="宋体" w:hAnsi="宋体"/>
          <w:sz w:val="28"/>
        </w:rPr>
        <w:t>乙方</w:t>
      </w:r>
    </w:p>
    <w:p>
      <w:pPr>
        <w:spacing w:before="100" w:after="200" w:line="360" w:lineRule="auto"/>
        <w:ind w:firstLine="576"/>
        <w:jc w:val="left"/>
      </w:pPr>
      <w:r>
        <w:rPr>
          <w:rFonts w:ascii="宋体" w:eastAsia="宋体" w:hAnsi="宋体"/>
          <w:sz w:val="28"/>
        </w:rPr>
        <w:t>甲乙双方经协议一致就机动车辆抵押借款的事项达成如下合同:</w:t>
      </w:r>
    </w:p>
    <w:p>
      <w:pPr>
        <w:spacing w:before="100" w:after="200" w:line="360" w:lineRule="auto"/>
        <w:ind w:firstLine="576"/>
        <w:jc w:val="left"/>
      </w:pPr>
      <w:r>
        <w:rPr>
          <w:rFonts w:ascii="宋体" w:eastAsia="宋体" w:hAnsi="宋体"/>
          <w:sz w:val="28"/>
        </w:rPr>
        <w:t>第一条.甲方承诺在借款期间将本人所抵押车辆品牌:型号数量台机动车牌照号码车驾号码</w:t>
      </w:r>
    </w:p>
    <w:p>
      <w:pPr>
        <w:spacing w:before="100" w:after="200" w:line="360" w:lineRule="auto"/>
        <w:ind w:firstLine="576"/>
        <w:jc w:val="left"/>
      </w:pPr>
      <w:r>
        <w:rPr>
          <w:rFonts w:ascii="宋体" w:eastAsia="宋体" w:hAnsi="宋体"/>
          <w:sz w:val="28"/>
        </w:rPr>
        <w:t>发动机号抵押給乙方.抵押车辆评估价值:万千百十元</w:t>
      </w:r>
    </w:p>
    <w:p>
      <w:pPr>
        <w:spacing w:before="100" w:after="200" w:line="360" w:lineRule="auto"/>
        <w:ind w:firstLine="576"/>
        <w:jc w:val="left"/>
      </w:pPr>
      <w:r>
        <w:rPr>
          <w:rFonts w:ascii="宋体" w:eastAsia="宋体" w:hAnsi="宋体"/>
          <w:sz w:val="28"/>
        </w:rPr>
        <w:t>小写(元)</w:t>
      </w:r>
    </w:p>
    <w:p>
      <w:pPr>
        <w:spacing w:before="100" w:after="200" w:line="360" w:lineRule="auto"/>
        <w:ind w:firstLine="576"/>
        <w:jc w:val="left"/>
      </w:pPr>
      <w:r>
        <w:rPr>
          <w:rFonts w:ascii="宋体" w:eastAsia="宋体" w:hAnsi="宋体"/>
          <w:sz w:val="28"/>
        </w:rPr>
        <w:t>第二条.借款金额:万千百十元，月利率为%于每月号收取借款利息人民币万千百十元。</w:t>
      </w:r>
    </w:p>
    <w:p>
      <w:pPr>
        <w:spacing w:before="100" w:after="200" w:line="360" w:lineRule="auto"/>
        <w:ind w:firstLine="576"/>
        <w:jc w:val="left"/>
      </w:pPr>
      <w:r>
        <w:rPr>
          <w:rFonts w:ascii="宋体" w:eastAsia="宋体" w:hAnsi="宋体"/>
          <w:sz w:val="28"/>
        </w:rPr>
        <w:t>第三条.经双方同意，甲方将借款本金和除首月利息余额打入乙方在开的账户中，账户号为：</w:t>
      </w:r>
    </w:p>
    <w:p>
      <w:pPr>
        <w:spacing w:before="100" w:after="200" w:line="360" w:lineRule="auto"/>
        <w:ind w:firstLine="576"/>
        <w:jc w:val="left"/>
      </w:pPr>
      <w:r>
        <w:rPr>
          <w:rFonts w:ascii="宋体" w:eastAsia="宋体" w:hAnsi="宋体"/>
          <w:sz w:val="28"/>
        </w:rPr>
        <w:t>第四条.借款期限：年月日至年月日。借款不足三十天的按三十天计息，超过三十天的按借款实际期限计息。</w:t>
      </w:r>
    </w:p>
    <w:p>
      <w:pPr>
        <w:spacing w:before="100" w:after="200" w:line="360" w:lineRule="auto"/>
        <w:ind w:firstLine="576"/>
        <w:jc w:val="left"/>
      </w:pPr>
      <w:r>
        <w:rPr>
          <w:rFonts w:ascii="宋体" w:eastAsia="宋体" w:hAnsi="宋体"/>
          <w:sz w:val="28"/>
        </w:rPr>
        <w:t>第五条.如甲方未能履行此约定，乙方有权单方提前终止合同并向甲方最索借款本金，利息，综合费用及违约金，行驶抵押权。</w:t>
      </w:r>
    </w:p>
    <w:p>
      <w:pPr>
        <w:spacing w:before="100" w:after="200" w:line="360" w:lineRule="auto"/>
        <w:ind w:firstLine="576"/>
        <w:jc w:val="left"/>
      </w:pPr>
      <w:r>
        <w:rPr>
          <w:rFonts w:ascii="宋体" w:eastAsia="宋体" w:hAnsi="宋体"/>
          <w:sz w:val="28"/>
        </w:rPr>
        <w:t>第五条.抵押的范围包括：</w:t>
      </w:r>
    </w:p>
    <w:p>
      <w:pPr>
        <w:spacing w:before="100" w:after="200" w:line="360" w:lineRule="auto"/>
        <w:ind w:firstLine="576"/>
        <w:jc w:val="left"/>
      </w:pPr>
      <w:r>
        <w:rPr>
          <w:rFonts w:ascii="宋体" w:eastAsia="宋体" w:hAnsi="宋体"/>
          <w:sz w:val="28"/>
        </w:rPr>
        <w:t>《机动车抵押借合同书》项下的借款本息与综合服务：实现债权和抵押权的费用(包括抵押登记费，律师费，诉讼费，申请执行费，拍卖或变卖费等)，罚息，以及应支付的违约金，赔偿金等。</w:t>
      </w:r>
    </w:p>
    <w:p>
      <w:pPr>
        <w:spacing w:before="100" w:after="200" w:line="360" w:lineRule="auto"/>
        <w:jc w:val="left"/>
      </w:pPr>
      <w:r>
        <w:rPr>
          <w:rFonts w:ascii="宋体 (中文正文)" w:eastAsia="宋体" w:hAnsi="宋体 (中文正文)"/>
          <w:sz w:val="28"/>
        </w:rPr>
        <w:t>第六条，双方责任：</w:t>
      </w:r>
    </w:p>
    <w:p>
      <w:pPr>
        <w:spacing w:before="100" w:after="200" w:line="360" w:lineRule="auto"/>
        <w:ind w:firstLine="576"/>
        <w:jc w:val="left"/>
        <w:sectPr w:rsidSect="00034616">
          <w:type w:val="nextPage"/>
          <w:pgSz w:w="11906" w:h="16838"/>
          <w:pgMar w:top="1440" w:right="1440" w:bottom="1440" w:left="1440" w:header="720" w:footer="720" w:gutter="0"/>
          <w:pgNumType w:start="23"/>
          <w:cols w:space="720"/>
          <w:titlePg w:val="0"/>
          <w:docGrid w:linePitch="360"/>
        </w:sectPr>
      </w:pPr>
      <w:r>
        <w:rPr>
          <w:rFonts w:ascii="宋体" w:eastAsia="宋体" w:hAnsi="宋体"/>
          <w:sz w:val="28"/>
        </w:rPr>
        <w:t>1,甲方保证对抵押机动车车辆依法享有所有权。在抵押前未将该物质转让抵押，抵押担保及依法保全等，无任何经济纠纷，如有纠纷甲方愿承担全部责任。</w:t>
      </w:r>
    </w:p>
    <w:p>
      <w:pPr>
        <w:spacing w:before="100" w:after="200" w:line="360" w:lineRule="auto"/>
        <w:ind w:firstLine="576"/>
        <w:jc w:val="left"/>
      </w:pPr>
      <w:r>
        <w:rPr>
          <w:rFonts w:ascii="宋体" w:eastAsia="宋体" w:hAnsi="宋体"/>
          <w:sz w:val="28"/>
        </w:rPr>
        <w:t>2抵押车辆的保险，由甲方到保险公司办理投保手续。保险费用由甲方负担。</w:t>
      </w:r>
    </w:p>
    <w:p>
      <w:pPr>
        <w:spacing w:before="100" w:after="200" w:line="360" w:lineRule="auto"/>
        <w:ind w:firstLine="576"/>
        <w:jc w:val="left"/>
      </w:pPr>
      <w:r>
        <w:rPr>
          <w:rFonts w:ascii="宋体" w:eastAsia="宋体" w:hAnsi="宋体"/>
          <w:sz w:val="28"/>
        </w:rPr>
        <w:t>3抵押车辆在乙方封存。</w:t>
      </w:r>
    </w:p>
    <w:p>
      <w:pPr>
        <w:spacing w:before="100" w:after="200" w:line="360" w:lineRule="auto"/>
        <w:ind w:firstLine="576"/>
        <w:jc w:val="left"/>
      </w:pPr>
      <w:r>
        <w:rPr>
          <w:rFonts w:ascii="宋体" w:eastAsia="宋体" w:hAnsi="宋体"/>
          <w:sz w:val="28"/>
        </w:rPr>
        <w:t>4在抵押期间，乙方须妥善保管甲方交付的抵押车辆。若是由车辆自身原因或自然损坏，不可抗力的原因素造成的车辆损坏，免除乙方赔偿责任。</w:t>
      </w:r>
    </w:p>
    <w:p>
      <w:pPr>
        <w:spacing w:before="100" w:after="200" w:line="360" w:lineRule="auto"/>
        <w:ind w:firstLine="576"/>
        <w:jc w:val="left"/>
      </w:pPr>
      <w:r>
        <w:rPr>
          <w:rFonts w:ascii="宋体" w:eastAsia="宋体" w:hAnsi="宋体"/>
          <w:sz w:val="28"/>
        </w:rPr>
        <w:t>5机动车抵押期间，如果价值有所减少，乙方认为有必要对机动车重新估计，甲方必须予以合作。重新估计后，乙方认为机动车价值不足以担保其债权时，甲方必须提前还部分或全部借款。</w:t>
      </w:r>
    </w:p>
    <w:p>
      <w:pPr>
        <w:spacing w:before="100" w:after="200" w:line="360" w:lineRule="auto"/>
        <w:ind w:firstLine="576"/>
        <w:jc w:val="left"/>
      </w:pPr>
      <w:r>
        <w:rPr>
          <w:rFonts w:ascii="宋体" w:eastAsia="宋体" w:hAnsi="宋体"/>
          <w:sz w:val="28"/>
        </w:rPr>
        <w:t>6随车手续：由乙方保存。</w:t>
      </w:r>
    </w:p>
    <w:p>
      <w:pPr>
        <w:spacing w:before="100" w:after="200" w:line="360" w:lineRule="auto"/>
        <w:ind w:firstLine="576"/>
        <w:jc w:val="left"/>
      </w:pPr>
      <w:r>
        <w:rPr>
          <w:rFonts w:ascii="宋体" w:eastAsia="宋体" w:hAnsi="宋体"/>
          <w:sz w:val="28"/>
        </w:rPr>
        <w:t>7乙方行使抵押权处理抵押车辆所得价款，不足清偿债务的，乙方有权另行追索。甲方承诺抵押物一旦被乙方行使抵押权，甲方无条件，偿还向乙方提供合法有效的过户手续。</w:t>
      </w:r>
    </w:p>
    <w:p>
      <w:pPr>
        <w:spacing w:before="100" w:after="200" w:line="360" w:lineRule="auto"/>
        <w:ind w:firstLine="576"/>
        <w:jc w:val="left"/>
      </w:pPr>
      <w:r>
        <w:rPr>
          <w:rFonts w:ascii="宋体" w:eastAsia="宋体" w:hAnsi="宋体"/>
          <w:sz w:val="28"/>
        </w:rPr>
        <w:t>第七条.甲乙双方在履行本合同中发生的争执，由双方协商解决。协商不成，须在乙方所在地人民法院起诉。</w:t>
      </w:r>
    </w:p>
    <w:p>
      <w:pPr>
        <w:spacing w:before="100" w:after="200" w:line="360" w:lineRule="auto"/>
        <w:ind w:firstLine="576"/>
        <w:jc w:val="left"/>
      </w:pPr>
      <w:r>
        <w:rPr>
          <w:rFonts w:ascii="宋体" w:eastAsia="宋体" w:hAnsi="宋体"/>
          <w:sz w:val="28"/>
        </w:rPr>
        <w:t>第八条.本合同在甲方还清借款本金，综合费用后，乙方将甲方提供的抵押物和证件等返还甲方。本合同自行终止。</w:t>
      </w:r>
    </w:p>
    <w:p>
      <w:pPr>
        <w:spacing w:before="100" w:after="200" w:line="360" w:lineRule="auto"/>
        <w:ind w:firstLine="576"/>
        <w:jc w:val="left"/>
      </w:pPr>
      <w:r>
        <w:rPr>
          <w:rFonts w:ascii="宋体" w:eastAsia="宋体" w:hAnsi="宋体"/>
          <w:sz w:val="28"/>
        </w:rPr>
        <w:t>第九条.本合同一式两份，甲，乙双方各执一份以资信守。本合同未尽事宜，双方以补充协议的方式另行约定。</w:t>
      </w:r>
    </w:p>
    <w:p>
      <w:pPr>
        <w:spacing w:before="100" w:after="200" w:line="360" w:lineRule="auto"/>
        <w:ind w:firstLine="576"/>
        <w:jc w:val="left"/>
        <w:sectPr w:rsidSect="00034616">
          <w:type w:val="nextPage"/>
          <w:pgSz w:w="11906" w:h="16838"/>
          <w:pgMar w:top="1440" w:right="1440" w:bottom="1440" w:left="1440" w:header="720" w:footer="720" w:gutter="0"/>
          <w:pgNumType w:start="24"/>
          <w:cols w:space="720"/>
          <w:titlePg w:val="0"/>
          <w:docGrid w:linePitch="360"/>
        </w:sectPr>
      </w:pPr>
      <w:r>
        <w:rPr>
          <w:rFonts w:ascii="宋体" w:eastAsia="宋体" w:hAnsi="宋体"/>
          <w:sz w:val="28"/>
        </w:rPr>
        <w:t>第十条.提示条款</w:t>
      </w:r>
    </w:p>
    <w:p>
      <w:pPr>
        <w:spacing w:before="100" w:after="200" w:line="360" w:lineRule="auto"/>
        <w:ind w:firstLine="576"/>
        <w:jc w:val="left"/>
      </w:pPr>
      <w:r>
        <w:rPr>
          <w:rFonts w:ascii="宋体" w:eastAsia="宋体" w:hAnsi="宋体"/>
          <w:sz w:val="28"/>
        </w:rPr>
        <w:t>甲方已阅读本合同所有条款，应甲方要求，乙方已经就合同条款做了相应说明，甲方对本合同所有条款的含义及相应的法律后果已全部知晓，并予以充分，准确无误的理解。</w:t>
      </w:r>
    </w:p>
    <w:p>
      <w:pPr>
        <w:spacing w:before="100" w:after="200" w:line="360" w:lineRule="auto"/>
        <w:ind w:firstLine="576"/>
        <w:jc w:val="left"/>
      </w:pPr>
      <w:r>
        <w:rPr>
          <w:rFonts w:ascii="宋体" w:eastAsia="宋体" w:hAnsi="宋体"/>
          <w:sz w:val="28"/>
        </w:rPr>
        <w:t>甲方：____乙方：______年__月__日</w:t>
      </w:r>
    </w:p>
    <w:p>
      <w:pPr>
        <w:spacing w:before="100" w:after="200" w:line="360" w:lineRule="auto"/>
        <w:ind w:firstLine="576"/>
        <w:jc w:val="left"/>
      </w:pPr>
      <w:r>
        <w:rPr>
          <w:rFonts w:ascii="宋体" w:eastAsia="宋体" w:hAnsi="宋体"/>
          <w:sz w:val="28"/>
        </w:rPr>
        <w:t>关于机动车抵押借款合同书</w:t>
      </w:r>
    </w:p>
    <w:p>
      <w:pPr>
        <w:spacing w:before="100" w:after="200" w:line="360" w:lineRule="auto"/>
        <w:jc w:val="left"/>
      </w:pPr>
      <w:r>
        <w:rPr>
          <w:rFonts w:ascii="宋体 (中文正文)" w:eastAsia="宋体" w:hAnsi="宋体 (中文正文)"/>
          <w:sz w:val="28"/>
        </w:rPr>
        <w:t>甲方：身份证号码：</w:t>
      </w:r>
    </w:p>
    <w:p>
      <w:pPr>
        <w:spacing w:before="100" w:after="200" w:line="360" w:lineRule="auto"/>
        <w:jc w:val="left"/>
      </w:pPr>
      <w:r>
        <w:rPr>
          <w:rFonts w:ascii="宋体 (中文正文)" w:eastAsia="宋体" w:hAnsi="宋体 (中文正文)"/>
          <w:sz w:val="28"/>
        </w:rPr>
        <w:t>乙方：身份证号码：</w:t>
      </w:r>
    </w:p>
    <w:p>
      <w:pPr>
        <w:spacing w:before="100" w:after="200" w:line="360" w:lineRule="auto"/>
        <w:ind w:firstLine="576"/>
        <w:jc w:val="left"/>
      </w:pPr>
      <w:r>
        <w:rPr>
          <w:rFonts w:ascii="宋体" w:eastAsia="宋体" w:hAnsi="宋体"/>
          <w:sz w:val="28"/>
        </w:rPr>
        <w:t>甲乙双方经协商一致就机动车辆抵押借款的事项达成如下合同：</w:t>
      </w:r>
    </w:p>
    <w:p>
      <w:pPr>
        <w:spacing w:before="100" w:after="200" w:line="360" w:lineRule="auto"/>
        <w:ind w:firstLine="576"/>
        <w:jc w:val="left"/>
      </w:pPr>
      <w:r>
        <w:rPr>
          <w:rFonts w:ascii="宋体" w:eastAsia="宋体" w:hAnsi="宋体"/>
          <w:sz w:val="28"/>
        </w:rPr>
        <w:t>第一条、抵押车辆品牌：型号：数量：台机动车牌照号码：车架号码：发动机号：</w:t>
      </w:r>
    </w:p>
    <w:p>
      <w:pPr>
        <w:spacing w:before="100" w:after="200" w:line="360" w:lineRule="auto"/>
        <w:ind w:firstLine="576"/>
        <w:jc w:val="left"/>
      </w:pPr>
      <w:r>
        <w:rPr>
          <w:rFonts w:ascii="宋体" w:eastAsia="宋体" w:hAnsi="宋体"/>
          <w:sz w:val="28"/>
        </w:rPr>
        <w:t>第二条、借款金额：人民币元整抵押车辆评估价值：人民币元。</w:t>
      </w:r>
    </w:p>
    <w:p>
      <w:pPr>
        <w:spacing w:before="100" w:after="200" w:line="360" w:lineRule="auto"/>
        <w:ind w:firstLine="576"/>
        <w:jc w:val="left"/>
      </w:pPr>
      <w:r>
        <w:rPr>
          <w:rFonts w:ascii="宋体" w:eastAsia="宋体" w:hAnsi="宋体"/>
          <w:sz w:val="28"/>
        </w:rPr>
        <w:t>第三条、借款期限：年月日至年月日。</w:t>
      </w:r>
    </w:p>
    <w:p>
      <w:pPr>
        <w:spacing w:before="100" w:after="200" w:line="360" w:lineRule="auto"/>
        <w:ind w:firstLine="576"/>
        <w:jc w:val="left"/>
      </w:pPr>
      <w:r>
        <w:rPr>
          <w:rFonts w:ascii="宋体" w:eastAsia="宋体" w:hAnsi="宋体"/>
          <w:sz w:val="28"/>
        </w:rPr>
        <w:t>第四条、如甲方未能履行此约定，乙方有权单方提前终止合同并向甲方追索借款本金、利息、综合费用及违约金，行使抵押权。</w:t>
      </w:r>
    </w:p>
    <w:p>
      <w:pPr>
        <w:spacing w:before="100" w:after="200" w:line="360" w:lineRule="auto"/>
        <w:ind w:firstLine="576"/>
        <w:jc w:val="left"/>
      </w:pPr>
      <w:r>
        <w:rPr>
          <w:rFonts w:ascii="宋体" w:eastAsia="宋体" w:hAnsi="宋体"/>
          <w:sz w:val="28"/>
        </w:rPr>
        <w:t>第五条、抵押的范围包括：《机动车辆抵押借款合同书》项下的借款本息与综合服务费;实现债权和抵押权的费用(包括抵押登记费、律师费、诉讼费、申请执行费、拍卖或变卖费等)、罚息、以及应支付的违约金、赔偿金等。</w:t>
      </w:r>
    </w:p>
    <w:p>
      <w:pPr>
        <w:spacing w:before="100" w:after="200" w:line="360" w:lineRule="auto"/>
        <w:jc w:val="left"/>
        <w:sectPr w:rsidSect="00034616">
          <w:type w:val="nextPage"/>
          <w:pgSz w:w="11906" w:h="16838"/>
          <w:pgMar w:top="1440" w:right="1440" w:bottom="1440" w:left="1440" w:header="720" w:footer="720" w:gutter="0"/>
          <w:pgNumType w:start="25"/>
          <w:cols w:space="720"/>
          <w:titlePg w:val="0"/>
          <w:docGrid w:linePitch="360"/>
        </w:sectPr>
      </w:pPr>
      <w:r>
        <w:rPr>
          <w:rFonts w:ascii="宋体 (中文正文)" w:eastAsia="宋体" w:hAnsi="宋体 (中文正文)"/>
          <w:sz w:val="28"/>
        </w:rPr>
        <w:t>第六条、双方责任：</w:t>
      </w:r>
    </w:p>
    <w:p>
      <w:pPr>
        <w:spacing w:before="100" w:after="200" w:line="360" w:lineRule="auto"/>
        <w:ind w:firstLine="576"/>
        <w:jc w:val="left"/>
      </w:pPr>
      <w:r>
        <w:rPr>
          <w:rFonts w:ascii="宋体" w:eastAsia="宋体" w:hAnsi="宋体"/>
          <w:sz w:val="28"/>
        </w:rPr>
        <w:t>1、甲方保证对抵押机动车辆依法享有所有权。在抵押前未将该质物转让抵押、抵押担保及依法保全等，无任何经济纠纷，如有纠纷甲方愿承担全部责任。</w:t>
      </w:r>
    </w:p>
    <w:p>
      <w:pPr>
        <w:spacing w:before="100" w:after="200" w:line="360" w:lineRule="auto"/>
        <w:ind w:firstLine="576"/>
        <w:jc w:val="left"/>
      </w:pPr>
      <w:r>
        <w:rPr>
          <w:rFonts w:ascii="宋体" w:eastAsia="宋体" w:hAnsi="宋体"/>
          <w:sz w:val="28"/>
        </w:rPr>
        <w:t>2、抵押车辆在乙方封存。</w:t>
      </w:r>
    </w:p>
    <w:p>
      <w:pPr>
        <w:spacing w:before="100" w:after="200" w:line="360" w:lineRule="auto"/>
        <w:ind w:firstLine="576"/>
        <w:jc w:val="left"/>
      </w:pPr>
      <w:r>
        <w:rPr>
          <w:rFonts w:ascii="宋体" w:eastAsia="宋体" w:hAnsi="宋体"/>
          <w:sz w:val="28"/>
        </w:rPr>
        <w:t>3、抵押车辆的保险，由甲方到保险公司办理投保手续，保险费用由甲方负担。</w:t>
      </w:r>
    </w:p>
    <w:p>
      <w:pPr>
        <w:spacing w:before="100" w:after="200" w:line="360" w:lineRule="auto"/>
        <w:ind w:firstLine="576"/>
        <w:jc w:val="left"/>
      </w:pPr>
      <w:r>
        <w:rPr>
          <w:rFonts w:ascii="宋体" w:eastAsia="宋体" w:hAnsi="宋体"/>
          <w:sz w:val="28"/>
        </w:rPr>
        <w:t>4、在抵押期间，乙方须妥善保管甲方交付的抵押车辆。若是由于车辆自身原因或自然损坏、不可抗力等因素造成的车辆损失，免除乙方赔偿责任。</w:t>
      </w:r>
    </w:p>
    <w:p>
      <w:pPr>
        <w:spacing w:before="100" w:after="200" w:line="360" w:lineRule="auto"/>
        <w:ind w:firstLine="576"/>
        <w:jc w:val="left"/>
      </w:pPr>
      <w:r>
        <w:rPr>
          <w:rFonts w:ascii="宋体" w:eastAsia="宋体" w:hAnsi="宋体"/>
          <w:sz w:val="28"/>
        </w:rPr>
        <w:t>5、机动车抵押期间，如果价值有所减少，乙方认为有必要对机动车重新估价，甲方必须予以合作。重新估价后，乙方认为机动车价值不足以担保其债权时，甲方必须提前偿还部分或全部借款。</w:t>
      </w:r>
    </w:p>
    <w:p>
      <w:pPr>
        <w:spacing w:before="100" w:after="200" w:line="360" w:lineRule="auto"/>
        <w:ind w:firstLine="576"/>
        <w:jc w:val="left"/>
      </w:pPr>
      <w:r>
        <w:rPr>
          <w:rFonts w:ascii="宋体" w:eastAsia="宋体" w:hAnsi="宋体"/>
          <w:sz w:val="28"/>
        </w:rPr>
        <w:t>6、随车手续：由乙方保存。</w:t>
      </w:r>
    </w:p>
    <w:p>
      <w:pPr>
        <w:spacing w:before="100" w:after="200" w:line="360" w:lineRule="auto"/>
        <w:ind w:firstLine="576"/>
        <w:jc w:val="left"/>
      </w:pPr>
      <w:r>
        <w:rPr>
          <w:rFonts w:ascii="宋体" w:eastAsia="宋体" w:hAnsi="宋体"/>
          <w:sz w:val="28"/>
        </w:rPr>
        <w:t>甲方(公章)：_________乙方(公章)：_________</w:t>
      </w:r>
    </w:p>
    <w:p>
      <w:pPr>
        <w:spacing w:before="100" w:after="200" w:line="360" w:lineRule="auto"/>
        <w:ind w:firstLine="576"/>
        <w:jc w:val="left"/>
      </w:pPr>
      <w:r>
        <w:rPr>
          <w:rFonts w:ascii="宋体" w:eastAsia="宋体" w:hAnsi="宋体"/>
          <w:sz w:val="28"/>
        </w:rPr>
        <w:t>法定代表人(签字)：_________法定代表人(签字)：_________</w:t>
      </w:r>
    </w:p>
    <w:p>
      <w:pPr>
        <w:spacing w:before="100" w:after="200" w:line="360" w:lineRule="auto"/>
        <w:ind w:firstLine="576"/>
        <w:jc w:val="left"/>
      </w:pPr>
      <w:r>
        <w:rPr>
          <w:rFonts w:ascii="宋体" w:eastAsia="宋体" w:hAnsi="宋体"/>
          <w:sz w:val="28"/>
        </w:rPr>
        <w:t>_________年____月____日_________年____月____日</w:t>
      </w:r>
    </w:p>
    <w:p>
      <w:pPr>
        <w:spacing w:before="100" w:after="200" w:line="360" w:lineRule="auto"/>
        <w:ind w:firstLine="576"/>
        <w:jc w:val="left"/>
      </w:pPr>
      <w:r>
        <w:rPr>
          <w:rFonts w:ascii="宋体" w:eastAsia="宋体" w:hAnsi="宋体"/>
          <w:sz w:val="28"/>
        </w:rPr>
        <w:t>甲方;(借款人)</w:t>
      </w:r>
    </w:p>
    <w:p>
      <w:pPr>
        <w:spacing w:before="100" w:after="200" w:line="360" w:lineRule="auto"/>
        <w:ind w:firstLine="576"/>
        <w:jc w:val="left"/>
      </w:pPr>
      <w:r>
        <w:rPr>
          <w:rFonts w:ascii="宋体" w:eastAsia="宋体" w:hAnsi="宋体"/>
          <w:sz w:val="28"/>
        </w:rPr>
        <w:t>身份证号码:</w:t>
      </w:r>
    </w:p>
    <w:p>
      <w:pPr>
        <w:spacing w:before="100" w:after="200" w:line="360" w:lineRule="auto"/>
        <w:ind w:firstLine="576"/>
        <w:jc w:val="left"/>
      </w:pPr>
      <w:r>
        <w:rPr>
          <w:rFonts w:ascii="宋体" w:eastAsia="宋体" w:hAnsi="宋体"/>
          <w:sz w:val="28"/>
        </w:rPr>
        <w:t>住址:</w:t>
      </w:r>
    </w:p>
    <w:p>
      <w:pPr>
        <w:spacing w:before="100" w:after="200" w:line="360" w:lineRule="auto"/>
        <w:ind w:firstLine="576"/>
        <w:jc w:val="left"/>
      </w:pPr>
      <w:r>
        <w:rPr>
          <w:rFonts w:ascii="宋体" w:eastAsia="宋体" w:hAnsi="宋体"/>
          <w:sz w:val="28"/>
        </w:rPr>
        <w:t>乙方:(抵押人)</w:t>
      </w:r>
    </w:p>
    <w:p>
      <w:pPr>
        <w:spacing w:before="100" w:after="200" w:line="360" w:lineRule="auto"/>
        <w:ind w:firstLine="576"/>
        <w:jc w:val="left"/>
      </w:pPr>
      <w:r>
        <w:rPr>
          <w:rFonts w:ascii="宋体" w:eastAsia="宋体" w:hAnsi="宋体"/>
          <w:sz w:val="28"/>
        </w:rPr>
        <w:t>身份证号码:</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https://d.book118.com/655220340241011123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55220340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