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垃圾发电厂主控年终总结（10篇）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xml:space="preserve">    垃圾发电厂主控年终总结 1 </w:t>
      </w:r>
      <w:r>
        <w:rPr>
          <w:lang w:eastAsia="zh-CN"/>
        </w:rPr>
        <w:br/>
      </w:r>
      <w:r>
        <w:rPr>
          <w:lang w:eastAsia="zh-CN"/>
        </w:rPr>
        <w:t>　　回顾一年来的工作历程，感觉还是有极大的成就感，作为80后的一批“新手”，虽然没有丰富的运行实践经验，但却将电站3台机组已安全稳定运行了442天，虽然是在公司领导的科学管理和正确指导下才取得了这样的成绩，但同时也体现了运行人员快速成长步伐，一年来始终坚持“安全第一，预防为主，综合治理”的安全生产方针开展工作，健全和完善班组的各种规章制度，不断加强班组建设，注重安全教育和技术培训，加强设备管理，坚持以人为本，科学管理，在安全生产上下功夫，扎实开展各项工作，紧紧围绕“安全生产”的目标，较好的完成了今年各项工作任务。现将全年的主要工作总结如下：</w:t>
      </w:r>
      <w:r>
        <w:rPr>
          <w:lang w:eastAsia="zh-CN"/>
        </w:rPr>
        <w:br/>
      </w:r>
      <w:r>
        <w:rPr>
          <w:lang w:eastAsia="zh-CN"/>
        </w:rPr>
        <w:t>　　一、主要的工作业绩：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1、截止到_年_月30日，我站机组安全运行442天。中途未发生安全天数中断的情况。在3月26日巡视过程中发现#1机组出口断路器1DL电流互感器接触铜排由于温度过高而引起电流互感器接头发红，导致外壳烧裂。因及时发现缺陷，采取有效的措施，保证了1号机组的安全；在夏季我站2号机发生过两次因事故PLC引起的停机事故，经过分析是由于设备本身问题而引发的停机事故，经过及时的处理使机组恢复安全运行。</w:t>
      </w:r>
      <w:r>
        <w:rPr>
          <w:lang w:eastAsia="zh-CN"/>
        </w:rPr>
        <w:br/>
      </w:r>
      <w:r>
        <w:rPr>
          <w:lang w:eastAsia="zh-CN"/>
        </w:rPr>
        <w:t>　　2、由于我站投运第一年，不太了解所处郁江流域的`水文情况。汛期加强与上游电站水情联系，及时了解水情信息，并掌握了一系列郁江流域水文资料。汛期中合理水库调度，与市调勤沟通，积极联系市调开停机，确保了水资源的合理利用。在与外联系中体现我站工作人员的沟通素养，语气谦逊和蔼，有效的提高了我们运行人员的工作效率。在汛前和汛后认真开展春季、秋季安全大检查，对查出的问题及时整改，并在工作中杜绝习惯性违章，有效保证了电站的安全生产。在本年工作中，在执行开机过程中未出现开不起来和超时开机现象，虽然在开机过程中也遇到过一些小问题，但在运行、点检、维护的积极配合和努力下，及时解决了问题，保证了机组的顺利启停。</w:t>
      </w:r>
      <w:r>
        <w:rPr>
          <w:lang w:eastAsia="zh-CN"/>
        </w:rPr>
        <w:br/>
      </w:r>
      <w:r>
        <w:rPr>
          <w:lang w:eastAsia="zh-CN"/>
        </w:rPr>
        <w:t>　　3、在这一年中，进行了多次大型操作，在实际工作中的严格执行“三讲一落实”，未出现误操作的情况，保证了人员、设备的安全。在日常工作中，在站领导的组织调度下，完成了运行规程第二版的修订，并组织学习讨论，要求在巡回检查中做到了认真仔细，不留死角；全体运行人员进行操作票填写培训并考试合格，并完成电站标准操作票的初步修订，在执行操作票时严格按照了自审，初审，复审的流程，确保标准操作票的合格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4、各值每月必进行一次反事故演习和桌面推演，在演习中出现过一些不足之处，在部门领导和各位专工的指导下，得到了及时的更正，从中学到了不少专业知识，并积累了丰富的事故处理经验，避免了以后在处理事故时的盲目。</w:t>
      </w:r>
      <w:r>
        <w:rPr>
          <w:lang w:eastAsia="zh-CN"/>
        </w:rPr>
        <w:br/>
      </w:r>
      <w:r>
        <w:rPr>
          <w:lang w:eastAsia="zh-CN"/>
        </w:rPr>
        <w:t>　　5、每月各值至少开展4次班组安全活动，组织学习大唐国际，分公司相关文件和有关技术措施，认真坚持学习大唐国际典型事故案例，并做到“一周一案例”，针对相关安全事件吸取经验教训。日常培训学习中，认真学习了公司下发的各项文件和制度。认真贯彻了文件精神，积极参与和开展“三大工程建设”、“创建零违章班组”、“双增双节”和“三讲一落实”，在各项活动中取得了较好的成效，至今“三讲一落实”落实情况很好，无违章、违纪现象。</w:t>
      </w:r>
      <w:r>
        <w:rPr>
          <w:lang w:eastAsia="zh-CN"/>
        </w:rPr>
        <w:br/>
      </w:r>
      <w:r>
        <w:rPr>
          <w:lang w:eastAsia="zh-CN"/>
        </w:rPr>
        <w:t>　　6、在本年中积极参加公司组织的各种业务技能活动，“自足岗位，对标一流”，在竞赛中找差距，在竞赛中找提升。积极参与公司合理化建议工作，开源节流，双增双节，尽职尽责，努力完成公司的盈利目标。</w:t>
      </w:r>
      <w:r>
        <w:rPr>
          <w:lang w:eastAsia="zh-CN"/>
        </w:rPr>
        <w:br/>
      </w:r>
      <w:r>
        <w:rPr>
          <w:lang w:eastAsia="zh-CN"/>
        </w:rPr>
        <w:t>　　7、在机组运行一年的检查性检修工作中，认真响应公司“应修必修，修必修好”的检修宗旨。积极配合检修人员对#2、#3机组进行C级检修，在检修过程中，对设备有了新的认识，更全面熟悉了设备的特性。</w:t>
      </w:r>
      <w:r>
        <w:rPr>
          <w:lang w:eastAsia="zh-CN"/>
        </w:rPr>
        <w:br/>
      </w:r>
      <w:r>
        <w:rPr>
          <w:lang w:eastAsia="zh-CN"/>
        </w:rPr>
        <w:t>　　二、主要存在的问题及不足之处：</w:t>
      </w:r>
      <w:r>
        <w:rPr>
          <w:lang w:eastAsia="zh-CN"/>
        </w:rPr>
        <w:br/>
      </w:r>
      <w:r>
        <w:rPr>
          <w:lang w:eastAsia="zh-CN"/>
        </w:rPr>
        <w:t>　　1、安全是生产的命脉，安全简而易知事关乎自己家庭幸福，班员安全意识有待进一步强化，不能只靠领导的督促、提醒和监督，需靠在日常工作、生活中的自我意识。真正做到“安全在我心中”，而不至于是聊聊而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2、在学习过程中，没有主动性，针对理论知识都需要更进一步的提高，特别是事故判断和处理水平有待提高。这就要求主观能动性，人人参与学习中，自我要求提高，而不是为了应付领导的监督检查而学习。</w:t>
      </w:r>
      <w:r>
        <w:rPr>
          <w:lang w:eastAsia="zh-CN"/>
        </w:rPr>
        <w:br/>
      </w:r>
      <w:r>
        <w:rPr>
          <w:lang w:eastAsia="zh-CN"/>
        </w:rPr>
        <w:t>　　3、“三讲一落实”是长期坚持的工作内容，三讲是在工作中切实落实的实际工作，不能停留在表面，巡视检查的规范化，倒闸操作的标准化都是努力的方向。</w:t>
      </w:r>
      <w:r>
        <w:rPr>
          <w:lang w:eastAsia="zh-CN"/>
        </w:rPr>
        <w:br/>
      </w:r>
      <w:r>
        <w:rPr>
          <w:lang w:eastAsia="zh-CN"/>
        </w:rPr>
        <w:t>　　4、双增双节，开源节流。需要全员具有节约意识，特别是厂用电的控制，在晚上未发电的情况下，开启厂房壁灯节约厂用电，以及保持高水位发电，降低耗水率等都需继续深化。</w:t>
      </w:r>
      <w:r>
        <w:rPr>
          <w:lang w:eastAsia="zh-CN"/>
        </w:rPr>
        <w:br/>
      </w:r>
      <w:r>
        <w:rPr>
          <w:lang w:eastAsia="zh-CN"/>
        </w:rPr>
        <w:t>　　三、今后的努力方向和工作计划：</w:t>
      </w:r>
      <w:r>
        <w:rPr>
          <w:lang w:eastAsia="zh-CN"/>
        </w:rPr>
        <w:br/>
      </w:r>
      <w:r>
        <w:rPr>
          <w:lang w:eastAsia="zh-CN"/>
        </w:rPr>
        <w:t>　　1、继续贯彻执行“安全第一，预防为主，综合治理”的方针政策，力争实现_年度安全生产目标。</w:t>
      </w:r>
      <w:r>
        <w:rPr>
          <w:lang w:eastAsia="zh-CN"/>
        </w:rPr>
        <w:br/>
      </w:r>
      <w:r>
        <w:rPr>
          <w:lang w:eastAsia="zh-CN"/>
        </w:rPr>
        <w:t>　　2、积极配合各部门重点搞好以下工作：</w:t>
      </w:r>
      <w:r>
        <w:rPr>
          <w:lang w:eastAsia="zh-CN"/>
        </w:rPr>
        <w:br/>
      </w:r>
      <w:r>
        <w:rPr>
          <w:lang w:eastAsia="zh-CN"/>
        </w:rPr>
        <w:t>　　（1）春季、秋季安全大检查工作；</w:t>
      </w:r>
      <w:r>
        <w:rPr>
          <w:lang w:eastAsia="zh-CN"/>
        </w:rPr>
        <w:br/>
      </w:r>
      <w:r>
        <w:rPr>
          <w:lang w:eastAsia="zh-CN"/>
        </w:rPr>
        <w:t>　　（2）做好汛期防洪、渡汛工作；</w:t>
      </w:r>
      <w:r>
        <w:rPr>
          <w:lang w:eastAsia="zh-CN"/>
        </w:rPr>
        <w:br/>
      </w:r>
      <w:r>
        <w:rPr>
          <w:lang w:eastAsia="zh-CN"/>
        </w:rPr>
        <w:t>　　3、继续加强人员技术培训工作，重点放在如何取得良好培训效果方面，力争使大家的综合业务素质明显提高。并要求各值在每月25日前制定下一个月学习计划。</w:t>
      </w:r>
      <w:r>
        <w:rPr>
          <w:lang w:eastAsia="zh-CN"/>
        </w:rPr>
        <w:br/>
      </w:r>
      <w:r>
        <w:rPr>
          <w:lang w:eastAsia="zh-CN"/>
        </w:rPr>
        <w:t>　　4、加强和部门之间的交流和沟通，有问题及时汇报解决，不要积累问题、激化问题，同时要注意个人修养的提高。</w:t>
      </w:r>
      <w:r>
        <w:rPr>
          <w:lang w:eastAsia="zh-CN"/>
        </w:rPr>
        <w:br/>
      </w:r>
      <w:r>
        <w:rPr>
          <w:lang w:eastAsia="zh-CN"/>
        </w:rPr>
        <w:t>　　5、认真规范各类台账、记录。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6、加强对节约资源的实际工作，争取在_年有好的成效，提高全员KPI值。</w:t>
      </w:r>
      <w:r>
        <w:rPr>
          <w:lang w:eastAsia="zh-CN"/>
        </w:rPr>
        <w:br/>
      </w:r>
      <w:r>
        <w:rPr>
          <w:lang w:eastAsia="zh-CN"/>
        </w:rPr>
        <w:t>　　长期以来，电力系统事故造成人身与设备的重大损伤，造成了很大的经济损失。</w:t>
      </w:r>
      <w:r>
        <w:rPr>
          <w:lang w:eastAsia="zh-CN"/>
        </w:rPr>
        <w:br/>
      </w:r>
      <w:r>
        <w:rPr>
          <w:lang w:eastAsia="zh-CN"/>
        </w:rPr>
        <w:t>　　为此，运行人员要把安全始终放在首位，在保证机组正常运行的同时，要及时组织大家学习电业安全工作规程、集团公司下发的安全文件、安全简报及其他有关安全的知识，增强大家的安全意识，确保本站的安全生产和文明生产，在工作中对设备认真进行巡回检查，发现问题及时汇报、处理保障设备的安全稳定运行，努力完成20__年各种目标。在工作中坚持“安全第一、预防为主、综合治理”的基本方针，进一步落实责任，抓好检查，积极探索建立安全生产长效机制。全面完成我站下达的各项安全生产指标，坚决遏制重特大事故的发生，控制小事故的发展，保持安全生产形势的平稳发展，促进各班组各项工作再上一个新台阶。</w:t>
      </w:r>
      <w:r>
        <w:rPr>
          <w:lang w:eastAsia="zh-CN"/>
        </w:rPr>
        <w:br/>
      </w:r>
      <w:r>
        <w:rPr>
          <w:lang w:eastAsia="zh-CN"/>
        </w:rPr>
        <w:t>　　垃圾发电厂主控年终总结 2</w:t>
      </w:r>
      <w:r>
        <w:rPr>
          <w:lang w:eastAsia="zh-CN"/>
        </w:rPr>
        <w:br/>
      </w:r>
      <w:r>
        <w:rPr>
          <w:lang w:eastAsia="zh-CN"/>
        </w:rPr>
        <w:t>　　时间飞逝，我们伴随着华谊锦龙火力发电站走过繁忙的20__年。这一年是我们所经历的最怀念的一年，从刚进入公司的懵懵懂懂到现在对脱硫专业的不懈学习，我们付出了很多，学会了很多，收获了很多。我是于20__年5月进入我们公司的，先进行了为期7天的安全学习。然后就是长达4个多月的实习工作，在此期间，认识了很多的老师傅，他们给予了我们很多的工作和生活的知识，通过这一年来的学习和工作，我的总结如下：</w:t>
      </w:r>
      <w:r>
        <w:rPr>
          <w:lang w:eastAsia="zh-CN"/>
        </w:rPr>
        <w:br/>
      </w:r>
      <w:r>
        <w:rPr>
          <w:lang w:eastAsia="zh-CN"/>
        </w:rPr>
        <w:t>　　一、端正态度，热爱本职工作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态度决定一切，不能用正确的态度对待工作，就不能在工作中尽职尽责。既然改变不了环境，那就改变自己，尽到自己本份，尽力完成应该做的事情。努力学习脱硫的相关专业知识。将这一年来的所学所知用在今后的工作中。只有热爱自己的本职工作，才能把工作做好，最重要的是保持一种积极的态度，本着对工作积极、认真、负责的态度，踏实的干好本职工作。</w:t>
      </w:r>
      <w:r>
        <w:rPr>
          <w:lang w:eastAsia="zh-CN"/>
        </w:rPr>
        <w:br/>
      </w:r>
      <w:r>
        <w:rPr>
          <w:lang w:eastAsia="zh-CN"/>
        </w:rPr>
        <w:t>　　二、培养团队意识，端正合作态度</w:t>
      </w:r>
      <w:r>
        <w:rPr>
          <w:lang w:eastAsia="zh-CN"/>
        </w:rPr>
        <w:br/>
      </w:r>
      <w:r>
        <w:rPr>
          <w:lang w:eastAsia="zh-CN"/>
        </w:rPr>
        <w:t>　　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r>
        <w:rPr>
          <w:lang w:eastAsia="zh-CN"/>
        </w:rPr>
        <w:br/>
      </w:r>
      <w:r>
        <w:rPr>
          <w:lang w:eastAsia="zh-CN"/>
        </w:rPr>
        <w:t>　　三、存在不足</w:t>
      </w:r>
      <w:r>
        <w:rPr>
          <w:lang w:eastAsia="zh-CN"/>
        </w:rPr>
        <w:br/>
      </w:r>
      <w:r>
        <w:rPr>
          <w:lang w:eastAsia="zh-CN"/>
        </w:rPr>
        <w:t>　　工作有成绩，也存在不足。主要是加强业务知识学习和克服自身的缺点，今后要认真总结经验，克服不足，把工作干好。</w:t>
      </w:r>
      <w:r>
        <w:rPr>
          <w:lang w:eastAsia="zh-CN"/>
        </w:rPr>
        <w:br/>
      </w:r>
      <w:r>
        <w:rPr>
          <w:lang w:eastAsia="zh-CN"/>
        </w:rPr>
        <w:t>　　(一)强化自制力。</w:t>
      </w:r>
      <w:r>
        <w:rPr>
          <w:lang w:eastAsia="zh-CN"/>
        </w:rPr>
        <w:br/>
      </w:r>
      <w:r>
        <w:rPr>
          <w:lang w:eastAsia="zh-CN"/>
        </w:rPr>
        <w:t>　　作中无论你做什么事，都要对自己的工作负责，要加强自我克制和容忍，加强团队意识，理智的处理问题，不给大家和谈对造成麻烦，培养大局意识。</w:t>
      </w:r>
      <w:r>
        <w:rPr>
          <w:lang w:eastAsia="zh-CN"/>
        </w:rPr>
        <w:br/>
      </w:r>
      <w:r>
        <w:rPr>
          <w:lang w:eastAsia="zh-CN"/>
        </w:rPr>
        <w:t>　　(二)加强沟通。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r>
        <w:rPr>
          <w:lang w:eastAsia="zh-CN"/>
        </w:rPr>
        <w:br/>
      </w:r>
      <w:r>
        <w:rPr>
          <w:lang w:eastAsia="zh-CN"/>
        </w:rPr>
        <w:t>　　(三)加强自身学习，提高自身素质。</w:t>
      </w:r>
      <w:r>
        <w:rPr>
          <w:lang w:eastAsia="zh-CN"/>
        </w:rPr>
        <w:br/>
      </w:r>
      <w:r>
        <w:rPr>
          <w:lang w:eastAsia="zh-CN"/>
        </w:rPr>
        <w:t>　　积累工作经验，改进工作方法，向周围同志学习，注重别人优点，学习他们处理问题的方法，查找不足，提高自己。除此以外，我还对脱硫于气力除灰有一定的想法。脱硫区域；</w:t>
      </w:r>
      <w:r>
        <w:rPr>
          <w:lang w:eastAsia="zh-CN"/>
        </w:rPr>
        <w:br/>
      </w:r>
      <w:r>
        <w:rPr>
          <w:lang w:eastAsia="zh-CN"/>
        </w:rPr>
        <w:t>　　1、脱硫制浆区域，我们对制浆区域进行了系统的'学习，还邀请了厂家人员对我们进行了培训，从设备性能到设备启动前的准备工作，再到设备运行时的注意事项，最后到设备运行时的常见故障处理等等，都全面坐了培训学习。并于11月4号，正式使其开始制浆运行试验。这标志着制浆区域的正常使用已无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2、石膏脱出区域，我们对制浆区域进行了系统的学习，还邀请了厂家人员对我们进行了培训，从设备性能到设备启动前的准备工作，再到设备运行时的注意事项，最后到设备运行时的常见故障处理等等，都全面坐了培训学习。石膏浆液通过石膏排出泵从吸收塔输送至石膏旋流器，石膏旋流器分流后，一部分溢流至吸收塔，底流输送到真空皮带脱水机，真空皮带脱水机运行前先要进行工艺水冲洗，当石膏浆液到真空皮带脱水机的滤布上时，真空脱水电机带动真空泵，真空泵将滤布上的石膏浆液中的水和空气吸收至汽液分离罐，进行汽液分离，分离出的水在重力作用下，返回吸收塔排水坑，空气直接通过管道排除厂外。脱水后的石膏晶体，直接从真空皮带脱水机的一端，自由落体至石膏仓库，此外还有一个工艺水箱和3台工艺水泵，他提供真空泵的冷却水和冲洗水，还有皮带机滤布的冲洗水。</w:t>
      </w:r>
      <w:r>
        <w:rPr>
          <w:lang w:eastAsia="zh-CN"/>
        </w:rPr>
        <w:br/>
      </w:r>
      <w:r>
        <w:rPr>
          <w:lang w:eastAsia="zh-CN"/>
        </w:rPr>
        <w:t>　　3、脱硫段的整体联动调试，在此期间，我们发现了很多的问题，包括人员问题和设备问题，人员问题主要集中在，部分运行人员对现场环境以及设备都还不是很了解，有些问题在DCS上体现出来后，人不能很快的找到现场所对应的点，耽误了设备的消缺工作。人员对运行生活不是很适应，对倒班生活还需要长时间的适应，并且随着工作的忙碌，对学习的时间安排慢慢变少。设备问题主要集中在正常的消缺中，大部分是设备安装期间的遗留问题，随着设备的联调工作展开，这种消缺工作也在逐渐减少。</w:t>
      </w:r>
      <w:r>
        <w:rPr>
          <w:lang w:eastAsia="zh-CN"/>
        </w:rPr>
        <w:br/>
      </w:r>
      <w:r>
        <w:rPr>
          <w:lang w:eastAsia="zh-CN"/>
        </w:rPr>
        <w:t>　　(四)除灰工段</w:t>
      </w:r>
      <w:r>
        <w:rPr>
          <w:lang w:eastAsia="zh-CN"/>
        </w:rPr>
        <w:br/>
      </w:r>
      <w:r>
        <w:rPr>
          <w:lang w:eastAsia="zh-CN"/>
        </w:rPr>
        <w:t>　　1、静电除尘区域，此区域的主要问题集中在布袋除尘区域和静电除尘区域。静电除尘区域主要是静电变压器的调试和DCS画面的安装工作上面，以上工作在厂家人员的配合下，紧张有序的在正式运行前完成了他。布袋除尘区域，因为布袋的运输问题，往后延时了一些时间，单也在11月上旬完成安装以及各种实验，包括预涂灰实验和喷涂实验等。</w:t>
      </w:r>
      <w:r>
        <w:rPr>
          <w:lang w:eastAsia="zh-CN"/>
        </w:rPr>
        <w:br/>
      </w:r>
      <w:r>
        <w:rPr>
          <w:lang w:eastAsia="zh-CN"/>
        </w:rPr>
        <w:t>　　2、气力输灰区域，此区域问题较多，应为气力输灰的动力源为压缩空气，并且此区域仓泵较多，故气动门成了此区域必不可少的重要组成部分。而应为安装及其他各种原因，气动阀上的开启到位和关闭到位测点故障频发，对此问题，我们多次下故障缺陷处理单，但都没见成效，在正常运行时，此区域牵扯了我们很多的经历，希望以后能有所改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3、灰库区域，此区域为除灰系统的最后一个组成部分，应为设备安装较晚，所以调试等各种进行的较晚，有很多问题暴露出来，但是应为安装于检修之间的问题，都无法消除掉，就以灰库灰位为例，正常运行时的要求是在DCS上必须对灰库灰位有所体现，并且有上线及下线的报警。但是我们现在在工作中发现，灰位永远都是最大值，所以为了拿到现场的实际灰位数值，我们需要每次巡检，都用绳子挂着桶子对灰位进行测量，这样不光是数值不是很精确，而且还浪费了大量的人力资源，是本就捉襟见手的人力资源，更加稀少。希望领导能解决此类问题。</w:t>
      </w:r>
      <w:r>
        <w:rPr>
          <w:lang w:eastAsia="zh-CN"/>
        </w:rPr>
        <w:br/>
      </w:r>
      <w:r>
        <w:rPr>
          <w:lang w:eastAsia="zh-CN"/>
        </w:rPr>
        <w:t>　　最后还是感谢，感谢领导和同事的支持和帮助，我深知自己还存在很多缺点和不足，工作方式不够成熟，业务知识不够全面等等，在今后的工作中，我要积累经验教训，努力克服缺点，在工作中磨练自己，尽职尽责的做好各项工作！以上就是我20__年的所有的收获于感悟。在以后的工作中，对于好的方面，我们会坚持的执行下去，对于不好的地方，我们会进行积极地改进。努力使我们华谊锦龙火力发电站越来越好。</w:t>
      </w:r>
      <w:r>
        <w:rPr>
          <w:lang w:eastAsia="zh-CN"/>
        </w:rPr>
        <w:br/>
      </w:r>
      <w:r>
        <w:rPr>
          <w:lang w:eastAsia="zh-CN"/>
        </w:rPr>
        <w:t>　　垃圾发电厂主控年终总结 3</w:t>
      </w:r>
      <w:r>
        <w:rPr>
          <w:lang w:eastAsia="zh-CN"/>
        </w:rPr>
        <w:br/>
      </w:r>
      <w:r>
        <w:rPr>
          <w:lang w:eastAsia="zh-CN"/>
        </w:rPr>
        <w:t>　　20__年云峰垃圾发电厂在多经公司的正确领导下，在各级主管领导的关怀下，通过全体员工的共同努力，以安全生产为中心，以保证设备安全稳定运行为目的，充分调动和发挥全体职工的积极能动性，实现了经济效益同步增长。</w:t>
      </w:r>
      <w:r>
        <w:rPr>
          <w:lang w:eastAsia="zh-CN"/>
        </w:rPr>
        <w:br/>
      </w:r>
      <w:r>
        <w:rPr>
          <w:lang w:eastAsia="zh-CN"/>
        </w:rPr>
        <w:t>　　一、生产情况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20__年初垃圾发电厂利用枯水期，对四台机组进行全面检修，以确保全年机组安全稳定运行。通过云峰水电公司统一调度，我公司及时调整运行方式，截止到11月末垃圾发电厂完成上网电量21950千瓦·时。</w:t>
      </w:r>
      <w:r>
        <w:rPr>
          <w:lang w:eastAsia="zh-CN"/>
        </w:rPr>
        <w:br/>
      </w:r>
      <w:r>
        <w:rPr>
          <w:lang w:eastAsia="zh-CN"/>
        </w:rPr>
        <w:t>　　二、安全工作情况</w:t>
      </w:r>
      <w:r>
        <w:rPr>
          <w:lang w:eastAsia="zh-CN"/>
        </w:rPr>
        <w:br/>
      </w:r>
      <w:r>
        <w:rPr>
          <w:lang w:eastAsia="zh-CN"/>
        </w:rPr>
        <w:t>　　安全生产是公司得以生存发展的根本。在全年的工作中，做到人员落实，制度落实，机构落实，责任落实。坚持加强垃圾发电厂安全管理，及时发现、消除隐患；坚持制止各种违章行为；坚持加强员工安全教育，提高员工们的安全意识。持加强员工安全教育，提高员工们的安全意识。全年无轻伤及以上人身事故，无重大及以上设备事故，未发生火灾及设备误操作事故，全年执行操作票46份，合格率100%、工作票6份，合格率100%，全面完成多经公司下达的安全生产目标。</w:t>
      </w:r>
      <w:r>
        <w:rPr>
          <w:lang w:eastAsia="zh-CN"/>
        </w:rPr>
        <w:br/>
      </w:r>
      <w:r>
        <w:rPr>
          <w:lang w:eastAsia="zh-CN"/>
        </w:rPr>
        <w:t>　　1、人员培训情况</w:t>
      </w:r>
      <w:r>
        <w:rPr>
          <w:lang w:eastAsia="zh-CN"/>
        </w:rPr>
        <w:br/>
      </w:r>
      <w:r>
        <w:rPr>
          <w:lang w:eastAsia="zh-CN"/>
        </w:rPr>
        <w:t>　　按照年初垃圾发电厂制定的安全培训计划，在一、二月份冬训期间，对全体工作人员进行安全培训，完成了《电力安全工作规程》的学习和岗位实际技能培训学习，通过集中学习和考试考核，职工的安全业务素质明显提高，安全意识和责任心明显加强。同时还对新进入厂人员进行三级安全教育，通过培训考试合格后方可上岗。</w:t>
      </w:r>
      <w:r>
        <w:rPr>
          <w:lang w:eastAsia="zh-CN"/>
        </w:rPr>
        <w:br/>
      </w:r>
      <w:r>
        <w:rPr>
          <w:lang w:eastAsia="zh-CN"/>
        </w:rPr>
        <w:t>　　2、春检工作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春检工作是垃圾发电厂一年当中必不可少，非常重要的一项工作，是生产设备、系统安全稳定运行的重要保证。结合春检计划垃圾发电厂共完成以下八项重点工作：</w:t>
      </w:r>
      <w:r>
        <w:rPr>
          <w:lang w:eastAsia="zh-CN"/>
        </w:rPr>
        <w:br/>
      </w:r>
      <w:r>
        <w:rPr>
          <w:lang w:eastAsia="zh-CN"/>
        </w:rPr>
        <w:t>　　（1）3月11日，请佳局继电所对四台机组做低周波保护试验，试验全部合格，保证了机组的安全运行。</w:t>
      </w:r>
      <w:r>
        <w:rPr>
          <w:lang w:eastAsia="zh-CN"/>
        </w:rPr>
        <w:br/>
      </w:r>
      <w:r>
        <w:rPr>
          <w:lang w:eastAsia="zh-CN"/>
        </w:rPr>
        <w:t>　　（2）3月16日，请佳局高压班对#5变压器做耐压试验，6KV电缆做耐压试验，从而确保了设备供电的可靠性。</w:t>
      </w:r>
      <w:r>
        <w:rPr>
          <w:lang w:eastAsia="zh-CN"/>
        </w:rPr>
        <w:br/>
      </w:r>
      <w:r>
        <w:rPr>
          <w:lang w:eastAsia="zh-CN"/>
        </w:rPr>
        <w:t>　　（3）对#1—#2排水泵进行了全面的维修，使其达到备用状态。此项工作于3月28日完成。</w:t>
      </w:r>
      <w:r>
        <w:rPr>
          <w:lang w:eastAsia="zh-CN"/>
        </w:rPr>
        <w:br/>
      </w:r>
      <w:r>
        <w:rPr>
          <w:lang w:eastAsia="zh-CN"/>
        </w:rPr>
        <w:t>　　（4）对#5—#6发电机进行解体检修，水轮机大修调整转轮间隙、对#7—#8发电机水轮机进行检修，此项工作于3月20日全部完成。</w:t>
      </w:r>
      <w:r>
        <w:rPr>
          <w:lang w:eastAsia="zh-CN"/>
        </w:rPr>
        <w:br/>
      </w:r>
      <w:r>
        <w:rPr>
          <w:lang w:eastAsia="zh-CN"/>
        </w:rPr>
        <w:t>　　（5）3月22日，清扫#3 #5变压器及主控室的开关，刀闸等电气设备。</w:t>
      </w:r>
      <w:r>
        <w:rPr>
          <w:lang w:eastAsia="zh-CN"/>
        </w:rPr>
        <w:br/>
      </w:r>
      <w:r>
        <w:rPr>
          <w:lang w:eastAsia="zh-CN"/>
        </w:rPr>
        <w:t>　　（6）检查防火器材，对已过期的防火器材及时进行更换并做好日常防火工作。</w:t>
      </w:r>
      <w:r>
        <w:rPr>
          <w:lang w:eastAsia="zh-CN"/>
        </w:rPr>
        <w:br/>
      </w:r>
      <w:r>
        <w:rPr>
          <w:lang w:eastAsia="zh-CN"/>
        </w:rPr>
        <w:t>　　（7）3月25日安装机房吊车、将原来自制的手拉胡芦式的吊车进行了改造，改造为5吨车电动吊，此项工作4月30日完成。</w:t>
      </w:r>
      <w:r>
        <w:rPr>
          <w:lang w:eastAsia="zh-CN"/>
        </w:rPr>
        <w:br/>
      </w:r>
      <w:r>
        <w:rPr>
          <w:lang w:eastAsia="zh-CN"/>
        </w:rPr>
        <w:t>　　（8）对#3变压器进行色谱跟踪检测。</w:t>
      </w:r>
      <w:r>
        <w:rPr>
          <w:lang w:eastAsia="zh-CN"/>
        </w:rPr>
        <w:br/>
      </w:r>
      <w:r>
        <w:rPr>
          <w:lang w:eastAsia="zh-CN"/>
        </w:rPr>
        <w:t>　　通过春检工作，为机组的安全稳定运行提供了可靠保证。</w:t>
      </w:r>
      <w:r>
        <w:rPr>
          <w:lang w:eastAsia="zh-CN"/>
        </w:rPr>
        <w:br/>
      </w:r>
      <w:r>
        <w:rPr>
          <w:lang w:eastAsia="zh-CN"/>
        </w:rPr>
        <w:t>　　3、防汛工作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垃圾发电厂认真贯彻落实公司防汛工作通知，按防汛检查的要求，成立防汛领导小组，积极部署防汛保电工作，为确保人员、设备安全度汛。同时加强抢险队伍建设和培训，做好救灾物资准备工作，落实工作责任，从而保障电站的安全稳定运行。</w:t>
      </w:r>
      <w:r>
        <w:rPr>
          <w:lang w:eastAsia="zh-CN"/>
        </w:rPr>
        <w:br/>
      </w:r>
      <w:r>
        <w:rPr>
          <w:lang w:eastAsia="zh-CN"/>
        </w:rPr>
        <w:t>　　4、秋检工作</w:t>
      </w:r>
      <w:r>
        <w:rPr>
          <w:lang w:eastAsia="zh-CN"/>
        </w:rPr>
        <w:br/>
      </w:r>
      <w:r>
        <w:rPr>
          <w:lang w:eastAsia="zh-CN"/>
        </w:rPr>
        <w:t>　　结合春检工作，对秋检工作全面开展设备自查和防寒防冻工作，有计划、有布署、有组织地进行。每周对设备进行一次自检自查及时发现隐患，及时消除缺陷。</w:t>
      </w:r>
      <w:r>
        <w:rPr>
          <w:lang w:eastAsia="zh-CN"/>
        </w:rPr>
        <w:br/>
      </w:r>
      <w:r>
        <w:rPr>
          <w:lang w:eastAsia="zh-CN"/>
        </w:rPr>
        <w:t>　　三、工作中存在的问题及整改措施</w:t>
      </w:r>
      <w:r>
        <w:rPr>
          <w:lang w:eastAsia="zh-CN"/>
        </w:rPr>
        <w:br/>
      </w:r>
      <w:r>
        <w:rPr>
          <w:lang w:eastAsia="zh-CN"/>
        </w:rPr>
        <w:t>　　电站的安全生产工作时刻不能放松，在取得成绩的同时，还必须清醒的看到，我们的安全基础还不十分牢固，在安全工作方面任重道远，还有很多工作需要我们去做，不能盲目乐观。</w:t>
      </w:r>
      <w:r>
        <w:rPr>
          <w:lang w:eastAsia="zh-CN"/>
        </w:rPr>
        <w:br/>
      </w:r>
      <w:r>
        <w:rPr>
          <w:lang w:eastAsia="zh-CN"/>
        </w:rPr>
        <w:t>　　1、设备设施问题</w:t>
      </w:r>
      <w:r>
        <w:rPr>
          <w:lang w:eastAsia="zh-CN"/>
        </w:rPr>
        <w:br/>
      </w:r>
      <w:r>
        <w:rPr>
          <w:lang w:eastAsia="zh-CN"/>
        </w:rPr>
        <w:t>　　（1）垃圾发电厂#5、#6机组是自制的水轮机组，多年运行，腐蚀严重，保证不了安全稳定运。</w:t>
      </w:r>
      <w:r>
        <w:rPr>
          <w:lang w:eastAsia="zh-CN"/>
        </w:rPr>
        <w:br/>
      </w:r>
      <w:r>
        <w:rPr>
          <w:lang w:eastAsia="zh-CN"/>
        </w:rPr>
        <w:t>　　（2）四台机入囗闸门栏污栅多年运行腐蚀严重、这对机组的安全运行带来很大的危害，存在着重大的安全隐患。须更换四台机栏污栅。</w:t>
      </w:r>
      <w:r>
        <w:rPr>
          <w:lang w:eastAsia="zh-CN"/>
        </w:rPr>
        <w:br/>
      </w:r>
      <w:r>
        <w:rPr>
          <w:lang w:eastAsia="zh-CN"/>
        </w:rPr>
        <w:t>　　2、人员问题</w:t>
      </w:r>
      <w:r>
        <w:rPr>
          <w:lang w:eastAsia="zh-CN"/>
        </w:rPr>
        <w:br/>
      </w:r>
      <w:r>
        <w:rPr>
          <w:lang w:eastAsia="zh-CN"/>
        </w:rPr>
        <w:t>　　人员流动性大，且水电知识结构复杂，专业性技能强，后续人员年龄大，文化成度低，很难掌握专业性技能知识，这就给电站的安全稳定运行带来不利的因素。</w:t>
      </w:r>
      <w:r>
        <w:rPr>
          <w:lang w:eastAsia="zh-CN"/>
        </w:rPr>
        <w:br/>
      </w:r>
      <w:r>
        <w:rPr>
          <w:lang w:eastAsia="zh-CN"/>
        </w:rPr>
        <w:t>　　四、20__年工作思绪</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回顾20__年垃圾发电厂通过全体员工的共同努力，在各项工作中均取得了比较理想的成绩，总结20__年的.工作经验和不足结合20__年的具体情况，提出下一步改进措施。特制定20__年工作设想：</w:t>
      </w:r>
      <w:r>
        <w:rPr>
          <w:lang w:eastAsia="zh-CN"/>
        </w:rPr>
        <w:br/>
      </w:r>
      <w:r>
        <w:rPr>
          <w:lang w:eastAsia="zh-CN"/>
        </w:rPr>
        <w:t>　　1、安全工作：</w:t>
      </w:r>
      <w:r>
        <w:rPr>
          <w:lang w:eastAsia="zh-CN"/>
        </w:rPr>
        <w:br/>
      </w:r>
      <w:r>
        <w:rPr>
          <w:lang w:eastAsia="zh-CN"/>
        </w:rPr>
        <w:t>　　垃圾发电厂的安全生产工作时刻不能放松，在取得成绩的同时，还必须清醒的看到，我们的安全基础还不十分牢固，在安全工作方面任重道远，还有很多工作需要我们去做，不能盲目乐观。</w:t>
      </w:r>
      <w:r>
        <w:rPr>
          <w:lang w:eastAsia="zh-CN"/>
        </w:rPr>
        <w:br/>
      </w:r>
      <w:r>
        <w:rPr>
          <w:lang w:eastAsia="zh-CN"/>
        </w:rPr>
        <w:t>　　20__年公司将加大安全培训力度，让全体员工从思想认识上自觉遵守各项规章制度，杜绝违章。树立“安全意识”观：人的安全意识如何，其行为直接影响安全效果，对安全生产起着决定性的作用。树立“安全质量”观：质量的好坏直接影响到国家财产和群众的生命安全。强调安全质量，说明质量不仅是企业赖以生存的基础，也是安全生产的基础。我们有信心在上级领导的关怀下，齐抓共管，建立健全各项规章制度，严格执行两票三制，让垃圾发电厂的安全成果再上一台阶。</w:t>
      </w:r>
      <w:r>
        <w:rPr>
          <w:lang w:eastAsia="zh-CN"/>
        </w:rPr>
        <w:br/>
      </w:r>
      <w:r>
        <w:rPr>
          <w:lang w:eastAsia="zh-CN"/>
        </w:rPr>
        <w:t>　　（1）春检工作</w:t>
      </w:r>
      <w:r>
        <w:rPr>
          <w:lang w:eastAsia="zh-CN"/>
        </w:rPr>
        <w:br/>
      </w:r>
      <w:r>
        <w:rPr>
          <w:lang w:eastAsia="zh-CN"/>
        </w:rPr>
        <w:t>　　春检工作是生产设备、系统安全稳定运行的保证，是全面提高安全管理水平不可缺少的一项重耍工作，在春检工作中，力求以求真务实的工作方式和作风，狠抓安全责任落实、实现春检的安全、优质、高效、全面完成春检的各项工作任务。</w:t>
      </w:r>
      <w:r>
        <w:rPr>
          <w:lang w:eastAsia="zh-CN"/>
        </w:rPr>
        <w:br/>
      </w:r>
      <w:r>
        <w:rPr>
          <w:lang w:eastAsia="zh-CN"/>
        </w:rPr>
        <w:t>　　为确保春检期间各项工作的顺利、圆满完成，特制以下措施：</w:t>
      </w:r>
      <w:r>
        <w:rPr>
          <w:lang w:eastAsia="zh-CN"/>
        </w:rPr>
        <w:br/>
      </w:r>
      <w:r>
        <w:rPr>
          <w:lang w:eastAsia="zh-CN"/>
        </w:rPr>
        <w:t>　　A、大力开展反习惯性违章活动：</w:t>
      </w:r>
      <w:r>
        <w:rPr>
          <w:lang w:eastAsia="zh-CN"/>
        </w:rPr>
        <w:br/>
      </w:r>
      <w:r>
        <w:rPr>
          <w:lang w:eastAsia="zh-CN"/>
        </w:rPr>
        <w:t>　　B、大力推行标准化作业：</w:t>
      </w:r>
      <w:r>
        <w:rPr>
          <w:lang w:eastAsia="zh-CN"/>
        </w:rPr>
        <w:br/>
      </w:r>
      <w:r>
        <w:rPr>
          <w:lang w:eastAsia="zh-CN"/>
        </w:rPr>
        <w:t>　　C、加大现场作业及班组的安全管理力度：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（2）秋检工作</w:t>
      </w:r>
      <w:r>
        <w:rPr>
          <w:lang w:eastAsia="zh-CN"/>
        </w:rPr>
        <w:br/>
      </w:r>
      <w:r>
        <w:rPr>
          <w:lang w:eastAsia="zh-CN"/>
        </w:rPr>
        <w:t>　　为切实有效地防止季节性事故发生，夯实安全基础，保证秋检工作扎实有效地开展，全面开展设备自查和防寒防冻工作、有计划、有组织地进行开展好各项工作。</w:t>
      </w:r>
      <w:r>
        <w:rPr>
          <w:lang w:eastAsia="zh-CN"/>
        </w:rPr>
        <w:br/>
      </w:r>
      <w:r>
        <w:rPr>
          <w:lang w:eastAsia="zh-CN"/>
        </w:rPr>
        <w:t>　　2、管理工作</w:t>
      </w:r>
      <w:r>
        <w:rPr>
          <w:lang w:eastAsia="zh-CN"/>
        </w:rPr>
        <w:br/>
      </w:r>
      <w:r>
        <w:rPr>
          <w:lang w:eastAsia="zh-CN"/>
        </w:rPr>
        <w:t>　　为促进垃圾发电厂管理逐步达到规范化、制度化、标准化，应当坚持以安全为管理为基础，以经营管理为中心，以设备管理为重点，以稳定队伍管理为保证，实现四个到位：</w:t>
      </w:r>
      <w:r>
        <w:rPr>
          <w:lang w:eastAsia="zh-CN"/>
        </w:rPr>
        <w:br/>
      </w:r>
      <w:r>
        <w:rPr>
          <w:lang w:eastAsia="zh-CN"/>
        </w:rPr>
        <w:t>　　（1）加强安全管理，确保安全生产：</w:t>
      </w:r>
      <w:r>
        <w:rPr>
          <w:lang w:eastAsia="zh-CN"/>
        </w:rPr>
        <w:br/>
      </w:r>
      <w:r>
        <w:rPr>
          <w:lang w:eastAsia="zh-CN"/>
        </w:rPr>
        <w:t>　　（2）加强经营管理，提高经济效益：</w:t>
      </w:r>
      <w:r>
        <w:rPr>
          <w:lang w:eastAsia="zh-CN"/>
        </w:rPr>
        <w:br/>
      </w:r>
      <w:r>
        <w:rPr>
          <w:lang w:eastAsia="zh-CN"/>
        </w:rPr>
        <w:t>　　（3）加强设备和枝术管理，遂步提高科枝含量：</w:t>
      </w:r>
      <w:r>
        <w:rPr>
          <w:lang w:eastAsia="zh-CN"/>
        </w:rPr>
        <w:br/>
      </w:r>
      <w:r>
        <w:rPr>
          <w:lang w:eastAsia="zh-CN"/>
        </w:rPr>
        <w:t>　　（4）加强队伍建设，提高人员素质：</w:t>
      </w:r>
      <w:r>
        <w:rPr>
          <w:lang w:eastAsia="zh-CN"/>
        </w:rPr>
        <w:br/>
      </w:r>
      <w:r>
        <w:rPr>
          <w:lang w:eastAsia="zh-CN"/>
        </w:rPr>
        <w:t>　　3、发电情况</w:t>
      </w:r>
      <w:r>
        <w:rPr>
          <w:lang w:eastAsia="zh-CN"/>
        </w:rPr>
        <w:br/>
      </w:r>
      <w:r>
        <w:rPr>
          <w:lang w:eastAsia="zh-CN"/>
        </w:rPr>
        <w:t>　　垃圾发电厂的发量，与自然环境（汤旺河流量）有关、听从水电公司调度，和水电公司协调配合好，完成全年发电生产任务。</w:t>
      </w:r>
      <w:r>
        <w:rPr>
          <w:lang w:eastAsia="zh-CN"/>
        </w:rPr>
        <w:br/>
      </w:r>
      <w:r>
        <w:rPr>
          <w:lang w:eastAsia="zh-CN"/>
        </w:rPr>
        <w:t>　　20__年云峰垃圾发电厂的发展将面临极大的挑战。我们将紧紧围绕公司的全年奋斗目标，抓机遇、求发展，增强垃圾发电厂的核心竞争</w:t>
      </w:r>
      <w:r>
        <w:rPr>
          <w:lang w:eastAsia="zh-CN"/>
        </w:rPr>
        <w:br/>
      </w:r>
      <w:r>
        <w:rPr>
          <w:lang w:eastAsia="zh-CN"/>
        </w:rPr>
        <w:t>　　垃圾发电厂主控年终总结 4</w:t>
      </w:r>
      <w:r>
        <w:rPr>
          <w:lang w:eastAsia="zh-CN"/>
        </w:rPr>
        <w:br/>
      </w:r>
      <w:r>
        <w:rPr>
          <w:lang w:eastAsia="zh-CN"/>
        </w:rPr>
        <w:t>　　20__年，在集团公司的正确带领下，坚持以以经济效益为中心，攻坚克难，奋力拼搏，扎实开展各项工作。现将今年工作总结汇报如下：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一、生产指标完成情况</w:t>
      </w:r>
      <w:r>
        <w:rPr>
          <w:lang w:eastAsia="zh-CN"/>
        </w:rPr>
        <w:br/>
      </w:r>
      <w:r>
        <w:rPr>
          <w:lang w:eastAsia="zh-CN"/>
        </w:rPr>
        <w:t>　　今年共完成发电量_万kWh，完成计划的_%；售电量_万kWh，售电率为_%。实现营业收入_万元，完成计划的_%；利润总额_万元，完成计划的_%。平均厂用电率为_%，平均发电标煤耗为_g/kWh。</w:t>
      </w:r>
      <w:r>
        <w:rPr>
          <w:lang w:eastAsia="zh-CN"/>
        </w:rPr>
        <w:br/>
      </w:r>
      <w:r>
        <w:rPr>
          <w:lang w:eastAsia="zh-CN"/>
        </w:rPr>
        <w:t>　　今年未实现目标任务的主要原因是：</w:t>
      </w:r>
      <w:r>
        <w:rPr>
          <w:lang w:eastAsia="zh-CN"/>
        </w:rPr>
        <w:br/>
      </w:r>
      <w:r>
        <w:rPr>
          <w:lang w:eastAsia="zh-CN"/>
        </w:rPr>
        <w:t>　　1、为给二期锅炉定型提供燃料掺配方面的指导意见，利用春节期间系统负荷需求较低的契机，电厂按比例掺配农林料进行较长时间的稳定性试验，因而影响了部分发电量。</w:t>
      </w:r>
      <w:r>
        <w:rPr>
          <w:lang w:eastAsia="zh-CN"/>
        </w:rPr>
        <w:br/>
      </w:r>
      <w:r>
        <w:rPr>
          <w:lang w:eastAsia="zh-CN"/>
        </w:rPr>
        <w:t>　　2、上半年发生锅炉停运_台次，其中河水水位外部因素造成停炉_台次，计划停炉_台次，另有_台次故障停炉。</w:t>
      </w:r>
      <w:r>
        <w:rPr>
          <w:lang w:eastAsia="zh-CN"/>
        </w:rPr>
        <w:br/>
      </w:r>
      <w:r>
        <w:rPr>
          <w:lang w:eastAsia="zh-CN"/>
        </w:rPr>
        <w:t>　　二、工作亮点</w:t>
      </w:r>
      <w:r>
        <w:rPr>
          <w:lang w:eastAsia="zh-CN"/>
        </w:rPr>
        <w:br/>
      </w:r>
      <w:r>
        <w:rPr>
          <w:lang w:eastAsia="zh-CN"/>
        </w:rPr>
        <w:t>　　1、春节期间属于燃料收购淡季，整个市场的燃料较为短缺，供不应求。电厂在燃料库存不足千吨的艰难时期督促燃料承包商在放假期间确保每天有_吨的三级料供应，合理进行掺烧，保证机组的正常运行。</w:t>
      </w:r>
      <w:r>
        <w:rPr>
          <w:lang w:eastAsia="zh-CN"/>
        </w:rPr>
        <w:br/>
      </w:r>
      <w:r>
        <w:rPr>
          <w:lang w:eastAsia="zh-CN"/>
        </w:rPr>
        <w:t>　　2、在机组停运检修期间，组织协调湘粤检修人员合理分工，在最短的`时间内及时完成各项检修任务。且完成两台锅炉挠性管更换及2#炉喷涂工作，为锅炉长期稳定燃烧奠定基础，最终完成集团发电量计划的_%。</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3、_月份__电站因暴雨导致水位过低无法取水，经与县水利局等相关单位多次沟通，群策群力，把原需__天的抢修时间缩短至_天。在取水不利的情况下，接自来水供应机组用水，保证一台机组低负荷运行，挽回直接经济损失近_万元。</w:t>
      </w:r>
      <w:r>
        <w:rPr>
          <w:lang w:eastAsia="zh-CN"/>
        </w:rPr>
        <w:br/>
      </w:r>
      <w:r>
        <w:rPr>
          <w:lang w:eastAsia="zh-CN"/>
        </w:rPr>
        <w:t>　　4、因炉灰炉渣处理难度大等问题，之前与之合作的单位纷纷提出解约，关键时刻电厂积极寻求新的合作单位并采取了相应紧急处理措施，未因灰渣无法处理导致停炉停产。</w:t>
      </w:r>
      <w:r>
        <w:rPr>
          <w:lang w:eastAsia="zh-CN"/>
        </w:rPr>
        <w:br/>
      </w:r>
      <w:r>
        <w:rPr>
          <w:lang w:eastAsia="zh-CN"/>
        </w:rPr>
        <w:t>　　三、不足之处及困难</w:t>
      </w:r>
      <w:r>
        <w:rPr>
          <w:lang w:eastAsia="zh-CN"/>
        </w:rPr>
        <w:br/>
      </w:r>
      <w:r>
        <w:rPr>
          <w:lang w:eastAsia="zh-CN"/>
        </w:rPr>
        <w:t>　　1、安全管理意识不强、安全管理工作不到位。由于安全意识不强，未严格执行外包单位人员安全培训制度及有限空间作业安全管理要求，发生了__外包人员烫伤事故，严重影响了电厂正常生产。事故的发生暴露出电厂安全意识不强、制度管理不规范、执行力弱等缺点，事故发生后，电厂除及时做好救治善后工作外，立即着手进行了安全意识的加强，安全隐患的排查，制度的完善，外包单位管理的规范等工作，并按“四不放过”原则对事故进行了处理。今后电厂要深刻吸取教训，时刻牢记安全责任、毫不松懈，对安全要常抓不懈、时刻强调，提高全员安全意识；在管理制度化、流程化、精细化上不断加强；坚持做好定期和不定期安全大检查、法定节假日安全大检查，严厉排查各种安全隐患，杜绝事故的发生。</w:t>
      </w:r>
      <w:r>
        <w:rPr>
          <w:lang w:eastAsia="zh-CN"/>
        </w:rPr>
        <w:br/>
      </w:r>
      <w:r>
        <w:rPr>
          <w:lang w:eastAsia="zh-CN"/>
        </w:rPr>
        <w:t>　　2、检修工作不全面、影响发电任务。检修时对锅炉设备部分部位的磨损腐蚀情况预计不足，未合理安排检修项目。导致_月份停炉检修次数增多，对发电任务的完成造成了一定的损失。</w:t>
      </w:r>
      <w:r>
        <w:rPr>
          <w:lang w:eastAsia="zh-CN"/>
        </w:rPr>
        <w:br/>
      </w:r>
      <w:r>
        <w:rPr>
          <w:lang w:eastAsia="zh-CN"/>
        </w:rPr>
        <w:t>　　3、炉渣未得到有效处理。</w:t>
      </w:r>
      <w:r>
        <w:rPr>
          <w:lang w:eastAsia="zh-CN"/>
        </w:rPr>
        <w:br/>
      </w:r>
      <w:r>
        <w:rPr>
          <w:lang w:eastAsia="zh-CN"/>
        </w:rPr>
        <w:t>　　一是在__当地还未找到合适的应急灰渣堆场；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二是因环保要求，固废处理需要有资质的单位，并要登记去向，目前仍未寻求到有资质、有能力的炉渣处理单位。</w:t>
      </w:r>
      <w:r>
        <w:rPr>
          <w:lang w:eastAsia="zh-CN"/>
        </w:rPr>
        <w:br/>
      </w:r>
      <w:r>
        <w:rPr>
          <w:lang w:eastAsia="zh-CN"/>
        </w:rPr>
        <w:t>　　垃圾发电厂主控年终总结 5</w:t>
      </w:r>
      <w:r>
        <w:rPr>
          <w:lang w:eastAsia="zh-CN"/>
        </w:rPr>
        <w:br/>
      </w:r>
      <w:r>
        <w:rPr>
          <w:lang w:eastAsia="zh-CN"/>
        </w:rPr>
        <w:t>　　20__年，发电部在公司领导的正确指引下，在公司其他兄弟部门的大力支持下，发电部全体员工圆满完成了公司的各项任务，各项工作有序开展。现将20__年工作总结及20__年工作计划简述如下：</w:t>
      </w:r>
      <w:r>
        <w:rPr>
          <w:lang w:eastAsia="zh-CN"/>
        </w:rPr>
        <w:br/>
      </w:r>
      <w:r>
        <w:rPr>
          <w:lang w:eastAsia="zh-CN"/>
        </w:rPr>
        <w:t>　　一、20__年工作总结：</w:t>
      </w:r>
      <w:r>
        <w:rPr>
          <w:lang w:eastAsia="zh-CN"/>
        </w:rPr>
        <w:br/>
      </w:r>
      <w:r>
        <w:rPr>
          <w:lang w:eastAsia="zh-CN"/>
        </w:rPr>
        <w:t>　　（一）经验总结：</w:t>
      </w:r>
      <w:r>
        <w:rPr>
          <w:lang w:eastAsia="zh-CN"/>
        </w:rPr>
        <w:br/>
      </w:r>
      <w:r>
        <w:rPr>
          <w:lang w:eastAsia="zh-CN"/>
        </w:rPr>
        <w:t>　　1、发挥部门管理人员的作用。</w:t>
      </w:r>
      <w:r>
        <w:rPr>
          <w:lang w:eastAsia="zh-CN"/>
        </w:rPr>
        <w:br/>
      </w:r>
      <w:r>
        <w:rPr>
          <w:lang w:eastAsia="zh-CN"/>
        </w:rPr>
        <w:t>　　采取的主要措施：</w:t>
      </w:r>
      <w:r>
        <w:rPr>
          <w:lang w:eastAsia="zh-CN"/>
        </w:rPr>
        <w:br/>
      </w:r>
      <w:r>
        <w:rPr>
          <w:lang w:eastAsia="zh-CN"/>
        </w:rPr>
        <w:t>　　管理人员根据专业合理分工、各负其责；管理上全面参与，确保对部门整体工作的掌控。</w:t>
      </w:r>
      <w:r>
        <w:rPr>
          <w:lang w:eastAsia="zh-CN"/>
        </w:rPr>
        <w:br/>
      </w:r>
      <w:r>
        <w:rPr>
          <w:lang w:eastAsia="zh-CN"/>
        </w:rPr>
        <w:t>　　2、持之以恒抓安全工作，开展安全教育、事故演练及职工的技术培训工作。</w:t>
      </w:r>
      <w:r>
        <w:rPr>
          <w:lang w:eastAsia="zh-CN"/>
        </w:rPr>
        <w:br/>
      </w:r>
      <w:r>
        <w:rPr>
          <w:lang w:eastAsia="zh-CN"/>
        </w:rPr>
        <w:t>　　主要采取以下措施：</w:t>
      </w:r>
      <w:r>
        <w:rPr>
          <w:lang w:eastAsia="zh-CN"/>
        </w:rPr>
        <w:br/>
      </w:r>
      <w:r>
        <w:rPr>
          <w:lang w:eastAsia="zh-CN"/>
        </w:rPr>
        <w:t>　　（1）部门每周组织一次安全大检查，对发现的问题及时整改。</w:t>
      </w:r>
      <w:r>
        <w:rPr>
          <w:lang w:eastAsia="zh-CN"/>
        </w:rPr>
        <w:br/>
      </w:r>
      <w:r>
        <w:rPr>
          <w:lang w:eastAsia="zh-CN"/>
        </w:rPr>
        <w:t>　　（2）各专业坚持开展滚动练兵活动；各值在每个循环班的第一个中班开展事故预想，增强员工的事故处理能力。</w:t>
      </w:r>
      <w:r>
        <w:rPr>
          <w:lang w:eastAsia="zh-CN"/>
        </w:rPr>
        <w:br/>
      </w:r>
      <w:r>
        <w:rPr>
          <w:lang w:eastAsia="zh-CN"/>
        </w:rPr>
        <w:t>　　（3）发电部加强对新员工的安全、技术培训，要求各班组为新员工指定师傅，进行一对一的技术指导，提高了新员工的安全意识和操作技能。</w:t>
      </w:r>
      <w:r>
        <w:rPr>
          <w:lang w:eastAsia="zh-CN"/>
        </w:rPr>
        <w:br/>
      </w:r>
      <w:r>
        <w:rPr>
          <w:lang w:eastAsia="zh-CN"/>
        </w:rPr>
        <w:t>　　（4）发电部每季度对员工进行了一次技术技能考试，并根据考试成绩对员工进行奖励和调岗。</w:t>
      </w:r>
      <w:r>
        <w:rPr>
          <w:lang w:eastAsia="zh-CN"/>
        </w:rPr>
        <w:br/>
      </w:r>
    </w:p>
    <w:p w:rsidR="001B1F19" w14:textId="27C3F48A">
      <w:pPr>
        <w:rPr>
          <w:rFonts w:hint="eastAsia"/>
          <w:lang w:eastAsia="zh-CN"/>
        </w:rPr>
      </w:pPr>
      <w:r>
        <w:rPr>
          <w:lang w:eastAsia="zh-CN"/>
        </w:rPr>
        <w:t>　　3、加大两票三制工作的执行力度。</w:t>
      </w:r>
      <w:r>
        <w:rPr>
          <w:lang w:eastAsia="zh-CN"/>
        </w:rPr>
        <w:br/>
      </w:r>
      <w:r>
        <w:rPr>
          <w:lang w:eastAsia="zh-CN"/>
        </w:rPr>
        <w:t>　　主要采取以下措施：</w:t>
      </w:r>
      <w:r>
        <w:rPr>
          <w:lang w:eastAsia="zh-CN"/>
        </w:rPr>
        <w:br/>
      </w:r>
      <w:r>
        <w:rPr>
          <w:lang w:eastAsia="zh-CN"/>
        </w:rPr>
        <w:t>　　（1）重点抓设备巡回检查，采取定时、定巡检路线及班组全岗位参与巡检方式，及时发现处理许多设备缺陷。</w:t>
      </w:r>
      <w:r>
        <w:rPr>
          <w:lang w:eastAsia="zh-CN"/>
        </w:rPr>
        <w:br/>
      </w:r>
      <w:r>
        <w:rPr>
          <w:lang w:eastAsia="zh-CN"/>
        </w:rPr>
        <w:t>　　（2）抓设备定期工作的执行。去年部门根据设备系统的变化情况重新制定了“定期工作一览表”，部门加大了对定期工作执行情况的检查力度。</w:t>
      </w:r>
      <w:r>
        <w:rPr>
          <w:lang w:eastAsia="zh-CN"/>
        </w:rPr>
        <w:br/>
      </w:r>
      <w:r>
        <w:rPr>
          <w:lang w:eastAsia="zh-CN"/>
        </w:rPr>
        <w:t>　　（3）保证设备定期轮换试验制度落实到位。主要采取对备用设备、闲置设备采取定期检查试运制度，保证设备可靠备用。</w:t>
      </w:r>
      <w:r>
        <w:rPr>
          <w:lang w:eastAsia="zh-CN"/>
        </w:rPr>
        <w:br/>
      </w:r>
      <w:r>
        <w:rPr>
          <w:lang w:eastAsia="zh-CN"/>
        </w:rPr>
        <w:t>　　（4）严格工作票、操作票的`执行。部门在实际工作中要求凡列入工作票、操作票范围的工作项目，一律采取办理工作票或按操作票操作制度，部门加强监督检查，确保20__年度各项检修及操作的安全进行。</w:t>
      </w:r>
      <w:r>
        <w:rPr>
          <w:lang w:eastAsia="zh-CN"/>
        </w:rPr>
        <w:br/>
      </w:r>
      <w:r>
        <w:rPr>
          <w:lang w:eastAsia="zh-CN"/>
        </w:rPr>
        <w:t>　　4、精心监盘，按规程操作。</w:t>
      </w:r>
      <w:r>
        <w:rPr>
          <w:lang w:eastAsia="zh-CN"/>
        </w:rPr>
        <w:br/>
      </w:r>
      <w:r>
        <w:rPr>
          <w:lang w:eastAsia="zh-CN"/>
        </w:rPr>
        <w:t>　　主要采取以下措施：</w:t>
      </w:r>
      <w:r>
        <w:rPr>
          <w:lang w:eastAsia="zh-CN"/>
        </w:rPr>
        <w:br/>
      </w:r>
      <w:r>
        <w:rPr>
          <w:lang w:eastAsia="zh-CN"/>
        </w:rPr>
        <w:t>　　（1）培养员工按规程操作意识，要求所有操作必须按规程操作。</w:t>
      </w:r>
      <w:r>
        <w:rPr>
          <w:lang w:eastAsia="zh-CN"/>
        </w:rPr>
        <w:br/>
      </w:r>
      <w:r>
        <w:rPr>
          <w:lang w:eastAsia="zh-CN"/>
        </w:rPr>
        <w:t>　　（2）严格控制换班、休班人数，管理人员不定期对中夜班纪律进行抽查，对看盘期间违纪人员加大经济处罚力度。</w:t>
      </w:r>
      <w:r>
        <w:rPr>
          <w:lang w:eastAsia="zh-CN"/>
        </w:rPr>
        <w:br/>
      </w:r>
      <w:r>
        <w:rPr>
          <w:lang w:eastAsia="zh-CN"/>
        </w:rPr>
        <w:t>　　（3）要求监盘人员养成巡盘制度，定期巡视盘上各参数变化情况。</w:t>
      </w:r>
      <w:r>
        <w:rPr>
          <w:lang w:eastAsia="zh-CN"/>
        </w:rPr>
        <w:br/>
      </w:r>
      <w:r>
        <w:rPr>
          <w:lang w:eastAsia="zh-CN"/>
        </w:rPr>
        <w:t>　　5、采取多种措施确保安全生产稳定进行。</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https://d.book118.com/655342100140011114</w:t>
        </w:r>
      </w:hyperlink>
    </w:p>
    <w:p w:rsidR="001B1F19">
      <w:pPr>
        <w:rPr>
          <w:rFonts w:hint="eastAsia"/>
          <w:lang w:eastAsia="zh-CN"/>
        </w:rPr>
      </w:pPr>
    </w:p>
    <w:sectPr>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5534210014001111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