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教师思想工作总结</w:t>
      </w:r>
    </w:p>
    <w:p>
      <w:pPr>
        <w:spacing w:before="100" w:after="200" w:line="360" w:lineRule="auto"/>
        <w:ind w:firstLine="576"/>
        <w:jc w:val="left"/>
      </w:pPr>
      <w:r>
        <w:rPr>
          <w:rFonts w:ascii="宋体" w:eastAsia="宋体" w:hAnsi="宋体"/>
          <w:sz w:val="28"/>
        </w:rPr>
        <w:t>时间如流水，一学年的教学工作已接近尾声，回顾一年的工作，想说的真是太多太多。这一年，既忙碌，又充实，在校领导和同事们的帮助下，我顺利的完成了各方面的工作。现将本学年的工作做一个小结，借以促进提高。</w:t>
      </w:r>
    </w:p>
    <w:p>
      <w:pPr>
        <w:spacing w:before="100" w:after="200" w:line="360" w:lineRule="auto"/>
        <w:jc w:val="left"/>
      </w:pPr>
      <w:r>
        <w:rPr>
          <w:rFonts w:ascii="宋体 (中文正文)" w:eastAsia="宋体" w:hAnsi="宋体 (中文正文)"/>
          <w:b/>
          <w:sz w:val="28"/>
        </w:rPr>
        <w:t>一、思想工作方面</w:t>
      </w:r>
    </w:p>
    <w:p>
      <w:pPr>
        <w:spacing w:before="100" w:after="200" w:line="360" w:lineRule="auto"/>
        <w:ind w:firstLine="576"/>
        <w:jc w:val="left"/>
      </w:pPr>
      <w:r>
        <w:rPr>
          <w:rFonts w:ascii="宋体" w:eastAsia="宋体" w:hAnsi="宋体"/>
          <w:sz w:val="28"/>
        </w:rPr>
        <w:t>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w:t>
      </w:r>
    </w:p>
    <w:p>
      <w:pPr>
        <w:spacing w:before="100" w:after="200" w:line="360" w:lineRule="auto"/>
        <w:ind w:firstLine="576"/>
        <w:jc w:val="left"/>
      </w:pPr>
      <w:r>
        <w:rPr>
          <w:rFonts w:ascii="宋体" w:eastAsia="宋体" w:hAnsi="宋体"/>
          <w:sz w:val="28"/>
        </w:rPr>
        <w:t>电，才能维持教学的活力。这学期有幸有外出学习的机会，通过学习活动，不断充实了自己、丰富了自己的知识和见识、为自己更好的教学实践作好了准备。</w:t>
      </w:r>
    </w:p>
    <w:p>
      <w:pPr>
        <w:spacing w:before="100" w:after="200" w:line="360" w:lineRule="auto"/>
        <w:jc w:val="left"/>
      </w:pPr>
      <w:r>
        <w:rPr>
          <w:rFonts w:ascii="宋体 (中文正文)" w:eastAsia="宋体" w:hAnsi="宋体 (中文正文)"/>
          <w:b/>
          <w:sz w:val="28"/>
        </w:rPr>
        <w:t>二、教育教学方面</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教育教学是我们教师工作的首要任务。教育是爱心事业，为培养高素质的下一代。今年上半年本人担任初三（8）班班主任及数学教学工作，同时兼带初一一个班的数学教学。备课量大，任务繁重自不必多言。虽然很消耗脑力,每天要转换角色,转换思路上两节不同的数学课,但是却使自己更快的再次熟悉教材,知识量也飞速增加，并融会贯通.这对提高教学能力有很大的帮助!痛并收获着,快乐着!我想,这种跨头的独特经历今后不会在有了!</w:t>
      </w:r>
    </w:p>
    <w:p>
      <w:pPr>
        <w:spacing w:before="100" w:after="200" w:line="360" w:lineRule="auto"/>
        <w:ind w:firstLine="576"/>
        <w:jc w:val="left"/>
      </w:pPr>
      <w:r>
        <w:rPr>
          <w:rFonts w:ascii="宋体" w:eastAsia="宋体" w:hAnsi="宋体"/>
          <w:sz w:val="28"/>
        </w:rPr>
        <w:t>下半年本人担任初一(7)班的班主任,担任初一4、7两个班的数学教学工作.在班级管理和课堂教学中，本人仍以培养学生自学能力为主，提高学生的素质为目标。通过教育,让学生深切的感受到拥有知识能够提高生活和工作的质量,使自己成为一个睿智和有品位的人!本人深切的明白,教育不是灌输,而是点燃火焰!班级作为学校教学活动的基础单位，其管理水平的高低，对完成教学任务起着举足轻重的作用。因而，本人在班级管理上想尽一切办法挖掘学生学习的内动力,使每个学生的潜能都能够得以释放!</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本人一直把教学看得很重，如何备好课、上好课一直是心里的重头戏，一堂课上下来，感觉好的话，整整一天，都会欢欣鼓舞。在较好地完成教学工作的同时，坚持听课，注意学习组里老师的教学经验,努力探索适合自己的教学模式。本人从20xx年就开始研究培养学生自学能力为主的课堂教学模式,这些年也常常应用到教学中。</w:t>
      </w:r>
    </w:p>
    <w:p>
      <w:pPr>
        <w:spacing w:before="100" w:after="200" w:line="360" w:lineRule="auto"/>
        <w:ind w:firstLine="576"/>
        <w:jc w:val="left"/>
      </w:pPr>
      <w:r>
        <w:rPr>
          <w:rFonts w:ascii="宋体" w:eastAsia="宋体" w:hAnsi="宋体"/>
          <w:sz w:val="28"/>
        </w:rPr>
        <w:t xml:space="preserve"> 今年，在新的领导班子的带领下，我们全校推广以团队协作学习为主的课堂教学模式,本人欣喜地加入到的行列中，虽有时还难以改变以自己讲课为主的习惯,但现在慢慢地把课堂还给了学生，自己只做导演。今后本人要努力研究.多方学习,摸索出适合自己的高效课堂教学模式因为课堂，这学期本人开了3节公开课，一节数学组内，一节校内理科组观摩课，一节区级片公开课。其中区级公开课《探索规律》受到其他学校同行的一致好评。在接到校级理科组观摩课开课通知时，我很有压力。因为这是复习阶段的新的课堂新的尝试性的教学模式的观摩课。我从学习理论知识开始，翻阅大量书籍并从网上收集有关资料。数学组的老师和校长都非常重视这节课，给予我莫大的帮助，他们帮我定内容，一起出谋划策想教案和课件的设计，从修改到试上，细节的处理，时间的安排，他们一路给我提意见和建议，让我感觉不是我一人在开课，体现了团队协作精神。我在此感谢每一位给我无私帮助的人！同时也借此机会感谢在我生病期间默默关心我的人!</w:t>
      </w:r>
    </w:p>
    <w:p>
      <w:pPr>
        <w:spacing w:before="100" w:after="200" w:line="360" w:lineRule="auto"/>
        <w:jc w:val="left"/>
      </w:pPr>
      <w:r>
        <w:rPr>
          <w:rFonts w:ascii="宋体 (中文正文)" w:eastAsia="宋体" w:hAnsi="宋体 (中文正文)"/>
          <w:b/>
          <w:sz w:val="28"/>
        </w:rPr>
        <w:t>三、反思</w:t>
      </w:r>
    </w:p>
    <w:p>
      <w:pPr>
        <w:spacing w:before="100" w:after="200" w:line="360" w:lineRule="auto"/>
        <w:ind w:firstLine="576"/>
        <w:jc w:val="left"/>
      </w:pPr>
      <w:r>
        <w:rPr>
          <w:rFonts w:ascii="宋体" w:eastAsia="宋体" w:hAnsi="宋体"/>
          <w:sz w:val="28"/>
        </w:rPr>
        <w:t>本学期，通过学校加大对老师的评价力度，本人的观念有了很大的转变，对学校的办学理念更加理解，对自己的工作有了新的认识，对自己的定位更加明确。认真贯彻落实学校的办学理念，认真执行学校对教学工作的指示和各种规章制度。加强自身素质的提高，调动工作的积极性。做好本职工作，为学生服务，为教学服务。</w:t>
      </w:r>
    </w:p>
    <w:p>
      <w:pPr>
        <w:spacing w:before="100" w:after="200" w:line="360" w:lineRule="auto"/>
        <w:ind w:firstLine="576"/>
        <w:jc w:val="left"/>
      </w:pPr>
      <w:r>
        <w:rPr>
          <w:rFonts w:ascii="宋体" w:eastAsia="宋体" w:hAnsi="宋体"/>
          <w:sz w:val="28"/>
        </w:rPr>
        <w:t>反思本学年来的工作，也在思量着自己在工作中的不足。不足有以下几点：</w:t>
      </w:r>
    </w:p>
    <w:p>
      <w:pPr>
        <w:spacing w:before="100" w:after="200" w:line="360" w:lineRule="auto"/>
        <w:ind w:firstLine="576"/>
        <w:jc w:val="left"/>
      </w:pPr>
      <w:r>
        <w:rPr>
          <w:rFonts w:ascii="宋体" w:eastAsia="宋体" w:hAnsi="宋体"/>
          <w:sz w:val="28"/>
        </w:rPr>
        <w:t>1、思考得还不够多，不能及时将一些教学想法和问题记录下来，进行反思。因而只有一篇论文《如何上好讲评课》获省3等奖。</w:t>
      </w:r>
    </w:p>
    <w:p>
      <w:pPr>
        <w:spacing w:before="100" w:after="200" w:line="360" w:lineRule="auto"/>
        <w:ind w:firstLine="576"/>
        <w:jc w:val="left"/>
      </w:pPr>
      <w:r>
        <w:rPr>
          <w:rFonts w:ascii="宋体" w:eastAsia="宋体" w:hAnsi="宋体"/>
          <w:sz w:val="28"/>
        </w:rPr>
        <w:t>2、教研方面本学年加大了学习的力度，认真研读了一些有关方面的理论书籍，但在教学实践中的应用还不到位，研究做得不够细和实，没达到自己心中的目标。</w:t>
      </w:r>
    </w:p>
    <w:p>
      <w:pPr>
        <w:spacing w:before="100" w:after="200" w:line="360" w:lineRule="auto"/>
        <w:ind w:firstLine="576"/>
        <w:jc w:val="left"/>
      </w:pPr>
      <w:r>
        <w:rPr>
          <w:rFonts w:ascii="宋体" w:eastAsia="宋体" w:hAnsi="宋体"/>
          <w:sz w:val="28"/>
        </w:rPr>
        <w:t>3、教学中有特色、有创意的东西还不够多，其他的有些工作也有待于精益求精，以后工作应更加兢兢业业。</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过去的一年，再次回眸，一路崎岖，一路泥泞，也许愧对了家人，但收获了经验，收获了启示，收获了快乐。在人生的长河里，许多事情将会随着时间的流逝而慢慢淡忘，但这种独特的经历和感受却值得我用一生去体验，去回味，我将坚守这份宝贵而又永久的财富，并将以最大的热情投入到今后的工作中去，回报那些曾经给予我无私帮助的人。我也坚信：为伊消得人憔悴，衣带渐宽终不悔的我一定不会辜负学生家长和学校领导的期望.</w:t>
      </w:r>
    </w:p>
    <w:p>
      <w:pPr>
        <w:spacing w:before="100" w:after="200" w:line="360" w:lineRule="auto"/>
        <w:ind w:firstLine="576"/>
        <w:jc w:val="left"/>
      </w:pPr>
      <w:r>
        <w:rPr>
          <w:rFonts w:ascii="宋体" w:eastAsia="宋体" w:hAnsi="宋体"/>
          <w:sz w:val="28"/>
        </w:rPr>
        <w:t>参加评优，是给自己一次总结和思考的机会，无论结果如何，我都会一如既往的工作！谢谢大家</w:t>
      </w:r>
    </w:p>
    <w:p>
      <w:pPr>
        <w:spacing w:before="100" w:after="200" w:line="360" w:lineRule="auto"/>
        <w:ind w:firstLine="576"/>
        <w:jc w:val="left"/>
      </w:pPr>
      <w:r>
        <w:rPr>
          <w:rFonts w:ascii="宋体" w:eastAsia="宋体" w:hAnsi="宋体"/>
          <w:sz w:val="28"/>
        </w:rPr>
        <w:t>20xx年12月，我有幸被评选x市首届中学语文骨干教师，自20xx年1月起，任期三年。光阴似箭，三年的骨干教师时日悄然过去了。回首这三年来走过的路，虽然很艰辛，但更多的是欣喜、是快乐、是成熟。我知道，过去能成为市级骨干教师，是学校领导的关怀和鼓励，是老师们对我的帮助和支持。我深知这既是一种荣誉，更是一种压力与责任。</w:t>
      </w:r>
    </w:p>
    <w:p>
      <w:pPr>
        <w:spacing w:before="100" w:after="200" w:line="360" w:lineRule="auto"/>
        <w:ind w:firstLine="576"/>
        <w:jc w:val="left"/>
      </w:pPr>
      <w:r>
        <w:rPr>
          <w:rFonts w:ascii="宋体" w:eastAsia="宋体" w:hAnsi="宋体"/>
          <w:sz w:val="28"/>
        </w:rPr>
        <w:t>我热爱教育事业，工作中做到脚踏实地、刻苦钻研、勤勤垦垦，兢兢业业。我爱每一个学生，时刻用自己的言行去感染他们，用自己的真诚和善良去感化每一个学生；用自己的钻研、勤学来引领每一个学生。做到教师无小节，处处是教育。与学生建立起民主、平等、和谐的良好师生关系。</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我深知“读书是一种良好的生活方式”，所以经常从繁忙的教学工作中抽出时间来阅读。通过重读那些文学名著，增强了我对名著内容的深入了解，也更增加了我的知识养料；通过学习教育专家的理论文章，开阔了我的教育视野，提高了我的理论水平；通过学习《教师的人格魅力》，我学会了如何做一名学生爱戴的老师，提高了我的做人修养。我还经常关注x市教育博客的内容，在同行的博客中学习经验，探讨不足，及时把握当前语文教学的最新动态，并把先进的教育教学理念应用到具体的教学实践中去，积极去探索先进的教学模式争取达到教学的最优化。然后，又把在教学实践中的心得体会形成文字，写成文章。《我的语文教学观》一文，就是在这种情况下产生的。这篇文章在20xx年3月《x师训》发表后，受到同行一致好评。</w:t>
      </w:r>
    </w:p>
    <w:p>
      <w:pPr>
        <w:spacing w:before="100" w:after="200" w:line="360" w:lineRule="auto"/>
        <w:ind w:firstLine="576"/>
        <w:jc w:val="left"/>
      </w:pPr>
      <w:r>
        <w:rPr>
          <w:rFonts w:ascii="宋体" w:eastAsia="宋体" w:hAnsi="宋体"/>
          <w:sz w:val="28"/>
        </w:rPr>
        <w:t>xxxx年对我来说是一个有魅力的年份，经历了从城郊到乡村又到市值学校的经历，使我对教育、对教学有了更深的认识，对自己的思想和教学都有很大的提升。</w:t>
      </w:r>
    </w:p>
    <w:p>
      <w:pPr>
        <w:spacing w:before="100" w:after="200" w:line="360" w:lineRule="auto"/>
        <w:ind w:firstLine="576"/>
        <w:jc w:val="left"/>
      </w:pPr>
      <w:r>
        <w:rPr>
          <w:rFonts w:ascii="宋体" w:eastAsia="宋体" w:hAnsi="宋体"/>
          <w:sz w:val="28"/>
        </w:rPr>
        <w:t>第一、内化师德</w:t>
      </w:r>
    </w:p>
    <w:p>
      <w:pPr>
        <w:spacing w:before="100" w:after="200" w:line="360" w:lineRule="auto"/>
        <w:ind w:firstLine="576"/>
        <w:jc w:val="left"/>
      </w:pPr>
      <w:r>
        <w:rPr>
          <w:rFonts w:ascii="宋体" w:eastAsia="宋体" w:hAnsi="宋体"/>
          <w:sz w:val="28"/>
        </w:rPr>
        <w:t>教师职业道德六条，原来只是记住，现在内化为行动。在教育教学实践中，认真践行每一天，爱国守法、爱岗敬业、关爱学生、为人师表、教书育人和终身学习。每一天都在践行，尤其是关爱学生和终身学习这两部分内容。支教时，我关注一个后进生一年，为其写了几十篇观察日志，关心他，信任他，指导他，在我回来之时，淳朴的家长给我送了亲自捉的蝉蛹作为答谢，直至今日，让我想起来就感觉到一种职业的幸福和快乐。</w:t>
      </w:r>
    </w:p>
    <w:p>
      <w:pPr>
        <w:spacing w:before="100" w:after="200" w:line="360" w:lineRule="auto"/>
        <w:ind w:firstLine="576"/>
        <w:jc w:val="left"/>
      </w:pPr>
      <w:r>
        <w:rPr>
          <w:rFonts w:ascii="宋体" w:eastAsia="宋体" w:hAnsi="宋体"/>
          <w:sz w:val="28"/>
        </w:rPr>
        <w:t>第二、站稳课堂</w:t>
      </w:r>
    </w:p>
    <w:p>
      <w:pPr>
        <w:spacing w:before="100" w:after="200" w:line="360" w:lineRule="auto"/>
        <w:ind w:firstLine="576"/>
        <w:jc w:val="left"/>
      </w:pPr>
      <w:r>
        <w:rPr>
          <w:rFonts w:ascii="宋体" w:eastAsia="宋体" w:hAnsi="宋体"/>
          <w:sz w:val="28"/>
        </w:rPr>
        <w:t>作为教师，最重要的是站稳课堂。这些年来，一直在课堂上“站”着，至于是不是“稳”，自己都没握不准。xxxx年10月份，我借评教学能手的事儿，“逼”了自己一把，参与了评选，历时将近5个月的教学能手参评的经历，给予我的不仅仅是那个还未到手的“花纸”，而是这个经历。在这个经历中，我慢慢感觉在课堂上能“站”稳一些了，讲坛感觉真正属于了自己。</w:t>
      </w:r>
    </w:p>
    <w:p>
      <w:pPr>
        <w:spacing w:before="100" w:after="200" w:line="360" w:lineRule="auto"/>
        <w:ind w:firstLine="576"/>
        <w:jc w:val="left"/>
      </w:pPr>
      <w:r>
        <w:rPr>
          <w:rFonts w:ascii="宋体" w:eastAsia="宋体" w:hAnsi="宋体"/>
          <w:sz w:val="28"/>
        </w:rPr>
        <w:t>第三、努力学习</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由于年龄和学校条件的限制，公派出去学习的机会较少，我就寻求自我突破，加强自费外出学习，收获匪浅。另外，通过读书不断提升自己的理念，xxxx年一年来，读完了苏霍姆林斯基选集，从厚厚的五本书中，我悟到什么是真正的教育，什么是真正的教育人，什么是教育的情怀和理想。</w:t>
      </w:r>
    </w:p>
    <w:p>
      <w:pPr>
        <w:spacing w:before="100" w:after="200" w:line="360" w:lineRule="auto"/>
        <w:ind w:firstLine="576"/>
        <w:jc w:val="left"/>
      </w:pPr>
      <w:r>
        <w:rPr>
          <w:rFonts w:ascii="宋体" w:eastAsia="宋体" w:hAnsi="宋体"/>
          <w:sz w:val="28"/>
        </w:rPr>
        <w:t>第四、讲学著书</w:t>
      </w:r>
    </w:p>
    <w:p>
      <w:pPr>
        <w:spacing w:before="100" w:after="200" w:line="360" w:lineRule="auto"/>
        <w:ind w:firstLine="576"/>
        <w:jc w:val="left"/>
      </w:pPr>
      <w:r>
        <w:rPr>
          <w:rFonts w:ascii="宋体" w:eastAsia="宋体" w:hAnsi="宋体"/>
          <w:sz w:val="28"/>
        </w:rPr>
        <w:t>讲学著书是我今年最大的收获。xxxx年度，先后被邀去河南临颍、项城和曲阜等地讲读书、反思和写作的事儿，和同行分享自己的学习经历和体会，获得广泛好评，让我也获得了巨大的自我认同感。xxxx年10月份，一本《做最好的小学科学教师》的小书拿到手，为我这一年的实践和学习画上了一个圆满的句号。</w:t>
      </w:r>
    </w:p>
    <w:p>
      <w:pPr>
        <w:spacing w:before="100" w:after="200" w:line="360" w:lineRule="auto"/>
        <w:ind w:firstLine="576"/>
        <w:jc w:val="left"/>
      </w:pPr>
      <w:r>
        <w:rPr>
          <w:rFonts w:ascii="宋体" w:eastAsia="宋体" w:hAnsi="宋体"/>
          <w:sz w:val="28"/>
        </w:rPr>
        <w:t>总之，一年来，脚步匆匆，“做”得多，“思”得少，从各方面来说，收获还是不错的。新的一年已经来临，我需要且行且思，做真做实做新教育。</w:t>
      </w:r>
    </w:p>
    <w:p>
      <w:pPr>
        <w:spacing w:before="100" w:after="200" w:line="360" w:lineRule="auto"/>
        <w:ind w:firstLine="576"/>
        <w:jc w:val="left"/>
      </w:pPr>
      <w:r>
        <w:rPr>
          <w:rFonts w:ascii="宋体" w:eastAsia="宋体" w:hAnsi="宋体"/>
          <w:sz w:val="28"/>
        </w:rPr>
        <w:t>其次，从个人教学方面，一个学期以来，我能够认真完成学校规定的备课、授课、辅导、批改作业、学生成绩评价等教学任务和教学工作量，我不断的在教学中进行探索和实践，不断的提高自己的组织教学能力，丰富自己的教学经验，尽可能的根据学生特点因材施教，注重对学生基础知识、基本能力和学习兴趣、学习方法的培养，注重学生综合素质的提高。</w:t>
      </w:r>
    </w:p>
    <w:p>
      <w:pPr>
        <w:spacing w:before="100" w:after="200" w:line="360" w:lineRule="auto"/>
        <w:ind w:firstLine="576"/>
        <w:jc w:val="left"/>
      </w:pPr>
      <w:r>
        <w:rPr>
          <w:rFonts w:ascii="宋体" w:eastAsia="宋体" w:hAnsi="宋体"/>
          <w:sz w:val="28"/>
        </w:rPr>
        <w:t>在教学中，我不断的进行教学反思，尽可能的让教学反思贯穿于我的教学过程之中，每次上完课后，我都尽量写出教学反思点，然后在交流的基础上整理出自己的反思文章。</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比如：我在教学三年级下册31页第7题时，发现学生只单纯的掌握一种判断积的方法还不行，于是，我经过引导，对学生适时进行了解决问题策略的培养，并整理出反思文章。</w:t>
      </w:r>
    </w:p>
    <w:p>
      <w:pPr>
        <w:spacing w:before="100" w:after="200" w:line="360" w:lineRule="auto"/>
        <w:ind w:firstLine="576"/>
        <w:jc w:val="left"/>
      </w:pPr>
      <w:r>
        <w:rPr>
          <w:rFonts w:ascii="宋体" w:eastAsia="宋体" w:hAnsi="宋体"/>
          <w:sz w:val="28"/>
        </w:rPr>
        <w:t>再比如：我在培养学生认真书写的习惯时，发现一些程度好的学生被宠坏了，他们不愿意为了书写工整而费劲，于是，我改变了批评教育的方式，最终让这部分学生接受批评，在这个过程中，我同时进行了教学反思。</w:t>
      </w:r>
    </w:p>
    <w:p>
      <w:pPr>
        <w:spacing w:before="100" w:after="200" w:line="360" w:lineRule="auto"/>
        <w:ind w:firstLine="576"/>
        <w:jc w:val="left"/>
      </w:pPr>
      <w:r>
        <w:rPr>
          <w:rFonts w:ascii="宋体" w:eastAsia="宋体" w:hAnsi="宋体"/>
          <w:sz w:val="28"/>
        </w:rPr>
        <w:t>在教科研方面，我积极探索我校国家级实验课题教学反思和教师专业成长课题实验，通过认真学习，在王校长的指导下，我写出了该课题的实施方案。</w:t>
      </w:r>
    </w:p>
    <w:p>
      <w:pPr>
        <w:spacing w:before="100" w:after="200" w:line="360" w:lineRule="auto"/>
        <w:ind w:firstLine="576"/>
        <w:jc w:val="left"/>
      </w:pPr>
      <w:r>
        <w:rPr>
          <w:rFonts w:ascii="宋体" w:eastAsia="宋体" w:hAnsi="宋体"/>
          <w:sz w:val="28"/>
        </w:rPr>
        <w:t>教学反思是一个不断学习课改理念、实践课改理念的过程，教学反思是一个不断发现教学中的问题、不断寻求教学问题的策略、不断改进教学、不断提高教学质量的过程。基于此，我在方案中，将教学反思定为四步：</w:t>
      </w:r>
    </w:p>
    <w:p>
      <w:pPr>
        <w:spacing w:before="100" w:after="200" w:line="360" w:lineRule="auto"/>
        <w:ind w:firstLine="576"/>
        <w:jc w:val="left"/>
      </w:pPr>
      <w:r>
        <w:rPr>
          <w:rFonts w:ascii="宋体" w:eastAsia="宋体" w:hAnsi="宋体"/>
          <w:sz w:val="28"/>
        </w:rPr>
        <w:t>（1）读书和学习；</w:t>
      </w:r>
    </w:p>
    <w:p>
      <w:pPr>
        <w:spacing w:before="100" w:after="200" w:line="360" w:lineRule="auto"/>
        <w:ind w:firstLine="576"/>
        <w:jc w:val="left"/>
      </w:pPr>
      <w:r>
        <w:rPr>
          <w:rFonts w:ascii="宋体" w:eastAsia="宋体" w:hAnsi="宋体"/>
          <w:sz w:val="28"/>
        </w:rPr>
        <w:t>（2）教学中的思考；</w:t>
      </w:r>
    </w:p>
    <w:p>
      <w:pPr>
        <w:spacing w:before="100" w:after="200" w:line="360" w:lineRule="auto"/>
        <w:ind w:firstLine="576"/>
        <w:jc w:val="left"/>
      </w:pPr>
      <w:r>
        <w:rPr>
          <w:rFonts w:ascii="宋体" w:eastAsia="宋体" w:hAnsi="宋体"/>
          <w:sz w:val="28"/>
        </w:rPr>
        <w:t>（3）同伴交流；</w:t>
      </w:r>
    </w:p>
    <w:p>
      <w:pPr>
        <w:spacing w:before="100" w:after="200" w:line="360" w:lineRule="auto"/>
        <w:ind w:firstLine="576"/>
        <w:jc w:val="left"/>
      </w:pPr>
      <w:r>
        <w:rPr>
          <w:rFonts w:ascii="宋体" w:eastAsia="宋体" w:hAnsi="宋体"/>
          <w:sz w:val="28"/>
        </w:rPr>
        <w:t>（4）写教学反思文章。只有将教学反思成为一个动态的、滚动发展的过程，写教学反思文章才不会成为教学反思的终止。</w:t>
      </w:r>
    </w:p>
    <w:p>
      <w:pPr>
        <w:spacing w:before="100" w:after="200" w:line="360" w:lineRule="auto"/>
        <w:ind w:firstLine="576"/>
        <w:jc w:val="left"/>
      </w:pPr>
      <w:r>
        <w:rPr>
          <w:rFonts w:ascii="宋体" w:eastAsia="宋体" w:hAnsi="宋体"/>
          <w:sz w:val="28"/>
        </w:rPr>
        <w:t>为了探索教学反思对课堂教学的影响，我设计了，在方案中，我提出了三个设想，以此来推动教学反思对教师专业成长的促进作用。</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1）课题来自于问题，问题来自于反思。活动前，研讨大组每位教师对已有教学经验进行反思，整理出自己课堂教学中存在的问题，在组内交流中整理出本组研究的共性问题，围绕组内共性问题确定本次研讨活动的主题，并确定所上研讨课的课题。</w:t>
      </w:r>
    </w:p>
    <w:p>
      <w:pPr>
        <w:spacing w:before="100" w:after="200" w:line="360" w:lineRule="auto"/>
        <w:ind w:firstLine="576"/>
        <w:jc w:val="left"/>
      </w:pPr>
      <w:r>
        <w:rPr>
          <w:rFonts w:ascii="宋体" w:eastAsia="宋体" w:hAnsi="宋体"/>
          <w:sz w:val="28"/>
        </w:rPr>
        <w:t>（2）一人讲课，共同上课。每个人都要围绕本组研究主题设计教案，每个人都要进行课前、课中和课后反思。</w:t>
      </w:r>
    </w:p>
    <w:p>
      <w:pPr>
        <w:spacing w:before="100" w:after="200" w:line="360" w:lineRule="auto"/>
        <w:ind w:firstLine="576"/>
        <w:jc w:val="left"/>
      </w:pPr>
      <w:r>
        <w:rPr>
          <w:rFonts w:ascii="宋体" w:eastAsia="宋体" w:hAnsi="宋体"/>
          <w:sz w:val="28"/>
        </w:rPr>
        <w:t>（3）解决老问题，产生新问题。各教研组以本次研讨课活动为起点，在本次研讨中取得研究成果的基础上，寻求新的研究问题，通过不断的教学反思和不断的开展教学研讨活动，开创我校校本科研的新局面。</w:t>
      </w:r>
    </w:p>
    <w:p>
      <w:pPr>
        <w:spacing w:before="100" w:after="200" w:line="360" w:lineRule="auto"/>
        <w:ind w:firstLine="576"/>
        <w:jc w:val="left"/>
      </w:pPr>
      <w:r>
        <w:rPr>
          <w:rFonts w:ascii="宋体" w:eastAsia="宋体" w:hAnsi="宋体"/>
          <w:sz w:val="28"/>
        </w:rPr>
        <w:t>在数学教研方面，作为区大学数学学科的兼职教研员，我和潘老师一起，积极开展了研读课标、读懂教材系列教研活动和东区数学教师基本功评比活动。为了贯彻市教育局和东区教研室关于研读课标的总体要求，我们从东区学校实际出发，制定切实可行的研读课标、读懂教材系列教研活动方案，通过人人参与、校际联动等方式，引领数学教师在深入理解课标精神的基础上，全面把握教材内涵，提高数学学科能力。</w:t>
      </w:r>
    </w:p>
    <w:p>
      <w:pPr>
        <w:spacing w:before="100" w:after="200" w:line="360" w:lineRule="auto"/>
        <w:ind w:firstLine="576"/>
        <w:jc w:val="left"/>
      </w:pPr>
      <w:r>
        <w:rPr>
          <w:rFonts w:ascii="宋体" w:eastAsia="宋体" w:hAnsi="宋体"/>
          <w:sz w:val="28"/>
        </w:rPr>
        <w:t>另外，我们结合区青年教师课堂教学达标评优活动，引领青年教师开展数学基本功训练，通过开展全区范围内的选拔评比，推荐出优秀人选，并在市基本功评比中获得一名市一等奖和一名市三等奖的好成绩。</w:t>
      </w:r>
    </w:p>
    <w:p>
      <w:pPr>
        <w:spacing w:before="100" w:after="200" w:line="360" w:lineRule="auto"/>
        <w:ind w:firstLine="576"/>
        <w:jc w:val="left"/>
      </w:pPr>
      <w:r>
        <w:rPr>
          <w:rFonts w:ascii="宋体" w:eastAsia="宋体" w:hAnsi="宋体"/>
          <w:sz w:val="28"/>
        </w:rPr>
        <w:t>时间如流水，一学年的教学工作已接近尾声。这一年，既忙碌，又充实，在校领导和同事们的帮助下，我顺利的完成了各方面的工作。现将本学年的工作做一个小结，借以促进提高。</w:t>
      </w:r>
    </w:p>
    <w:p>
      <w:pPr>
        <w:spacing w:before="100" w:after="200" w:line="360" w:lineRule="auto"/>
        <w:jc w:val="left"/>
      </w:pPr>
      <w:r>
        <w:rPr>
          <w:rFonts w:ascii="宋体 (中文正文)" w:eastAsia="宋体" w:hAnsi="宋体 (中文正文)"/>
          <w:b/>
          <w:sz w:val="28"/>
        </w:rPr>
        <w:t>一、思想工作方面</w:t>
      </w:r>
    </w:p>
    <w:p>
      <w:pPr>
        <w:spacing w:before="100" w:after="200" w:line="360" w:lineRule="auto"/>
        <w:ind w:firstLine="576"/>
        <w:jc w:val="left"/>
      </w:pPr>
      <w:r>
        <w:rPr>
          <w:rFonts w:ascii="宋体" w:eastAsia="宋体" w:hAnsi="宋体"/>
          <w:sz w:val="28"/>
        </w:rPr>
        <w:t>本人思想端正，热情努力，顾全大局，服从领导的工作安排，办事认真负责。热爱教育事业，能自觉遵守职业道德，在学生中树立了良好的教师形象。能够主动与同事研究业务，互相学习，配合默契，教学水平共同提高，并在各方面严格要求自己，认真学习，努力地提高自己。</w:t>
      </w:r>
    </w:p>
    <w:p>
      <w:pPr>
        <w:spacing w:before="100" w:after="200" w:line="360" w:lineRule="auto"/>
        <w:jc w:val="left"/>
        <w:sectPr w:rsidSect="00034616">
          <w:type w:val="nextPage"/>
          <w:pgSz w:w="11906" w:h="16838"/>
          <w:pgMar w:top="1440" w:right="1440" w:bottom="1440" w:left="1440" w:header="720" w:footer="720" w:gutter="0"/>
          <w:pgNumType w:start="8"/>
          <w:cols w:space="720"/>
          <w:titlePg w:val="0"/>
          <w:docGrid w:linePitch="360"/>
        </w:sectPr>
      </w:pPr>
      <w:r>
        <w:rPr>
          <w:rFonts w:ascii="宋体 (中文正文)" w:eastAsia="宋体" w:hAnsi="宋体 (中文正文)"/>
          <w:b/>
          <w:sz w:val="28"/>
        </w:rPr>
        <w:t>二、教育教学方面</w:t>
      </w:r>
    </w:p>
    <w:p>
      <w:pPr>
        <w:spacing w:before="100" w:after="200" w:line="360" w:lineRule="auto"/>
        <w:ind w:firstLine="576"/>
        <w:jc w:val="left"/>
      </w:pPr>
      <w:r>
        <w:rPr>
          <w:rFonts w:ascii="宋体" w:eastAsia="宋体" w:hAnsi="宋体"/>
          <w:sz w:val="28"/>
        </w:rPr>
        <w:t>教育教学是我们教师工作的首要任务。今年下半年本人担任二年级班主任及数学教学工作，同时兼带一年级数学教学。备课量大，任务繁重自不必多言。虽然很消耗脑力，每天要转换角色，转换思路上两节不同的数学课，但是却使自己更快的再次熟悉教材，知识量也飞速增加，并融会贯通。这对提高教学能力有很大的帮助！</w:t>
      </w:r>
    </w:p>
    <w:p>
      <w:pPr>
        <w:spacing w:before="100" w:after="200" w:line="360" w:lineRule="auto"/>
        <w:ind w:firstLine="576"/>
        <w:jc w:val="left"/>
      </w:pPr>
      <w:r>
        <w:rPr>
          <w:rFonts w:ascii="宋体" w:eastAsia="宋体" w:hAnsi="宋体"/>
          <w:sz w:val="28"/>
        </w:rPr>
        <w:t>在班级管理中，我以培养学生自学能力为主，提高学生的素质为目标。想尽一切办法挖掘学生学习的内动力，使每个学生的潜能都能够得以释放！通过教育，让学生深切的感受到拥有知识能够提高生活和工作的质量，使自己成为一个睿智和有品位的人！</w:t>
      </w:r>
    </w:p>
    <w:p>
      <w:pPr>
        <w:spacing w:before="100" w:after="200" w:line="360" w:lineRule="auto"/>
        <w:jc w:val="left"/>
      </w:pPr>
      <w:r>
        <w:rPr>
          <w:rFonts w:ascii="宋体 (中文正文)" w:eastAsia="宋体" w:hAnsi="宋体 (中文正文)"/>
          <w:b/>
          <w:sz w:val="28"/>
        </w:rPr>
        <w:t>三、反思</w:t>
      </w:r>
    </w:p>
    <w:p>
      <w:pPr>
        <w:spacing w:before="100" w:after="200" w:line="360" w:lineRule="auto"/>
        <w:ind w:firstLine="576"/>
        <w:jc w:val="left"/>
      </w:pPr>
      <w:r>
        <w:rPr>
          <w:rFonts w:ascii="宋体" w:eastAsia="宋体" w:hAnsi="宋体"/>
          <w:sz w:val="28"/>
        </w:rPr>
        <w:t>反思本学年来的工作，自己在工作中也存在着许多的不足。不足</w:t>
      </w:r>
    </w:p>
    <w:p>
      <w:pPr>
        <w:spacing w:before="100" w:after="200" w:line="360" w:lineRule="auto"/>
        <w:jc w:val="left"/>
      </w:pPr>
      <w:r>
        <w:rPr>
          <w:rFonts w:ascii="宋体 (中文正文)" w:eastAsia="宋体" w:hAnsi="宋体 (中文正文)"/>
          <w:sz w:val="28"/>
        </w:rPr>
        <w:t>有以下几点：</w:t>
      </w:r>
    </w:p>
    <w:p>
      <w:pPr>
        <w:spacing w:before="100" w:after="200" w:line="360" w:lineRule="auto"/>
        <w:ind w:firstLine="576"/>
        <w:jc w:val="left"/>
      </w:pPr>
      <w:r>
        <w:rPr>
          <w:rFonts w:ascii="宋体" w:eastAsia="宋体" w:hAnsi="宋体"/>
          <w:sz w:val="28"/>
        </w:rPr>
        <w:t>1、思考得还不够多，不能及时将一些教学想法和问题记录下来，进行反思。</w:t>
      </w:r>
    </w:p>
    <w:p>
      <w:pPr>
        <w:spacing w:before="100" w:after="200" w:line="360" w:lineRule="auto"/>
        <w:ind w:firstLine="576"/>
        <w:jc w:val="left"/>
      </w:pPr>
      <w:r>
        <w:rPr>
          <w:rFonts w:ascii="宋体" w:eastAsia="宋体" w:hAnsi="宋体"/>
          <w:sz w:val="28"/>
        </w:rPr>
        <w:t>2、教研方面本学年加大了学习的力度，认真研读了一些有关方面的理论书籍，但在教学实践中的应用还不到位，研究做得不够细和实，没达到自己心中的目标。</w:t>
      </w:r>
    </w:p>
    <w:p>
      <w:pPr>
        <w:spacing w:before="100" w:after="200" w:line="360" w:lineRule="auto"/>
        <w:ind w:firstLine="576"/>
        <w:jc w:val="left"/>
      </w:pPr>
      <w:r>
        <w:rPr>
          <w:rFonts w:ascii="宋体" w:eastAsia="宋体" w:hAnsi="宋体"/>
          <w:sz w:val="28"/>
        </w:rPr>
        <w:t>3、教学中有特色、有创意的东西还不够多，其他的有些工作也有待于精益求精，以后工作应更加兢兢业业。</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总之，过去的一年，我收获了经验，收获了启示，收获了快乐。我将坚守这份宝贵而又永久的财富，并将以最大的热情投入到今后的工作中去，回报那些曾经给予我无私帮助的人，不辜负学生家长和学校领导的期望。</w:t>
      </w:r>
    </w:p>
    <w:p>
      <w:pPr>
        <w:spacing w:before="100" w:after="200" w:line="360" w:lineRule="auto"/>
        <w:jc w:val="left"/>
      </w:pPr>
      <w:r>
        <w:rPr>
          <w:rFonts w:ascii="宋体 (中文正文)" w:eastAsia="宋体" w:hAnsi="宋体 (中文正文)"/>
          <w:b/>
          <w:sz w:val="28"/>
        </w:rPr>
        <w:t>一、思想方面</w:t>
      </w:r>
    </w:p>
    <w:p>
      <w:pPr>
        <w:spacing w:before="100" w:after="200" w:line="360" w:lineRule="auto"/>
        <w:ind w:firstLine="576"/>
        <w:jc w:val="left"/>
      </w:pPr>
      <w:r>
        <w:rPr>
          <w:rFonts w:ascii="宋体" w:eastAsia="宋体" w:hAnsi="宋体"/>
          <w:sz w:val="28"/>
        </w:rPr>
        <w:t>本人能积极参加政治学习，关心国家大事，坚持四项基本原则，拥护党的各项方针政策，遵守纪律，团结同志，热心帮助同志；教育目的明确，态度端正，钻研业务，勤奋刻苦；工作认真负责，关心学生，爱护学生，为人师表，有奉献精神。</w:t>
      </w:r>
    </w:p>
    <w:p>
      <w:pPr>
        <w:spacing w:before="100" w:after="200" w:line="360" w:lineRule="auto"/>
        <w:jc w:val="left"/>
      </w:pPr>
      <w:r>
        <w:rPr>
          <w:rFonts w:ascii="宋体 (中文正文)" w:eastAsia="宋体" w:hAnsi="宋体 (中文正文)"/>
          <w:b/>
          <w:sz w:val="28"/>
        </w:rPr>
        <w:t>二、教学方面</w:t>
      </w:r>
    </w:p>
    <w:p>
      <w:pPr>
        <w:spacing w:before="100" w:after="200" w:line="360" w:lineRule="auto"/>
        <w:ind w:firstLine="576"/>
        <w:jc w:val="left"/>
      </w:pPr>
      <w:r>
        <w:rPr>
          <w:rFonts w:ascii="宋体" w:eastAsia="宋体" w:hAnsi="宋体"/>
          <w:sz w:val="28"/>
        </w:rPr>
        <w:t>１、备课</w:t>
      </w:r>
    </w:p>
    <w:p>
      <w:pPr>
        <w:spacing w:before="100" w:after="200" w:line="360" w:lineRule="auto"/>
        <w:ind w:firstLine="576"/>
        <w:jc w:val="left"/>
      </w:pPr>
      <w:r>
        <w:rPr>
          <w:rFonts w:ascii="宋体" w:eastAsia="宋体" w:hAnsi="宋体"/>
          <w:sz w:val="28"/>
        </w:rPr>
        <w:t>本期，按照学校的要求进行集体备课。备课前，认真通读两遍课文，思考学生可能遇到的困难，抓住教材的重点、难点，进行教学预设。然后，参加学科组备课研讨，交流对教学的看法。根据交流的情况，写出主案或者草案。再根据班级和自己的实际，对教案做出适当的调整或改动。</w:t>
      </w:r>
    </w:p>
    <w:p>
      <w:pPr>
        <w:spacing w:before="100" w:after="200" w:line="360" w:lineRule="auto"/>
        <w:ind w:firstLine="576"/>
        <w:jc w:val="left"/>
      </w:pPr>
      <w:r>
        <w:rPr>
          <w:rFonts w:ascii="宋体" w:eastAsia="宋体" w:hAnsi="宋体"/>
          <w:sz w:val="28"/>
        </w:rPr>
        <w:t>２、上课</w:t>
      </w:r>
    </w:p>
    <w:p>
      <w:pPr>
        <w:spacing w:before="100" w:after="200" w:line="360" w:lineRule="auto"/>
        <w:ind w:firstLine="576"/>
        <w:jc w:val="left"/>
      </w:pPr>
      <w:r>
        <w:rPr>
          <w:rFonts w:ascii="宋体" w:eastAsia="宋体" w:hAnsi="宋体"/>
          <w:sz w:val="28"/>
        </w:rPr>
        <w:t>上好课的前提是做好课前准备，不打无准备之仗。上课时认真讲课，力求抓住重点，突破难点，精讲精练。运用多种教学方法，从学生的实际出发，设计充满情趣和思维张力的教学情境，调动学生学习的积极性和创造性思维，使学生有举一反三的能力。注意面向全体学生，培养学困生的学习兴趣，有难度的问题由优等生展示；一般问题由中等生展示；简单些的总是由学困生展示。学生展示时，认真观察课堂情况，及时给予评价、引导、点拨，课后及时写下教后记，找出不足。</w:t>
      </w:r>
    </w:p>
    <w:p>
      <w:pPr>
        <w:spacing w:before="100" w:after="200" w:line="360" w:lineRule="auto"/>
        <w:ind w:firstLine="576"/>
        <w:jc w:val="left"/>
      </w:pPr>
      <w:r>
        <w:rPr>
          <w:rFonts w:ascii="宋体" w:eastAsia="宋体" w:hAnsi="宋体"/>
          <w:sz w:val="28"/>
        </w:rPr>
        <w:t>３、辅导</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４、作业</w:t>
      </w:r>
    </w:p>
    <w:p>
      <w:pPr>
        <w:spacing w:before="100" w:after="200" w:line="360" w:lineRule="auto"/>
        <w:ind w:firstLine="576"/>
        <w:jc w:val="left"/>
      </w:pPr>
      <w:r>
        <w:rPr>
          <w:rFonts w:ascii="宋体" w:eastAsia="宋体" w:hAnsi="宋体"/>
          <w:sz w:val="28"/>
        </w:rPr>
        <w:t>根据减负的要求，我把每天的作业经过精心地挑选，适当地留一些有利于学生能力发展的、发挥主动性和创造性的作业。</w:t>
      </w:r>
    </w:p>
    <w:p>
      <w:pPr>
        <w:spacing w:before="100" w:after="200" w:line="360" w:lineRule="auto"/>
        <w:jc w:val="left"/>
      </w:pPr>
      <w:r>
        <w:rPr>
          <w:rFonts w:ascii="宋体 (中文正文)" w:eastAsia="宋体" w:hAnsi="宋体 (中文正文)"/>
          <w:b/>
          <w:sz w:val="28"/>
        </w:rPr>
        <w:t>二、课改工作</w:t>
      </w:r>
    </w:p>
    <w:p>
      <w:pPr>
        <w:spacing w:before="100" w:after="200" w:line="360" w:lineRule="auto"/>
        <w:ind w:firstLine="576"/>
        <w:jc w:val="left"/>
      </w:pPr>
      <w:r>
        <w:rPr>
          <w:rFonts w:ascii="宋体" w:eastAsia="宋体" w:hAnsi="宋体"/>
          <w:sz w:val="28"/>
        </w:rPr>
        <w:t>课堂教学已经历时两年半，我从最初的狂热到后来的困惑到现在的坚定，对课改的认识不断趋于理性。课改是一项系统工程，不可能一蹴而就。对于我们来说，他还是一个新生事物，在他的发展过程中，一定会有很多问题，这是一种事物完善自身的必然。所以，遇到问题之后，我不再怀疑课改的正确性，而积极地思索解决的办法。比如作文教学，我尝试以活动带作文，培养学生的作文兴趣，效果还不错。但在把活动做细做深方面，存在很大的困难。阅读教学是语文教学的重头戏，搞好课改必须在阅读教学上下功夫。可是阅读教学存在的困难是学生照搬资料现象严重，自主思考的少了，怎么办呢？我想还是问题还是出在教学情境的设计上。只出示问题，学生很快就会找到答案，阅读的兴味就淡了。如果是创设了恰当的教学情境，学生就会在情境中体验、领会、感悟，学习氛围就很浓郁，思维就会一直处于活跃之中。案例见《走入情境，让课堂充满活力，教学例谈》。</w:t>
      </w:r>
    </w:p>
    <w:p>
      <w:pPr>
        <w:spacing w:before="100" w:after="200" w:line="360" w:lineRule="auto"/>
        <w:ind w:firstLine="576"/>
        <w:jc w:val="left"/>
      </w:pPr>
      <w:r>
        <w:rPr>
          <w:rFonts w:ascii="宋体" w:eastAsia="宋体" w:hAnsi="宋体"/>
          <w:sz w:val="28"/>
        </w:rPr>
        <w:t>时间如流水，一学年的教学工作已接近尾声，回顾这一年的工作，想说的真是太多太多。这一年，既忙碌，又充实，在校领导和同事们的帮助下，我顺利的完成了各方面的工作。现将本学年的工作做一个小结，借以促进提高。</w:t>
      </w:r>
    </w:p>
    <w:p>
      <w:pPr>
        <w:spacing w:before="100" w:after="200" w:line="360" w:lineRule="auto"/>
        <w:jc w:val="left"/>
      </w:pPr>
      <w:r>
        <w:rPr>
          <w:rFonts w:ascii="宋体 (中文正文)" w:eastAsia="宋体" w:hAnsi="宋体 (中文正文)"/>
          <w:b/>
          <w:sz w:val="28"/>
        </w:rPr>
        <w:t>一、思想政治方面</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能够顾全大局，团结协作。</w:t>
      </w:r>
    </w:p>
    <w:p>
      <w:pPr>
        <w:spacing w:before="100" w:after="200" w:line="360" w:lineRule="auto"/>
        <w:jc w:val="left"/>
      </w:pPr>
      <w:r>
        <w:rPr>
          <w:rFonts w:ascii="宋体 (中文正文)" w:eastAsia="宋体" w:hAnsi="宋体 (中文正文)"/>
          <w:b/>
          <w:sz w:val="28"/>
        </w:rPr>
        <w:t>二、教育教学方面</w:t>
      </w:r>
    </w:p>
    <w:p>
      <w:pPr>
        <w:spacing w:before="100" w:after="200" w:line="360" w:lineRule="auto"/>
        <w:ind w:firstLine="576"/>
        <w:jc w:val="left"/>
      </w:pPr>
      <w:r>
        <w:rPr>
          <w:rFonts w:ascii="宋体" w:eastAsia="宋体" w:hAnsi="宋体"/>
          <w:sz w:val="28"/>
        </w:rPr>
        <w:t>在教学准备上，新老师面临的最大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的前提。</w:t>
      </w:r>
    </w:p>
    <w:p>
      <w:pPr>
        <w:spacing w:before="100" w:after="200" w:line="360" w:lineRule="auto"/>
        <w:ind w:firstLine="576"/>
        <w:jc w:val="left"/>
      </w:pPr>
      <w:r>
        <w:rPr>
          <w:rFonts w:ascii="宋体" w:eastAsia="宋体" w:hAnsi="宋体"/>
          <w:sz w:val="28"/>
        </w:rPr>
        <w:t>在研究教材方面，对于课程的教学重难点，起初把握不是很精当，但在老教师的指导帮助下，通过对教师教学用书的反复研读和学习，我逐步对教学重难点的把握有了一定的领悟。在教学工作中，读懂、</w:t>
      </w:r>
    </w:p>
    <w:p>
      <w:pPr>
        <w:spacing w:before="100" w:after="200" w:line="360" w:lineRule="auto"/>
        <w:ind w:firstLine="576"/>
        <w:jc w:val="left"/>
      </w:pPr>
      <w:r>
        <w:rPr>
          <w:rFonts w:ascii="宋体" w:eastAsia="宋体" w:hAnsi="宋体"/>
          <w:sz w:val="28"/>
        </w:rPr>
        <w:t>读透教材非常重要。只有把教材吃透，理解消化了，教学的效果和质量才能得到保证和提升。</w:t>
      </w:r>
    </w:p>
    <w:p>
      <w:pPr>
        <w:spacing w:before="100" w:after="200" w:line="360" w:lineRule="auto"/>
        <w:ind w:firstLine="576"/>
        <w:jc w:val="left"/>
      </w:pPr>
      <w:r>
        <w:rPr>
          <w:rFonts w:ascii="宋体" w:eastAsia="宋体" w:hAnsi="宋体"/>
          <w:sz w:val="28"/>
        </w:rPr>
        <w:t>在课堂教学中，注重灵活地选择教学方法，并注意围绕教学目标来开展教学活动，注重培养学生的课前预习、课后复习的良好学习习惯。本着“一课一评，在评中求反思，在反思中求提升”原则，我都会认真听取其他听课老师提出的宝贵意见和建议，认真反思并改进。自己也认为，只有善于进行教学反思才能使自己成长得更快。</w:t>
      </w:r>
    </w:p>
    <w:p>
      <w:pPr>
        <w:spacing w:before="100" w:after="200" w:line="360" w:lineRule="auto"/>
        <w:jc w:val="left"/>
      </w:pPr>
      <w:r>
        <w:rPr>
          <w:rFonts w:ascii="宋体 (中文正文)" w:eastAsia="宋体" w:hAnsi="宋体 (中文正文)"/>
          <w:b/>
          <w:sz w:val="28"/>
        </w:rPr>
        <w:t>三、专业素养与业务能力方面</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我深切体会到“书到用时方恨少”的含义，每每面对学生们天马行空的各种各类问题时，暗叹学生的天真浪漫，同时也在思考着，如果这样下去，自己势必会被孩子们问得瞠目结舌，就如同那个经典的比喻：“假如学生是一个圆圈，那么老师仅仅是套住学生的一个更大的圆圈而已”如果不想尽办法，扩大这个圆圈的范围，那么终有一天必将被这个时代所淘汰。一年来，我不断地为自己充电，除了平常的教研活动、请教老教师之外，更多的时间是花在阅读书籍报刊上，尤其是全国各地名师的教学设计、教学实录以及教学论文等。同时，我还积极参加各种各类的教师培训与教研活动，这都让我获益匪浅。</w:t>
      </w:r>
    </w:p>
    <w:p>
      <w:pPr>
        <w:spacing w:before="100" w:after="200" w:line="360" w:lineRule="auto"/>
        <w:jc w:val="left"/>
      </w:pPr>
      <w:r>
        <w:rPr>
          <w:rFonts w:ascii="宋体 (中文正文)" w:eastAsia="宋体" w:hAnsi="宋体 (中文正文)"/>
          <w:b/>
          <w:sz w:val="28"/>
        </w:rPr>
        <w:t>四、反思</w:t>
      </w:r>
    </w:p>
    <w:p>
      <w:pPr>
        <w:spacing w:before="100" w:after="200" w:line="360" w:lineRule="auto"/>
        <w:ind w:firstLine="576"/>
        <w:jc w:val="left"/>
      </w:pPr>
      <w:r>
        <w:rPr>
          <w:rFonts w:ascii="宋体" w:eastAsia="宋体" w:hAnsi="宋体"/>
          <w:sz w:val="28"/>
        </w:rPr>
        <w:t>本学年，本人对自己的工作有了新的认识，对自己的定位更加明确。认真贯彻落实学校的办学理念，认真执行学校对教学工作的指示和各种规章制度。加强自身素质的提高，调动工作的积极性。做好本职工作，为学生服务，为教学服务。反思本学年来的工作，也在思量</w:t>
      </w:r>
    </w:p>
    <w:p>
      <w:pPr>
        <w:spacing w:before="100" w:after="200" w:line="360" w:lineRule="auto"/>
        <w:ind w:firstLine="576"/>
        <w:jc w:val="left"/>
      </w:pPr>
      <w:r>
        <w:rPr>
          <w:rFonts w:ascii="宋体" w:eastAsia="宋体" w:hAnsi="宋体"/>
          <w:sz w:val="28"/>
        </w:rPr>
        <w:t>着自己在工作中的不足。不足有以下几点：</w:t>
      </w:r>
    </w:p>
    <w:p>
      <w:pPr>
        <w:spacing w:before="100" w:after="200" w:line="360" w:lineRule="auto"/>
        <w:ind w:firstLine="576"/>
        <w:jc w:val="left"/>
      </w:pPr>
      <w:r>
        <w:rPr>
          <w:rFonts w:ascii="宋体" w:eastAsia="宋体" w:hAnsi="宋体"/>
          <w:sz w:val="28"/>
        </w:rPr>
        <w:t>1、思考得还不够多，不能及时将一些教学想法和问题记录下来，进行反思。</w:t>
      </w:r>
    </w:p>
    <w:p>
      <w:pPr>
        <w:spacing w:before="100" w:after="200" w:line="360" w:lineRule="auto"/>
        <w:ind w:firstLine="576"/>
        <w:jc w:val="left"/>
      </w:pPr>
      <w:r>
        <w:rPr>
          <w:rFonts w:ascii="宋体" w:eastAsia="宋体" w:hAnsi="宋体"/>
          <w:sz w:val="28"/>
        </w:rPr>
        <w:t>2、教研方面本学年认真研读了一些有关方面的理论书籍，但在教学实践中的应用还不到位，研究做得不够细和实，没达到自己心中的目标。</w:t>
      </w:r>
    </w:p>
    <w:p>
      <w:pPr>
        <w:spacing w:before="100" w:after="200" w:line="360" w:lineRule="auto"/>
        <w:ind w:firstLine="576"/>
        <w:jc w:val="left"/>
      </w:pPr>
      <w:r>
        <w:rPr>
          <w:rFonts w:ascii="宋体" w:eastAsia="宋体" w:hAnsi="宋体"/>
          <w:sz w:val="28"/>
        </w:rPr>
        <w:t>3、教学中有特色、有创意的东西还不够多，其他的有些工作也有待于精益求精，以后工作应更加兢兢业业。</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过去的一年，再次回眸，一路崎岖，一路泥泞，收获了经验，收获了启示，收获了快乐。在人生的长河里，许多事情将会随着时间的流逝而慢慢淡忘，但这种独特的经历和感受却值得我用一生去体验，去回味，我将坚守这份宝贵而又永久的财富，并将以最大的热情投入到今后的工作中去，回报那些曾经给予我无私帮助的人。我也坚信：我一定不会辜负学生家长和学校领导的期望！</w:t>
      </w:r>
    </w:p>
    <w:p>
      <w:pPr>
        <w:spacing w:before="100" w:after="200" w:line="360" w:lineRule="auto"/>
        <w:ind w:firstLine="576"/>
        <w:jc w:val="left"/>
      </w:pPr>
      <w:r>
        <w:rPr>
          <w:rFonts w:ascii="宋体" w:eastAsia="宋体" w:hAnsi="宋体"/>
          <w:sz w:val="28"/>
        </w:rPr>
        <w:t>思想对一个人的影响是很大的，它首先会影响的就是你的做事风格。我在教师这个岗位上已经有一段时间了，现在我也算得上是一位资深教室了。在教师这个岗位上，我积极做好教学工作，履行教师的职责，并且本着爱岗敬业、踏踏实实的精神，全身心的投入了教育工作，为学校做出了很大的贡献。</w:t>
      </w:r>
    </w:p>
    <w:p>
      <w:pPr>
        <w:spacing w:before="100" w:after="200" w:line="360" w:lineRule="auto"/>
        <w:ind w:firstLine="576"/>
        <w:jc w:val="left"/>
      </w:pPr>
      <w:r>
        <w:rPr>
          <w:rFonts w:ascii="宋体" w:eastAsia="宋体" w:hAnsi="宋体"/>
          <w:sz w:val="28"/>
        </w:rPr>
        <w:t>毕业时，我千方百计地想逃避当教师的命运，可最终还是被送进了中学的大门。无奈之中，心怀一丝不满，走进了教室大门，开始了我的教师生涯。面对着全体学生和听课的老师，我的不满情绪使我做出了种种不负责任的事情，心理上做好了挨批的准备。</w:t>
      </w:r>
    </w:p>
    <w:p>
      <w:pPr>
        <w:spacing w:before="100" w:after="200" w:line="360" w:lineRule="auto"/>
        <w:ind w:firstLine="576"/>
        <w:jc w:val="left"/>
      </w:pPr>
      <w:r>
        <w:rPr>
          <w:rFonts w:ascii="宋体" w:eastAsia="宋体" w:hAnsi="宋体"/>
          <w:sz w:val="28"/>
        </w:rPr>
        <w:t>然而，学校领导并没有把我一下子看死。他们挖掘我讲课中的长处。极力鼓励我发挥自己的优势，并为我提供了种种机会。在他们的帮助下，我形成了自己的讲课风格，受到了学生们的欢迎。我也开始喜欢上课堂了。</w:t>
      </w:r>
    </w:p>
    <w:p>
      <w:pPr>
        <w:spacing w:before="100" w:after="200" w:line="360" w:lineRule="auto"/>
        <w:ind w:firstLine="576"/>
        <w:jc w:val="left"/>
      </w:pPr>
      <w:r>
        <w:rPr>
          <w:rFonts w:ascii="宋体" w:eastAsia="宋体" w:hAnsi="宋体"/>
          <w:sz w:val="28"/>
        </w:rPr>
        <w:t>在校领导及老教师们的帮助下，我渐渐爱上了教学工作。从中我感受到了老一辈教师的殷切期望，他们的无私与宽容，使我感到自己的渺小。</w:t>
      </w:r>
    </w:p>
    <w:p>
      <w:pPr>
        <w:spacing w:before="100" w:after="200" w:line="360" w:lineRule="auto"/>
        <w:ind w:firstLine="576"/>
        <w:jc w:val="left"/>
      </w:pPr>
      <w:r>
        <w:rPr>
          <w:rFonts w:ascii="宋体" w:eastAsia="宋体" w:hAnsi="宋体"/>
          <w:sz w:val="28"/>
        </w:rPr>
        <w:t>学生们热切的期望与诚挚的信赖，使我逐渐地与他们接近，最终我与学生们建立了坦诚亲切的关系。</w:t>
      </w:r>
    </w:p>
    <w:p>
      <w:pPr>
        <w:spacing w:before="100" w:after="200" w:line="360" w:lineRule="auto"/>
        <w:ind w:firstLine="576"/>
        <w:jc w:val="left"/>
      </w:pPr>
      <w:r>
        <w:rPr>
          <w:rFonts w:ascii="宋体" w:eastAsia="宋体" w:hAnsi="宋体"/>
          <w:sz w:val="28"/>
        </w:rPr>
        <w:t>如今，我体会到了教育园地的纯洁、可爱，对自己的职业也感到了自豪。我似乎看到学生们企盼的眼神，期待我给他们更多的知识。强烈的责任心在我心中油然而生，促使我更踏实更勤奋地在教育园地中耕耘。</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我知道自己可能还存在不足，但是这些我在以后的生活中都会改善，我相信只要我有决心，这些都不是问题。</w:t>
      </w:r>
    </w:p>
    <w:p>
      <w:pPr>
        <w:spacing w:before="100" w:after="200" w:line="360" w:lineRule="auto"/>
        <w:ind w:firstLine="576"/>
        <w:jc w:val="left"/>
      </w:pPr>
      <w:r>
        <w:rPr>
          <w:rFonts w:ascii="宋体" w:eastAsia="宋体" w:hAnsi="宋体"/>
          <w:sz w:val="28"/>
        </w:rPr>
        <w:t>本学期，我任教一年级三个特色班以及六年级（6）班的英语教学工作。在教学过程中，我一直遵从以下几个理念，进行教学。</w:t>
      </w:r>
    </w:p>
    <w:p>
      <w:pPr>
        <w:spacing w:before="100" w:after="200" w:line="360" w:lineRule="auto"/>
        <w:ind w:firstLine="576"/>
        <w:jc w:val="left"/>
      </w:pPr>
      <w:r>
        <w:rPr>
          <w:rFonts w:ascii="宋体" w:eastAsia="宋体" w:hAnsi="宋体"/>
          <w:sz w:val="28"/>
        </w:rPr>
        <w:t>如何充分发挥小学英语在实现教育目标中的功能，从而体现小学英语在整个课程中的地位和作用，是小学英语教学必须重视的问题。英语学习的启蒙阶段是非常重要的，教学的成功与否将对学生的终身学习产生深远影响。小学开设英语课程的目的在于培养学生学习英语的积极情感，形成初步的英语语感，打好语音、语调的基础，具备用所学英语进行交流的初级能力。通过英语课程的学习，丰富社会生活经历、开拓视野、树立学习的自信心。为此在实际教学中我们要求广大教师积极实践和探索，在教学目标、课程实施、教学方法、教学评价等方面做到层层推进。在实践过程中应该明确以下几点：</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https://d.book118.com/656115005202010102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56115005202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