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有关社团工作计划模板（32篇）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有关社团工作计划模板（通用32篇）</w:t>
      </w:r>
      <w:r>
        <w:rPr>
          <w:lang w:eastAsia="zh-CN"/>
        </w:rPr>
        <w:br/>
      </w:r>
      <w:r>
        <w:rPr>
          <w:lang w:eastAsia="zh-CN"/>
        </w:rPr>
        <w:t xml:space="preserve">    有关社团工作计划模板 篇1 </w:t>
      </w:r>
      <w:r>
        <w:rPr>
          <w:lang w:eastAsia="zh-CN"/>
        </w:rPr>
        <w:br/>
      </w:r>
      <w:r>
        <w:rPr>
          <w:lang w:eastAsia="zh-CN"/>
        </w:rPr>
        <w:t>　　新学年、新气象，在新学期的开始，团体部要继承和发扬上学期团结务实的工作精神，积极热情的工作态度;要总结以前工作中的失误，争取在新的学期中把学生团体的各项工作做的更好，顺利开展第六届社团文化艺术节各项活动，将我校的学生团体工作再上一个新台阶。</w:t>
      </w:r>
      <w:r>
        <w:rPr>
          <w:lang w:eastAsia="zh-CN"/>
        </w:rPr>
        <w:br/>
      </w:r>
      <w:r>
        <w:rPr>
          <w:lang w:eastAsia="zh-CN"/>
        </w:rPr>
        <w:t>　　一、工作思想</w:t>
      </w:r>
      <w:r>
        <w:rPr>
          <w:lang w:eastAsia="zh-CN"/>
        </w:rPr>
        <w:br/>
      </w:r>
      <w:r>
        <w:rPr>
          <w:lang w:eastAsia="zh-CN"/>
        </w:rPr>
        <w:t>　　以饱满的精神和青春的活力迎接新学期的挑战，不断提高部门的工作效率，优化部门的工作形式，丰富部门的工作内容，锻炼部门干部与干事的工作能力，完善部门的工作制度，更好地发挥团体部的作用，协助团委、学生会谱写出辉煌的工作乐章。</w:t>
      </w:r>
      <w:r>
        <w:rPr>
          <w:lang w:eastAsia="zh-CN"/>
        </w:rPr>
        <w:br/>
      </w:r>
      <w:r>
        <w:rPr>
          <w:lang w:eastAsia="zh-CN"/>
        </w:rPr>
        <w:t>　　二、工作宗旨</w:t>
      </w:r>
      <w:r>
        <w:rPr>
          <w:lang w:eastAsia="zh-CN"/>
        </w:rPr>
        <w:br/>
      </w:r>
      <w:r>
        <w:rPr>
          <w:lang w:eastAsia="zh-CN"/>
        </w:rPr>
        <w:t>　　团体部会以“和谐、热情、求实、拓新”为工作理念，积极引导、服务、协调、监督和考核全校学生社团，组织学生社团广泛开展丰富多彩、健康向上的学术、文化、体育、实践及公益活动。</w:t>
      </w:r>
      <w:r>
        <w:rPr>
          <w:lang w:eastAsia="zh-CN"/>
        </w:rPr>
        <w:br/>
      </w:r>
      <w:r>
        <w:rPr>
          <w:lang w:eastAsia="zh-CN"/>
        </w:rPr>
        <w:t>　　三、工作主题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校团委的领导下，围绕全校工作的具体安排，以社团发展为核心，以满足广大会员爱好为目标，以保证广大会员权益为目的，以开展社团会员为手段，以社团稳定发展为基础，组织丰富多彩的社团活动，满足学生的精神文化需求，服务校园文明建设;加强学生社团的监管力度，对校级大型社团活动给予大力支持;进步完善学生社团管理制度，维护学生社团成员的合法权益，为评估做出最大努力。</w:t>
      </w:r>
      <w:r>
        <w:rPr>
          <w:lang w:eastAsia="zh-CN"/>
        </w:rPr>
        <w:br/>
      </w:r>
      <w:r>
        <w:rPr>
          <w:lang w:eastAsia="zh-CN"/>
        </w:rPr>
        <w:t>　　四、重点工作</w:t>
      </w:r>
      <w:r>
        <w:rPr>
          <w:lang w:eastAsia="zh-CN"/>
        </w:rPr>
        <w:br/>
      </w:r>
      <w:r>
        <w:rPr>
          <w:lang w:eastAsia="zh-CN"/>
        </w:rPr>
        <w:t>　　（一）招收干事</w:t>
      </w:r>
      <w:r>
        <w:rPr>
          <w:lang w:eastAsia="zh-CN"/>
        </w:rPr>
        <w:br/>
      </w:r>
      <w:r>
        <w:rPr>
          <w:lang w:eastAsia="zh-CN"/>
        </w:rPr>
        <w:t>　　（二）社团开学注册</w:t>
      </w:r>
      <w:r>
        <w:rPr>
          <w:lang w:eastAsia="zh-CN"/>
        </w:rPr>
        <w:br/>
      </w:r>
      <w:r>
        <w:rPr>
          <w:lang w:eastAsia="zh-CN"/>
        </w:rPr>
        <w:t>　　（三）社团招收新会员</w:t>
      </w:r>
      <w:r>
        <w:rPr>
          <w:lang w:eastAsia="zh-CN"/>
        </w:rPr>
        <w:br/>
      </w:r>
      <w:r>
        <w:rPr>
          <w:lang w:eastAsia="zh-CN"/>
        </w:rPr>
        <w:t>　　（四）社团管理层转轨工作</w:t>
      </w:r>
      <w:r>
        <w:rPr>
          <w:lang w:eastAsia="zh-CN"/>
        </w:rPr>
        <w:br/>
      </w:r>
      <w:r>
        <w:rPr>
          <w:lang w:eastAsia="zh-CN"/>
        </w:rPr>
        <w:t>　　（五）社团文化艺术节</w:t>
      </w:r>
      <w:r>
        <w:rPr>
          <w:lang w:eastAsia="zh-CN"/>
        </w:rPr>
        <w:br/>
      </w:r>
      <w:r>
        <w:rPr>
          <w:lang w:eastAsia="zh-CN"/>
        </w:rPr>
        <w:t>　　（六）各种电子版、纸制档案的收取，整理。</w:t>
      </w:r>
      <w:r>
        <w:rPr>
          <w:lang w:eastAsia="zh-CN"/>
        </w:rPr>
        <w:br/>
      </w:r>
      <w:r>
        <w:rPr>
          <w:lang w:eastAsia="zh-CN"/>
        </w:rPr>
        <w:t>　　（七）抓紧各个系院学生团体部的职能，为成立社团联合会打好基础。</w:t>
      </w:r>
      <w:r>
        <w:rPr>
          <w:lang w:eastAsia="zh-CN"/>
        </w:rPr>
        <w:br/>
      </w:r>
      <w:r>
        <w:rPr>
          <w:lang w:eastAsia="zh-CN"/>
        </w:rPr>
        <w:t>　　五、具体工作</w:t>
      </w:r>
      <w:r>
        <w:rPr>
          <w:lang w:eastAsia="zh-CN"/>
        </w:rPr>
        <w:br/>
      </w:r>
      <w:r>
        <w:rPr>
          <w:lang w:eastAsia="zh-CN"/>
        </w:rPr>
        <w:t>　　第一、二周</w:t>
      </w:r>
      <w:r>
        <w:rPr>
          <w:lang w:eastAsia="zh-CN"/>
        </w:rPr>
        <w:br/>
      </w:r>
      <w:r>
        <w:rPr>
          <w:lang w:eastAsia="zh-CN"/>
        </w:rPr>
        <w:t>　　完成各个社团开学注册工作，张贴海报公式，并注明具体招收社员时间（第四周内），同时完成本部门干事招收工作，并分配各个任务。</w:t>
      </w:r>
      <w:r>
        <w:rPr>
          <w:lang w:eastAsia="zh-CN"/>
        </w:rPr>
        <w:br/>
      </w:r>
      <w:r>
        <w:rPr>
          <w:lang w:eastAsia="zh-CN"/>
        </w:rPr>
        <w:t>　　第三、四周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完成所有社团新社员招收工作，完成所有社团管理层转轨工作，确定新社团负责人并做好相关通讯录，确定社团文化艺术节总方案并将子方案全部收齐;举办社团文化艺术节开幕暨社团巡展。</w:t>
      </w:r>
      <w:r>
        <w:rPr>
          <w:lang w:eastAsia="zh-CN"/>
        </w:rPr>
        <w:br/>
      </w:r>
      <w:r>
        <w:rPr>
          <w:lang w:eastAsia="zh-CN"/>
        </w:rPr>
        <w:t>　　第五、六周</w:t>
      </w:r>
      <w:r>
        <w:rPr>
          <w:lang w:eastAsia="zh-CN"/>
        </w:rPr>
        <w:br/>
      </w:r>
      <w:r>
        <w:rPr>
          <w:lang w:eastAsia="zh-CN"/>
        </w:rPr>
        <w:t>　　监督审查各个社团的活动。</w:t>
      </w:r>
      <w:r>
        <w:rPr>
          <w:lang w:eastAsia="zh-CN"/>
        </w:rPr>
        <w:br/>
      </w:r>
      <w:r>
        <w:rPr>
          <w:lang w:eastAsia="zh-CN"/>
        </w:rPr>
        <w:t>　　第七、八、九周</w:t>
      </w:r>
      <w:r>
        <w:rPr>
          <w:lang w:eastAsia="zh-CN"/>
        </w:rPr>
        <w:br/>
      </w:r>
      <w:r>
        <w:rPr>
          <w:lang w:eastAsia="zh-CN"/>
        </w:rPr>
        <w:t>　　做好学生团体发展论坛预备工作，第九周论坛正式开始。</w:t>
      </w:r>
      <w:r>
        <w:rPr>
          <w:lang w:eastAsia="zh-CN"/>
        </w:rPr>
        <w:br/>
      </w:r>
      <w:r>
        <w:rPr>
          <w:lang w:eastAsia="zh-CN"/>
        </w:rPr>
        <w:t>　　第十、十一、十二周</w:t>
      </w:r>
      <w:r>
        <w:rPr>
          <w:lang w:eastAsia="zh-CN"/>
        </w:rPr>
        <w:br/>
      </w:r>
      <w:r>
        <w:rPr>
          <w:lang w:eastAsia="zh-CN"/>
        </w:rPr>
        <w:t>　　做好社团文化艺术节当中的每一个环节。在第十二周搞好闭幕式。</w:t>
      </w:r>
      <w:r>
        <w:rPr>
          <w:lang w:eastAsia="zh-CN"/>
        </w:rPr>
        <w:br/>
      </w:r>
      <w:r>
        <w:rPr>
          <w:lang w:eastAsia="zh-CN"/>
        </w:rPr>
        <w:t>　　第十三、十四周</w:t>
      </w:r>
      <w:r>
        <w:rPr>
          <w:lang w:eastAsia="zh-CN"/>
        </w:rPr>
        <w:br/>
      </w:r>
      <w:r>
        <w:rPr>
          <w:lang w:eastAsia="zh-CN"/>
        </w:rPr>
        <w:t>　　做好社团文化艺术节的总结工作。</w:t>
      </w:r>
      <w:r>
        <w:rPr>
          <w:lang w:eastAsia="zh-CN"/>
        </w:rPr>
        <w:br/>
      </w:r>
      <w:r>
        <w:rPr>
          <w:lang w:eastAsia="zh-CN"/>
        </w:rPr>
        <w:t>　　第十五、十六周</w:t>
      </w:r>
      <w:r>
        <w:rPr>
          <w:lang w:eastAsia="zh-CN"/>
        </w:rPr>
        <w:br/>
      </w:r>
      <w:r>
        <w:rPr>
          <w:lang w:eastAsia="zh-CN"/>
        </w:rPr>
        <w:t>　　做好本学期收尾工作，各个社团的学期总结，部门的总结。</w:t>
      </w:r>
      <w:r>
        <w:rPr>
          <w:lang w:eastAsia="zh-CN"/>
        </w:rPr>
        <w:br/>
      </w:r>
      <w:r>
        <w:rPr>
          <w:lang w:eastAsia="zh-CN"/>
        </w:rPr>
        <w:t>　　六、部门工作分配</w:t>
      </w:r>
      <w:r>
        <w:rPr>
          <w:lang w:eastAsia="zh-CN"/>
        </w:rPr>
        <w:br/>
      </w:r>
      <w:r>
        <w:rPr>
          <w:lang w:eastAsia="zh-CN"/>
        </w:rPr>
        <w:t>　　根据团委、学生会本学期的工作要求，我部现设立五个小组分配如下：</w:t>
      </w:r>
      <w:r>
        <w:rPr>
          <w:lang w:eastAsia="zh-CN"/>
        </w:rPr>
        <w:br/>
      </w:r>
      <w:r>
        <w:rPr>
          <w:lang w:eastAsia="zh-CN"/>
        </w:rPr>
        <w:t>　　1、部长、副部长：做好平时的日常监督管理;组织、策划各类学生团体活动以及协助各个社团活动的开展;学期末对干事和社团做最后的评定。</w:t>
      </w:r>
      <w:r>
        <w:rPr>
          <w:lang w:eastAsia="zh-CN"/>
        </w:rPr>
        <w:br/>
      </w:r>
      <w:r>
        <w:rPr>
          <w:lang w:eastAsia="zh-CN"/>
        </w:rPr>
        <w:t>　　2、办公室：做好档案、资料及日常文件的分类整理工作;更新社团工作人员的联系方式，以保信息畅通。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秘书组：以积极的态度、坚韧的毅力、务实的作风，完成对新干部的培训，引导新干部思想工作，使其更好的投入到工作中;做好历史档案的整理及存档;做好每次例会的考评;作好每一次的会议记录;协助办公室做好各社团资料的整理存档。</w:t>
      </w:r>
      <w:r>
        <w:rPr>
          <w:lang w:eastAsia="zh-CN"/>
        </w:rPr>
        <w:br/>
      </w:r>
      <w:r>
        <w:rPr>
          <w:lang w:eastAsia="zh-CN"/>
        </w:rPr>
        <w:t>　　4、活动、策划组：做好日常工作的同时并协助部长做好部门内部各种活动策划;审核各种社团上交的文件;完成“校园社团新秀汇演”的活动策划书;上交主席团进行修正、审批;进行招新的面试。</w:t>
      </w:r>
      <w:r>
        <w:rPr>
          <w:lang w:eastAsia="zh-CN"/>
        </w:rPr>
        <w:br/>
      </w:r>
      <w:r>
        <w:rPr>
          <w:lang w:eastAsia="zh-CN"/>
        </w:rPr>
        <w:t>　　5、宣传组：做好对各个社团的海报通知;更新新的社团社长通讯录。</w:t>
      </w:r>
      <w:r>
        <w:rPr>
          <w:lang w:eastAsia="zh-CN"/>
        </w:rPr>
        <w:br/>
      </w:r>
      <w:r>
        <w:rPr>
          <w:lang w:eastAsia="zh-CN"/>
        </w:rPr>
        <w:t>　　以上就是我这学期的工作骨干，我认为有了骨干是一切的基础，有一个清晰的骨干就会有将来繁茂的枝叶，我们团体部是有信心做到让老师、让同学，让所有人看到一个有活力、有生气的部门，我们会尽自己的最大可能让大家展示自己的才能，让大家的大学生活过得开心快乐，为本科评估做出我们最大的努力。</w:t>
      </w:r>
      <w:r>
        <w:rPr>
          <w:lang w:eastAsia="zh-CN"/>
        </w:rPr>
        <w:br/>
      </w:r>
      <w:r>
        <w:rPr>
          <w:lang w:eastAsia="zh-CN"/>
        </w:rPr>
        <w:t xml:space="preserve">    有关社团工作计划模板 篇2 </w:t>
      </w:r>
      <w:r>
        <w:rPr>
          <w:lang w:eastAsia="zh-CN"/>
        </w:rPr>
        <w:br/>
      </w:r>
      <w:r>
        <w:rPr>
          <w:lang w:eastAsia="zh-CN"/>
        </w:rPr>
        <w:t>　　对于未来的工作计划，我觉得首先应该调动各个社团的积极性，使每个社团的潜力得到最大的发挥。</w:t>
      </w:r>
      <w:r>
        <w:rPr>
          <w:lang w:eastAsia="zh-CN"/>
        </w:rPr>
        <w:br/>
      </w:r>
      <w:r>
        <w:rPr>
          <w:lang w:eastAsia="zh-CN"/>
        </w:rPr>
        <w:t>　　社团是一个学生的团体组织，对于工作的热情是维系它发展与前进的动力，态度起着非常重要的作用，如果能充分调动各个社团的积极性，就能最大限度的发挥各个社团的能量，使我们的社团活动提高一个档次。我们的社团联非常庞大，下属将近40个社团，采用何种办法调动各个社团的积极性就成了一个非常关键的问题，也是我上任后要解决好的一个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现在我们的社团之间明显存在着一种诟病，那就是各个社团之间的联系不足，互相的合作做的还不够好，往往只是自己社做自己社的活动，没有太多和其他社团合作的机会，慢慢的社团联的凝聚力就会有所下降，积极性也就随之减少。</w:t>
      </w:r>
      <w:r>
        <w:rPr>
          <w:lang w:eastAsia="zh-CN"/>
        </w:rPr>
        <w:br/>
      </w:r>
      <w:r>
        <w:rPr>
          <w:lang w:eastAsia="zh-CN"/>
        </w:rPr>
        <w:t>　　为解决这个问题，我上任后会积极筹备一些活动，主要是各种可以使各个社团团结合作起来的活动，小的活动可以是2到3个社团的互相合作，大的活动可以参与的社团更多，只要善于发现各个社团的合作点，就可以让广大社团团结起来，一起搞好像“李阳疯狂英语”那样的超大型活动，这样不仅增加了社团联的凝聚力，而且还调动了广大社团的积极性。</w:t>
      </w:r>
      <w:r>
        <w:rPr>
          <w:lang w:eastAsia="zh-CN"/>
        </w:rPr>
        <w:br/>
      </w:r>
      <w:r>
        <w:rPr>
          <w:lang w:eastAsia="zh-CN"/>
        </w:rPr>
        <w:t>　　其次，我上任后会积极努力搞好和校学生会以及研究生会的联系与友好合作，这样不仅可以使社团联的外联比以往更上一个台阶，而且可以使我们学校的各个学生团体比以往更有凝聚力，增加中国石油大学的对外影响力。</w:t>
      </w:r>
      <w:r>
        <w:rPr>
          <w:lang w:eastAsia="zh-CN"/>
        </w:rPr>
        <w:br/>
      </w:r>
      <w:r>
        <w:rPr>
          <w:lang w:eastAsia="zh-CN"/>
        </w:rPr>
        <w:t>　　再次，我上任后会定立一系列相应的奖惩措施，俗话说“没有规矩，不成方圆”，只有定立完善的让大家信服的，让大家可以自觉遵守的制度才能使社团联向着健康的方向发展。</w:t>
      </w:r>
      <w:r>
        <w:rPr>
          <w:lang w:eastAsia="zh-CN"/>
        </w:rPr>
        <w:br/>
      </w:r>
      <w:r>
        <w:rPr>
          <w:lang w:eastAsia="zh-CN"/>
        </w:rPr>
        <w:t>　　对于社团活动丰富多彩的，在学校之中形成比较好的影响力与号召力的，得到广大师生的认可的，社团联应当适时予以奖励，对于活动稀少，活动组织不利成绩不佳的，或活动效果差在广大师生间影响恶劣的，应当予以警告，并做好长期查看。</w:t>
      </w:r>
      <w:r>
        <w:rPr>
          <w:lang w:eastAsia="zh-CN"/>
        </w:rPr>
        <w:br/>
      </w:r>
      <w:r>
        <w:rPr>
          <w:lang w:eastAsia="zh-CN"/>
        </w:rPr>
        <w:t xml:space="preserve">    有关社团工作计划模板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一、活动要求：</w:t>
      </w:r>
      <w:r>
        <w:rPr>
          <w:lang w:eastAsia="zh-CN"/>
        </w:rPr>
        <w:br/>
      </w:r>
      <w:r>
        <w:rPr>
          <w:lang w:eastAsia="zh-CN"/>
        </w:rPr>
        <w:t>　　初一年级英语社团活动人数不宜过多，大约40名左右。活动时间：周一下午第八节课。</w:t>
      </w:r>
      <w:r>
        <w:rPr>
          <w:lang w:eastAsia="zh-CN"/>
        </w:rPr>
        <w:br/>
      </w:r>
      <w:r>
        <w:rPr>
          <w:lang w:eastAsia="zh-CN"/>
        </w:rPr>
        <w:t>　　二、活动目标</w:t>
      </w:r>
      <w:r>
        <w:rPr>
          <w:lang w:eastAsia="zh-CN"/>
        </w:rPr>
        <w:br/>
      </w:r>
      <w:r>
        <w:rPr>
          <w:lang w:eastAsia="zh-CN"/>
        </w:rPr>
        <w:t>　　1、调动学生对口语练习的兴趣；</w:t>
      </w:r>
      <w:r>
        <w:rPr>
          <w:lang w:eastAsia="zh-CN"/>
        </w:rPr>
        <w:br/>
      </w:r>
      <w:r>
        <w:rPr>
          <w:lang w:eastAsia="zh-CN"/>
        </w:rPr>
        <w:t>　　2、让小组学生利用课上和课余时间引领全校同学参与英语口语训练，调动所有学生对英语口语学习的积极性。</w:t>
      </w:r>
      <w:r>
        <w:rPr>
          <w:lang w:eastAsia="zh-CN"/>
        </w:rPr>
        <w:br/>
      </w:r>
      <w:r>
        <w:rPr>
          <w:lang w:eastAsia="zh-CN"/>
        </w:rPr>
        <w:t>　　3、通过本学期的活动，使社团所有成员能在一定情境中用英语自由表达自己的思想。</w:t>
      </w:r>
      <w:r>
        <w:rPr>
          <w:lang w:eastAsia="zh-CN"/>
        </w:rPr>
        <w:br/>
      </w:r>
      <w:r>
        <w:rPr>
          <w:lang w:eastAsia="zh-CN"/>
        </w:rPr>
        <w:t>　　三、采取的措施</w:t>
      </w:r>
      <w:r>
        <w:rPr>
          <w:lang w:eastAsia="zh-CN"/>
        </w:rPr>
        <w:br/>
      </w:r>
      <w:r>
        <w:rPr>
          <w:lang w:eastAsia="zh-CN"/>
        </w:rPr>
        <w:t>　　1、做好组织工作</w:t>
      </w:r>
      <w:r>
        <w:rPr>
          <w:lang w:eastAsia="zh-CN"/>
        </w:rPr>
        <w:br/>
      </w:r>
      <w:r>
        <w:rPr>
          <w:lang w:eastAsia="zh-CN"/>
        </w:rPr>
        <w:t>　　在学生自愿报名参加的基础上，各班要挑选有一定英语口语基础、成绩好的学生参加，每班限报4人。</w:t>
      </w:r>
      <w:r>
        <w:rPr>
          <w:lang w:eastAsia="zh-CN"/>
        </w:rPr>
        <w:br/>
      </w:r>
      <w:r>
        <w:rPr>
          <w:lang w:eastAsia="zh-CN"/>
        </w:rPr>
        <w:t>　　2、 具体上课形式。</w:t>
      </w:r>
      <w:r>
        <w:rPr>
          <w:lang w:eastAsia="zh-CN"/>
        </w:rPr>
        <w:br/>
      </w:r>
      <w:r>
        <w:rPr>
          <w:lang w:eastAsia="zh-CN"/>
        </w:rPr>
        <w:t>　　（1）开展形式多样的英语口语活动，通过看图回答问题，看图编对话，自命题演讲，命题演讲，小对话、小组合作等形式锻炼口语。</w:t>
      </w:r>
      <w:r>
        <w:rPr>
          <w:lang w:eastAsia="zh-CN"/>
        </w:rPr>
        <w:br/>
      </w:r>
      <w:r>
        <w:rPr>
          <w:lang w:eastAsia="zh-CN"/>
        </w:rPr>
        <w:t>　　（2） 开展英语书法比赛、手抄报比赛、朗诵比赛、讲故事比赛等。</w:t>
      </w:r>
      <w:r>
        <w:rPr>
          <w:lang w:eastAsia="zh-CN"/>
        </w:rPr>
        <w:br/>
      </w:r>
      <w:r>
        <w:rPr>
          <w:lang w:eastAsia="zh-CN"/>
        </w:rPr>
        <w:t>　　（3） 编排、表演英语课本剧或小品等。</w:t>
      </w:r>
      <w:r>
        <w:rPr>
          <w:lang w:eastAsia="zh-CN"/>
        </w:rPr>
        <w:br/>
      </w:r>
      <w:r>
        <w:rPr>
          <w:lang w:eastAsia="zh-CN"/>
        </w:rPr>
        <w:t xml:space="preserve">    有关社团工作计划模板 篇4 </w:t>
      </w:r>
      <w:r>
        <w:rPr>
          <w:lang w:eastAsia="zh-CN"/>
        </w:rPr>
        <w:br/>
      </w:r>
      <w:r>
        <w:rPr>
          <w:lang w:eastAsia="zh-CN"/>
        </w:rPr>
        <w:t>　　一、活动目的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通过羽毛球社团活动普及羽毛球运动，提高学生羽毛球运动水平；丰富学生的文体生活；培养羽毛球爱好者。</w:t>
      </w:r>
      <w:r>
        <w:rPr>
          <w:lang w:eastAsia="zh-CN"/>
        </w:rPr>
        <w:br/>
      </w:r>
      <w:r>
        <w:rPr>
          <w:lang w:eastAsia="zh-CN"/>
        </w:rPr>
        <w:t>　　二、活动的任务</w:t>
      </w:r>
      <w:r>
        <w:rPr>
          <w:lang w:eastAsia="zh-CN"/>
        </w:rPr>
        <w:br/>
      </w:r>
      <w:r>
        <w:rPr>
          <w:lang w:eastAsia="zh-CN"/>
        </w:rPr>
        <w:t>　　①加强身体训练，全面发展身体素质，增强体质，提高身体各器官的机能。</w:t>
      </w:r>
      <w:r>
        <w:rPr>
          <w:lang w:eastAsia="zh-CN"/>
        </w:rPr>
        <w:br/>
      </w:r>
      <w:r>
        <w:rPr>
          <w:lang w:eastAsia="zh-CN"/>
        </w:rPr>
        <w:t>　　②学习和掌握羽毛球运动的基础知识，技术和战术，提高运用能力，为不断提高羽毛球运动水平打好基础。③为羽毛球运动的普及和提高培养优秀骨干。</w:t>
      </w:r>
      <w:r>
        <w:rPr>
          <w:lang w:eastAsia="zh-CN"/>
        </w:rPr>
        <w:br/>
      </w:r>
      <w:r>
        <w:rPr>
          <w:lang w:eastAsia="zh-CN"/>
        </w:rPr>
        <w:t>　　④进行思想品德教育，培养优良的作风和坚强的意志品质。</w:t>
      </w:r>
      <w:r>
        <w:rPr>
          <w:lang w:eastAsia="zh-CN"/>
        </w:rPr>
        <w:br/>
      </w:r>
      <w:r>
        <w:rPr>
          <w:lang w:eastAsia="zh-CN"/>
        </w:rPr>
        <w:t>　　三、课程安排：</w:t>
      </w:r>
      <w:r>
        <w:rPr>
          <w:lang w:eastAsia="zh-CN"/>
        </w:rPr>
        <w:br/>
      </w:r>
      <w:r>
        <w:rPr>
          <w:lang w:eastAsia="zh-CN"/>
        </w:rPr>
        <w:t>　　四、社团成员</w:t>
      </w:r>
      <w:r>
        <w:rPr>
          <w:lang w:eastAsia="zh-CN"/>
        </w:rPr>
        <w:br/>
      </w:r>
      <w:r>
        <w:rPr>
          <w:lang w:eastAsia="zh-CN"/>
        </w:rPr>
        <w:t>　　羽毛球社团活动总结</w:t>
      </w:r>
      <w:r>
        <w:rPr>
          <w:lang w:eastAsia="zh-CN"/>
        </w:rPr>
        <w:br/>
      </w:r>
      <w:r>
        <w:rPr>
          <w:lang w:eastAsia="zh-CN"/>
        </w:rPr>
        <w:t>　　随着学期的结束，羽毛球社团活动也将告一段落。通过一学期的社团活动，我发现学生对这项运动都很感兴趣，活动中都能互相帮助，认真练习；但是其中也有许多欠缺的地方值得深思。现将本学期的社团活动总结如下：</w:t>
      </w:r>
      <w:r>
        <w:rPr>
          <w:lang w:eastAsia="zh-CN"/>
        </w:rPr>
        <w:br/>
      </w:r>
      <w:r>
        <w:rPr>
          <w:lang w:eastAsia="zh-CN"/>
        </w:rPr>
        <w:t>　　一、作为学生的第二课堂，每位学生每次都准时到场地，在社长的带领下领取和归还器材都井然有序。</w:t>
      </w:r>
      <w:r>
        <w:rPr>
          <w:lang w:eastAsia="zh-CN"/>
        </w:rPr>
        <w:br/>
      </w:r>
      <w:r>
        <w:rPr>
          <w:lang w:eastAsia="zh-CN"/>
        </w:rPr>
        <w:t>　　二、每次练习和小型比赛都充满了相互加油的呐喊声。</w:t>
      </w:r>
      <w:r>
        <w:rPr>
          <w:lang w:eastAsia="zh-CN"/>
        </w:rPr>
        <w:br/>
      </w:r>
      <w:r>
        <w:rPr>
          <w:lang w:eastAsia="zh-CN"/>
        </w:rPr>
        <w:t>　　三、由于初中学生羽毛球基础薄弱，所以在开展活动的时候以学习基本的发球技术和步法为主，体能练习为辅。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四、由于学校场地少，并且是室外场地，又加上社团人员多，造成学生上场练习的机会很少，因此只能分组轮换练习，希望学校能在场地建设上加强投入。</w:t>
      </w:r>
      <w:r>
        <w:rPr>
          <w:lang w:eastAsia="zh-CN"/>
        </w:rPr>
        <w:br/>
      </w:r>
      <w:r>
        <w:rPr>
          <w:lang w:eastAsia="zh-CN"/>
        </w:rPr>
        <w:t>　　总之，经过一学期社团活动，学生的羽毛球水平有了进一步的提高，并能自觉积极进行练习。作为辅导员的我将不断提升自己的理论和实践水平。努力使社团的学生能走出校园，有能力参加各级各类的比赛。</w:t>
      </w:r>
      <w:r>
        <w:rPr>
          <w:lang w:eastAsia="zh-CN"/>
        </w:rPr>
        <w:br/>
      </w:r>
      <w:r>
        <w:rPr>
          <w:lang w:eastAsia="zh-CN"/>
        </w:rPr>
        <w:t xml:space="preserve">    有关社团工作计划模板 篇5 </w:t>
      </w:r>
      <w:r>
        <w:rPr>
          <w:lang w:eastAsia="zh-CN"/>
        </w:rPr>
        <w:br/>
      </w:r>
      <w:r>
        <w:rPr>
          <w:lang w:eastAsia="zh-CN"/>
        </w:rPr>
        <w:t>　　一、 活动目的及意义</w:t>
      </w:r>
      <w:r>
        <w:rPr>
          <w:lang w:eastAsia="zh-CN"/>
        </w:rPr>
        <w:br/>
      </w:r>
      <w:r>
        <w:rPr>
          <w:lang w:eastAsia="zh-CN"/>
        </w:rPr>
        <w:t>　　美术兴趣小组是课堂教学的补充和延伸，与课堂教学相比更具灵活性、可塑性，因而学生非常乐意参加。课外美术兴趣小组，在于培养学生对美术的兴趣、爱好、增长知识、提高技能、丰富学生的课余文化生活，为今后培养美术人才起着积极推动的作用。</w:t>
      </w:r>
      <w:r>
        <w:rPr>
          <w:lang w:eastAsia="zh-CN"/>
        </w:rPr>
        <w:br/>
      </w:r>
      <w:r>
        <w:rPr>
          <w:lang w:eastAsia="zh-CN"/>
        </w:rPr>
        <w:t>　　本学期拟开设的手工兴趣活动为一部分有特长爱好的学生提供一个展示个性才艺的机会和空间，使他们的一技之长得到充分的发挥和展示，以点带面，促进全校的美术活动。进一步了解美术的基本知识，提高学生的欣赏水平及创造能力。同时让学生在创作活动中体验变废为宝的创作过程。</w:t>
      </w:r>
      <w:r>
        <w:rPr>
          <w:lang w:eastAsia="zh-CN"/>
        </w:rPr>
        <w:br/>
      </w:r>
      <w:r>
        <w:rPr>
          <w:lang w:eastAsia="zh-CN"/>
        </w:rPr>
        <w:t>　　二、活动措施</w:t>
      </w:r>
      <w:r>
        <w:rPr>
          <w:lang w:eastAsia="zh-CN"/>
        </w:rPr>
        <w:br/>
      </w:r>
      <w:r>
        <w:rPr>
          <w:lang w:eastAsia="zh-CN"/>
        </w:rPr>
        <w:t>　　⒈认真做好手工制作的宣传动员工作，认识现代科技发展迅猛，具备创新能力是迎接未来世界挑战的需要，激发学生学习、探究科学的兴趣。</w:t>
      </w:r>
      <w:r>
        <w:rPr>
          <w:lang w:eastAsia="zh-CN"/>
        </w:rPr>
        <w:br/>
      </w:r>
      <w:r>
        <w:rPr>
          <w:lang w:eastAsia="zh-CN"/>
        </w:rPr>
        <w:t>　　⒉注重总结经验，积累材料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⒊充分动员，多渠道地开展自我展示活动，让学生充分展现自我。</w:t>
      </w:r>
      <w:r>
        <w:rPr>
          <w:lang w:eastAsia="zh-CN"/>
        </w:rPr>
        <w:br/>
      </w:r>
      <w:r>
        <w:rPr>
          <w:lang w:eastAsia="zh-CN"/>
        </w:rPr>
        <w:t>　　⒋采取各种方式，激发学生的学习积极性。</w:t>
      </w:r>
      <w:r>
        <w:rPr>
          <w:lang w:eastAsia="zh-CN"/>
        </w:rPr>
        <w:br/>
      </w:r>
      <w:r>
        <w:rPr>
          <w:lang w:eastAsia="zh-CN"/>
        </w:rPr>
        <w:t>　　⒌做好与各班班主任的协调与沟通工作。</w:t>
      </w:r>
      <w:r>
        <w:rPr>
          <w:lang w:eastAsia="zh-CN"/>
        </w:rPr>
        <w:br/>
      </w:r>
      <w:r>
        <w:rPr>
          <w:lang w:eastAsia="zh-CN"/>
        </w:rPr>
        <w:t>　　三、活动方式</w:t>
      </w:r>
      <w:r>
        <w:rPr>
          <w:lang w:eastAsia="zh-CN"/>
        </w:rPr>
        <w:br/>
      </w:r>
      <w:r>
        <w:rPr>
          <w:lang w:eastAsia="zh-CN"/>
        </w:rPr>
        <w:t>　　1、每次活动时点名记录，并保持室内卫生；</w:t>
      </w:r>
      <w:r>
        <w:rPr>
          <w:lang w:eastAsia="zh-CN"/>
        </w:rPr>
        <w:br/>
      </w:r>
      <w:r>
        <w:rPr>
          <w:lang w:eastAsia="zh-CN"/>
        </w:rPr>
        <w:t>　　2、每次布置的任务，学生应按时完成。</w:t>
      </w:r>
      <w:r>
        <w:rPr>
          <w:lang w:eastAsia="zh-CN"/>
        </w:rPr>
        <w:br/>
      </w:r>
      <w:r>
        <w:rPr>
          <w:lang w:eastAsia="zh-CN"/>
        </w:rPr>
        <w:t>　　四、活动安排</w:t>
      </w:r>
      <w:r>
        <w:rPr>
          <w:lang w:eastAsia="zh-CN"/>
        </w:rPr>
        <w:br/>
      </w:r>
      <w:r>
        <w:rPr>
          <w:lang w:eastAsia="zh-CN"/>
        </w:rPr>
        <w:t>　　项目一：欣赏名家手工作品</w:t>
      </w:r>
      <w:r>
        <w:rPr>
          <w:lang w:eastAsia="zh-CN"/>
        </w:rPr>
        <w:br/>
      </w:r>
      <w:r>
        <w:rPr>
          <w:lang w:eastAsia="zh-CN"/>
        </w:rPr>
        <w:t>　　项目二：了解泥塑基本技法，并自由尝试</w:t>
      </w:r>
      <w:r>
        <w:rPr>
          <w:lang w:eastAsia="zh-CN"/>
        </w:rPr>
        <w:br/>
      </w:r>
      <w:r>
        <w:rPr>
          <w:lang w:eastAsia="zh-CN"/>
        </w:rPr>
        <w:t>　　项目三：学习拼贴画的拼贴方法</w:t>
      </w:r>
      <w:r>
        <w:rPr>
          <w:lang w:eastAsia="zh-CN"/>
        </w:rPr>
        <w:br/>
      </w:r>
      <w:r>
        <w:rPr>
          <w:lang w:eastAsia="zh-CN"/>
        </w:rPr>
        <w:t>　　项目四：学习拼贴画的色彩搭配方法</w:t>
      </w:r>
      <w:r>
        <w:rPr>
          <w:lang w:eastAsia="zh-CN"/>
        </w:rPr>
        <w:br/>
      </w:r>
      <w:r>
        <w:rPr>
          <w:lang w:eastAsia="zh-CN"/>
        </w:rPr>
        <w:t>　　项目五：学习纸浮雕的制作方法</w:t>
      </w:r>
      <w:r>
        <w:rPr>
          <w:lang w:eastAsia="zh-CN"/>
        </w:rPr>
        <w:br/>
      </w:r>
      <w:r>
        <w:rPr>
          <w:lang w:eastAsia="zh-CN"/>
        </w:rPr>
        <w:t>　　通过灵活多样的展现形式让所有参与的人都能充分领略艺术的魅力。一次次的作品展，为学校增添了一份生气，还能让全校师生感受到学校艺术教育发展的成果。</w:t>
      </w:r>
      <w:r>
        <w:rPr>
          <w:lang w:eastAsia="zh-CN"/>
        </w:rPr>
        <w:br/>
      </w:r>
      <w:r>
        <w:rPr>
          <w:lang w:eastAsia="zh-CN"/>
        </w:rPr>
        <w:t xml:space="preserve">    有关社团工作计划模板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忙碌的十月已经悄然离去，新的一个月已经来临，我们软件学院社会实践部也将迎来新的工作计划。这个月我们将加大力度规范各活动，继续组织开展丰富多彩的校园学术、科技、文艺等文化活动，不断提高广大青年学生综合素质，繁荣校园文化，营造爱校气氛。我们部门一向遵从“大型活动届次化，小型活动体系化，常规活动特色化”的原则，做好做大现有传统的特色活动。现将本月的工作计划报告如下：</w:t>
      </w:r>
      <w:r>
        <w:rPr>
          <w:lang w:eastAsia="zh-CN"/>
        </w:rPr>
        <w:br/>
      </w:r>
      <w:r>
        <w:rPr>
          <w:lang w:eastAsia="zh-CN"/>
        </w:rPr>
        <w:t>　　一、魅力演绎——“我们约会吧”</w:t>
      </w:r>
      <w:r>
        <w:rPr>
          <w:lang w:eastAsia="zh-CN"/>
        </w:rPr>
        <w:br/>
      </w:r>
      <w:r>
        <w:rPr>
          <w:lang w:eastAsia="zh-CN"/>
        </w:rPr>
        <w:t>　　大学生作为现代青年都喜欢追求新鲜的、刺激的、浪漫的、能展示个性表现自我的时尚活动。为了丰富大学生活，激发当代大学生积极进取与创新的精神，我们民政学院将特别举办首届“我们约会吧”话剧比赛，该项比赛面向全校学生，让新一代的大学生在竞争与合作中学会比较，学会吸收，学会进步，培养大学生合作进取的优良品质，让大家认识到每一位同学都是构成学院大家庭的重要部分，不分你我，进而为我们所在的校园创造和谐、美好的氛围。</w:t>
      </w:r>
      <w:r>
        <w:rPr>
          <w:lang w:eastAsia="zh-CN"/>
        </w:rPr>
        <w:br/>
      </w:r>
      <w:r>
        <w:rPr>
          <w:lang w:eastAsia="zh-CN"/>
        </w:rPr>
        <w:t>　　二、坚守法制与安全教育</w:t>
      </w:r>
      <w:r>
        <w:rPr>
          <w:lang w:eastAsia="zh-CN"/>
        </w:rPr>
        <w:br/>
      </w:r>
      <w:r>
        <w:rPr>
          <w:lang w:eastAsia="zh-CN"/>
        </w:rPr>
        <w:t>　　为了响应院里“法制与安全宣传教育月”活动的号召，软件学院成立了“法制与安全宣传教育月”活动领导小组负责指导、协调此项活动，督查各项工作落实情况，评估活动小组。本次观看“法制安全教育”电影活动，希望能使刚踏入大学的青少年同学们清楚他们当中都有哪些犯罪因素和各类犯罪动机，让大一同学们能引以为鉴，并鉴于影片中的法制宣传让各位学生的法制观念进一步提高，遵纪守法观念，权利义务观念，特别是维护自身合法权益的观念开始树立，遇事首先要想是否合法，做事首先要想是否违法。在大学的三年中好好的完成学业并能更好的适应将要步入的社会。</w:t>
      </w:r>
      <w:r>
        <w:rPr>
          <w:lang w:eastAsia="zh-CN"/>
        </w:rPr>
        <w:br/>
      </w:r>
      <w:r>
        <w:rPr>
          <w:lang w:eastAsia="zh-CN"/>
        </w:rPr>
        <w:t>　　三、网络知识、自救自卫知识、家庭教育问卷调查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这个日新月异的时代，科技的发展是最迅速的有发展意味着有创新和竞争。面对社会、学校的发展形势大学生应该行动起来，适应社会发展的需要，加强计算机的学习。再者作为软件专业的专攻者，我们更应该对网络有很深的了解。举办这次的“网络知识”竞赛就是为了提高同学们的学习积极性，在加强计算机基础知识学习的同时，营造一种浓厚的学习氛围.能较好地发挥学生的特长，丰富学生的课余生活和提高同学们学习计算机的热忱。</w:t>
      </w:r>
      <w:r>
        <w:rPr>
          <w:lang w:eastAsia="zh-CN"/>
        </w:rPr>
        <w:br/>
      </w:r>
      <w:r>
        <w:rPr>
          <w:lang w:eastAsia="zh-CN"/>
        </w:rPr>
        <w:t>　　为宣传“自我保护意识”系列活动，特举办这次“自救自卫知识”竞赛的活动。此次活动主要是希望让大家掌握基本的自我防护知识，让大家尽量避免不必要的人身伤害。当危险突然降临时，避无可避，出手就“立竿见影”，培养心理素质，做到“临危不乱”。在日常生活中提升自卫防身能力，如：必要时的呼叫可以避险，应养成关门上锁的习惯，自卫常备的物品，投掷家中的用具来反击。在路上遇到麻烦或意外事故的处理方法：避开危险之地是防卫策略，摆脱路上醉酒者的纠缠，尽可能远离危险，尽量回避街头暴力。</w:t>
      </w:r>
      <w:r>
        <w:rPr>
          <w:lang w:eastAsia="zh-CN"/>
        </w:rPr>
        <w:br/>
      </w:r>
      <w:r>
        <w:rPr>
          <w:lang w:eastAsia="zh-CN"/>
        </w:rPr>
        <w:t>　　孩子的学习进步、健康成长，很大程度上取决于父母的教育方法。为了让老师能更有针对性的教学，我们将会对同学们进行一次家庭教育问卷调查。教育是一项非常复杂的工程，完美的教育必须由学校、社会、家庭共同来完成，三体合一才能形成强大的教育合力。正如一位学者所说：应当清楚的认识到，如何没有家庭教育的学校教育，或没有学校教育的家庭教育，都不能单独承担起塑造人这一细致、复杂的任务。</w:t>
      </w:r>
      <w:r>
        <w:rPr>
          <w:lang w:eastAsia="zh-CN"/>
        </w:rPr>
        <w:br/>
      </w:r>
      <w:r>
        <w:rPr>
          <w:lang w:eastAsia="zh-CN"/>
        </w:rPr>
        <w:t>　　四、新成员社会实践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为此次“我们约会吧”活动有足够的资金和资源，我们部门将要为此次活动拉赞助，因此，我们将会带领部门新成员去社会实践，带他们去校外接触生活，学习如何拉赞助，并借此来磨练他们的意志，以及锻炼他们的口才。</w:t>
      </w:r>
      <w:r>
        <w:rPr>
          <w:lang w:eastAsia="zh-CN"/>
        </w:rPr>
        <w:br/>
      </w:r>
      <w:r>
        <w:rPr>
          <w:lang w:eastAsia="zh-CN"/>
        </w:rPr>
        <w:t>　　上述都是本部门十一月份的工作内容，当然我们也要积极配合学校和学院，协助团委学生会等其他部门的工作。在开展好本部工作的同时，我们还将积极配合学校和学院的各项工作，积极协助各部门的工作，希望全</w:t>
      </w:r>
      <w:r>
        <w:rPr>
          <w:lang w:eastAsia="zh-CN"/>
        </w:rPr>
        <w:br/>
      </w:r>
      <w:r>
        <w:rPr>
          <w:lang w:eastAsia="zh-CN"/>
        </w:rPr>
        <w:t>　　校的老师和学生能给我们部门以支持和鼓励，同时我们部门也希望全校的老师和学生给我们多提宝贵的意见和建议，我们一定会努力的去做，去改正，力争把我校的各项学生工作推上一个新的台阶。</w:t>
      </w:r>
      <w:r>
        <w:rPr>
          <w:lang w:eastAsia="zh-CN"/>
        </w:rPr>
        <w:br/>
      </w:r>
      <w:r>
        <w:rPr>
          <w:lang w:eastAsia="zh-CN"/>
        </w:rPr>
        <w:t xml:space="preserve">    有关社团工作计划模板 篇7 </w:t>
      </w:r>
      <w:r>
        <w:rPr>
          <w:lang w:eastAsia="zh-CN"/>
        </w:rPr>
        <w:br/>
      </w:r>
      <w:r>
        <w:rPr>
          <w:lang w:eastAsia="zh-CN"/>
        </w:rPr>
        <w:t>　　寒风送走了秋日,迎来了寒冬。在严寒的冬日，我院青协将继续燃烧我们火热的青春，燃烧青年志愿者火焰般的奉献精神。我们将继续发扬青年志愿者的优良传统，积极投身于校园，投身于社会，以净化社会的不良风气、扶助弱势群体为己任，努力践行吃苦耐劳、服务社会的志愿者精神，用实际行动实践“立足学校、面向社会、服务库区”的宗旨。</w:t>
      </w:r>
      <w:r>
        <w:rPr>
          <w:lang w:eastAsia="zh-CN"/>
        </w:rPr>
        <w:br/>
      </w:r>
      <w:r>
        <w:rPr>
          <w:lang w:eastAsia="zh-CN"/>
        </w:rPr>
        <w:t>　　现将我部十一月计划如下：</w:t>
      </w:r>
      <w:r>
        <w:rPr>
          <w:lang w:eastAsia="zh-CN"/>
        </w:rPr>
        <w:br/>
      </w:r>
      <w:r>
        <w:rPr>
          <w:lang w:eastAsia="zh-CN"/>
        </w:rPr>
        <w:t>　　一、常规活动</w:t>
      </w:r>
      <w:r>
        <w:rPr>
          <w:lang w:eastAsia="zh-CN"/>
        </w:rPr>
        <w:br/>
      </w:r>
      <w:r>
        <w:rPr>
          <w:lang w:eastAsia="zh-CN"/>
        </w:rPr>
        <w:t>　　“学习永不止步，活到老学到老”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尊老爱老一直以来都是我们中华民族的优良传统，作为大学生和青年志愿者，我们身上荡漾着青春的气息，是感染社会的强力量之一。我们需要通过自己的一份努力，给老人带去关爱、快乐和温暖，树立榜样，营造全社会尊老敬老爱老的良好风尚，培养和提升公民的社会公德意识。作为新时代大学生和青年志愿者的我们有义务来担起这个社会责任，继续发扬中华民族的传统美德。通过我们的绵薄之力，传递爱的接力棒，给老人们带去物质支持和精神关怀，引起社会各界对老年人群体更多的关注。</w:t>
      </w:r>
      <w:r>
        <w:rPr>
          <w:lang w:eastAsia="zh-CN"/>
        </w:rPr>
        <w:br/>
      </w:r>
      <w:r>
        <w:rPr>
          <w:lang w:eastAsia="zh-CN"/>
        </w:rPr>
        <w:t>　　为了进一步弘扬“奉献、友爱、互助、进步”的志愿服务精神，倡导社会各界人士发扬人道主义精神，树尊老、敬老、爱老、助老的良好社会风尚，营造关爱、关心、关注老年人的和谐社会氛围。也为了锻炼大学生服务社会的能力，增强其社会责任感;发扬青年志愿者的无私奉献、服务社会的服务精神，传播青年志愿者协会的宗旨。我文学与新闻学院青年志愿者工作部兼青年志愿者协会携手物理与电子工程学院青年志愿者协会将在万州老年大学举办以“学习永不止步，活到老学到老”为主题的大型文艺汇演活动。</w:t>
      </w:r>
      <w:r>
        <w:rPr>
          <w:lang w:eastAsia="zh-CN"/>
        </w:rPr>
        <w:br/>
      </w:r>
      <w:r>
        <w:rPr>
          <w:lang w:eastAsia="zh-CN"/>
        </w:rPr>
        <w:t>　　二、长期性活动</w:t>
      </w:r>
      <w:r>
        <w:rPr>
          <w:lang w:eastAsia="zh-CN"/>
        </w:rPr>
        <w:br/>
      </w:r>
      <w:r>
        <w:rPr>
          <w:lang w:eastAsia="zh-CN"/>
        </w:rPr>
        <w:t>　　“最美不过夕阳红，敬老爱心共传递”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因为坚持“用爱交流、用心帮助”的宗旨，使得我部在爱心教育基地——上海文华福利院的敬老爱老活动得以传承。在本月，我部的干事和志愿者将继续担任爱心使者，将温暖带给福利院的孤寡老人们。活动将于每周六下午进行。针对不同的孤寡老人在年龄、经历、性格、身体健康等方面的差异，我们制定了科学的服务方案：将所有志愿者分为A、B、C三组，每组按照相应的实际情况分设志愿者人数。志愿者按照既定安排展开服务工作，主要负责帮助老人们打扫卫生、提水、擦窗户、洗衣服、整理床铺、陪老人做游戏、聊天等，全面融入到敬老院的生活和活动中去。干事则负责现场秩序的维护和突发事件的处理，以保证活动的正常开展。</w:t>
      </w:r>
      <w:r>
        <w:rPr>
          <w:lang w:eastAsia="zh-CN"/>
        </w:rPr>
        <w:br/>
      </w:r>
      <w:r>
        <w:rPr>
          <w:lang w:eastAsia="zh-CN"/>
        </w:rPr>
        <w:t>　　三、其他活动</w:t>
      </w:r>
      <w:r>
        <w:rPr>
          <w:lang w:eastAsia="zh-CN"/>
        </w:rPr>
        <w:br/>
      </w:r>
      <w:r>
        <w:rPr>
          <w:lang w:eastAsia="zh-CN"/>
        </w:rPr>
        <w:t>　　(一)无偿献血活动</w:t>
      </w:r>
      <w:r>
        <w:rPr>
          <w:lang w:eastAsia="zh-CN"/>
        </w:rPr>
        <w:br/>
      </w:r>
      <w:r>
        <w:rPr>
          <w:lang w:eastAsia="zh-CN"/>
        </w:rPr>
        <w:t>　　无偿献血是一项利国利民的公益性事业，是一项关系到社会和谐稳定、家庭幸福安康的民生工程，更是一座城市文明进步的标志。血液，是生命的源泉，是人间传递真情的红色纽带。无偿献血是无私奉献、救死扶伤、发扬人道主义的崇高行为，是每个公民应尽的责任和义务。作为当代大学生，我们更应该拿出自己的行动作为表率。我部将响应共青团的号召，积极组织志愿者加入这一神圣的行列，保证十一月份乃至以后的献血活动圆满完成，为每次献血活动的圆满完成贡献出自己的一份力量。让我们同在一片蓝天下，携手托起生命的绿舟!愿生命长久，让真爱永存!</w:t>
      </w:r>
      <w:r>
        <w:rPr>
          <w:lang w:eastAsia="zh-CN"/>
        </w:rPr>
        <w:br/>
      </w:r>
      <w:r>
        <w:rPr>
          <w:lang w:eastAsia="zh-CN"/>
        </w:rPr>
        <w:t>　　(二)迎新晚会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站在新学年的源头，为了迎接来自五湖四海的新同学，为进一步推进学校文艺活动的蓬勃发展，丰富校园文化，活跃学习氛围，给新同学们一个真正展示自我风采和勇气的舞台，我文新院将于11月12日举办一次大型迎新晚会，以激发同学们的青春活力与集体精神，弘扬新世纪大学生的精神风貌，丰富我院的人文气息，加强大学生间文化交流的宗旨，注意对同学各种才能的挖掘，以文艺活动的形式展示年轻一代对美的追求，对文艺的理解和对生活的热爱。为崭新的大学生活描下绚丽的一笔。这次晚会是新生的盛会，更是文新学院的盛会。我们青年志愿者协会将会协助各部门把本次文新院的盛会搞大，搞好!使得这次的盛会能够圆满的结束。</w:t>
      </w:r>
      <w:r>
        <w:rPr>
          <w:lang w:eastAsia="zh-CN"/>
        </w:rPr>
        <w:br/>
      </w:r>
      <w:r>
        <w:rPr>
          <w:lang w:eastAsia="zh-CN"/>
        </w:rPr>
        <w:t>　　对上为我部对十一月份工作的初步计划，我部将以此作为工作的指导，以确保以后的工作有章可循，避免盲目性。并以此提高工作效率和活动质量。另外，在活动具体开展时，我们将坚持从实际出发的原则，根据出现的新问题，作出相应的调整，将活动办得更好。面对</w:t>
      </w:r>
      <w:r>
        <w:rPr>
          <w:lang w:eastAsia="zh-CN"/>
        </w:rPr>
        <w:br/>
      </w:r>
      <w:r>
        <w:rPr>
          <w:lang w:eastAsia="zh-CN"/>
        </w:rPr>
        <w:t>　　新的机遇和挑战，我部将继续团结奋进，力争将每一次活动办到。</w:t>
      </w:r>
      <w:r>
        <w:rPr>
          <w:lang w:eastAsia="zh-CN"/>
        </w:rPr>
        <w:br/>
      </w:r>
      <w:r>
        <w:rPr>
          <w:lang w:eastAsia="zh-CN"/>
        </w:rPr>
        <w:t xml:space="preserve">    有关社团工作计划模板 篇8 </w:t>
      </w:r>
      <w:r>
        <w:rPr>
          <w:lang w:eastAsia="zh-CN"/>
        </w:rPr>
        <w:br/>
      </w:r>
      <w:r>
        <w:rPr>
          <w:lang w:eastAsia="zh-CN"/>
        </w:rPr>
        <w:t>　　凡事预则立，不预则废。为了更好的开展工作，把文学社办成真正培养各位同学们写作能力的社团，更好地激活文学社沉默的气息，向更好的方向发展。现本学期计划如下：</w:t>
      </w:r>
      <w:r>
        <w:rPr>
          <w:lang w:eastAsia="zh-CN"/>
        </w:rPr>
        <w:br/>
      </w:r>
      <w:r>
        <w:rPr>
          <w:lang w:eastAsia="zh-CN"/>
        </w:rPr>
        <w:t>　　一、招新</w:t>
      </w:r>
      <w:r>
        <w:rPr>
          <w:lang w:eastAsia="zh-CN"/>
        </w:rPr>
        <w:br/>
      </w:r>
      <w:r>
        <w:rPr>
          <w:lang w:eastAsia="zh-CN"/>
        </w:rPr>
        <w:t>　　（一）前期宣传</w:t>
      </w:r>
      <w:r>
        <w:rPr>
          <w:lang w:eastAsia="zh-CN"/>
        </w:rPr>
        <w:br/>
      </w:r>
      <w:r>
        <w:rPr>
          <w:lang w:eastAsia="zh-CN"/>
        </w:rPr>
        <w:t>　　1、分派人员到新生宿舍宣传</w:t>
      </w:r>
      <w:r>
        <w:rPr>
          <w:lang w:eastAsia="zh-CN"/>
        </w:rPr>
        <w:br/>
      </w:r>
      <w:r>
        <w:rPr>
          <w:lang w:eastAsia="zh-CN"/>
        </w:rPr>
        <w:t>　　时间:10.8~10.11</w:t>
      </w:r>
      <w:r>
        <w:rPr>
          <w:lang w:eastAsia="zh-CN"/>
        </w:rPr>
        <w:br/>
      </w:r>
      <w:r>
        <w:rPr>
          <w:lang w:eastAsia="zh-CN"/>
        </w:rPr>
        <w:t>　　2、分组到各食堂门口设点宣传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时间：10.15中午</w:t>
      </w:r>
      <w:r>
        <w:rPr>
          <w:lang w:eastAsia="zh-CN"/>
        </w:rPr>
        <w:br/>
      </w:r>
      <w:r>
        <w:rPr>
          <w:lang w:eastAsia="zh-CN"/>
        </w:rPr>
        <w:t>　　目标：使新生了解新流杂志及杂志社，登记其意向部门</w:t>
      </w:r>
      <w:r>
        <w:rPr>
          <w:lang w:eastAsia="zh-CN"/>
        </w:rPr>
        <w:br/>
      </w:r>
      <w:r>
        <w:rPr>
          <w:lang w:eastAsia="zh-CN"/>
        </w:rPr>
        <w:t>　　（二）面试</w:t>
      </w:r>
      <w:r>
        <w:rPr>
          <w:lang w:eastAsia="zh-CN"/>
        </w:rPr>
        <w:br/>
      </w:r>
      <w:r>
        <w:rPr>
          <w:lang w:eastAsia="zh-CN"/>
        </w:rPr>
        <w:t>　　1、准备：部门召开例会，确定面试人员安排，准备面试题目</w:t>
      </w:r>
      <w:r>
        <w:rPr>
          <w:lang w:eastAsia="zh-CN"/>
        </w:rPr>
        <w:br/>
      </w:r>
      <w:r>
        <w:rPr>
          <w:lang w:eastAsia="zh-CN"/>
        </w:rPr>
        <w:t>　　2、时间：10.17~10.18下午</w:t>
      </w:r>
      <w:r>
        <w:rPr>
          <w:lang w:eastAsia="zh-CN"/>
        </w:rPr>
        <w:br/>
      </w:r>
      <w:r>
        <w:rPr>
          <w:lang w:eastAsia="zh-CN"/>
        </w:rPr>
        <w:t>　　3、地点：19#403</w:t>
      </w:r>
      <w:r>
        <w:rPr>
          <w:lang w:eastAsia="zh-CN"/>
        </w:rPr>
        <w:br/>
      </w:r>
      <w:r>
        <w:rPr>
          <w:lang w:eastAsia="zh-CN"/>
        </w:rPr>
        <w:t>　　4目标：挑选有才能的人入社，为文学社注入新鲜血液</w:t>
      </w:r>
      <w:r>
        <w:rPr>
          <w:lang w:eastAsia="zh-CN"/>
        </w:rPr>
        <w:br/>
      </w:r>
      <w:r>
        <w:rPr>
          <w:lang w:eastAsia="zh-CN"/>
        </w:rPr>
        <w:t>　　二、日常工作</w:t>
      </w:r>
      <w:r>
        <w:rPr>
          <w:lang w:eastAsia="zh-CN"/>
        </w:rPr>
        <w:br/>
      </w:r>
      <w:r>
        <w:rPr>
          <w:lang w:eastAsia="zh-CN"/>
        </w:rPr>
        <w:t>　　（一）《新流团刊》稿件提供</w:t>
      </w:r>
      <w:r>
        <w:rPr>
          <w:lang w:eastAsia="zh-CN"/>
        </w:rPr>
        <w:br/>
      </w:r>
      <w:r>
        <w:rPr>
          <w:lang w:eastAsia="zh-CN"/>
        </w:rPr>
        <w:t>　　（二）《新流文学刊》的出版</w:t>
      </w:r>
      <w:r>
        <w:rPr>
          <w:lang w:eastAsia="zh-CN"/>
        </w:rPr>
        <w:br/>
      </w:r>
      <w:r>
        <w:rPr>
          <w:lang w:eastAsia="zh-CN"/>
        </w:rPr>
        <w:t>　　1、稿件收集</w:t>
      </w:r>
      <w:r>
        <w:rPr>
          <w:lang w:eastAsia="zh-CN"/>
        </w:rPr>
        <w:br/>
      </w:r>
      <w:r>
        <w:rPr>
          <w:lang w:eastAsia="zh-CN"/>
        </w:rPr>
        <w:t>　　由采编组负责收集整理稿件，稿件主要由文学社内部提供，社员定期交稿</w:t>
      </w:r>
      <w:r>
        <w:rPr>
          <w:lang w:eastAsia="zh-CN"/>
        </w:rPr>
        <w:br/>
      </w:r>
      <w:r>
        <w:rPr>
          <w:lang w:eastAsia="zh-CN"/>
        </w:rPr>
        <w:t>　　2、审稿</w:t>
      </w:r>
      <w:r>
        <w:rPr>
          <w:lang w:eastAsia="zh-CN"/>
        </w:rPr>
        <w:br/>
      </w:r>
      <w:r>
        <w:rPr>
          <w:lang w:eastAsia="zh-CN"/>
        </w:rPr>
        <w:t>　　采编组负责审稿，搜集较好稿件</w:t>
      </w:r>
      <w:r>
        <w:rPr>
          <w:lang w:eastAsia="zh-CN"/>
        </w:rPr>
        <w:br/>
      </w:r>
      <w:r>
        <w:rPr>
          <w:lang w:eastAsia="zh-CN"/>
        </w:rPr>
        <w:t>　　3、排版</w:t>
      </w:r>
      <w:r>
        <w:rPr>
          <w:lang w:eastAsia="zh-CN"/>
        </w:rPr>
        <w:br/>
      </w:r>
      <w:r>
        <w:rPr>
          <w:lang w:eastAsia="zh-CN"/>
        </w:rPr>
        <w:t>　　由排版组负责制作封面及内部排版，活动组负责其中各版块的制作</w:t>
      </w:r>
      <w:r>
        <w:rPr>
          <w:lang w:eastAsia="zh-CN"/>
        </w:rPr>
        <w:br/>
      </w:r>
      <w:r>
        <w:rPr>
          <w:lang w:eastAsia="zh-CN"/>
        </w:rPr>
        <w:t>　　4、出版</w:t>
      </w:r>
      <w:r>
        <w:rPr>
          <w:lang w:eastAsia="zh-CN"/>
        </w:rPr>
        <w:br/>
      </w:r>
      <w:r>
        <w:rPr>
          <w:lang w:eastAsia="zh-CN"/>
        </w:rPr>
        <w:t>　　外联组负责拉赞助及杂志的出版工作</w:t>
      </w:r>
      <w:r>
        <w:rPr>
          <w:lang w:eastAsia="zh-CN"/>
        </w:rPr>
        <w:br/>
      </w:r>
      <w:r>
        <w:rPr>
          <w:lang w:eastAsia="zh-CN"/>
        </w:rPr>
        <w:t>　　5、发行</w:t>
      </w:r>
      <w:r>
        <w:rPr>
          <w:lang w:eastAsia="zh-CN"/>
        </w:rPr>
        <w:br/>
      </w:r>
      <w:r>
        <w:rPr>
          <w:lang w:eastAsia="zh-CN"/>
        </w:rPr>
        <w:t>　　活动组及新流发行部协助发行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三、活动</w:t>
      </w:r>
      <w:r>
        <w:rPr>
          <w:lang w:eastAsia="zh-CN"/>
        </w:rPr>
        <w:br/>
      </w:r>
      <w:r>
        <w:rPr>
          <w:lang w:eastAsia="zh-CN"/>
        </w:rPr>
        <w:t>　　（一）联谊活动</w:t>
      </w:r>
      <w:r>
        <w:rPr>
          <w:lang w:eastAsia="zh-CN"/>
        </w:rPr>
        <w:br/>
      </w:r>
      <w:r>
        <w:rPr>
          <w:lang w:eastAsia="zh-CN"/>
        </w:rPr>
        <w:t>　　1、活动主题：文学社与计算机协会联谊活动</w:t>
      </w:r>
      <w:r>
        <w:rPr>
          <w:lang w:eastAsia="zh-CN"/>
        </w:rPr>
        <w:br/>
      </w:r>
      <w:r>
        <w:rPr>
          <w:lang w:eastAsia="zh-CN"/>
        </w:rPr>
        <w:t>　　2、活动时间：十一月中下旬</w:t>
      </w:r>
      <w:r>
        <w:rPr>
          <w:lang w:eastAsia="zh-CN"/>
        </w:rPr>
        <w:br/>
      </w:r>
      <w:r>
        <w:rPr>
          <w:lang w:eastAsia="zh-CN"/>
        </w:rPr>
        <w:t>　　3、活动地点：大学生第二活动中心</w:t>
      </w:r>
      <w:r>
        <w:rPr>
          <w:lang w:eastAsia="zh-CN"/>
        </w:rPr>
        <w:br/>
      </w:r>
      <w:r>
        <w:rPr>
          <w:lang w:eastAsia="zh-CN"/>
        </w:rPr>
        <w:t>　　4、活动目的：促进两社及新社员间交流了解，互相熟识，增进感情，加强社团凝聚力及团结合作</w:t>
      </w:r>
      <w:r>
        <w:rPr>
          <w:lang w:eastAsia="zh-CN"/>
        </w:rPr>
        <w:br/>
      </w:r>
      <w:r>
        <w:rPr>
          <w:lang w:eastAsia="zh-CN"/>
        </w:rPr>
        <w:t>　　5、活动分工：外联组负责拉赞助</w:t>
      </w:r>
      <w:r>
        <w:rPr>
          <w:lang w:eastAsia="zh-CN"/>
        </w:rPr>
        <w:br/>
      </w:r>
      <w:r>
        <w:rPr>
          <w:lang w:eastAsia="zh-CN"/>
        </w:rPr>
        <w:t>　　活动组负责活动策划及节目安排</w:t>
      </w:r>
      <w:r>
        <w:rPr>
          <w:lang w:eastAsia="zh-CN"/>
        </w:rPr>
        <w:br/>
      </w:r>
      <w:r>
        <w:rPr>
          <w:lang w:eastAsia="zh-CN"/>
        </w:rPr>
        <w:t>　　采编组及排版组负责策划节目，采购，拍照及后期制作</w:t>
      </w:r>
      <w:r>
        <w:rPr>
          <w:lang w:eastAsia="zh-CN"/>
        </w:rPr>
        <w:br/>
      </w:r>
      <w:r>
        <w:rPr>
          <w:lang w:eastAsia="zh-CN"/>
        </w:rPr>
        <w:t>　　6、流程：社团分出节目</w:t>
      </w:r>
      <w:r>
        <w:rPr>
          <w:lang w:eastAsia="zh-CN"/>
        </w:rPr>
        <w:br/>
      </w:r>
      <w:r>
        <w:rPr>
          <w:lang w:eastAsia="zh-CN"/>
        </w:rPr>
        <w:t>　　穿插趣味游戏</w:t>
      </w:r>
      <w:r>
        <w:rPr>
          <w:lang w:eastAsia="zh-CN"/>
        </w:rPr>
        <w:br/>
      </w:r>
      <w:r>
        <w:rPr>
          <w:lang w:eastAsia="zh-CN"/>
        </w:rPr>
        <w:t>　　经验交流</w:t>
      </w:r>
      <w:r>
        <w:rPr>
          <w:lang w:eastAsia="zh-CN"/>
        </w:rPr>
        <w:br/>
      </w:r>
      <w:r>
        <w:rPr>
          <w:lang w:eastAsia="zh-CN"/>
        </w:rPr>
        <w:t>　　7、经费预算：200元</w:t>
      </w:r>
      <w:r>
        <w:rPr>
          <w:lang w:eastAsia="zh-CN"/>
        </w:rPr>
        <w:br/>
      </w:r>
      <w:r>
        <w:rPr>
          <w:lang w:eastAsia="zh-CN"/>
        </w:rPr>
        <w:t>　　8、总结及写通讯稿</w:t>
      </w:r>
      <w:r>
        <w:rPr>
          <w:lang w:eastAsia="zh-CN"/>
        </w:rPr>
        <w:br/>
      </w:r>
      <w:r>
        <w:rPr>
          <w:lang w:eastAsia="zh-CN"/>
        </w:rPr>
        <w:t>　　（二）交流活动</w:t>
      </w:r>
      <w:r>
        <w:rPr>
          <w:lang w:eastAsia="zh-CN"/>
        </w:rPr>
        <w:br/>
      </w:r>
      <w:r>
        <w:rPr>
          <w:lang w:eastAsia="zh-CN"/>
        </w:rPr>
        <w:t>　　1、主题：新流文学社与常州各大高校文学社举办文学交流会</w:t>
      </w:r>
      <w:r>
        <w:rPr>
          <w:lang w:eastAsia="zh-CN"/>
        </w:rPr>
        <w:br/>
      </w:r>
      <w:r>
        <w:rPr>
          <w:lang w:eastAsia="zh-CN"/>
        </w:rPr>
        <w:t>　　2、时间：十二月中下旬</w:t>
      </w:r>
      <w:r>
        <w:rPr>
          <w:lang w:eastAsia="zh-CN"/>
        </w:rPr>
        <w:br/>
      </w:r>
      <w:r>
        <w:rPr>
          <w:lang w:eastAsia="zh-CN"/>
        </w:rPr>
        <w:t>　　3.、地点：江苏技术师范学院</w:t>
      </w:r>
      <w:r>
        <w:rPr>
          <w:lang w:eastAsia="zh-CN"/>
        </w:rPr>
        <w:br/>
      </w:r>
      <w:r>
        <w:rPr>
          <w:lang w:eastAsia="zh-CN"/>
        </w:rPr>
        <w:t>　　4、目的：丰富校园生活，扩大新流文学社影响力，通过与校外其他文学类的组织的交流与合作来提高社团会员的文学素养和交际表达能力，并希望通过此次交流活动与合作伙伴建立友好关系。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5、宣传</w:t>
      </w:r>
      <w:r>
        <w:rPr>
          <w:lang w:eastAsia="zh-CN"/>
        </w:rPr>
        <w:br/>
      </w:r>
      <w:r>
        <w:rPr>
          <w:lang w:eastAsia="zh-CN"/>
        </w:rPr>
        <w:t>　　6、总结</w:t>
      </w:r>
      <w:r>
        <w:rPr>
          <w:lang w:eastAsia="zh-CN"/>
        </w:rPr>
        <w:br/>
      </w:r>
      <w:r>
        <w:rPr>
          <w:lang w:eastAsia="zh-CN"/>
        </w:rPr>
        <w:t xml:space="preserve">    有关社团工作计划模板 篇9 </w:t>
      </w:r>
      <w:r>
        <w:rPr>
          <w:lang w:eastAsia="zh-CN"/>
        </w:rPr>
        <w:br/>
      </w:r>
      <w:r>
        <w:rPr>
          <w:lang w:eastAsia="zh-CN"/>
        </w:rPr>
        <w:t>　　在学院领导的关怀下，在院学生工作部和院团委老师的具体指导下，在所有社团的积极配合下，走过了充实的20__-20__这一年，顺利地完成社团的各项工作，发挥社联的应有职责，宏扬我院的校园文化，丰富同学们的课余生活。现在新一届的社联及社团干部即将上任，他们将开拓出属于他们的社团新篇章，开辟社团联合会的航程。</w:t>
      </w:r>
      <w:r>
        <w:rPr>
          <w:lang w:eastAsia="zh-CN"/>
        </w:rPr>
        <w:br/>
      </w:r>
      <w:r>
        <w:rPr>
          <w:lang w:eastAsia="zh-CN"/>
        </w:rPr>
        <w:t>　　高校社团文化是精彩多姿的，作为一名社团人，我们热爱我们的社团生活，我们享受我们的社团文化，我们愿意尽己所能让社团文化推向另一高峰。在新学期的到来之际，社团联合会已紧张的筹备这学期的社团活动，规划社联发展改革方向和目标，务求能够让社团更好的继承与创新，让社联更好的服务与提升!为此我们制定出的新学期计划如下：</w:t>
      </w:r>
      <w:r>
        <w:rPr>
          <w:lang w:eastAsia="zh-CN"/>
        </w:rPr>
        <w:br/>
      </w:r>
      <w:r>
        <w:rPr>
          <w:lang w:eastAsia="zh-CN"/>
        </w:rPr>
        <w:t>　　一、改革社联机构，明确职责要害。</w:t>
      </w:r>
      <w:r>
        <w:rPr>
          <w:lang w:eastAsia="zh-CN"/>
        </w:rPr>
        <w:br/>
      </w:r>
      <w:r>
        <w:rPr>
          <w:lang w:eastAsia="zh-CN"/>
        </w:rPr>
        <w:t>　　社团联合会监察部职能：</w:t>
      </w:r>
      <w:r>
        <w:rPr>
          <w:lang w:eastAsia="zh-CN"/>
        </w:rPr>
        <w:br/>
      </w:r>
      <w:r>
        <w:rPr>
          <w:lang w:eastAsia="zh-CN"/>
        </w:rPr>
        <w:t>　　1、负责收集、检查各社团注册表，再统一呈送社团联合会主席团。</w:t>
      </w:r>
      <w:r>
        <w:rPr>
          <w:lang w:eastAsia="zh-CN"/>
        </w:rPr>
        <w:br/>
      </w:r>
      <w:r>
        <w:rPr>
          <w:lang w:eastAsia="zh-CN"/>
        </w:rPr>
        <w:t>　　2、负责受理新社团注册表，检查表格填写程序是否正确。如所有程序都正确，监察部将把注册表呈送到社联主席团进行初审。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3、每月月底的最后三天，监察部将向各大社团公布本月财务细则表、月度考核表，确保会员会费不浪费，不缩水。</w:t>
      </w:r>
      <w:r>
        <w:rPr>
          <w:lang w:eastAsia="zh-CN"/>
        </w:rPr>
        <w:br/>
      </w:r>
      <w:r>
        <w:rPr>
          <w:lang w:eastAsia="zh-CN"/>
        </w:rPr>
        <w:t>　　4、学期末统计、检查、保管由社团支出所购买的设备。</w:t>
      </w:r>
      <w:r>
        <w:rPr>
          <w:lang w:eastAsia="zh-CN"/>
        </w:rPr>
        <w:br/>
      </w:r>
      <w:r>
        <w:rPr>
          <w:lang w:eastAsia="zh-CN"/>
        </w:rPr>
        <w:t>　　5、登记社联每次会议(包括月会、重大会议)的出勤情况，并作好记录。</w:t>
      </w:r>
      <w:r>
        <w:rPr>
          <w:lang w:eastAsia="zh-CN"/>
        </w:rPr>
        <w:br/>
      </w:r>
      <w:r>
        <w:rPr>
          <w:lang w:eastAsia="zh-CN"/>
        </w:rPr>
        <w:t>　　6、社联、社团活动时的卫生等情况、星级社团评比等工作的监督。</w:t>
      </w:r>
      <w:r>
        <w:rPr>
          <w:lang w:eastAsia="zh-CN"/>
        </w:rPr>
        <w:br/>
      </w:r>
      <w:r>
        <w:rPr>
          <w:lang w:eastAsia="zh-CN"/>
        </w:rPr>
        <w:t>　　社团联合会宣传部职能：</w:t>
      </w:r>
      <w:r>
        <w:rPr>
          <w:lang w:eastAsia="zh-CN"/>
        </w:rPr>
        <w:br/>
      </w:r>
      <w:r>
        <w:rPr>
          <w:lang w:eastAsia="zh-CN"/>
        </w:rPr>
        <w:t>　　1、为院团委所要求的学院部分大型活动及社团联合会的.各项活动做好宣传工作，包括出宣传板，做横幅等等。</w:t>
      </w:r>
      <w:r>
        <w:rPr>
          <w:lang w:eastAsia="zh-CN"/>
        </w:rPr>
        <w:br/>
      </w:r>
      <w:r>
        <w:rPr>
          <w:lang w:eastAsia="zh-CN"/>
        </w:rPr>
        <w:t>　　2、出宣传板之前，力求保持宣传栏整齐规范，并照相留下电子版，每月进行社团海报考评，督促其宣传板质量，规范海报粘贴。</w:t>
      </w:r>
      <w:r>
        <w:rPr>
          <w:lang w:eastAsia="zh-CN"/>
        </w:rPr>
        <w:br/>
      </w:r>
      <w:r>
        <w:rPr>
          <w:lang w:eastAsia="zh-CN"/>
        </w:rPr>
        <w:t>　　3、社联在举办活动的同时，提高学院师生对社联以及各社团的认知度，知名度。</w:t>
      </w:r>
      <w:r>
        <w:rPr>
          <w:lang w:eastAsia="zh-CN"/>
        </w:rPr>
        <w:br/>
      </w:r>
      <w:r>
        <w:rPr>
          <w:lang w:eastAsia="zh-CN"/>
        </w:rPr>
        <w:t>　　4、紧密联系各社团，协助各社团宣传工作，加强各社团宣传部的联系，彼此交流，以达到社联与社团联合，通力合作的效果。</w:t>
      </w:r>
      <w:r>
        <w:rPr>
          <w:lang w:eastAsia="zh-CN"/>
        </w:rPr>
        <w:br/>
      </w:r>
      <w:r>
        <w:rPr>
          <w:lang w:eastAsia="zh-CN"/>
        </w:rPr>
        <w:t>　　5、负责荣誉证书，各项奖状的制作，并找老师和盖章。</w:t>
      </w:r>
      <w:r>
        <w:rPr>
          <w:lang w:eastAsia="zh-CN"/>
        </w:rPr>
        <w:br/>
      </w:r>
      <w:r>
        <w:rPr>
          <w:lang w:eastAsia="zh-CN"/>
        </w:rPr>
        <w:t>　　社团联合会办公室职能：</w:t>
      </w:r>
      <w:r>
        <w:rPr>
          <w:lang w:eastAsia="zh-CN"/>
        </w:rPr>
        <w:br/>
      </w:r>
      <w:r>
        <w:rPr>
          <w:lang w:eastAsia="zh-CN"/>
        </w:rPr>
        <w:t>　　1、负责社团联合会召开各种会议的组织工作，协助主席团与各部部长之间的联系;</w:t>
      </w:r>
      <w:r>
        <w:rPr>
          <w:lang w:eastAsia="zh-CN"/>
        </w:rPr>
        <w:br/>
      </w:r>
      <w:r>
        <w:rPr>
          <w:lang w:eastAsia="zh-CN"/>
        </w:rPr>
        <w:t>　　2、负责起草社团联合会的文件和材料，审核以社团联合会名义印发的各类文件;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3、负责上级来文的登记、传阅、回收、保管工作。负责社团联合会文书档案的收集、整理、立卷、归档工作;</w:t>
      </w:r>
      <w:r>
        <w:rPr>
          <w:lang w:eastAsia="zh-CN"/>
        </w:rPr>
        <w:br/>
      </w:r>
      <w:r>
        <w:rPr>
          <w:lang w:eastAsia="zh-CN"/>
        </w:rPr>
        <w:t>　　4、负责社团联合会办公室用品的管理、使用和借还登记，管理、清洁办公室;</w:t>
      </w:r>
      <w:r>
        <w:rPr>
          <w:lang w:eastAsia="zh-CN"/>
        </w:rPr>
        <w:br/>
      </w:r>
      <w:r>
        <w:rPr>
          <w:lang w:eastAsia="zh-CN"/>
        </w:rPr>
        <w:t>　　5、负责安排办公室值班表，监督各部值班情况;</w:t>
      </w:r>
      <w:r>
        <w:rPr>
          <w:lang w:eastAsia="zh-CN"/>
        </w:rPr>
        <w:br/>
      </w:r>
      <w:r>
        <w:rPr>
          <w:lang w:eastAsia="zh-CN"/>
        </w:rPr>
        <w:t>　　社团联合会策划与执行部职能：</w:t>
      </w:r>
      <w:r>
        <w:rPr>
          <w:lang w:eastAsia="zh-CN"/>
        </w:rPr>
        <w:br/>
      </w:r>
      <w:r>
        <w:rPr>
          <w:lang w:eastAsia="zh-CN"/>
        </w:rPr>
        <w:t>　　1、负责各个社团活动申请表的审批工作，并对各社团的活动开展进行协调、提出建议，并做好登记备案;</w:t>
      </w:r>
      <w:r>
        <w:rPr>
          <w:lang w:eastAsia="zh-CN"/>
        </w:rPr>
        <w:br/>
      </w:r>
      <w:r>
        <w:rPr>
          <w:lang w:eastAsia="zh-CN"/>
        </w:rPr>
        <w:t>　　2、负责策划并执行社联承办的各类文艺活动，包括社团文化节、迎新年晚会以及必要的社团与社团之间活动等，确保社团活动圆满成功;</w:t>
      </w:r>
      <w:r>
        <w:rPr>
          <w:lang w:eastAsia="zh-CN"/>
        </w:rPr>
        <w:br/>
      </w:r>
      <w:r>
        <w:rPr>
          <w:lang w:eastAsia="zh-CN"/>
        </w:rPr>
        <w:t>　　3、根据社团联合会主席团安排，对相关社团活动进行指导和帮助;</w:t>
      </w:r>
      <w:r>
        <w:rPr>
          <w:lang w:eastAsia="zh-CN"/>
        </w:rPr>
        <w:br/>
      </w:r>
      <w:r>
        <w:rPr>
          <w:lang w:eastAsia="zh-CN"/>
        </w:rPr>
        <w:t>　　4、对于活动策划书要保证内容充实，主题突出，操作明确，富有创意;</w:t>
      </w:r>
      <w:r>
        <w:rPr>
          <w:lang w:eastAsia="zh-CN"/>
        </w:rPr>
        <w:br/>
      </w:r>
      <w:r>
        <w:rPr>
          <w:lang w:eastAsia="zh-CN"/>
        </w:rPr>
        <w:t>　　5、在社团联合会中，不断发掘文艺人才，有效组织文艺团队，为演出做好人才储备。</w:t>
      </w:r>
      <w:r>
        <w:rPr>
          <w:lang w:eastAsia="zh-CN"/>
        </w:rPr>
        <w:br/>
      </w:r>
      <w:r>
        <w:rPr>
          <w:lang w:eastAsia="zh-CN"/>
        </w:rPr>
        <w:t>　　社团联合会科技传媒部职能：</w:t>
      </w:r>
      <w:r>
        <w:rPr>
          <w:lang w:eastAsia="zh-CN"/>
        </w:rPr>
        <w:br/>
      </w:r>
      <w:r>
        <w:rPr>
          <w:lang w:eastAsia="zh-CN"/>
        </w:rPr>
        <w:t>　　1、负责社团联合会及社团科技理论知识的学习、技术交流和培训工作;</w:t>
      </w:r>
      <w:r>
        <w:rPr>
          <w:lang w:eastAsia="zh-CN"/>
        </w:rPr>
        <w:br/>
      </w:r>
      <w:r>
        <w:rPr>
          <w:lang w:eastAsia="zh-CN"/>
        </w:rPr>
        <w:t>　　2、负责做好社团联合会相关网络媒介的设计制作、改进完善、换版更新、运行维护工作;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3、负责对社团联合会及各社团多举办的活动及日常例会做好摄影记录工作、电子刊物的制作工作;</w:t>
      </w:r>
      <w:r>
        <w:rPr>
          <w:lang w:eastAsia="zh-CN"/>
        </w:rPr>
        <w:br/>
      </w:r>
      <w:r>
        <w:rPr>
          <w:lang w:eastAsia="zh-CN"/>
        </w:rPr>
        <w:t>　　4、负责做好社团联合会大会徽设计、工作证制作、大型活动海报设计、大型活动视屏工作等;</w:t>
      </w:r>
      <w:r>
        <w:rPr>
          <w:lang w:eastAsia="zh-CN"/>
        </w:rPr>
        <w:br/>
      </w:r>
      <w:r>
        <w:rPr>
          <w:lang w:eastAsia="zh-CN"/>
        </w:rPr>
        <w:t>　　二、落实社团招新及社联换届活动</w:t>
      </w:r>
      <w:r>
        <w:rPr>
          <w:lang w:eastAsia="zh-CN"/>
        </w:rPr>
        <w:br/>
      </w:r>
      <w:r>
        <w:rPr>
          <w:lang w:eastAsia="zh-CN"/>
        </w:rPr>
        <w:t>　　20__年9月中旬社团联合会将组织我院各个社团开展社团招收新会员活动。此次的纳新活动以携社团之手，启大学之窗为主题，我们将通过校道摆摊宣传，社团干部利用课余时间进班宣传，务求能够让广大的兴趣爱好者投其所好找到他们的兴趣所在，也为各个社团注入新血液，让社团一脉相传，更活跃更强壮，同时此次的社团招新期间，也将出社团文明招新团队给与表扬!</w:t>
      </w:r>
      <w:r>
        <w:rPr>
          <w:lang w:eastAsia="zh-CN"/>
        </w:rPr>
        <w:br/>
      </w:r>
      <w:r>
        <w:rPr>
          <w:lang w:eastAsia="zh-CN"/>
        </w:rPr>
        <w:t>　　20__年9月下旬，在既社团招新之后，展开社联换届工作。新一届社长的选拔通过以老社长推荐为主，院团委及各系团工委推荐为辅，公开、公正、公平的参与演讲竞选。社团联合会内部骨干换届也将以此为契机，选拔社团优秀人才，推荐社联优秀干事参与部长及主任竞选。</w:t>
      </w:r>
      <w:r>
        <w:rPr>
          <w:lang w:eastAsia="zh-CN"/>
        </w:rPr>
        <w:br/>
      </w:r>
      <w:r>
        <w:rPr>
          <w:lang w:eastAsia="zh-CN"/>
        </w:rPr>
        <w:t>　　20__年9月底十月初，召开社团联合会全体成员见面大会。</w:t>
      </w:r>
      <w:r>
        <w:rPr>
          <w:lang w:eastAsia="zh-CN"/>
        </w:rPr>
        <w:br/>
      </w:r>
      <w:r>
        <w:rPr>
          <w:lang w:eastAsia="zh-CN"/>
        </w:rPr>
        <w:t>　　三、以文娱促交流，以研讨促发展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20__年10月-11月期间，为加强社团间交流，加强社团内部凝聚力，缩小新老会员的距离感，增进社团与社联之间的向心力。社团联合会将在院团委的指导下，进行内部成员能力素质培训，通过全体座谈会，竞技游戏的联手举办等活动，学习彼此社团的优秀发展经验，一次激发成员工作积极性，看展更有意义的社团联合会工作，建立更为明确有效的工作制度与方针。</w:t>
      </w:r>
      <w:r>
        <w:rPr>
          <w:lang w:eastAsia="zh-CN"/>
        </w:rPr>
        <w:br/>
      </w:r>
      <w:r>
        <w:rPr>
          <w:lang w:eastAsia="zh-CN"/>
        </w:rPr>
        <w:t>　　20__年末，预计开展由院团委主办，社团联合会承办的20__迎新年晚会。以此为契机，鼓励社团展示自身优秀成果，推荐社团内部优秀人才，给社团搭建一个平坦，同样也借此检验社团联合会的工作效力。</w:t>
      </w:r>
      <w:r>
        <w:rPr>
          <w:lang w:eastAsia="zh-CN"/>
        </w:rPr>
        <w:br/>
      </w:r>
      <w:r>
        <w:rPr>
          <w:lang w:eastAsia="zh-CN"/>
        </w:rPr>
        <w:t>　　四、以制度明纪律，以奖励鼓干劲</w:t>
      </w:r>
      <w:r>
        <w:rPr>
          <w:lang w:eastAsia="zh-CN"/>
        </w:rPr>
        <w:br/>
      </w:r>
      <w:r>
        <w:rPr>
          <w:lang w:eastAsia="zh-CN"/>
        </w:rPr>
        <w:t>　　20__年12月，展开对社团社长第一次工作学习情况考核，对于优秀的社团负责人给与讲评，对于一些面对工作不负责，乱折腾的社团负责人给予警告直至解除职务。同样，在年度晚会期间，会本着公平、公正、公开的原则，对社团工作进行考核评比，鼓励先进，评选并颁发十名十佳会长奖。</w:t>
      </w:r>
      <w:r>
        <w:rPr>
          <w:lang w:eastAsia="zh-CN"/>
        </w:rPr>
        <w:br/>
      </w:r>
      <w:r>
        <w:rPr>
          <w:lang w:eastAsia="zh-CN"/>
        </w:rPr>
        <w:t>　　除此之外，在日常工作中，还有以下几点：</w:t>
      </w:r>
      <w:r>
        <w:rPr>
          <w:lang w:eastAsia="zh-CN"/>
        </w:rPr>
        <w:br/>
      </w:r>
      <w:r>
        <w:rPr>
          <w:lang w:eastAsia="zh-CN"/>
        </w:rPr>
        <w:t>　　1、定期召开社团负责人会议，可以分类分形式召开会议，及时了解社团最新动态，调整好各社团活动时间、内容、解决社团发展中遇到的问题。</w:t>
      </w:r>
      <w:r>
        <w:rPr>
          <w:lang w:eastAsia="zh-CN"/>
        </w:rPr>
        <w:br/>
      </w:r>
      <w:r>
        <w:rPr>
          <w:lang w:eastAsia="zh-CN"/>
        </w:rPr>
        <w:t>　　2、社联骨干，要深入社团中去，定期参加社团例会，了解社团所需，探明社团发展状况，避免社团中出现损害会员权益现象。</w:t>
      </w:r>
      <w:r>
        <w:rPr>
          <w:lang w:eastAsia="zh-CN"/>
        </w:rPr>
        <w:br/>
      </w:r>
      <w:r>
        <w:rPr>
          <w:lang w:eastAsia="zh-CN"/>
        </w:rPr>
        <w:t>　　3、做好日常资料收发登记，开展完一个活动后及时整理好所涉及资料并存档。</w:t>
      </w:r>
      <w:r>
        <w:rPr>
          <w:lang w:eastAsia="zh-CN"/>
        </w:rPr>
        <w:br/>
      </w:r>
      <w:r>
        <w:rPr>
          <w:lang w:eastAsia="zh-CN"/>
        </w:rPr>
        <w:t>　　4、坚持做好社团考核与评比工作，同时积极配合团委老师工作安排。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当今社会竞争急剧转变，大学生综合素质亟待提高，培养文化修养、丰富精神世界对大学生有着极其重要的意义，而学生社团作为校园文化中最活跃的因素，理应站在时代的前沿，用飞扬的激情、舞动的青春和博大的胸怀拥抱广大青年学生，让更多人在学生社团中认识自我、挖掘潜能、实现价值。作为新一届的社团联合会成员，我们将对上严格执行院团委工作安排，对下落实好学生社团服务工作，积极进取，不断创新。</w:t>
      </w:r>
      <w:r>
        <w:rPr>
          <w:lang w:eastAsia="zh-CN"/>
        </w:rPr>
        <w:br/>
      </w:r>
      <w:r>
        <w:rPr>
          <w:lang w:eastAsia="zh-CN"/>
        </w:rPr>
        <w:t xml:space="preserve">    有关社团工作计划模板 篇10 </w:t>
      </w:r>
      <w:r>
        <w:rPr>
          <w:lang w:eastAsia="zh-CN"/>
        </w:rPr>
        <w:br/>
      </w:r>
      <w:r>
        <w:rPr>
          <w:lang w:eastAsia="zh-CN"/>
        </w:rPr>
        <w:t>　　一、工作目标：</w:t>
      </w:r>
      <w:r>
        <w:rPr>
          <w:lang w:eastAsia="zh-CN"/>
        </w:rPr>
        <w:br/>
      </w:r>
      <w:r>
        <w:rPr>
          <w:lang w:eastAsia="zh-CN"/>
        </w:rPr>
        <w:t>　　1.力争“花雨梦”文学社报成为校园优质读物，个性化写作的平台，校园作家的孵化器。</w:t>
      </w:r>
      <w:r>
        <w:rPr>
          <w:lang w:eastAsia="zh-CN"/>
        </w:rPr>
        <w:br/>
      </w:r>
      <w:r>
        <w:rPr>
          <w:lang w:eastAsia="zh-CN"/>
        </w:rPr>
        <w:t>　　2.开展各项文学活动，调动文学社成员参与的积极性，努力培养一批文学爱好者，和语文尖子生。</w:t>
      </w:r>
      <w:r>
        <w:rPr>
          <w:lang w:eastAsia="zh-CN"/>
        </w:rPr>
        <w:br/>
      </w:r>
      <w:r>
        <w:rPr>
          <w:lang w:eastAsia="zh-CN"/>
        </w:rPr>
        <w:t>　　3.办出富有特色的校报来。</w:t>
      </w:r>
      <w:r>
        <w:rPr>
          <w:lang w:eastAsia="zh-CN"/>
        </w:rPr>
        <w:br/>
      </w:r>
      <w:r>
        <w:rPr>
          <w:lang w:eastAsia="zh-CN"/>
        </w:rPr>
        <w:t>　　特色之一：真正落实语文新课标的要求，全面提高学生的写作能力，崇尚个性话写作，鼓励文笔独特和形象丰富的作品。</w:t>
      </w:r>
      <w:r>
        <w:rPr>
          <w:lang w:eastAsia="zh-CN"/>
        </w:rPr>
        <w:br/>
      </w:r>
      <w:r>
        <w:rPr>
          <w:lang w:eastAsia="zh-CN"/>
        </w:rPr>
        <w:t>　　特色之二：真正立足于校园，既关注学生的生活细节，有关注学生的精神世界，培养新时代的校园新锐写手，打造校园个性平台。</w:t>
      </w:r>
      <w:r>
        <w:rPr>
          <w:lang w:eastAsia="zh-CN"/>
        </w:rPr>
        <w:br/>
      </w:r>
      <w:r>
        <w:rPr>
          <w:lang w:eastAsia="zh-CN"/>
        </w:rPr>
        <w:t>　　特色之三：关注学生思想，见证学生成长，捕捉心里历程。</w:t>
      </w:r>
      <w:r>
        <w:rPr>
          <w:lang w:eastAsia="zh-CN"/>
        </w:rPr>
        <w:br/>
      </w:r>
      <w:r>
        <w:rPr>
          <w:lang w:eastAsia="zh-CN"/>
        </w:rPr>
        <w:t>　　特色之四：加强互动，展示文学社团及其社员作品模范容校园文学，加强文化交流。</w:t>
      </w:r>
      <w:r>
        <w:rPr>
          <w:lang w:eastAsia="zh-CN"/>
        </w:rPr>
        <w:br/>
      </w:r>
      <w:r>
        <w:rPr>
          <w:lang w:eastAsia="zh-CN"/>
        </w:rPr>
        <w:t>　　二、具体措施：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1.健全文学社队伍，完善各部门工作，要求编辑发行部与记者宣传部牢固树立主人翁思想，认真作好本职工作。</w:t>
      </w:r>
      <w:r>
        <w:rPr>
          <w:lang w:eastAsia="zh-CN"/>
        </w:rPr>
        <w:br/>
      </w:r>
      <w:r>
        <w:rPr>
          <w:lang w:eastAsia="zh-CN"/>
        </w:rPr>
        <w:t>　　2.继续办好两周一期的文学社报。</w:t>
      </w:r>
      <w:r>
        <w:rPr>
          <w:lang w:eastAsia="zh-CN"/>
        </w:rPr>
        <w:br/>
      </w:r>
      <w:r>
        <w:rPr>
          <w:lang w:eastAsia="zh-CN"/>
        </w:rPr>
        <w:t>　　3.明确社长及个社员义务，分工到位，协调管理。</w:t>
      </w:r>
      <w:r>
        <w:rPr>
          <w:lang w:eastAsia="zh-CN"/>
        </w:rPr>
        <w:br/>
      </w:r>
      <w:r>
        <w:rPr>
          <w:lang w:eastAsia="zh-CN"/>
        </w:rPr>
        <w:t>　　4.加强指导教师对文学社的辅导和指导工作。</w:t>
      </w:r>
      <w:r>
        <w:rPr>
          <w:lang w:eastAsia="zh-CN"/>
        </w:rPr>
        <w:br/>
      </w:r>
      <w:r>
        <w:rPr>
          <w:lang w:eastAsia="zh-CN"/>
        </w:rPr>
        <w:t>　　5.做到活动定时间、定地点、定内容。</w:t>
      </w:r>
      <w:r>
        <w:rPr>
          <w:lang w:eastAsia="zh-CN"/>
        </w:rPr>
        <w:br/>
      </w:r>
      <w:r>
        <w:rPr>
          <w:lang w:eastAsia="zh-CN"/>
        </w:rPr>
        <w:t>　　6.有序开展活动。</w:t>
      </w:r>
      <w:r>
        <w:rPr>
          <w:lang w:eastAsia="zh-CN"/>
        </w:rPr>
        <w:br/>
      </w:r>
      <w:r>
        <w:rPr>
          <w:lang w:eastAsia="zh-CN"/>
        </w:rPr>
        <w:t>　　三、文学社要求：</w:t>
      </w:r>
      <w:r>
        <w:rPr>
          <w:lang w:eastAsia="zh-CN"/>
        </w:rPr>
        <w:br/>
      </w:r>
      <w:r>
        <w:rPr>
          <w:lang w:eastAsia="zh-CN"/>
        </w:rPr>
        <w:t>　　1.文学社成员每周一上交一篇稿子，叫编辑部副社长处，副社长收齐后交给主管老师。</w:t>
      </w:r>
      <w:r>
        <w:rPr>
          <w:lang w:eastAsia="zh-CN"/>
        </w:rPr>
        <w:br/>
      </w:r>
      <w:r>
        <w:rPr>
          <w:lang w:eastAsia="zh-CN"/>
        </w:rPr>
        <w:t>　　2.鼓励非文学社学生投稿，社长每周一收集高一、高二老师所推荐的优秀作文或随笔。</w:t>
      </w:r>
      <w:r>
        <w:rPr>
          <w:lang w:eastAsia="zh-CN"/>
        </w:rPr>
        <w:br/>
      </w:r>
      <w:r>
        <w:rPr>
          <w:lang w:eastAsia="zh-CN"/>
        </w:rPr>
        <w:t>　　3.编辑部做到择优出刊。</w:t>
      </w:r>
      <w:r>
        <w:rPr>
          <w:lang w:eastAsia="zh-CN"/>
        </w:rPr>
        <w:br/>
      </w:r>
      <w:r>
        <w:rPr>
          <w:lang w:eastAsia="zh-CN"/>
        </w:rPr>
        <w:t xml:space="preserve">    有关社团工作计划模板 篇11 </w:t>
      </w:r>
      <w:r>
        <w:rPr>
          <w:lang w:eastAsia="zh-CN"/>
        </w:rPr>
        <w:br/>
      </w:r>
      <w:r>
        <w:rPr>
          <w:lang w:eastAsia="zh-CN"/>
        </w:rPr>
        <w:t>　　【</w:t>
      </w:r>
      <w:r>
        <w:rPr>
          <w:lang w:eastAsia="zh-CN"/>
        </w:rPr>
        <w:br/>
      </w:r>
      <w:r>
        <w:rPr>
          <w:lang w:eastAsia="zh-CN"/>
        </w:rPr>
        <w:t>　　时间如白驹过隙，我们迎来了十一月。在新的一个工作月中办公室的主要工作内容将放在迎新晚会的工作上。同时开展新干事的培训和办公室的日常工作。</w:t>
      </w:r>
      <w:r>
        <w:rPr>
          <w:lang w:eastAsia="zh-CN"/>
        </w:rPr>
        <w:br/>
      </w:r>
      <w:r>
        <w:rPr>
          <w:lang w:eastAsia="zh-CN"/>
        </w:rPr>
        <w:t>　　一、日常工作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本月办公室将一如既往的开展日常工作，积极帮助主席团处理学生会日常事务，及时收集各项活动的相关资料，并在工作中不断创新。让办公室发出的每一条通知充满人文关怀和家的温暖并努力培养新干事相关工作技能。并将从本月开始进行本部门的部门内值班。</w:t>
      </w:r>
      <w:r>
        <w:rPr>
          <w:lang w:eastAsia="zh-CN"/>
        </w:rPr>
        <w:br/>
      </w:r>
      <w:r>
        <w:rPr>
          <w:lang w:eastAsia="zh-CN"/>
        </w:rPr>
        <w:t>　　1.部长例会通知</w:t>
      </w:r>
      <w:r>
        <w:rPr>
          <w:lang w:eastAsia="zh-CN"/>
        </w:rPr>
        <w:br/>
      </w:r>
      <w:r>
        <w:rPr>
          <w:lang w:eastAsia="zh-CN"/>
        </w:rPr>
        <w:t>　　每周的部长例会是各部门工作的工作指南，办公室将及时做好部长例会安排，并及时通知主席团成员和各位部长会议的具体时间和地点。</w:t>
      </w:r>
      <w:r>
        <w:rPr>
          <w:lang w:eastAsia="zh-CN"/>
        </w:rPr>
        <w:br/>
      </w:r>
      <w:r>
        <w:rPr>
          <w:lang w:eastAsia="zh-CN"/>
        </w:rPr>
        <w:t>　　2.保管学生会公共财物</w:t>
      </w:r>
      <w:r>
        <w:rPr>
          <w:lang w:eastAsia="zh-CN"/>
        </w:rPr>
        <w:br/>
      </w:r>
      <w:r>
        <w:rPr>
          <w:lang w:eastAsia="zh-CN"/>
        </w:rPr>
        <w:t>　　为了有效利用我院团委、学生会的有限资源，避免造成不必要的浪费，办公室将建立公共财物管理机制。制定公共财物借记簿，制定办公室公共财物管理值班表，有效地服务各部门活动的开展。</w:t>
      </w:r>
      <w:r>
        <w:rPr>
          <w:lang w:eastAsia="zh-CN"/>
        </w:rPr>
        <w:br/>
      </w:r>
      <w:r>
        <w:rPr>
          <w:lang w:eastAsia="zh-CN"/>
        </w:rPr>
        <w:t>　　3.部门内值班</w:t>
      </w:r>
      <w:r>
        <w:rPr>
          <w:lang w:eastAsia="zh-CN"/>
        </w:rPr>
        <w:br/>
      </w:r>
      <w:r>
        <w:rPr>
          <w:lang w:eastAsia="zh-CN"/>
        </w:rPr>
        <w:t>　　部门内值班主要工作是在规定时间内取中青报递交到校团委老师处，并完成校团委老师交的任务，各位干事应积极完成。</w:t>
      </w:r>
      <w:r>
        <w:rPr>
          <w:lang w:eastAsia="zh-CN"/>
        </w:rPr>
        <w:br/>
      </w:r>
      <w:r>
        <w:rPr>
          <w:lang w:eastAsia="zh-CN"/>
        </w:rPr>
        <w:t>　　二、主要活动</w:t>
      </w:r>
      <w:r>
        <w:rPr>
          <w:lang w:eastAsia="zh-CN"/>
        </w:rPr>
        <w:br/>
      </w:r>
      <w:r>
        <w:rPr>
          <w:lang w:eastAsia="zh-CN"/>
        </w:rPr>
        <w:t>　　本月办公室的主要工作是迎新晚会及新干事的培训。</w:t>
      </w:r>
      <w:r>
        <w:rPr>
          <w:lang w:eastAsia="zh-CN"/>
        </w:rPr>
        <w:br/>
      </w:r>
      <w:r>
        <w:rPr>
          <w:lang w:eastAsia="zh-CN"/>
        </w:rPr>
        <w:t>　　1.迎新晚会</w:t>
      </w:r>
      <w:r>
        <w:rPr>
          <w:lang w:eastAsia="zh-CN"/>
        </w:rPr>
        <w:br/>
      </w:r>
      <w:r>
        <w:rPr>
          <w:lang w:eastAsia="zh-CN"/>
        </w:rPr>
        <w:t>　　迎新晚会是一学年中少有的大型活动，在本月中迎新晚会的彩排和排练就将紧锣密鼓的展开，在学生会的带领下，办公室将积极配合，力求圆满成功。</w:t>
      </w:r>
      <w:r>
        <w:rPr>
          <w:lang w:eastAsia="zh-CN"/>
        </w:rPr>
        <w:br/>
      </w:r>
      <w:r>
        <w:rPr>
          <w:lang w:eastAsia="zh-CN"/>
        </w:rPr>
        <w:t>　　2.干事培训</w:t>
      </w:r>
      <w:r>
        <w:rPr>
          <w:lang w:eastAsia="zh-CN"/>
        </w:rPr>
        <w:br/>
      </w:r>
      <w:r>
        <w:rPr>
          <w:lang w:eastAsia="zh-CN"/>
        </w:rPr>
        <w:t>　　干事招新已经一月有余，在下一工作月中将主要对干事进行办公室基础工作的培训，在培训中找寻干事的优缺点以调整工作分组情况，尽量让其发挥个人所长。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注:以上便是办公室部门十一月份的工作计划，若有其他变动，以变动为准。</w:t>
      </w:r>
      <w:r>
        <w:rPr>
          <w:lang w:eastAsia="zh-CN"/>
        </w:rPr>
        <w:br/>
      </w:r>
      <w:r>
        <w:rPr>
          <w:lang w:eastAsia="zh-CN"/>
        </w:rPr>
        <w:t xml:space="preserve">    有关社团工作计划模板 篇12 </w:t>
      </w:r>
      <w:r>
        <w:rPr>
          <w:lang w:eastAsia="zh-CN"/>
        </w:rPr>
        <w:br/>
      </w:r>
      <w:r>
        <w:rPr>
          <w:lang w:eastAsia="zh-CN"/>
        </w:rPr>
        <w:t>　　1. 现社团团员有7人，还在招募一批新的成员，预</w:t>
      </w:r>
      <w:r>
        <w:rPr>
          <w:lang w:eastAsia="zh-CN"/>
        </w:rPr>
        <w:br/>
      </w:r>
      <w:r>
        <w:rPr>
          <w:lang w:eastAsia="zh-CN"/>
        </w:rPr>
        <w:t>　　计招募20个人</w:t>
      </w:r>
      <w:r>
        <w:rPr>
          <w:lang w:eastAsia="zh-CN"/>
        </w:rPr>
        <w:br/>
      </w:r>
      <w:r>
        <w:rPr>
          <w:lang w:eastAsia="zh-CN"/>
        </w:rPr>
        <w:t>　　2. 学校给的600块钱资金会用于，300块钱买镜子</w:t>
      </w:r>
      <w:r>
        <w:rPr>
          <w:lang w:eastAsia="zh-CN"/>
        </w:rPr>
        <w:br/>
      </w:r>
      <w:r>
        <w:rPr>
          <w:lang w:eastAsia="zh-CN"/>
        </w:rPr>
        <w:t>　　用于看那服装和化妆的效果，椅子、桌子用于有一个地方可以开例会，200块钱买cosplay服装用于外景拍摄、漫展和学校演出，100块钱买化妆品用于搭配服装的美感</w:t>
      </w:r>
      <w:r>
        <w:rPr>
          <w:lang w:eastAsia="zh-CN"/>
        </w:rPr>
        <w:br/>
      </w:r>
      <w:r>
        <w:rPr>
          <w:lang w:eastAsia="zh-CN"/>
        </w:rPr>
        <w:t>　　二、活动安排：</w:t>
      </w:r>
      <w:r>
        <w:rPr>
          <w:lang w:eastAsia="zh-CN"/>
        </w:rPr>
        <w:br/>
      </w:r>
      <w:r>
        <w:rPr>
          <w:lang w:eastAsia="zh-CN"/>
        </w:rPr>
        <w:t>　　1.每三周召开一次例会，讨论关于自己的社团的展望、和下一次出外景的剧本、服装、道具、地点等 ，社长和副社长会总结上三周的情况，以及对下三周的工作进行规划等</w:t>
      </w:r>
      <w:r>
        <w:rPr>
          <w:lang w:eastAsia="zh-CN"/>
        </w:rPr>
        <w:br/>
      </w:r>
      <w:r>
        <w:rPr>
          <w:lang w:eastAsia="zh-CN"/>
        </w:rPr>
        <w:t>　　2.对社员进行分工明确的科学管理，利用课余时间对剧本、服装、道具、图片后期进行创作和制作，在例会上，向各社员汇报进度</w:t>
      </w:r>
      <w:r>
        <w:rPr>
          <w:lang w:eastAsia="zh-CN"/>
        </w:rPr>
        <w:br/>
      </w:r>
      <w:r>
        <w:rPr>
          <w:lang w:eastAsia="zh-CN"/>
        </w:rPr>
        <w:t>　　3.争取每一期进行一次寒假外景拍摄</w:t>
      </w:r>
      <w:r>
        <w:rPr>
          <w:lang w:eastAsia="zh-CN"/>
        </w:rPr>
        <w:br/>
      </w:r>
      <w:r>
        <w:rPr>
          <w:lang w:eastAsia="zh-CN"/>
        </w:rPr>
        <w:t>　　4.本社团争取利用课余时间，排练节目并积极参加学校所举办的演出活动，在时间允许、不影响学习的情况下参加漫展</w:t>
      </w:r>
      <w:r>
        <w:rPr>
          <w:lang w:eastAsia="zh-CN"/>
        </w:rPr>
        <w:br/>
      </w:r>
      <w:r>
        <w:rPr>
          <w:lang w:eastAsia="zh-CN"/>
        </w:rPr>
        <w:t>　　5.每年举办社团联欢晚会，在年会上对本年度有突</w:t>
      </w:r>
      <w:r>
        <w:rPr>
          <w:lang w:eastAsia="zh-CN"/>
        </w:rPr>
        <w:br/>
      </w:r>
      <w:r>
        <w:rPr>
          <w:lang w:eastAsia="zh-CN"/>
        </w:rPr>
        <w:t>　　出表现的社员和干部提出表彰和奖励</w:t>
      </w:r>
      <w:r>
        <w:rPr>
          <w:lang w:eastAsia="zh-CN"/>
        </w:rPr>
        <w:br/>
      </w:r>
      <w:r>
        <w:rPr>
          <w:lang w:eastAsia="zh-CN"/>
        </w:rPr>
        <w:t>　　三、资金来源：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1.会费收入、2.学校经费发放、3.漫展卖东西及接商演</w:t>
      </w:r>
      <w:r>
        <w:rPr>
          <w:lang w:eastAsia="zh-CN"/>
        </w:rPr>
        <w:br/>
      </w:r>
      <w:r>
        <w:rPr>
          <w:lang w:eastAsia="zh-CN"/>
        </w:rPr>
        <w:t>　　四、资金社团财产管理与分配：</w:t>
      </w:r>
      <w:r>
        <w:rPr>
          <w:lang w:eastAsia="zh-CN"/>
        </w:rPr>
        <w:br/>
      </w:r>
      <w:r>
        <w:rPr>
          <w:lang w:eastAsia="zh-CN"/>
        </w:rPr>
        <w:t>　　1.取2名团员做会计，对社团的活动经费进行管 理，一名做好对‘会费入社’的登记，并做‘帐入册’，另一名则进行社团支出管理，当社团要购物物品时，做好对物品价格的大概估计和购买（坚持对退少补的原则，要有收据），社长会总管社团财政，对2名会计的账簿进行核对，在例会上向每位社员汇报</w:t>
      </w:r>
      <w:r>
        <w:rPr>
          <w:lang w:eastAsia="zh-CN"/>
        </w:rPr>
        <w:br/>
      </w:r>
      <w:r>
        <w:rPr>
          <w:lang w:eastAsia="zh-CN"/>
        </w:rPr>
        <w:t>　　2. 在年会上，社长会对本年度会费使用情况进行汇总报告。</w:t>
      </w:r>
      <w:r>
        <w:rPr>
          <w:lang w:eastAsia="zh-CN"/>
        </w:rPr>
        <w:br/>
      </w:r>
      <w:r>
        <w:rPr>
          <w:lang w:eastAsia="zh-CN"/>
        </w:rPr>
        <w:t xml:space="preserve">    有关社团工作计划模板 篇13 </w:t>
      </w:r>
      <w:r>
        <w:rPr>
          <w:lang w:eastAsia="zh-CN"/>
        </w:rPr>
        <w:br/>
      </w:r>
      <w:r>
        <w:rPr>
          <w:lang w:eastAsia="zh-CN"/>
        </w:rPr>
        <w:t>　　光阴似箭，干事们已经在监治部工作两个月了，在这两个月里，他们自己的能力得到了锻炼，认识了更多的人，处事的能力也得到了提升。但我们主要的目的是为了更好的为同学服务，为了达到我们的目标，现今我们工作安排如下：</w:t>
      </w:r>
      <w:r>
        <w:rPr>
          <w:lang w:eastAsia="zh-CN"/>
        </w:rPr>
        <w:br/>
      </w:r>
      <w:r>
        <w:rPr>
          <w:lang w:eastAsia="zh-CN"/>
        </w:rPr>
        <w:t>　　一.加强干事工作的能力</w:t>
      </w:r>
      <w:r>
        <w:rPr>
          <w:lang w:eastAsia="zh-CN"/>
        </w:rPr>
        <w:br/>
      </w:r>
      <w:r>
        <w:rPr>
          <w:lang w:eastAsia="zh-CN"/>
        </w:rPr>
        <w:t>　　干事们工作了两个月，对很多工作上的事情已经有了部分的了解，但还得继续加强工作。比如：查课时、查大功率还有查晚起晚归时遇到的许多问题，有些问题困扰着干事们，为了更加尽心的为大家服务。干事们在工作时需要注意礼貌问题，也要学会加强锻炼自己的能力，以便于更好的工作，更适应这个环境，这个大集体。</w:t>
      </w:r>
      <w:r>
        <w:rPr>
          <w:lang w:eastAsia="zh-CN"/>
        </w:rPr>
        <w:br/>
      </w:r>
      <w:r>
        <w:rPr>
          <w:lang w:eastAsia="zh-CN"/>
        </w:rPr>
        <w:t>　　二.保持学风建设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“学风督察小组”与本部门一起对学生的上课到课率、晚归晚起、大功率进行查处，对于违纪学生严格执行学校的规章制度，已经营造出了学风建设的良好氛围。我们也将与学风一起尽心保持我们优良的学风。</w:t>
      </w:r>
      <w:r>
        <w:rPr>
          <w:lang w:eastAsia="zh-CN"/>
        </w:rPr>
        <w:br/>
      </w:r>
      <w:r>
        <w:rPr>
          <w:lang w:eastAsia="zh-CN"/>
        </w:rPr>
        <w:t>　　三.加强安全工作检查的力度</w:t>
      </w:r>
      <w:r>
        <w:rPr>
          <w:lang w:eastAsia="zh-CN"/>
        </w:rPr>
        <w:br/>
      </w:r>
      <w:r>
        <w:rPr>
          <w:lang w:eastAsia="zh-CN"/>
        </w:rPr>
        <w:t>　　随着冬季的到来，天气慢慢的变冷，使用大功率电器的也越来越多，年的这个时候，也是危险潜伏最多的时候，为了同学们存在的安全问题，也为了同学们的安全，我部将决定在本月进行大功率电器检查和部门工作。我们将增加抽查力度，保障同学们的安全，让同学门保持一个安全的生活环境。</w:t>
      </w:r>
      <w:r>
        <w:rPr>
          <w:lang w:eastAsia="zh-CN"/>
        </w:rPr>
        <w:br/>
      </w:r>
      <w:r>
        <w:rPr>
          <w:lang w:eastAsia="zh-CN"/>
        </w:rPr>
        <w:t>　　四.和兄弟部门融洽相处</w:t>
      </w:r>
      <w:r>
        <w:rPr>
          <w:lang w:eastAsia="zh-CN"/>
        </w:rPr>
        <w:br/>
      </w:r>
      <w:r>
        <w:rPr>
          <w:lang w:eastAsia="zh-CN"/>
        </w:rPr>
        <w:t>　　与兄弟部门互帮互助，融洽相处。如配合文艺部的文艺活动、体育部的班级签到等等。在相互合作间交流感情，并取长补短，以便于更好的去完善以后的工作任务。还可以与兄弟部门开展活动，增加学生会工作外的乐趣，提高工作的积极性。</w:t>
      </w:r>
      <w:r>
        <w:rPr>
          <w:lang w:eastAsia="zh-CN"/>
        </w:rPr>
        <w:br/>
      </w:r>
      <w:r>
        <w:rPr>
          <w:lang w:eastAsia="zh-CN"/>
        </w:rPr>
        <w:t>　　新的开始，新的目标，正在等着我们，拥有着对监治部主人翁般的责任心，我们将会更加努力地工作，更加努力的维持着这优良的学风，更好的为同学服务。让这种感觉永远的保持下去,为学校贡献出我们全部的力量!</w:t>
      </w:r>
      <w:r>
        <w:rPr>
          <w:lang w:eastAsia="zh-CN"/>
        </w:rPr>
        <w:br/>
      </w:r>
      <w:r>
        <w:rPr>
          <w:lang w:eastAsia="zh-CN"/>
        </w:rPr>
        <w:t xml:space="preserve">    有关社团工作计划模板 篇14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为丰富校园文化生活，发展学生兴趣与特长，促进学生的全面发展，以社团活动为平台，以丰富生活、展示个性、培养兴趣，拓宽知识、开发潜能为宗旨，成立相应的学生社团活动小组，努力使学校成为学生愉快而有趣的生活学习的乐园。</w:t>
      </w:r>
      <w:r>
        <w:rPr>
          <w:lang w:eastAsia="zh-CN"/>
        </w:rPr>
        <w:br/>
      </w:r>
      <w:r>
        <w:rPr>
          <w:lang w:eastAsia="zh-CN"/>
        </w:rPr>
        <w:t>　　二、任务</w:t>
      </w:r>
      <w:r>
        <w:rPr>
          <w:lang w:eastAsia="zh-CN"/>
        </w:rPr>
        <w:br/>
      </w:r>
      <w:r>
        <w:rPr>
          <w:lang w:eastAsia="zh-CN"/>
        </w:rPr>
        <w:t>　　1.培养学生兴趣爱好，张扬学生的个性，让学生在活动中学习知识，增长能力。</w:t>
      </w:r>
      <w:r>
        <w:rPr>
          <w:lang w:eastAsia="zh-CN"/>
        </w:rPr>
        <w:br/>
      </w:r>
      <w:r>
        <w:rPr>
          <w:lang w:eastAsia="zh-CN"/>
        </w:rPr>
        <w:t>　　2.凸显学校的办学特色，塑造学校社团活动的品牌。</w:t>
      </w:r>
      <w:r>
        <w:rPr>
          <w:lang w:eastAsia="zh-CN"/>
        </w:rPr>
        <w:br/>
      </w:r>
      <w:r>
        <w:rPr>
          <w:lang w:eastAsia="zh-CN"/>
        </w:rPr>
        <w:t>　　3.积极参加各级演出和比赛，为校争光。</w:t>
      </w:r>
      <w:r>
        <w:rPr>
          <w:lang w:eastAsia="zh-CN"/>
        </w:rPr>
        <w:br/>
      </w:r>
      <w:r>
        <w:rPr>
          <w:lang w:eastAsia="zh-CN"/>
        </w:rPr>
        <w:t>　　4.通过多种方式吸收更多学生加入到组织中来，让每一个学生都有成长的舞台。</w:t>
      </w:r>
      <w:r>
        <w:rPr>
          <w:lang w:eastAsia="zh-CN"/>
        </w:rPr>
        <w:br/>
      </w:r>
      <w:r>
        <w:rPr>
          <w:lang w:eastAsia="zh-CN"/>
        </w:rPr>
        <w:t>　　三、具体工作及措施</w:t>
      </w:r>
      <w:r>
        <w:rPr>
          <w:lang w:eastAsia="zh-CN"/>
        </w:rPr>
        <w:br/>
      </w:r>
      <w:r>
        <w:rPr>
          <w:lang w:eastAsia="zh-CN"/>
        </w:rPr>
        <w:t>　　(一)尊重主体，实行双选。在社团活动实施过程中实行双选制度，活动前，学校根据每个教师的特点选择好辅导项目，同时根据课程的开设情况鼓励学生依据自身特长，特别是兴趣所向，选择合适的社团活动。</w:t>
      </w:r>
      <w:r>
        <w:rPr>
          <w:lang w:eastAsia="zh-CN"/>
        </w:rPr>
        <w:br/>
      </w:r>
      <w:r>
        <w:rPr>
          <w:lang w:eastAsia="zh-CN"/>
        </w:rPr>
        <w:t>　　(二)落实常规，健全制度</w:t>
      </w:r>
      <w:r>
        <w:rPr>
          <w:lang w:eastAsia="zh-CN"/>
        </w:rPr>
        <w:br/>
      </w:r>
      <w:r>
        <w:rPr>
          <w:lang w:eastAsia="zh-CN"/>
        </w:rPr>
        <w:t>　　1.为加强常规管理，避免社团活动的随意性和盲目性，我们要坚持六定。一定活动课程;二定活动目标;三定活动时间;四定活动内容;五定辅导老师;六定活动地点。</w:t>
      </w:r>
      <w:r>
        <w:rPr>
          <w:lang w:eastAsia="zh-CN"/>
        </w:rPr>
        <w:br/>
      </w:r>
      <w:r>
        <w:rPr>
          <w:lang w:eastAsia="zh-CN"/>
        </w:rPr>
        <w:t>　　2.做好辅导老师的准备工作，绝不打无准备的仗。正式开课前，所有辅导老师制定切实可行的活动计划，安排好全学期的活动内容，并提前备好一周的课，上课前一天要通知好所在社团学生准备好相关活动材料。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3.加强辅导老师的教学反思，总结工作中的成功之举和败笔之处。加强同志之间的交流探讨，浓厚研究气氛。努力提高兴趣活动的效果和效率。</w:t>
      </w:r>
      <w:r>
        <w:rPr>
          <w:lang w:eastAsia="zh-CN"/>
        </w:rPr>
        <w:br/>
      </w:r>
      <w:r>
        <w:rPr>
          <w:lang w:eastAsia="zh-CN"/>
        </w:rPr>
        <w:t>　　(三)充分重视学生的个别差异，注重因材施教，在全面了解学生个性特征的基础上，充分开发他们的潜能。把社团活动作为学校实施特色教育的重要途径。</w:t>
      </w:r>
      <w:r>
        <w:rPr>
          <w:lang w:eastAsia="zh-CN"/>
        </w:rPr>
        <w:br/>
      </w:r>
      <w:r>
        <w:rPr>
          <w:lang w:eastAsia="zh-CN"/>
        </w:rPr>
        <w:t>　　(四)加强检查督促，发现问题，及时修改。成立学校社团活动领导小组，组织、检查、指导活动的开展，以保证学校社团活动课程建设顺利进行</w:t>
      </w:r>
      <w:r>
        <w:rPr>
          <w:lang w:eastAsia="zh-CN"/>
        </w:rPr>
        <w:br/>
      </w:r>
      <w:r>
        <w:rPr>
          <w:lang w:eastAsia="zh-CN"/>
        </w:rPr>
        <w:t>　　(五)构建科学合理的社团活动评价方案。社团活动课程的开发与实施是对教师能力、精力、毅力等多方面的巨大考验，为此我们将建立规范的内部评价与激励改进机制，把各自辅导的情况纳入教师的考核</w:t>
      </w:r>
      <w:r>
        <w:rPr>
          <w:lang w:eastAsia="zh-CN"/>
        </w:rPr>
        <w:br/>
      </w:r>
      <w:r>
        <w:rPr>
          <w:lang w:eastAsia="zh-CN"/>
        </w:rPr>
        <w:t xml:space="preserve">    有关社团工作计划模板 篇15 </w:t>
      </w:r>
      <w:r>
        <w:rPr>
          <w:lang w:eastAsia="zh-CN"/>
        </w:rPr>
        <w:br/>
      </w:r>
      <w:r>
        <w:rPr>
          <w:lang w:eastAsia="zh-CN"/>
        </w:rPr>
        <w:t>　　在新的校区、,新学年、新气象，在新学期的开始，我社团要继承和发扬上学期团结务实的工作精神，积极热情的工作态度；要总结以前工作中的失误，争取在新的学期中把社团的各项工作做的更好，顺利开展各项活动，将我社团的工作再上一个新台阶,丰富我校校园文艺色彩。</w:t>
      </w:r>
      <w:r>
        <w:rPr>
          <w:lang w:eastAsia="zh-CN"/>
        </w:rPr>
        <w:br/>
      </w:r>
      <w:r>
        <w:rPr>
          <w:lang w:eastAsia="zh-CN"/>
        </w:rPr>
        <w:t>　　一、工作思想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以学院的主要纲领为行动指南，本着立足煤炭,面向能源,面向社会的态度，将常规工作与评建工作相融合，以饱满的精神和青春的活力迎接新学期的挑战，不断提高我社的工作效率，优化社团的工作形式，丰富社团的工作内容，锻炼社团干部与干事的工作能力，完善社团的工作制度，更好地发挥吉他社特殊的作用，协助团委、学生会谱写出辉煌的工作乐章。</w:t>
      </w:r>
      <w:r>
        <w:rPr>
          <w:lang w:eastAsia="zh-CN"/>
        </w:rPr>
        <w:br/>
      </w:r>
      <w:r>
        <w:rPr>
          <w:lang w:eastAsia="zh-CN"/>
        </w:rPr>
        <w:t>　　二、工作宗旨</w:t>
      </w:r>
      <w:r>
        <w:rPr>
          <w:lang w:eastAsia="zh-CN"/>
        </w:rPr>
        <w:br/>
      </w:r>
      <w:r>
        <w:rPr>
          <w:lang w:eastAsia="zh-CN"/>
        </w:rPr>
        <w:t>　　我社将以“和谐、热情、求实、拓新”为工作理念，积极引导、服务、协调、监督和考核全校学生社团，组织学生社团广泛开展丰富多彩、健康向上的学术、文化、体育、实践及公益活动。充分提高我校学生对吉他及其他乐器的了解,丰富同学们的大学生活。</w:t>
      </w:r>
      <w:r>
        <w:rPr>
          <w:lang w:eastAsia="zh-CN"/>
        </w:rPr>
        <w:br/>
      </w:r>
      <w:r>
        <w:rPr>
          <w:lang w:eastAsia="zh-CN"/>
        </w:rPr>
        <w:t>　　三、工作主题</w:t>
      </w:r>
      <w:r>
        <w:rPr>
          <w:lang w:eastAsia="zh-CN"/>
        </w:rPr>
        <w:br/>
      </w:r>
      <w:r>
        <w:rPr>
          <w:lang w:eastAsia="zh-CN"/>
        </w:rPr>
        <w:t>　　在校团委的领导下，围绕全校工作的具体安排，以社团发展为核心，以满足广大会员爱好为目标，以保证广大会员权益为目的，以开展社团会员为手段，以社团稳定发展为基础，组织丰富多彩的社团活动，满足学生的精神文化需求，服务校园文明建设；加强学生社团的监管力度，对校级大型社团活动给予大力支持；进步完善学生社团管理制度，维护学生社团成员的合法权益，为评估做出最大努力。</w:t>
      </w:r>
      <w:r>
        <w:rPr>
          <w:lang w:eastAsia="zh-CN"/>
        </w:rPr>
        <w:br/>
      </w:r>
      <w:r>
        <w:rPr>
          <w:lang w:eastAsia="zh-CN"/>
        </w:rPr>
        <w:t>　　四、重点工作</w:t>
      </w:r>
      <w:r>
        <w:rPr>
          <w:lang w:eastAsia="zh-CN"/>
        </w:rPr>
        <w:br/>
      </w:r>
      <w:r>
        <w:rPr>
          <w:lang w:eastAsia="zh-CN"/>
        </w:rPr>
        <w:t>　　（一）社团招收新会员</w:t>
      </w:r>
      <w:r>
        <w:rPr>
          <w:lang w:eastAsia="zh-CN"/>
        </w:rPr>
        <w:br/>
      </w:r>
      <w:r>
        <w:rPr>
          <w:lang w:eastAsia="zh-CN"/>
        </w:rPr>
        <w:t>　　（二）社团开学注册</w:t>
      </w:r>
      <w:r>
        <w:rPr>
          <w:lang w:eastAsia="zh-CN"/>
        </w:rPr>
        <w:br/>
      </w:r>
      <w:r>
        <w:rPr>
          <w:lang w:eastAsia="zh-CN"/>
        </w:rPr>
        <w:t>　　（三）社团管理层的改进工作</w:t>
      </w:r>
      <w:r>
        <w:rPr>
          <w:lang w:eastAsia="zh-CN"/>
        </w:rPr>
        <w:br/>
      </w:r>
      <w:r>
        <w:rPr>
          <w:lang w:eastAsia="zh-CN"/>
        </w:rPr>
        <w:t>　　（四）社团文化艺术节</w:t>
      </w:r>
      <w:r>
        <w:rPr>
          <w:lang w:eastAsia="zh-CN"/>
        </w:rPr>
        <w:br/>
      </w:r>
      <w:r>
        <w:rPr>
          <w:lang w:eastAsia="zh-CN"/>
        </w:rPr>
        <w:t>　　（五）各种电子版、纸制档案的收取，整理。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五、具体工作</w:t>
      </w:r>
      <w:r>
        <w:rPr>
          <w:lang w:eastAsia="zh-CN"/>
        </w:rPr>
        <w:br/>
      </w:r>
      <w:r>
        <w:rPr>
          <w:lang w:eastAsia="zh-CN"/>
        </w:rPr>
        <w:t>　　第一、二周</w:t>
      </w:r>
      <w:r>
        <w:rPr>
          <w:lang w:eastAsia="zh-CN"/>
        </w:rPr>
        <w:br/>
      </w:r>
      <w:r>
        <w:rPr>
          <w:lang w:eastAsia="zh-CN"/>
        </w:rPr>
        <w:t>　　完成各个社团开学注册工作。</w:t>
      </w:r>
      <w:r>
        <w:rPr>
          <w:lang w:eastAsia="zh-CN"/>
        </w:rPr>
        <w:br/>
      </w:r>
      <w:r>
        <w:rPr>
          <w:lang w:eastAsia="zh-CN"/>
        </w:rPr>
        <w:t>　　第三、四周</w:t>
      </w:r>
      <w:r>
        <w:rPr>
          <w:lang w:eastAsia="zh-CN"/>
        </w:rPr>
        <w:br/>
      </w:r>
      <w:r>
        <w:rPr>
          <w:lang w:eastAsia="zh-CN"/>
        </w:rPr>
        <w:t>　　完成我社团新社员招收工作，完成所有社团管理层更新工作，确定新社团负责人并做好相关通讯录，确定我社节目计划的总方案并将子方案全部收齐。</w:t>
      </w:r>
      <w:r>
        <w:rPr>
          <w:lang w:eastAsia="zh-CN"/>
        </w:rPr>
        <w:br/>
      </w:r>
      <w:r>
        <w:rPr>
          <w:lang w:eastAsia="zh-CN"/>
        </w:rPr>
        <w:t>　　第五、六周</w:t>
      </w:r>
      <w:r>
        <w:rPr>
          <w:lang w:eastAsia="zh-CN"/>
        </w:rPr>
        <w:br/>
      </w:r>
      <w:r>
        <w:rPr>
          <w:lang w:eastAsia="zh-CN"/>
        </w:rPr>
        <w:t>　　对新成员进行培训活动。</w:t>
      </w:r>
      <w:r>
        <w:rPr>
          <w:lang w:eastAsia="zh-CN"/>
        </w:rPr>
        <w:br/>
      </w:r>
      <w:r>
        <w:rPr>
          <w:lang w:eastAsia="zh-CN"/>
        </w:rPr>
        <w:t>　　第七、八、九周</w:t>
      </w:r>
      <w:r>
        <w:rPr>
          <w:lang w:eastAsia="zh-CN"/>
        </w:rPr>
        <w:br/>
      </w:r>
      <w:r>
        <w:rPr>
          <w:lang w:eastAsia="zh-CN"/>
        </w:rPr>
        <w:t>　　做好我社团发展论坛预备工作，第九周论坛正式开始。</w:t>
      </w:r>
      <w:r>
        <w:rPr>
          <w:lang w:eastAsia="zh-CN"/>
        </w:rPr>
        <w:br/>
      </w:r>
      <w:r>
        <w:rPr>
          <w:lang w:eastAsia="zh-CN"/>
        </w:rPr>
        <w:t>　　第一、十二周</w:t>
      </w:r>
      <w:r>
        <w:rPr>
          <w:lang w:eastAsia="zh-CN"/>
        </w:rPr>
        <w:br/>
      </w:r>
      <w:r>
        <w:rPr>
          <w:lang w:eastAsia="zh-CN"/>
        </w:rPr>
        <w:t>　　做好我社团正常工作当中的每一个环节。</w:t>
      </w:r>
      <w:r>
        <w:rPr>
          <w:lang w:eastAsia="zh-CN"/>
        </w:rPr>
        <w:br/>
      </w:r>
      <w:r>
        <w:rPr>
          <w:lang w:eastAsia="zh-CN"/>
        </w:rPr>
        <w:t>　　第十三、十四周</w:t>
      </w:r>
      <w:r>
        <w:rPr>
          <w:lang w:eastAsia="zh-CN"/>
        </w:rPr>
        <w:br/>
      </w:r>
      <w:r>
        <w:rPr>
          <w:lang w:eastAsia="zh-CN"/>
        </w:rPr>
        <w:t>　　做好我社团各项活动的总结工作。</w:t>
      </w:r>
      <w:r>
        <w:rPr>
          <w:lang w:eastAsia="zh-CN"/>
        </w:rPr>
        <w:br/>
      </w:r>
      <w:r>
        <w:rPr>
          <w:lang w:eastAsia="zh-CN"/>
        </w:rPr>
        <w:t>　　第十五、十六周</w:t>
      </w:r>
      <w:r>
        <w:rPr>
          <w:lang w:eastAsia="zh-CN"/>
        </w:rPr>
        <w:br/>
      </w:r>
      <w:r>
        <w:rPr>
          <w:lang w:eastAsia="zh-CN"/>
        </w:rPr>
        <w:t>　　做好本学期收尾工作，吉他社社团的学期总结，各部的总结。</w:t>
      </w:r>
      <w:r>
        <w:rPr>
          <w:lang w:eastAsia="zh-CN"/>
        </w:rPr>
        <w:br/>
      </w:r>
      <w:r>
        <w:rPr>
          <w:lang w:eastAsia="zh-CN"/>
        </w:rPr>
        <w:t>　　六、部门工作分配</w:t>
      </w:r>
      <w:r>
        <w:rPr>
          <w:lang w:eastAsia="zh-CN"/>
        </w:rPr>
        <w:br/>
      </w:r>
      <w:r>
        <w:rPr>
          <w:lang w:eastAsia="zh-CN"/>
        </w:rPr>
        <w:t>　　根据团委、学生会本学期的工作要求，我社现设立五个小组分配如下：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1、社长、副社长：做好平时的日常监督管理；组织、策划各类学生团体活动以及协助各个社团活动的开展；学期末对干事和社团做最后的评定。</w:t>
      </w:r>
      <w:r>
        <w:rPr>
          <w:lang w:eastAsia="zh-CN"/>
        </w:rPr>
        <w:br/>
      </w:r>
      <w:r>
        <w:rPr>
          <w:lang w:eastAsia="zh-CN"/>
        </w:rPr>
        <w:t>　　2、组织部：做好档案、资料及日常文件的分类整理工作；更新社团工作人员的联系方式，以保信息畅通,做好历史档案的整理及存档；做好每次例会的考评；作好每一次的会议记录。</w:t>
      </w:r>
      <w:r>
        <w:rPr>
          <w:lang w:eastAsia="zh-CN"/>
        </w:rPr>
        <w:br/>
      </w:r>
      <w:r>
        <w:rPr>
          <w:lang w:eastAsia="zh-CN"/>
        </w:rPr>
        <w:t>　　3、外联部：以积极的态度、坚韧的毅力、务实的作风，完成对新干部的培训，引导新干部思想工作，使其更好的投入到工作中；作好与学院其他社团的交流与沟通,与外界的商家保持联系。</w:t>
      </w:r>
      <w:r>
        <w:rPr>
          <w:lang w:eastAsia="zh-CN"/>
        </w:rPr>
        <w:br/>
      </w:r>
      <w:r>
        <w:rPr>
          <w:lang w:eastAsia="zh-CN"/>
        </w:rPr>
        <w:t>　　4、活动策划部：做好日常工作的同时并协助部长做好部门内部各种活动策划；审核各种社团上交的文件；完成“校园社团新秀汇演”的活动策划书；上交主席团进行修正、审批；进行招新的.面试。</w:t>
      </w:r>
      <w:r>
        <w:rPr>
          <w:lang w:eastAsia="zh-CN"/>
        </w:rPr>
        <w:br/>
      </w:r>
      <w:r>
        <w:rPr>
          <w:lang w:eastAsia="zh-CN"/>
        </w:rPr>
        <w:t>　　5、宣传部：做好对各个社团的海报通知；更新新的社团社长通讯录。</w:t>
      </w:r>
      <w:r>
        <w:rPr>
          <w:lang w:eastAsia="zh-CN"/>
        </w:rPr>
        <w:br/>
      </w:r>
      <w:r>
        <w:rPr>
          <w:lang w:eastAsia="zh-CN"/>
        </w:rPr>
        <w:t>　　部门人员分配如下：</w:t>
      </w:r>
      <w:r>
        <w:rPr>
          <w:lang w:eastAsia="zh-CN"/>
        </w:rPr>
        <w:br/>
      </w:r>
      <w:r>
        <w:rPr>
          <w:lang w:eastAsia="zh-CN"/>
        </w:rPr>
        <w:t>　　1、社长：焦树文负责人：焦树文</w:t>
      </w:r>
      <w:r>
        <w:rPr>
          <w:lang w:eastAsia="zh-CN"/>
        </w:rPr>
        <w:br/>
      </w:r>
      <w:r>
        <w:rPr>
          <w:lang w:eastAsia="zh-CN"/>
        </w:rPr>
        <w:t>　　2、组织部：自杰能负责人：自杰能</w:t>
      </w:r>
      <w:r>
        <w:rPr>
          <w:lang w:eastAsia="zh-CN"/>
        </w:rPr>
        <w:br/>
      </w:r>
      <w:r>
        <w:rPr>
          <w:lang w:eastAsia="zh-CN"/>
        </w:rPr>
        <w:t>　　3、外联部：叶永强负责人：叶永强</w:t>
      </w:r>
      <w:r>
        <w:rPr>
          <w:lang w:eastAsia="zh-CN"/>
        </w:rPr>
        <w:br/>
      </w:r>
      <w:r>
        <w:rPr>
          <w:lang w:eastAsia="zh-CN"/>
        </w:rPr>
        <w:t>　　4、活动策划部：杨自华负责人：杨自华</w:t>
      </w:r>
      <w:r>
        <w:rPr>
          <w:lang w:eastAsia="zh-CN"/>
        </w:rPr>
        <w:br/>
      </w:r>
      <w:r>
        <w:rPr>
          <w:lang w:eastAsia="zh-CN"/>
        </w:rPr>
        <w:t>　　5、宣传部：付利婷负责人：付利婷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以上就是我这学期的工作骨干，我认为有了骨干是一切的基础，有一个清晰的骨干就会有将来繁茂的枝叶，我们团体部是有信心做到让老师、让同学，让所有人看到一个有活力、有生气的部门，我们会尽自己的最大可能让大家展示自己的才能，让大家的大学生活过得开心快乐，为本科评估做出我们最大的努力。</w:t>
      </w:r>
      <w:r>
        <w:rPr>
          <w:lang w:eastAsia="zh-CN"/>
        </w:rPr>
        <w:br/>
      </w:r>
      <w:r>
        <w:rPr>
          <w:lang w:eastAsia="zh-CN"/>
        </w:rPr>
        <w:t>　　云南能源职业技术学院天朗吉他社</w:t>
      </w:r>
      <w:r>
        <w:rPr>
          <w:lang w:eastAsia="zh-CN"/>
        </w:rPr>
        <w:br/>
      </w:r>
      <w:r>
        <w:rPr>
          <w:lang w:eastAsia="zh-CN"/>
        </w:rPr>
        <w:t>　　20__—09—13</w:t>
      </w:r>
      <w:r>
        <w:rPr>
          <w:lang w:eastAsia="zh-CN"/>
        </w:rPr>
        <w:br/>
      </w:r>
      <w:r>
        <w:rPr>
          <w:lang w:eastAsia="zh-CN"/>
        </w:rPr>
        <w:t xml:space="preserve">    有关社团工作计划模板 篇16 </w:t>
      </w:r>
      <w:r>
        <w:rPr>
          <w:lang w:eastAsia="zh-CN"/>
        </w:rPr>
        <w:br/>
      </w:r>
      <w:r>
        <w:rPr>
          <w:lang w:eastAsia="zh-CN"/>
        </w:rPr>
        <w:t>　　为了提高我理工学院学生素质，培养当今计算机技术以及科技文化的兴趣，增进学生对于计算机的了解，借此社团文化节之机展开一系列社团活动，特此总结如下。</w:t>
      </w:r>
      <w:r>
        <w:rPr>
          <w:lang w:eastAsia="zh-CN"/>
        </w:rPr>
        <w:br/>
      </w:r>
      <w:r>
        <w:rPr>
          <w:lang w:eastAsia="zh-CN"/>
        </w:rPr>
        <w:t>　　1、c语言培训</w:t>
      </w:r>
      <w:r>
        <w:rPr>
          <w:lang w:eastAsia="zh-CN"/>
        </w:rPr>
        <w:br/>
      </w:r>
      <w:r>
        <w:rPr>
          <w:lang w:eastAsia="zh-CN"/>
        </w:rPr>
        <w:t>　　为了增进协会会员对c语言的理解，计算机协会进行了为期三个星期的`c语言培训，第一个星期培训主要讲解了c语言基础知识提升及巩固；第二个星期培训主要讲解了文件输入输出知识及简单的游戏设计思想；第三个星期的培训巩固了文件输入输出知识，讲解了图形函数的使用方法及游戏设计实践。</w:t>
      </w:r>
      <w:r>
        <w:rPr>
          <w:lang w:eastAsia="zh-CN"/>
        </w:rPr>
        <w:br/>
      </w:r>
      <w:r>
        <w:rPr>
          <w:lang w:eastAsia="zh-CN"/>
        </w:rPr>
        <w:t>　　时间：11月22日——12月13日地点：k4-201、k4-102</w:t>
      </w:r>
      <w:r>
        <w:rPr>
          <w:lang w:eastAsia="zh-CN"/>
        </w:rPr>
        <w:br/>
      </w:r>
      <w:r>
        <w:rPr>
          <w:lang w:eastAsia="zh-CN"/>
        </w:rPr>
        <w:t>　　2、星网吧英雄联盟电竞比赛</w:t>
      </w:r>
      <w:r>
        <w:rPr>
          <w:lang w:eastAsia="zh-CN"/>
        </w:rPr>
        <w:br/>
      </w:r>
    </w:p>
    <w:p w:rsidR="001B1F19" w14:textId="27C3F48A">
      <w:pPr>
        <w:rPr>
          <w:rFonts w:hint="eastAsia"/>
          <w:lang w:eastAsia="zh-CN"/>
        </w:rPr>
      </w:pPr>
      <w:r>
        <w:rPr>
          <w:lang w:eastAsia="zh-CN"/>
        </w:rPr>
        <w:t>　　为了引导在校学生正确对待电子游戏，弘扬奋发拼搏，健康向上，团结合作的电子体育文化和主旋律精神，引领时尚健康的电子竞技文化潮流，计算机协会联合星网吧举办英雄联盟电竞比赛，本次比赛分为小组赛、四分之一决赛、半决赛与决赛，共20支队伍参加比赛，本次比赛设立冠军及亚军奖项，由星网吧赞助提供奖金及奖品。本次比赛展现出了其许多上进拼搏的积极意义。希望在今后的校园生活中能有更多有意义的社团活动，为理工校园文化增添光彩。</w:t>
      </w:r>
      <w:r>
        <w:rPr>
          <w:lang w:eastAsia="zh-CN"/>
        </w:rPr>
        <w:br/>
      </w:r>
      <w:r>
        <w:rPr>
          <w:lang w:eastAsia="zh-CN"/>
        </w:rPr>
        <w:t>　　时间：10月22日——12月14日地点：星网吧</w:t>
      </w:r>
      <w:r>
        <w:rPr>
          <w:lang w:eastAsia="zh-CN"/>
        </w:rPr>
        <w:br/>
      </w:r>
      <w:r>
        <w:rPr>
          <w:lang w:eastAsia="zh-CN"/>
        </w:rPr>
        <w:t>　　3、社团文化节晚会</w:t>
      </w:r>
      <w:r>
        <w:rPr>
          <w:lang w:eastAsia="zh-CN"/>
        </w:rPr>
        <w:br/>
      </w:r>
      <w:r>
        <w:rPr>
          <w:lang w:eastAsia="zh-CN"/>
        </w:rPr>
        <w:t>　　为了彰显计算机协会的专业优势，展现协会实力，计算机协会作为社团文化节晚会的承办方参与相关筹办工作，并提供主持人一名。作为承办方，计算机协会承担社团文化节晚会国贸站开场及结尾视频制作，以及部分后台控制，与摄影协会、电子技术协会、军事协会、香格里拉艺术团、数学建模协会一起共同保证了晚会的正常进行。</w:t>
      </w:r>
      <w:r>
        <w:rPr>
          <w:lang w:eastAsia="zh-CN"/>
        </w:rPr>
        <w:br/>
      </w:r>
      <w:r>
        <w:rPr>
          <w:lang w:eastAsia="zh-CN"/>
        </w:rPr>
        <w:t>　　时间：12月19日——12月20日地点：理工中门、国贸</w:t>
      </w:r>
      <w:r>
        <w:rPr>
          <w:lang w:eastAsia="zh-CN"/>
        </w:rPr>
        <w:br/>
      </w:r>
      <w:r>
        <w:rPr>
          <w:lang w:eastAsia="zh-CN"/>
        </w:rPr>
        <w:t>　　计算机协会十一月月末总结及十二月工作计划</w:t>
      </w:r>
      <w:r>
        <w:rPr>
          <w:lang w:eastAsia="zh-CN"/>
        </w:rPr>
        <w:br/>
      </w:r>
      <w:r>
        <w:rPr>
          <w:lang w:eastAsia="zh-CN"/>
        </w:rPr>
        <w:t>　　一、十一月月末总结</w:t>
      </w:r>
      <w:r>
        <w:rPr>
          <w:lang w:eastAsia="zh-CN"/>
        </w:rPr>
        <w:br/>
      </w:r>
      <w:r>
        <w:rPr>
          <w:lang w:eastAsia="zh-CN"/>
        </w:rPr>
        <w:t>　　十一月是社团活动的巅峰期，计算机协会自然也不例外。在十一月，计算机协会的活动如火如荼地开展着。</w:t>
      </w:r>
      <w:r>
        <w:rPr>
          <w:lang w:eastAsia="zh-CN"/>
        </w:rPr>
        <w:br/>
      </w:r>
      <w:r>
        <w:rPr>
          <w:lang w:eastAsia="zh-CN"/>
        </w:rPr>
        <w:t>　　计算机协会硬件知识讲座</w:t>
      </w:r>
      <w:r>
        <w:rPr>
          <w:lang w:eastAsia="zh-CN"/>
        </w:rPr>
        <w:br/>
      </w:r>
      <w:r>
        <w:rPr>
          <w:lang w:eastAsia="zh-CN"/>
        </w:rPr>
        <w:t>　　20__年11月15日，计算机协会开展硬件知识讲座作为计算机协会第二次培训活动，旨在提高大学生社会实践能力以及计算机应用能力，通过本次活动相信同学们对计算机的了解更进一步，也为在日后与湖北师范学院计算机协会的DIy装机大赛中能有出色的表现奠定了基础。</w:t>
      </w:r>
      <w:r>
        <w:rPr>
          <w:lang w:eastAsia="zh-CN"/>
        </w:rPr>
        <w:br/>
      </w:r>
      <w:r>
        <w:rPr>
          <w:lang w:eastAsia="zh-CN"/>
        </w:rPr>
        <w:t>　　爱心电脑诊所户外维修活动</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https://d.book118.com/656231125025010050</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56231125025010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