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2024个人保护环境主题演讲稿（35篇）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2024个人保护环境主题演讲稿（精选35篇）</w:t>
      </w:r>
      <w:r>
        <w:rPr>
          <w:lang w:eastAsia="zh-CN"/>
        </w:rPr>
        <w:br/>
      </w:r>
      <w:r>
        <w:rPr>
          <w:lang w:eastAsia="zh-CN"/>
        </w:rPr>
        <w:t xml:space="preserve">    2024个人保护环境主题演讲稿 篇1 </w:t>
      </w:r>
      <w:r>
        <w:rPr>
          <w:lang w:eastAsia="zh-CN"/>
        </w:rPr>
        <w:br/>
      </w:r>
      <w:r>
        <w:rPr>
          <w:lang w:eastAsia="zh-CN"/>
        </w:rPr>
        <w:t>　　尊敬的老师们，亲爱的同学们：</w:t>
      </w:r>
      <w:r>
        <w:rPr>
          <w:lang w:eastAsia="zh-CN"/>
        </w:rPr>
        <w:br/>
      </w:r>
      <w:r>
        <w:rPr>
          <w:lang w:eastAsia="zh-CN"/>
        </w:rPr>
        <w:t>　　大家好!</w:t>
      </w:r>
      <w:r>
        <w:rPr>
          <w:lang w:eastAsia="zh-CN"/>
        </w:rPr>
        <w:br/>
      </w:r>
      <w:r>
        <w:rPr>
          <w:lang w:eastAsia="zh-CN"/>
        </w:rPr>
        <w:t>　　在我的脑海中，总有这样一幅画面出现：留连戏蝶时时舞，自在娇莺恰恰啼。那是外婆经常和我讲起的她小时候的家乡景色。然而，在我的身边，我却只能见到拥挤的车流、忙碌的人流，以及鳞次栉比的高楼大厦。</w:t>
      </w:r>
      <w:r>
        <w:rPr>
          <w:lang w:eastAsia="zh-CN"/>
        </w:rPr>
        <w:br/>
      </w:r>
      <w:r>
        <w:rPr>
          <w:lang w:eastAsia="zh-CN"/>
        </w:rPr>
        <w:t>　　那样美好的景色都去哪儿了呢?20__年2月，我走进了“话说低碳”科普展，当“高碳之伤”跃入我的视野，细细阅读后，终于有所了解。</w:t>
      </w:r>
      <w:r>
        <w:rPr>
          <w:lang w:eastAsia="zh-CN"/>
        </w:rPr>
        <w:br/>
      </w:r>
      <w:r>
        <w:rPr>
          <w:lang w:eastAsia="zh-CN"/>
        </w:rPr>
        <w:t>　　全球变暖、海平面上升等种种环境问题，正以迅雷不及掩耳之势危害着我们人类。由此，我想到了绍兴去年冬天的好几次严重雾霾，从课外书上阅读到的土地沙漠化。而形成如此严重的环境问题的罪魁祸首，竟是我们人类自己。心痛、惭愧之情油然而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怎样才能保护我们的地球，清洁我们的地球，让美好的景色重现呢?当走进“低碳生活”展览区域，我深深地震撼了：原来，环保可以如此简单，只要让低碳走进你我他，坚持不懈后，定能看到心中的“世外桃源”。</w:t>
      </w:r>
      <w:r>
        <w:rPr>
          <w:lang w:eastAsia="zh-CN"/>
        </w:rPr>
        <w:br/>
      </w:r>
      <w:r>
        <w:rPr>
          <w:lang w:eastAsia="zh-CN"/>
        </w:rPr>
        <w:t>　　因此，我以一名小学二年级学生的名义为我们人类提出以下最最直接可行的建议：</w:t>
      </w:r>
      <w:r>
        <w:rPr>
          <w:lang w:eastAsia="zh-CN"/>
        </w:rPr>
        <w:br/>
      </w:r>
      <w:r>
        <w:rPr>
          <w:lang w:eastAsia="zh-CN"/>
        </w:rPr>
        <w:t>　　一、以步代车。</w:t>
      </w:r>
      <w:r>
        <w:rPr>
          <w:lang w:eastAsia="zh-CN"/>
        </w:rPr>
        <w:br/>
      </w:r>
      <w:r>
        <w:rPr>
          <w:lang w:eastAsia="zh-CN"/>
        </w:rPr>
        <w:t>　　汽车尾气中含有大量二氧化碳，是美好环境的杀手，请所有的爸爸妈妈们减少使用私家车的次数，以步代车，既锻炼身体又保护环境。</w:t>
      </w:r>
      <w:r>
        <w:rPr>
          <w:lang w:eastAsia="zh-CN"/>
        </w:rPr>
        <w:br/>
      </w:r>
      <w:r>
        <w:rPr>
          <w:lang w:eastAsia="zh-CN"/>
        </w:rPr>
        <w:t>　　二、一水多用。</w:t>
      </w:r>
      <w:r>
        <w:rPr>
          <w:lang w:eastAsia="zh-CN"/>
        </w:rPr>
        <w:br/>
      </w:r>
      <w:r>
        <w:rPr>
          <w:lang w:eastAsia="zh-CN"/>
        </w:rPr>
        <w:t>　　水资源的浪费非常严峻，请大伙儿能学习“一水多用”。淘米水可以浇花，洗菜后的水可以冲厕所，洗衣服后的水可以拖地等。</w:t>
      </w:r>
      <w:r>
        <w:rPr>
          <w:lang w:eastAsia="zh-CN"/>
        </w:rPr>
        <w:br/>
      </w:r>
      <w:r>
        <w:rPr>
          <w:lang w:eastAsia="zh-CN"/>
        </w:rPr>
        <w:t>　　三、少开空调</w:t>
      </w:r>
      <w:r>
        <w:rPr>
          <w:lang w:eastAsia="zh-CN"/>
        </w:rPr>
        <w:br/>
      </w:r>
      <w:r>
        <w:rPr>
          <w:lang w:eastAsia="zh-CN"/>
        </w:rPr>
        <w:t>　　冬天的暖空调，能不开尽量不开，衣服穿多点就不冷了;夏天的冷空调，尽量将温度调高点。低碳生活，其实就是要求我们从小事做起。环境保护，“勿以善小而不为。”让我们大家一起努力，让地球拥有更美好的明天。</w:t>
      </w:r>
      <w:r>
        <w:rPr>
          <w:lang w:eastAsia="zh-CN"/>
        </w:rPr>
        <w:br/>
      </w:r>
      <w:r>
        <w:rPr>
          <w:lang w:eastAsia="zh-CN"/>
        </w:rPr>
        <w:t>　　谢谢大家!</w:t>
      </w:r>
      <w:r>
        <w:rPr>
          <w:lang w:eastAsia="zh-CN"/>
        </w:rPr>
        <w:br/>
      </w:r>
      <w:r>
        <w:rPr>
          <w:lang w:eastAsia="zh-CN"/>
        </w:rPr>
        <w:t xml:space="preserve">    2024个人保护环境主题演讲稿 篇2 </w:t>
      </w:r>
      <w:r>
        <w:rPr>
          <w:lang w:eastAsia="zh-CN"/>
        </w:rPr>
        <w:br/>
      </w:r>
      <w:r>
        <w:rPr>
          <w:lang w:eastAsia="zh-CN"/>
        </w:rPr>
        <w:t>　　各位同学们：</w:t>
      </w:r>
      <w:r>
        <w:rPr>
          <w:lang w:eastAsia="zh-CN"/>
        </w:rPr>
        <w:br/>
      </w:r>
      <w:r>
        <w:rPr>
          <w:lang w:eastAsia="zh-CN"/>
        </w:rPr>
        <w:t>　　今天我要讲的是保护环境的演讲稿，题目是《给家长们的一环保封信》。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亲爱的爸爸、妈妈，我们一起来谈谈保护环境卫生的问题，就以我们这次去株洲方特游乐园所见的情况开始吧。草木葱葱，绿树成荫，鸟语花香，空气清新是我们梦寐以求的家园。优美和谐的自然环境，必然为我们带来身心的愉悦和无限的乐趣，可是我看到有很多的游客在这里出现了不文明的现象，那些游客不仅在不起眼的各个角落乱扔果皮纸屑，还在墙上乱涂乱画，另外还有一些游客在草坪上肆意践踏，把游乐园原本漂亮的脸，弄得脏脏的，还害得那些清洁工人在不停的拾捡游客们扔下的垃圾，大量的游客不爱护环境，清洁工人毕竟没有游客多，就算清洁工人一时不停的搞卫生，有一些地方还是没有搞干净。</w:t>
      </w:r>
      <w:r>
        <w:rPr>
          <w:lang w:eastAsia="zh-CN"/>
        </w:rPr>
        <w:br/>
      </w:r>
      <w:r>
        <w:rPr>
          <w:lang w:eastAsia="zh-CN"/>
        </w:rPr>
        <w:t>　　环保意识是现代人的重要标志。保护环境，人人有责，虽然我们现在还只是个学生，没有任何能力去改变那些环境问题，但是我们可以从小事做起。我们应当切实地树立起时代责任，心系全球，着眼身边。多弯弯腰捡捡果皮纸屑，首先是不要随地乱扔乱丢;多走几步，不要穿越绿化带，践踏绿地。除此之外，我们还要爱护身边的环境卫生，遵守有关禁止乱扔各种废弃物的规定，把废弃物扔到指定的地点或容器中，避免使用一次性的饮料杯、饭盒、塑料袋，用纸盒等代替，这样可以大大减少垃圾，减轻垃圾处理工作的压力。这一切，看起来不是很平凡的事情吗?只要我们愿意，很轻松就能完成，很轻松就能参与到保护环境的重大工作当中。</w:t>
      </w:r>
      <w:r>
        <w:rPr>
          <w:lang w:eastAsia="zh-CN"/>
        </w:rPr>
        <w:br/>
      </w:r>
      <w:r>
        <w:rPr>
          <w:lang w:eastAsia="zh-CN"/>
        </w:rPr>
        <w:t>　　亲爱的爸爸妈妈，环境保护是一项长期而又艰巨的任务，让我们珍爱生命，善待自己，保护好我们的环境家园吧!让我们生命的每一天，天天都是环境日!</w:t>
      </w:r>
      <w:r>
        <w:rPr>
          <w:lang w:eastAsia="zh-CN"/>
        </w:rPr>
        <w:br/>
      </w:r>
      <w:r>
        <w:rPr>
          <w:lang w:eastAsia="zh-CN"/>
        </w:rPr>
        <w:t>　　谢谢大家!我的演讲完毕。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2024个人保护环境主题演讲稿 篇3 </w:t>
      </w:r>
      <w:r>
        <w:rPr>
          <w:lang w:eastAsia="zh-CN"/>
        </w:rPr>
        <w:br/>
      </w:r>
      <w:r>
        <w:rPr>
          <w:lang w:eastAsia="zh-CN"/>
        </w:rPr>
        <w:t>　　同学们，你们知道吗？我们生活的这个地球已经被我们自己破坏了。</w:t>
      </w:r>
      <w:r>
        <w:rPr>
          <w:lang w:eastAsia="zh-CN"/>
        </w:rPr>
        <w:br/>
      </w:r>
      <w:r>
        <w:rPr>
          <w:lang w:eastAsia="zh-CN"/>
        </w:rPr>
        <w:t>　　到处都有人乱扔垃圾，汽车的尾气把马路弄得乌烟瘴气，城市里的小树林都被砍光用来造房。虽然现在科技很发达，但用的还是地球上的资源，请大家想一想：如果地球上的资源都用光了我们该靠设么生活，钱吗？不是，钱虽然可以买到很多东西，但却买不到明朗的天空，清新的空气，干净的河、江、海水……</w:t>
      </w:r>
      <w:r>
        <w:rPr>
          <w:lang w:eastAsia="zh-CN"/>
        </w:rPr>
        <w:br/>
      </w:r>
      <w:r>
        <w:rPr>
          <w:lang w:eastAsia="zh-CN"/>
        </w:rPr>
        <w:t>　　如果现在每人节约几度电、节约几滴水、少开几次车，以后就不会有停电，以后就会有一条河，以后就不会有空气污染……</w:t>
      </w:r>
      <w:r>
        <w:rPr>
          <w:lang w:eastAsia="zh-CN"/>
        </w:rPr>
        <w:br/>
      </w:r>
      <w:r>
        <w:rPr>
          <w:lang w:eastAsia="zh-CN"/>
        </w:rPr>
        <w:t>　　……</w:t>
      </w:r>
      <w:r>
        <w:rPr>
          <w:lang w:eastAsia="zh-CN"/>
        </w:rPr>
        <w:br/>
      </w:r>
      <w:r>
        <w:rPr>
          <w:lang w:eastAsia="zh-CN"/>
        </w:rPr>
        <w:t>　　总之一句话：保护地球人人有责！</w:t>
      </w:r>
      <w:r>
        <w:rPr>
          <w:lang w:eastAsia="zh-CN"/>
        </w:rPr>
        <w:br/>
      </w:r>
      <w:r>
        <w:rPr>
          <w:lang w:eastAsia="zh-CN"/>
        </w:rPr>
        <w:t>　　我们生活在地球上，地球很美。</w:t>
      </w:r>
      <w:r>
        <w:rPr>
          <w:lang w:eastAsia="zh-CN"/>
        </w:rPr>
        <w:br/>
      </w:r>
      <w:r>
        <w:rPr>
          <w:lang w:eastAsia="zh-CN"/>
        </w:rPr>
        <w:t>　　如果我们少先队员不注重保护环境，乱扔垃圾。地球就变成了垃圾场，使我们居住的环境受到污染。</w:t>
      </w:r>
      <w:r>
        <w:rPr>
          <w:lang w:eastAsia="zh-CN"/>
        </w:rPr>
        <w:br/>
      </w:r>
      <w:r>
        <w:rPr>
          <w:lang w:eastAsia="zh-CN"/>
        </w:rPr>
        <w:t>　　我们少先队员应该从自己做起，从身边做起，倡导球保意识，制止不文明的行为。让我们的地球变得更漂亮、更美丽！</w:t>
      </w:r>
      <w:r>
        <w:rPr>
          <w:lang w:eastAsia="zh-CN"/>
        </w:rPr>
        <w:br/>
      </w:r>
      <w:r>
        <w:rPr>
          <w:lang w:eastAsia="zh-CN"/>
        </w:rPr>
        <w:t>　　我是__学校的一名学生，我叫。</w:t>
      </w:r>
      <w:r>
        <w:rPr>
          <w:lang w:eastAsia="zh-CN"/>
        </w:rPr>
        <w:br/>
      </w:r>
      <w:r>
        <w:rPr>
          <w:lang w:eastAsia="zh-CN"/>
        </w:rPr>
        <w:t>　　今年全国的'环境不是很好，地球外面的臭氧层破了一个洞。所以天气忽冷忽热。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不论怎么说，反正我们一定要保护树木，爱护花草。大人少开车、工厂少排污，这样的话就会减少二氧化碳的排出。还有少开灯也会节能的。</w:t>
      </w:r>
      <w:r>
        <w:rPr>
          <w:lang w:eastAsia="zh-CN"/>
        </w:rPr>
        <w:br/>
      </w:r>
      <w:r>
        <w:rPr>
          <w:lang w:eastAsia="zh-CN"/>
        </w:rPr>
        <w:t>　　不要浪费水资源，不要乱砍树木。我的讲话完了。谢谢！</w:t>
      </w:r>
      <w:r>
        <w:rPr>
          <w:lang w:eastAsia="zh-CN"/>
        </w:rPr>
        <w:br/>
      </w:r>
      <w:r>
        <w:rPr>
          <w:lang w:eastAsia="zh-CN"/>
        </w:rPr>
        <w:t>　　今天，我一来到公园，就觉得讨厌，你们知道为什么吗？</w:t>
      </w:r>
      <w:r>
        <w:rPr>
          <w:lang w:eastAsia="zh-CN"/>
        </w:rPr>
        <w:br/>
      </w:r>
      <w:r>
        <w:rPr>
          <w:lang w:eastAsia="zh-CN"/>
        </w:rPr>
        <w:t>　　这是因为，人们经常把垃圾扔到河里，害的小鱼们东躲西藏而且河水里还发出阵阵的臭味，人们还经常把垃圾扔向草坪和马路上，既破坏美观又害的小昆虫不能安居乐业又妨碍行人走路。保护环境，从我做起，争取让我们的家园更加美丽，空气更加清新！</w:t>
      </w:r>
      <w:r>
        <w:rPr>
          <w:lang w:eastAsia="zh-CN"/>
        </w:rPr>
        <w:br/>
      </w:r>
      <w:r>
        <w:rPr>
          <w:lang w:eastAsia="zh-CN"/>
        </w:rPr>
        <w:t>　　瞧！许多小商贩像变魔术一样，眨眼间拥挤到校门外，有得卖包子豆浆，八宝粥，有的卖烤肠夹馍和米线，还有的卖“三无”食品、小玩具……叫喊声、叫卖声此起彼伏，热闹非凡，不明白的人还以为来到菜市场呢！</w:t>
      </w:r>
      <w:r>
        <w:rPr>
          <w:lang w:eastAsia="zh-CN"/>
        </w:rPr>
        <w:br/>
      </w:r>
      <w:r>
        <w:rPr>
          <w:lang w:eastAsia="zh-CN"/>
        </w:rPr>
        <w:t>　　很快，干净的校门口就变成了垃圾堆。地上到处是花花绿绿的塑料袋和小食品包。风一吹满天飞舞像花蝴蝶。串烤肠的小棒横七竖八躺在地上，一不细心，就会扎进脚里，多么危险啊！</w:t>
      </w:r>
      <w:r>
        <w:rPr>
          <w:lang w:eastAsia="zh-CN"/>
        </w:rPr>
        <w:br/>
      </w:r>
      <w:r>
        <w:rPr>
          <w:lang w:eastAsia="zh-CN"/>
        </w:rPr>
        <w:t>　　大家好！我叫钟响，是靓湖学校四年二班的学生。因为大家都知道全球气温转暖。</w:t>
      </w:r>
      <w:r>
        <w:rPr>
          <w:lang w:eastAsia="zh-CN"/>
        </w:rPr>
        <w:br/>
      </w:r>
      <w:r>
        <w:rPr>
          <w:lang w:eastAsia="zh-CN"/>
        </w:rPr>
        <w:t>　　所以我们都要保护地球保护环境。有一次，我看见一个可爱的小男孩正在吃薯条，吃完后把薯条袋若无其事的扔到了地上，他走后我把薯条袋拾了起来轻轻地扔到了垃圾袋里。如果我们每一个人都能做一些文明的事情世界就会变得更加美好。</w:t>
      </w:r>
      <w:r>
        <w:rPr>
          <w:lang w:eastAsia="zh-CN"/>
        </w:rPr>
        <w:br/>
      </w:r>
      <w:r>
        <w:rPr>
          <w:lang w:eastAsia="zh-CN"/>
        </w:rPr>
        <w:t>　　如果我们每一个人从自己做起从现在做起，保护好环境。</w:t>
      </w:r>
      <w:r>
        <w:rPr>
          <w:lang w:eastAsia="zh-CN"/>
        </w:rPr>
        <w:br/>
      </w:r>
      <w:r>
        <w:rPr>
          <w:lang w:eastAsia="zh-CN"/>
        </w:rPr>
        <w:t xml:space="preserve">    2024个人保护环境主题演讲稿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亲爱的朋友们：</w:t>
      </w:r>
      <w:r>
        <w:rPr>
          <w:lang w:eastAsia="zh-CN"/>
        </w:rPr>
        <w:br/>
      </w:r>
      <w:r>
        <w:rPr>
          <w:lang w:eastAsia="zh-CN"/>
        </w:rPr>
        <w:t>　　你们好!</w:t>
      </w:r>
      <w:r>
        <w:rPr>
          <w:lang w:eastAsia="zh-CN"/>
        </w:rPr>
        <w:br/>
      </w:r>
      <w:r>
        <w:rPr>
          <w:lang w:eastAsia="zh-CN"/>
        </w:rPr>
        <w:t>　　“地球开始向人类发威了!人类开始注意保护环境，人人不乱扔垃圾，而是将垃圾回收起来，运到垃圾焚烧厂无害焚烧。街道小巷处处干净，人类很高兴。而生活在地洞里的老鼠们却成群得饿死了。——原来是垃圾无处可寻!”</w:t>
      </w:r>
      <w:r>
        <w:rPr>
          <w:lang w:eastAsia="zh-CN"/>
        </w:rPr>
        <w:br/>
      </w:r>
      <w:r>
        <w:rPr>
          <w:lang w:eastAsia="zh-CN"/>
        </w:rPr>
        <w:t>　　读了上面的材料，你会问：为什么人们会知道保护环境呢?</w:t>
      </w:r>
      <w:r>
        <w:rPr>
          <w:lang w:eastAsia="zh-CN"/>
        </w:rPr>
        <w:br/>
      </w:r>
      <w:r>
        <w:rPr>
          <w:lang w:eastAsia="zh-CN"/>
        </w:rPr>
        <w:t>　　近年来由于人类不断地破坏环境，使得世界的将来不容乐观：气温上升导致冰川融化、生物不断灭绝，人类不断砍伐树木、臭氧层出现空洞……这些情况都来自“厄尔尼诺现象”。这些现象不断地暗示我们：拯救地球吧!保护环境已迫在眉睫!</w:t>
      </w:r>
      <w:r>
        <w:rPr>
          <w:lang w:eastAsia="zh-CN"/>
        </w:rPr>
        <w:br/>
      </w:r>
      <w:r>
        <w:rPr>
          <w:lang w:eastAsia="zh-CN"/>
        </w:rPr>
        <w:t>　　那么，怎样采取行动呢?首先，我们必须要少砍伐树木。树木能制造氧气，同时吸收二氧化碳。其次，要保护湿地。把湿地保护好了，就相当于保护好了40%~50%的生物种类。</w:t>
      </w:r>
      <w:r>
        <w:rPr>
          <w:lang w:eastAsia="zh-CN"/>
        </w:rPr>
        <w:br/>
      </w:r>
      <w:r>
        <w:rPr>
          <w:lang w:eastAsia="zh-CN"/>
        </w:rPr>
        <w:t>　　气温升高，主要是由于大气中所含的二氧化碳逐渐增多，所以，我们应把空气中二氧化碳的含量降低，将未来冰川融化的“噩梦”扼杀在萌芽状态，让地球彻底的降温。要减少空气中的二氧化碳，最好的方法就是多种树。</w:t>
      </w:r>
      <w:r>
        <w:rPr>
          <w:lang w:eastAsia="zh-CN"/>
        </w:rPr>
        <w:br/>
      </w:r>
      <w:r>
        <w:rPr>
          <w:lang w:eastAsia="zh-CN"/>
        </w:rPr>
        <w:t>　　另外，气温升高也与垃圾有关。垃圾可以堆肥，但垃圾堆肥时却不可避免的产生甲烷。甲烷也是导致温室效应的“罪魁祸首”之一。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所以，人类一定要减少垃圾的产生。垃圾少了，老鼠也少了，就有了开头故事的场景。最后，我要提醒大家：保护环境，人人有责!</w:t>
      </w:r>
      <w:r>
        <w:rPr>
          <w:lang w:eastAsia="zh-CN"/>
        </w:rPr>
        <w:br/>
      </w:r>
      <w:r>
        <w:rPr>
          <w:lang w:eastAsia="zh-CN"/>
        </w:rPr>
        <w:t xml:space="preserve">    2024个人保护环境主题演讲稿 篇5 </w:t>
      </w:r>
      <w:r>
        <w:rPr>
          <w:lang w:eastAsia="zh-CN"/>
        </w:rPr>
        <w:br/>
      </w:r>
      <w:r>
        <w:rPr>
          <w:lang w:eastAsia="zh-CN"/>
        </w:rPr>
        <w:t>　　各位同学们：</w:t>
      </w:r>
      <w:r>
        <w:rPr>
          <w:lang w:eastAsia="zh-CN"/>
        </w:rPr>
        <w:br/>
      </w:r>
      <w:r>
        <w:rPr>
          <w:lang w:eastAsia="zh-CN"/>
        </w:rPr>
        <w:t>　　今天我要讲的是保护环境，题目是《保护环境是不容推卸的责任》。</w:t>
      </w:r>
      <w:r>
        <w:rPr>
          <w:lang w:eastAsia="zh-CN"/>
        </w:rPr>
        <w:br/>
      </w:r>
      <w:r>
        <w:rPr>
          <w:lang w:eastAsia="zh-CN"/>
        </w:rPr>
        <w:t>　　让我们想一想，自从人类诞生以来，一切的衣食往行及生产、生活有哪一样离得开我们生存的环境，我们生活在地球上，然而地球并不是有我们生存，还有很多很多的动物植物，所有生物的生存，又有哪一样离得开地球上的大气、森林，海洋、河流、土襄、草原呢？地球就是由所有的生物组成了错综复杂而关系密切的自然生态系统，这就是人类赖以生存的基本环境。</w:t>
      </w:r>
      <w:r>
        <w:rPr>
          <w:lang w:eastAsia="zh-CN"/>
        </w:rPr>
        <w:br/>
      </w:r>
      <w:r>
        <w:rPr>
          <w:lang w:eastAsia="zh-CN"/>
        </w:rPr>
        <w:t>　　然而，保护环境，就是这样供人类生存的环境，却总是被人类自己所破坏。人类把文明的进程一直滞留在对自然的征服掠夺上，却从来不曾想到对哺育人类的地球给予保护和回报，我们人类在取得辉煌的文明成果的同时，对自然的掠夺却使得我们所生存的地球满目疮疤，人口的增长和生产活动的增多，也对环境造成冲击，给环境带来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地球上人类、生物和气候、土壤、水等环境条件之间存在着错综复杂的相互关系，就好比我们人体的各个器官、各种机能之间都是需要保持平衡是一样的，你想想，我们人类身上的某个器官坏了，人就会生病，就会痛苦不已，其实地球也是如此，一旦失去了生态平衡，便会产生种种不良后果。因为人类的侵害，如今地球面临了很多的环境问题，比如气候变暖，臭氧层空洞，酸雨，有毒废弃物，野生生物灭绝，以及大气、水污染等等，这些都是令人类头疼不已的事情。</w:t>
      </w:r>
      <w:r>
        <w:rPr>
          <w:lang w:eastAsia="zh-CN"/>
        </w:rPr>
        <w:br/>
      </w:r>
      <w:r>
        <w:rPr>
          <w:lang w:eastAsia="zh-CN"/>
        </w:rPr>
        <w:t>　　保护环境，人人有责，虽然我们现在还只是个学生，没有能力去改变那些环境不问题，但是我们可以从小事做起。春天到了，植物开始生长，我们可以积极参与植树节，保护身边的花草树木。除此之外，我们还要爱护身边的环境卫生，遵守有关禁止乱扔各种废弃物的规定，把废弃物扔到指定的地点或容器中，避免使用一次性的饮料杯、饭盒、塑料袋，用纸盒等代替，这样可以大大减少垃圾，减轻垃圾处理工作的压力。这一切，看起来不是很平凡的`事情吗？只要我们愿意，很轻松就能完成，很轻松就能参与到保护环境的重大工作当中。</w:t>
      </w:r>
      <w:r>
        <w:rPr>
          <w:lang w:eastAsia="zh-CN"/>
        </w:rPr>
        <w:br/>
      </w:r>
      <w:r>
        <w:rPr>
          <w:lang w:eastAsia="zh-CN"/>
        </w:rPr>
        <w:t>　　亲爱的同学们，你还在犹豫什么呢？从此刻起，就伸出你的手，伸出我的手，一起去爱护环境，保护环境，我相信，有了每一个人的参与，我们的校园更美丽，我们的祖国更美丽，让我们时刻谨记保护环境是不容推卸的责任。</w:t>
      </w:r>
      <w:r>
        <w:rPr>
          <w:lang w:eastAsia="zh-CN"/>
        </w:rPr>
        <w:br/>
      </w:r>
      <w:r>
        <w:rPr>
          <w:lang w:eastAsia="zh-CN"/>
        </w:rPr>
        <w:t>　　我的演讲完毕，相信大家！</w:t>
      </w:r>
      <w:r>
        <w:rPr>
          <w:lang w:eastAsia="zh-CN"/>
        </w:rPr>
        <w:br/>
      </w:r>
      <w:r>
        <w:rPr>
          <w:lang w:eastAsia="zh-CN"/>
        </w:rPr>
        <w:t xml:space="preserve">    2024个人保护环境主题演讲稿 篇6 </w:t>
      </w:r>
      <w:r>
        <w:rPr>
          <w:lang w:eastAsia="zh-CN"/>
        </w:rPr>
        <w:br/>
      </w:r>
      <w:r>
        <w:rPr>
          <w:lang w:eastAsia="zh-CN"/>
        </w:rPr>
        <w:t>　　作为一名大学生，要建设好和谐社会，首先要投入到和谐校园的建设当中。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和谐社会一定是法治社会。和谐校园也一定是讲法则的校园。我们大学生在遵守好法律法规的同时也应约束自己的行为规范，遵守校园的有关规定和行为准则。和谐社会需要法律法规面前人人平等，和谐社会需要人人遵纪守法。在学校，和谐校园的建立也需要我们不断完善自己，修炼自己。作为一名学生干部，在学生的管理工作中，遇到摩擦是在所难免的。如何营造和谐气氛是工作中的关键。在遵守学校各项基本要求的同时更要求我们在学生工作中做到文明管理、依法管理、公正管理，为同学们营造一个健康的校园空气。</w:t>
      </w:r>
      <w:r>
        <w:rPr>
          <w:lang w:eastAsia="zh-CN"/>
        </w:rPr>
        <w:br/>
      </w:r>
      <w:r>
        <w:rPr>
          <w:lang w:eastAsia="zh-CN"/>
        </w:rPr>
        <w:t>　　和谐校园也因该是一个充满活力的校园。我们的才智在这里尽情挥洒，我们的笑脸在这里尽情绽放;我们的梦想正在这里延续，我们的未来将从这里诞生。同学之间载满青春的欢笑，老师之间洋溢欣慰的笑容，师生之间流露真挚的情愫。</w:t>
      </w:r>
      <w:r>
        <w:rPr>
          <w:lang w:eastAsia="zh-CN"/>
        </w:rPr>
        <w:br/>
      </w:r>
      <w:r>
        <w:rPr>
          <w:lang w:eastAsia="zh-CN"/>
        </w:rPr>
        <w:t>　　和谐校园需要好的文化韵味，我们不求历史名宿在此烙下多少足迹，我们但求自己能够在学校写下一些美好和记忆。我们不苛求别人给我们一个景色优美的校园，我们追求的是自己营造的一种蓬勃向上，脚踏实地的学习氛围。好让学弟学妹们把这种韵味接承品味。</w:t>
      </w:r>
      <w:r>
        <w:rPr>
          <w:lang w:eastAsia="zh-CN"/>
        </w:rPr>
        <w:br/>
      </w:r>
      <w:r>
        <w:rPr>
          <w:lang w:eastAsia="zh-CN"/>
        </w:rPr>
        <w:t>　　诚信、文明的风范徜徉着和谐的校园。我们实事求是，我们坦诚相待，我们诚实守信，我们宽以待人。我们始终怀着一颗感恩的心去奉献，我们始终攒着一颗体贴的心去将心比心。校园里响彻着和谐的乐章和令人鼓动的交响曲，我们永葆激情，我们永远年轻，和谐的校园就在我们这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2024个人保护环境主题演讲稿 篇7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今天，我演讲的题目是：《保护环境，从我做起》。</w:t>
      </w:r>
      <w:r>
        <w:rPr>
          <w:lang w:eastAsia="zh-CN"/>
        </w:rPr>
        <w:br/>
      </w:r>
      <w:r>
        <w:rPr>
          <w:lang w:eastAsia="zh-CN"/>
        </w:rPr>
        <w:t>　　亲爱的同学们，当你踏着晨光走进我们花园般的校园时，当你坐在干净整洁的教室里学习时，你是否想到老师、同学们为此的辛勤付出？</w:t>
      </w:r>
      <w:r>
        <w:rPr>
          <w:lang w:eastAsia="zh-CN"/>
        </w:rPr>
        <w:br/>
      </w:r>
      <w:r>
        <w:rPr>
          <w:lang w:eastAsia="zh-CN"/>
        </w:rPr>
        <w:t>　　我们都渴望校园中能有郁郁葱葱的草地，都期盼在整洁干净的环境中学习、玩耍，都希望在舒适温馨的宿舍里进入梦乡。</w:t>
      </w:r>
      <w:r>
        <w:rPr>
          <w:lang w:eastAsia="zh-CN"/>
        </w:rPr>
        <w:br/>
      </w:r>
      <w:r>
        <w:rPr>
          <w:lang w:eastAsia="zh-CN"/>
        </w:rPr>
        <w:t>　　可是却有同学不懂得珍惜这些美好的事物。请同学们放眼校园仔细看看——那洁白的墙壁被打上了鞋印、球印；桌椅上留着乱涂乱画的痕迹；水龙头开着，让水肆意的流失；美丽的草坪、花圃上留着无情的脚印；塑料袋、包装盒、果皮纸屑扔得满地都是，在其他同学午晚休的时候，宿舍楼内外高声的喧哗，打破了这一片宁静。这些现象与我们美丽、文明、和谐的校园多么不协调！</w:t>
      </w:r>
      <w:r>
        <w:rPr>
          <w:lang w:eastAsia="zh-CN"/>
        </w:rPr>
        <w:br/>
      </w:r>
      <w:r>
        <w:rPr>
          <w:lang w:eastAsia="zh-CN"/>
        </w:rPr>
        <w:t>　　我们崇尚文明，我们都需要生活在干净、整洁、美丽的环境中，然而，为什么我们总把打扫、维护的希望寄托在别人身上？为什么总是毫不怜惜的践踏这片宁静与美丽？为什么总是逃脱作为一份子的责任？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__中学就是我们的家，我们将在这里迈出人生的一步步。每位同学都是校园里的一员，都是这所学校的主人，都有维护校园环境的义务和责任。这是我们逃脱不了的，也是我们必须要做的。在享受这片宁静而安详的乐土时，我们必然要守卫它，让它永远保持这份特有的生机和魅力。</w:t>
      </w:r>
      <w:r>
        <w:rPr>
          <w:lang w:eastAsia="zh-CN"/>
        </w:rPr>
        <w:br/>
      </w:r>
      <w:r>
        <w:rPr>
          <w:lang w:eastAsia="zh-CN"/>
        </w:rPr>
        <w:t>　　同学们，立即行动起来吧！一片纸，我们捡起；一滴水，我们节约；一堆垃圾，我们打扫，爱一棵小树苗，保护一只小青蛙。为了我们的校园，做我们能够做的一切。“勿以善小而不为，勿以恶小而为之”。为此我向板中全体同学呼吁：创建清洁、文明的校园，需要你，需要我，需要我们大家共同的努力。让我们积极行动起来！让我们从现在做起，从身边的小事做起，加强自我约束，相互监督，争做保护校园环境的小卫士。</w:t>
      </w:r>
      <w:r>
        <w:rPr>
          <w:lang w:eastAsia="zh-CN"/>
        </w:rPr>
        <w:br/>
      </w:r>
      <w:r>
        <w:rPr>
          <w:lang w:eastAsia="zh-CN"/>
        </w:rPr>
        <w:t>　　让我们承诺——爱我__校园，让母校绿色永远蓬勃，让__中学成为我们学习的乐园，我们美丽的家。</w:t>
      </w:r>
      <w:r>
        <w:rPr>
          <w:lang w:eastAsia="zh-CN"/>
        </w:rPr>
        <w:br/>
      </w:r>
      <w:r>
        <w:rPr>
          <w:lang w:eastAsia="zh-CN"/>
        </w:rPr>
        <w:t>　　我的演讲完毕，谢谢大家！</w:t>
      </w:r>
      <w:r>
        <w:rPr>
          <w:lang w:eastAsia="zh-CN"/>
        </w:rPr>
        <w:br/>
      </w:r>
      <w:r>
        <w:rPr>
          <w:lang w:eastAsia="zh-CN"/>
        </w:rPr>
        <w:t xml:space="preserve">    2024个人保护环境主题演讲稿 篇8 </w:t>
      </w:r>
      <w:r>
        <w:rPr>
          <w:lang w:eastAsia="zh-CN"/>
        </w:rPr>
        <w:br/>
      </w:r>
      <w:r>
        <w:rPr>
          <w:lang w:eastAsia="zh-CN"/>
        </w:rPr>
        <w:t>　　因为人类的发展，给了地球太多额外的负担。大气，海洋，森林等等的不断破坏，只因为人类一味的在满足自己的需求，却从来不记得我们的地球母亲。这样的不断破坏，最终的恶果也都是降临到人类自己的身上。</w:t>
      </w:r>
      <w:r>
        <w:rPr>
          <w:lang w:eastAsia="zh-CN"/>
        </w:rPr>
        <w:br/>
      </w:r>
      <w:r>
        <w:rPr>
          <w:lang w:eastAsia="zh-CN"/>
        </w:rPr>
        <w:t>　　环保动员起来，每个人都应该出力。</w:t>
      </w:r>
      <w:r>
        <w:rPr>
          <w:lang w:eastAsia="zh-CN"/>
        </w:rPr>
        <w:br/>
      </w:r>
      <w:r>
        <w:rPr>
          <w:lang w:eastAsia="zh-CN"/>
        </w:rPr>
        <w:t>　　水是生命之源，没有人会不知道。虽然很多人说地球是一个水球，但是能供给我们人类的淡水资源，却是很小的一部分。如此，我们还能肆无忌惮的用水，甚至浪费么。答案必须是不能，除非是放弃自己的生命。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节约每一滴水，不能浪费的资源。</w:t>
      </w:r>
      <w:r>
        <w:rPr>
          <w:lang w:eastAsia="zh-CN"/>
        </w:rPr>
        <w:br/>
      </w:r>
      <w:r>
        <w:rPr>
          <w:lang w:eastAsia="zh-CN"/>
        </w:rPr>
        <w:t>　　节约，是我们从古至今的传统美德。节约，不浪费，是一种自我约束的方式。也许可以浪费的东西对于自己，不值一文，但是对于那些没有的人，却是相当珍贵的。节约，从前人那里继承，托付给后代，人生才能一代接一代。</w:t>
      </w:r>
      <w:r>
        <w:rPr>
          <w:lang w:eastAsia="zh-CN"/>
        </w:rPr>
        <w:br/>
      </w:r>
      <w:r>
        <w:rPr>
          <w:lang w:eastAsia="zh-CN"/>
        </w:rPr>
        <w:t xml:space="preserve">    2024个人保护环境主题演讲稿 篇9 </w:t>
      </w:r>
      <w:r>
        <w:rPr>
          <w:lang w:eastAsia="zh-CN"/>
        </w:rPr>
        <w:br/>
      </w:r>
      <w:r>
        <w:rPr>
          <w:lang w:eastAsia="zh-CN"/>
        </w:rPr>
        <w:t>　　同学们：</w:t>
      </w:r>
      <w:r>
        <w:rPr>
          <w:lang w:eastAsia="zh-CN"/>
        </w:rPr>
        <w:br/>
      </w:r>
      <w:r>
        <w:rPr>
          <w:lang w:eastAsia="zh-CN"/>
        </w:rPr>
        <w:t>　　今天，我们演讲的题目是《保护环境健康生活》</w:t>
      </w:r>
      <w:r>
        <w:rPr>
          <w:lang w:eastAsia="zh-CN"/>
        </w:rPr>
        <w:br/>
      </w:r>
      <w:r>
        <w:rPr>
          <w:lang w:eastAsia="zh-CN"/>
        </w:rPr>
        <w:t>　　同学们，地球是我们人类共同的家园，人类自诞生起，一切衣食往行、生产，生活，无不依赖于我们所生存的这个星球。但是，长期以来，人类对自然的掠夺却使得我们所生存的这个星球污染严重。雾霾里戴着厚厚口罩行色匆匆的人们不断提示我们，环境污染危害人们的健康。同学们，牛羊可以克隆，我们却克隆不了地球；我们可以离开家园，却不能离开地球。如果真到了不可收拾的那一天，我们将无处可生存。所以，保护我们赖以生存的家园，是我们每个人不可推卸的的责任和义务。</w:t>
      </w:r>
      <w:r>
        <w:rPr>
          <w:lang w:eastAsia="zh-CN"/>
        </w:rPr>
        <w:br/>
      </w:r>
      <w:r>
        <w:rPr>
          <w:lang w:eastAsia="zh-CN"/>
        </w:rPr>
        <w:t>　　亲爱的同学们，也许你们会说：“我们只是一名小学生，我们根本做不了什么大事情！”是的，虽然我们只是一名小学生，但我们可以从身边的小事做起，从爱护学校的环境做起，从自己的衣食住行开始，保护环境，健康生活。</w:t>
      </w:r>
      <w:r>
        <w:rPr>
          <w:lang w:eastAsia="zh-CN"/>
        </w:rPr>
        <w:br/>
      </w:r>
      <w:r>
        <w:rPr>
          <w:lang w:eastAsia="zh-CN"/>
        </w:rPr>
        <w:t>　　例如：少买一件衣。要知道少买一件衣服相当于减排二氧化碳6.4千克。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避免使用一次性的饮料杯、饭盒、塑料袋，减少资源的浪费和垃圾的'产生。</w:t>
      </w:r>
      <w:r>
        <w:rPr>
          <w:lang w:eastAsia="zh-CN"/>
        </w:rPr>
        <w:br/>
      </w:r>
      <w:r>
        <w:rPr>
          <w:lang w:eastAsia="zh-CN"/>
        </w:rPr>
        <w:t>　　积极响应北京市团委倡导的“三公里步行、五公里骑车、十公里公交、远距离驾驶”绿色出行方式。</w:t>
      </w:r>
      <w:r>
        <w:rPr>
          <w:lang w:eastAsia="zh-CN"/>
        </w:rPr>
        <w:br/>
      </w:r>
      <w:r>
        <w:rPr>
          <w:lang w:eastAsia="zh-CN"/>
        </w:rPr>
        <w:t>　　节约每一滴水。一滴水，微不足道。但是不停地滴起来，数量就很可观了。据测定，“滴水”在1个小时里可以集到3.6公斤水；1个月里可集到2.6吨水。这些水量，足可以供给一个人的生活所需。可见，一点一滴的浪费都是不应该有的。</w:t>
      </w:r>
      <w:r>
        <w:rPr>
          <w:lang w:eastAsia="zh-CN"/>
        </w:rPr>
        <w:br/>
      </w:r>
      <w:r>
        <w:rPr>
          <w:lang w:eastAsia="zh-CN"/>
        </w:rPr>
        <w:t>　　老师经常跟我们讲：校园既是我们学习知识的地方，又是我们的另一个家，是一个充满书香气的地方。我们要像爱护自己的家一样，爱护我们美丽的校园。</w:t>
      </w:r>
      <w:r>
        <w:rPr>
          <w:lang w:eastAsia="zh-CN"/>
        </w:rPr>
        <w:br/>
      </w:r>
      <w:r>
        <w:rPr>
          <w:lang w:eastAsia="zh-CN"/>
        </w:rPr>
        <w:t>　　正所谓“勿以善小而不为”，让我们从我做起，从身边做起，从现在做起，保护环境，同呼吸、共责任、齐努力、为美丽校园加油！</w:t>
      </w:r>
      <w:r>
        <w:rPr>
          <w:lang w:eastAsia="zh-CN"/>
        </w:rPr>
        <w:br/>
      </w:r>
      <w:r>
        <w:rPr>
          <w:lang w:eastAsia="zh-CN"/>
        </w:rPr>
        <w:t>　　我们播种下一个动作，就会收获一个习惯：我们播种下一个习惯，就会收获一种品格。让我们从现在做起，从自己做起。养成良好的文明习惯：当你身边有废纸时，请你弯弯腰，把它捡起来投进垃圾桶；当你打扫卫生时，请你把桌椅摆放整齐；更不要在桌椅上乱写乱画；当你看到洁白的墙上有污渍时，请你拿起抹布把它轻轻地擦去；请你擦净每扇窗户，这样我们就能沐浴更多的阳光。校园因为我们的双手而变得美丽。清晨，当我们踏进干净的校园，坐在整洁的教室里读书，我们每一天会过得很开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同学们，让我们用自己的实际行动保护环境，让绿色生命来激发我们对生活、对学习的热爱！同学们，让我们立即行动起来吧！自觉增强保护校园环境的意识，做一个合格的保护校园环境的“绿色小卫士”。</w:t>
      </w:r>
      <w:r>
        <w:rPr>
          <w:lang w:eastAsia="zh-CN"/>
        </w:rPr>
        <w:br/>
      </w:r>
      <w:r>
        <w:rPr>
          <w:lang w:eastAsia="zh-CN"/>
        </w:rPr>
        <w:t>　　谢谢大家！</w:t>
      </w:r>
      <w:r>
        <w:rPr>
          <w:lang w:eastAsia="zh-CN"/>
        </w:rPr>
        <w:br/>
      </w:r>
      <w:r>
        <w:rPr>
          <w:lang w:eastAsia="zh-CN"/>
        </w:rPr>
        <w:t xml:space="preserve">    2024个人保护环境主题演讲稿 篇10 </w:t>
      </w:r>
      <w:r>
        <w:rPr>
          <w:lang w:eastAsia="zh-CN"/>
        </w:rPr>
        <w:br/>
      </w:r>
      <w:r>
        <w:rPr>
          <w:lang w:eastAsia="zh-CN"/>
        </w:rPr>
        <w:t>　　两个黄鹂鸣翠柳，一行白鹭上青天。窗含西岭千秋雪，门泊东吴万里船。“这是唐代大诗人杜甫为我们描绘的一幅大自然与人和谐相处的画卷，这幅画卷是多么美好，多么令人神往!可是，如今在很多地方别说白鹭，就连麻雀的踪影都难以寻觅!听父辈们说，十年前在乡下，麻雀以田地为家，以庄稼为伍，虽然它们也有吃稻谷的劣迹，但它们为消灭四害功不可灭。不知何时，人们急功近利，为提高单位面积产量，大量施用农药灭害虫，结果无辜的麻雀身受其害，死的死，逃的逃，从此就很难寻到麻雀的踪影!昔日那种人与鸟共处，鸟声啾啾的的美好景象成为一种记忆!取而代之的是寂寥的田野，及使用农药后带来的种.种后遗症!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记得，在课文中我们读到南朝梁代文学家吴均的《与朱元思书》，在这篇文章中作者以简练的笔墨为我们描绘了富春江的水之美：”水皆漂碧，千丈见底，游鱼细石，直视无碍。急湍甚箭，猛浪若奔。……“富春江的水是这样令人心旌摇荡，长江的水又何尝不是这样：”春冬之时，则素湍绿潭，回清倒影。绝谳多生怪柏，悬泉瀑布，飞漱其间“。星转斗移，如今的长江还是这样靓丽吗?”一江黄水向东流“是当今长江水的真实写照。在重庆一带，长江的水就是蜡黄蜡黄的，含有大量泥沙。上海长江入海口的地方，能看到的只是一江浊水。目前长江的实际排污量，已经远远超过了黄河和淮河。　　</w:t>
      </w:r>
      <w:r>
        <w:rPr>
          <w:lang w:eastAsia="zh-CN"/>
        </w:rPr>
        <w:br/>
      </w:r>
      <w:r>
        <w:rPr>
          <w:lang w:eastAsia="zh-CN"/>
        </w:rPr>
        <w:t>　　有些河流的江面，用垃圾池来形容恐怕也不为过。仅三峡库区的生活垃圾堆存总量就达到了380万吨，工业废物堆存更超过了3000万吨!汛期来临的时候，后果不堪设想!由此可见，以牺牲自然环境为代价来发展经济，是多么可怕!七年前的长江洪水泛滥，近年来的沙尘暴，局部地区不断出现的旱灾、水灾、泥石流，无不是大自然向人类发出的一张张黄牌警告。如果我们还置若罔闻，人类将招致灭顶之灾!还谈什么奔小康，还讲什么生活美好!亡羊补牢，为时未晚。针对生态遭到严重破坏的种.种情形，党中央及时提出了可持性发展的战略方针，果断采取各种措施：封山育林，退耕还林，退牧还草，绿化荒山，治理污水，推广沼气池，清理河道、江道垃圾，关闭一个个污染严重的生产点。如：个旧市北郊的`某有色金属冶炼业厂，不仅是这个区的”摇钱树“，也是个旧市领导心目中的宝贝。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但因其污染的顽症难以根治，去年，个旧市下了道”死命令“：所有冶炼企业先停产，谁先排污达标准谁先开工。据_环保局部门的报告说，我州仅去年就关闭、勒令停产整顿30多家高能耗、高污染企业，且有十多个此类项目拒之门外，年减少gpd在一亿以上。这些数据透露出一个信息：我州各级领导干部的发展观念，已从过分追求gpd增长转到了以民为本，可持续发展上。经过多方面的长期治理，已初见成效：山绿了，水青了，江河之上又重新出现了百舸争流的景象。昔日被污染的河流、湖泊正在返老还童，找回它们美丽的从前;”天苍苍，野茫茫，风吹草地见牛羊“的美景，正走进人们的视野!由此可见，只有人与自然和谐相处，生活才能真正美好!让我们像爱护我们生命那样去爱护大自然的一草一木，大自然才会善待我们!　　</w:t>
      </w:r>
      <w:r>
        <w:rPr>
          <w:lang w:eastAsia="zh-CN"/>
        </w:rPr>
        <w:br/>
      </w:r>
      <w:r>
        <w:rPr>
          <w:lang w:eastAsia="zh-CN"/>
        </w:rPr>
        <w:t>　　我们想看到到青山绵亘、林壑尤美;我们还想看到高山之上，皆生寒树，负势竟上，互相轩邈;我们还想听到泉水激石，泠泠作响，流水淙淙，清脆悦耳。多么希望　　</w:t>
      </w:r>
      <w:r>
        <w:rPr>
          <w:lang w:eastAsia="zh-CN"/>
        </w:rPr>
        <w:br/>
      </w:r>
      <w:r>
        <w:rPr>
          <w:lang w:eastAsia="zh-CN"/>
        </w:rPr>
        <w:t>　　让我们每个人都投身于环保的行列之中，让我们每个人都成为环保的忠诚卫士，那样，”好鸟相鸣，嘤嘤成韵。蝉则千转不穷，猿则百叫无绝“的美丽景象，就会重新回到我们的生活中!　　</w:t>
      </w:r>
      <w:r>
        <w:rPr>
          <w:lang w:eastAsia="zh-CN"/>
        </w:rPr>
        <w:br/>
      </w:r>
      <w:r>
        <w:rPr>
          <w:lang w:eastAsia="zh-CN"/>
        </w:rPr>
        <w:t>　　谢谢大家</w:t>
      </w:r>
      <w:r>
        <w:rPr>
          <w:lang w:eastAsia="zh-CN"/>
        </w:rPr>
        <w:br/>
      </w:r>
      <w:r>
        <w:rPr>
          <w:lang w:eastAsia="zh-CN"/>
        </w:rPr>
        <w:t xml:space="preserve">    2024个人保护环境主题演讲稿 篇11 </w:t>
      </w:r>
      <w:r>
        <w:rPr>
          <w:lang w:eastAsia="zh-CN"/>
        </w:rPr>
        <w:br/>
      </w:r>
      <w:r>
        <w:rPr>
          <w:lang w:eastAsia="zh-CN"/>
        </w:rPr>
        <w:t>　　你们好!</w:t>
      </w:r>
      <w:r>
        <w:rPr>
          <w:lang w:eastAsia="zh-CN"/>
        </w:rPr>
        <w:br/>
      </w:r>
      <w:r>
        <w:rPr>
          <w:lang w:eastAsia="zh-CN"/>
        </w:rPr>
        <w:t>　　在今天的班会上，我要演讲的题目是环保，我为什么要演讲这个题目呢?因为现在的人们都没有环保意识，一上街，一些生活垃圾时不时就出现在我们的眼前，易拉罐、香口胶、玻璃瓶等等的垃圾都散落在地面，五颜六色、千奇百怪。一旦被外国人看见了，还以为我们在举办堆放垃圾的活动呢。所以，我希望通过这次演讲，能让人们产生对环保的认识，让我们的家园变得美好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许多朋友可能会说：怎么才能让现在的人们又环保意识呢。以往的劝说、惩罚已经没有用了。唯一的办法就是让大家意识到乱扔垃圾的后果有多么严重，接下来，让我给大家讲一讲乱扔垃圾的后果：首先，垃圾会堆满大家的走道，导致行走不方便，接下来，老鼠、蟑螂、蚊子等昆虫会布满整个城市，而树木因为被垃圾队满了而没有养分可吸收而枯萎，小鸟们也到了其它地方去生活，这样，害虫们没有天敌，就会更加猖狂，他们把周围的垃圾吃光后，就来攻击人类，平民百姓们斗不过害虫，只好被害虫们吃掉，最后，整个城市只剩下几千万只害虫了。</w:t>
      </w:r>
      <w:r>
        <w:rPr>
          <w:lang w:eastAsia="zh-CN"/>
        </w:rPr>
        <w:br/>
      </w:r>
      <w:r>
        <w:rPr>
          <w:lang w:eastAsia="zh-CN"/>
        </w:rPr>
        <w:t>　　怎么样，听了我的故事，你觉得我们应当做到有环保意识了吧，不要等到事情过了才后悔，要在事情来到之前就要预防。你们说，对吗?</w:t>
      </w:r>
      <w:r>
        <w:rPr>
          <w:lang w:eastAsia="zh-CN"/>
        </w:rPr>
        <w:br/>
      </w:r>
      <w:r>
        <w:rPr>
          <w:lang w:eastAsia="zh-CN"/>
        </w:rPr>
        <w:t xml:space="preserve">    2024个人保护环境主题演讲稿 篇12 </w:t>
      </w:r>
      <w:r>
        <w:rPr>
          <w:lang w:eastAsia="zh-CN"/>
        </w:rPr>
        <w:br/>
      </w:r>
      <w:r>
        <w:rPr>
          <w:lang w:eastAsia="zh-CN"/>
        </w:rPr>
        <w:t>　　各位老师、亲爱的同学们：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说到环境保护，我们经常会看到一些环保标语，比如说"保护环境，人人有责，还有像珍爱生命，保护环境。"这些标语相信大家也都不陌生，虽然这些标语都很简短啊，我觉得它确非常清楚地阐释了一个道理，那就是：我们在保护环境的同时也是在保护自己，所以我们必须坚定地保护环境。人类在地球上生存了一代又一代，接受着自然赠予我们的新鲜的空气，温暖的阳光，还有澄清的水，在那之前我们往往都是和自然环境非常和谐的相处着。而之后随着工业的发展，科技越来越发达，经济也越来越好，人们过上了富裕，更为方便快捷的生活。然而，任何事物总是具有双面性的。工业的发展同时也对环境带来了严重的破坏。森林里不知有多少树木，他们经受住多少风雨的考验，经受住岁月的变迁，但是许多不法分子乱砍滥伐，让这些树木，乃至整片森林都渐渐趋近消失，还有河流污染，许多化工厂污水肆意排放，河流质量受到严重影响，许多水里的鱼类等生物大片死亡，还有前段时间的新闻啊，上海松江打捞出上千头死猪，这实在令人气愤啊，养猪场的猪死掉了，管理人员不是合法处理死猪，而是都扔到水里，他们难道不想到这是大家赖以生存的河流，如果有人因为饮用了这样的水而发生意外难道他们不会受到良心的谴责吗，这真是一种非常可耻的.行为。</w:t>
      </w:r>
      <w:r>
        <w:rPr>
          <w:lang w:eastAsia="zh-CN"/>
        </w:rPr>
        <w:br/>
      </w:r>
      <w:r>
        <w:rPr>
          <w:lang w:eastAsia="zh-CN"/>
        </w:rPr>
        <w:t>　　保护自然环境，我觉得要从日常小事做起，首先应该大力宣传保护环境的重要性和必要性，让人们从小就养成不随地扔垃圾，随地吐痰，践踏花草，尽量不实用塑料袋和一次性筷子，珍惜水资源的好习惯，这样如果这些小细节都可以做的很好，那么我想就不会犯下更大的错误，还有就是对于破坏坏境的违法者应当给予重罚，不然只会让更多的人加入这样的行列中。</w:t>
      </w:r>
      <w:r>
        <w:rPr>
          <w:lang w:eastAsia="zh-CN"/>
        </w:rPr>
        <w:br/>
      </w:r>
      <w:r>
        <w:rPr>
          <w:lang w:eastAsia="zh-CN"/>
        </w:rPr>
        <w:t>　　希望国家可以做好宣传，使人们可以真正认识到保护环境的重要性，所有的中国人都有强烈的环保意识，也都知道善待地球就是善待我们人类自己，让大家深刻的意识到破坏环境无异于作茧自缚。</w:t>
      </w:r>
      <w:r>
        <w:rPr>
          <w:lang w:eastAsia="zh-CN"/>
        </w:rPr>
        <w:br/>
      </w:r>
      <w:r>
        <w:rPr>
          <w:lang w:eastAsia="zh-CN"/>
        </w:rPr>
        <w:t xml:space="preserve">    2024个人保护环境主题演讲稿 篇13 </w:t>
      </w:r>
      <w:r>
        <w:rPr>
          <w:lang w:eastAsia="zh-CN"/>
        </w:rPr>
        <w:br/>
      </w:r>
      <w:r>
        <w:rPr>
          <w:lang w:eastAsia="zh-CN"/>
        </w:rPr>
        <w:t>　　尊敬的老师们，亲爱的同学们：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大家好!</w:t>
      </w:r>
      <w:r>
        <w:rPr>
          <w:lang w:eastAsia="zh-CN"/>
        </w:rPr>
        <w:br/>
      </w:r>
      <w:r>
        <w:rPr>
          <w:lang w:eastAsia="zh-CN"/>
        </w:rPr>
        <w:t>　　早晨出行时，虽鼻子并不十分灵敏，闻不见什么特别异味，可那久高不下的PM2。5指数却让我知道，早上PM2。5已高达500多!这是一种有害健康的颗粒状灰尘，而500多的指数已是大幅度在损害健康状况!单从汽车释放的尾气便可看出来，在那乌黑的气体中得有多少损害健康的物质!</w:t>
      </w:r>
      <w:r>
        <w:rPr>
          <w:lang w:eastAsia="zh-CN"/>
        </w:rPr>
        <w:br/>
      </w:r>
      <w:r>
        <w:rPr>
          <w:lang w:eastAsia="zh-CN"/>
        </w:rPr>
        <w:t>　　对于这种情况，人们虽然在心里心知肚明，可谁又会去做什么呢?大多数人还不是眼看着空气一天天的变差，自已却不停的买车，扔垃圾?从来不曾想到要为保护环境做点什么，嘴上谈论却并不付诸于行动，又有什么用呢?</w:t>
      </w:r>
      <w:r>
        <w:rPr>
          <w:lang w:eastAsia="zh-CN"/>
        </w:rPr>
        <w:br/>
      </w:r>
      <w:r>
        <w:rPr>
          <w:lang w:eastAsia="zh-CN"/>
        </w:rPr>
        <w:t>　　而做一个环保的人其实并不困难。身边的一切，只要想去节约，环保，都是很容易做到的。家里可能会买瓶装洗手液，但用完就把这样一个瓶子扔掉了，这实在是太过可惜的事情。把瓶子洗净留下来，下次就买袋装的洗手液，只不过多了一道事情，就能让这件事情充满环保，何乐而不为呢?</w:t>
      </w:r>
      <w:r>
        <w:rPr>
          <w:lang w:eastAsia="zh-CN"/>
        </w:rPr>
        <w:br/>
      </w:r>
      <w:r>
        <w:rPr>
          <w:lang w:eastAsia="zh-CN"/>
        </w:rPr>
        <w:t>　　这些事情都是小事，看似不起眼，可做了便是环保。如果每个人都能环保，哪怕只是做些小事，都是在为我们生存的环境出一份力。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河流污染，导致饮用水有毒;汽车数量的极速增加，使空气质量越来越差……这些事情的造成，是因为虚荣心，利益，还是别的什么?化学工厂把化学用的废材料为了省事，一股脑的倒进了人们日常食用的河水里，却因为省的再把这些材料进行处理而心里在沾沾自喜。</w:t>
      </w:r>
      <w:r>
        <w:rPr>
          <w:lang w:eastAsia="zh-CN"/>
        </w:rPr>
        <w:br/>
      </w:r>
      <w:r>
        <w:rPr>
          <w:lang w:eastAsia="zh-CN"/>
        </w:rPr>
        <w:t>　　他们在倒的时候想起过会引起河流污染吗?人们在买车时，是否考虑过汽车会污染环境，而且，还是自己生存的环境?</w:t>
      </w:r>
      <w:r>
        <w:rPr>
          <w:lang w:eastAsia="zh-CN"/>
        </w:rPr>
        <w:br/>
      </w:r>
      <w:r>
        <w:rPr>
          <w:lang w:eastAsia="zh-CN"/>
        </w:rPr>
        <w:t>　　所以，保护环境刻不容缓，让我们把环保看成一件每个人的身边事吧。环保，从现在开始!</w:t>
      </w:r>
      <w:r>
        <w:rPr>
          <w:lang w:eastAsia="zh-CN"/>
        </w:rPr>
        <w:br/>
      </w:r>
      <w:r>
        <w:rPr>
          <w:lang w:eastAsia="zh-CN"/>
        </w:rPr>
        <w:t xml:space="preserve">    2024个人保护环境主题演讲稿 篇14 </w:t>
      </w:r>
      <w:r>
        <w:rPr>
          <w:lang w:eastAsia="zh-CN"/>
        </w:rPr>
        <w:br/>
      </w:r>
      <w:r>
        <w:rPr>
          <w:lang w:eastAsia="zh-CN"/>
        </w:rPr>
        <w:t>　　敬爱的老师，亲爱的同学们：</w:t>
      </w:r>
      <w:r>
        <w:rPr>
          <w:lang w:eastAsia="zh-CN"/>
        </w:rPr>
        <w:br/>
      </w:r>
      <w:r>
        <w:rPr>
          <w:lang w:eastAsia="zh-CN"/>
        </w:rPr>
        <w:t>　　大家好!</w:t>
      </w:r>
      <w:r>
        <w:rPr>
          <w:lang w:eastAsia="zh-CN"/>
        </w:rPr>
        <w:br/>
      </w:r>
      <w:r>
        <w:rPr>
          <w:lang w:eastAsia="zh-CN"/>
        </w:rPr>
        <w:t>　　我演讲的题目是“保护环境，人人有责。”最近，我在电视上看到上海北京一些大城市都出现了严重的雾霾天气，浓密的大雾让人们出行不便，看到这些，我在心里暗暗庆幸，我们BJ鸡还好一点。但昨天开始，我们这山清水秀的BJ鸡，竟然也出现了雾霾天气，能见度不足200米。</w:t>
      </w:r>
      <w:r>
        <w:rPr>
          <w:lang w:eastAsia="zh-CN"/>
        </w:rPr>
        <w:br/>
      </w:r>
      <w:r>
        <w:rPr>
          <w:lang w:eastAsia="zh-CN"/>
        </w:rPr>
        <w:t>　　那么究竟是什么原因使我们美丽的BJ鸡变成这么个样子呢?我做了一个调查，发现雾霾天气主要是由pm2.5组成的，而pm2.5是由汽车尾气，和焚烧垃圾，还有工厂废气造成的。 仔细观察我们的周围，就会发现山上茂密的树木越来越少，森林里到处都是游人乱扔的垃圾。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这些雾霾天气真是害人不浅，不仅能见度低，影响出行，更是降低空气质量，让人们呼吸到有毒的气体，引发疾病。早上，大家起床后都发现外边白茫茫的一片，起初还高兴地以为是下雪了呢，结果一打开门，发现是雾霾，真是令人失望。我们应该从现在开始，就保护环境，不让雾霾再张狂下去了。我们现在应该从身边的一点一滴做起。比如，不要乱扔垃圾，不要乱砍伐树木，保持街道整洁卫生，爱护一草一木。化工厂的废水一定要经过处理才能排入河流。</w:t>
      </w:r>
      <w:r>
        <w:rPr>
          <w:lang w:eastAsia="zh-CN"/>
        </w:rPr>
        <w:br/>
      </w:r>
      <w:r>
        <w:rPr>
          <w:lang w:eastAsia="zh-CN"/>
        </w:rPr>
        <w:t>　　让我们一起来保护我们的家园地球吧，我们的地球那么的可爱，却又那么容易脆弱，我们怎么能不去保护她呢!</w:t>
      </w:r>
      <w:r>
        <w:rPr>
          <w:lang w:eastAsia="zh-CN"/>
        </w:rPr>
        <w:br/>
      </w:r>
      <w:r>
        <w:rPr>
          <w:lang w:eastAsia="zh-CN"/>
        </w:rPr>
        <w:t xml:space="preserve">    2024个人保护环境主题演讲稿 篇15 </w:t>
      </w:r>
      <w:r>
        <w:rPr>
          <w:lang w:eastAsia="zh-CN"/>
        </w:rPr>
        <w:br/>
      </w:r>
      <w:r>
        <w:rPr>
          <w:lang w:eastAsia="zh-CN"/>
        </w:rPr>
        <w:t>　　敬爱的老师，亲爱的同学们：</w:t>
      </w:r>
      <w:r>
        <w:rPr>
          <w:lang w:eastAsia="zh-CN"/>
        </w:rPr>
        <w:br/>
      </w:r>
      <w:r>
        <w:rPr>
          <w:lang w:eastAsia="zh-CN"/>
        </w:rPr>
        <w:t>　　你们好!</w:t>
      </w:r>
      <w:r>
        <w:rPr>
          <w:lang w:eastAsia="zh-CN"/>
        </w:rPr>
        <w:br/>
      </w:r>
      <w:r>
        <w:rPr>
          <w:lang w:eastAsia="zh-CN"/>
        </w:rPr>
        <w:t>　　保护环境，就是保护人类生存的环境，使地球不受到污染。环保意识，从我做起，从点点滴滴做起，从一张小纸屑开始做起。</w:t>
      </w:r>
      <w:r>
        <w:rPr>
          <w:lang w:eastAsia="zh-CN"/>
        </w:rPr>
        <w:br/>
      </w:r>
      <w:r>
        <w:rPr>
          <w:lang w:eastAsia="zh-CN"/>
        </w:rPr>
        <w:t>　　环保写起来是十分简单的，但做起来却十分困难。在我们的生活中，有多少人是真正做到环保的此刻许许多多的地方都发生了地震，水灾，干旱，沙尘暴，能够说是灾难连连。这些自然灾害其实都是我们人类一手造成的。比如：我们人类每一天乱砍伐树木，但却不明白种树，森林一天天减少，所以沙尘暴也不知不觉地来了。</w:t>
      </w:r>
      <w:r>
        <w:rPr>
          <w:lang w:eastAsia="zh-CN"/>
        </w:rPr>
        <w:br/>
      </w:r>
      <w:r>
        <w:rPr>
          <w:lang w:eastAsia="zh-CN"/>
        </w:rPr>
        <w:t>　　其实我觉得环保不光是大人的事，也是我们小学生应尽的职责和义务。其实，绿化家园，保护生态，不是一件遥不可及的壮举。环保，只需从自我做起!行动，从身边的一点一滴的小事做起!</w:t>
      </w:r>
      <w:r>
        <w:rPr>
          <w:lang w:eastAsia="zh-CN"/>
        </w:rPr>
        <w:br/>
      </w:r>
    </w:p>
    <w:p w:rsidR="001B1F19" w14:textId="27C3F48A">
      <w:pPr>
        <w:rPr>
          <w:rFonts w:hint="eastAsia"/>
          <w:lang w:eastAsia="zh-CN"/>
        </w:rPr>
      </w:pPr>
      <w:r>
        <w:rPr>
          <w:lang w:eastAsia="zh-CN"/>
        </w:rPr>
        <w:t>　　我不能阻止人们滥砍伐树木，但我能做到节俭每一张纸，不用一次性筷子;我不能阻止人们捕稀有动物，采稀有植物，但我能做到不捕稀有动物，不吃稀有植物;我不能阻止人们不用白色垃圾来污染环境，但我能做到不用塑料袋，用环保袋;我不能阻止人们乱扔电磁污染土地，污染水源，但我能做到把家中的电磁放到指定的垃圾桶里;我不能阻止人们浪费水源，但我能做到每次上完厕所都拧紧水龙头……</w:t>
      </w:r>
      <w:r>
        <w:rPr>
          <w:lang w:eastAsia="zh-CN"/>
        </w:rPr>
        <w:br/>
      </w:r>
      <w:r>
        <w:rPr>
          <w:lang w:eastAsia="zh-CN"/>
        </w:rPr>
        <w:t>　　我不能阻止破坏环境的事情太多，但我能做到保护环境的事也不少。我能够从小事做起，从日常生活做起，从自我力所能及的事做起。我想，如果人人都这样做，那么我们的生活环境就会减少一些污染。</w:t>
      </w:r>
      <w:r>
        <w:rPr>
          <w:lang w:eastAsia="zh-CN"/>
        </w:rPr>
        <w:br/>
      </w:r>
      <w:r>
        <w:rPr>
          <w:lang w:eastAsia="zh-CN"/>
        </w:rPr>
        <w:t>　　让我们行动起来，保护环境，做好环保。不要让地球的环境再次受到破坏了!</w:t>
      </w:r>
      <w:r>
        <w:rPr>
          <w:lang w:eastAsia="zh-CN"/>
        </w:rPr>
        <w:br/>
      </w:r>
      <w:r>
        <w:rPr>
          <w:lang w:eastAsia="zh-CN"/>
        </w:rPr>
        <w:t xml:space="preserve">    2024个人保护环境主题演讲稿 篇16 </w:t>
      </w:r>
      <w:r>
        <w:rPr>
          <w:lang w:eastAsia="zh-CN"/>
        </w:rPr>
        <w:br/>
      </w:r>
      <w:r>
        <w:rPr>
          <w:lang w:eastAsia="zh-CN"/>
        </w:rPr>
        <w:t>　　尊敬的老师，亲爱的同学：</w:t>
      </w:r>
      <w:r>
        <w:rPr>
          <w:lang w:eastAsia="zh-CN"/>
        </w:rPr>
        <w:br/>
      </w:r>
      <w:r>
        <w:rPr>
          <w:lang w:eastAsia="zh-CN"/>
        </w:rPr>
        <w:t>　　当你乘坐汽车奔驰在辽阔大地，看到绿水青山，美景如画时，必须会赏心悦目;当你乘坐飞机翱翔在高远天空，看到碧海蓝天，无边无际时，必须会心旷神怡;当雨过天晴，蔚蓝的天空中挂着绚丽的彩虹，你必须会感到天空是多么明朗!空气是多么新鲜!!你可曾想到：绿水青山，蓝天碧海，大地河流，是我们生命的资源!生存的家园!!</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https://d.book118.com/657110033126006040</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7110033126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