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14:paraId="7F7A67AA" w14:textId="0AE8485B">
      <w:pPr>
        <w:pStyle w:val="Heading1"/>
        <w:jc w:val="center"/>
        <w:rPr>
          <w:rFonts w:hint="eastAsia"/>
          <w:lang w:eastAsia="zh-CN"/>
        </w:rPr>
      </w:pPr>
      <w:r>
        <w:rPr>
          <w:sz w:val="44"/>
          <w:lang w:eastAsia="zh-CN"/>
        </w:rPr>
        <w:t>小学后勤的工作总结范文（35篇）</w:t>
      </w:r>
    </w:p>
    <w:p w:rsidR="001B1F19" w14:paraId="15E7D7A0"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最新小学后勤的工作总结范文（精选35篇）</w:t>
      </w:r>
      <w:r>
        <w:rPr>
          <w:lang w:eastAsia="zh-CN"/>
        </w:rPr>
        <w:br/>
      </w:r>
      <w:r>
        <w:rPr>
          <w:lang w:eastAsia="zh-CN"/>
        </w:rPr>
        <w:t xml:space="preserve">    最新小学后勤的工作总结范文 篇1 </w:t>
      </w:r>
      <w:r>
        <w:rPr>
          <w:lang w:eastAsia="zh-CN"/>
        </w:rPr>
        <w:br/>
      </w:r>
      <w:r>
        <w:rPr>
          <w:lang w:eastAsia="zh-CN"/>
        </w:rPr>
        <w:t>　　校的后勤工作始终本着“全心全意地为教育教学服务、为师生服务”的宗旨，努力做好财务财产管理、后勤常规管理方面的工作。</w:t>
      </w:r>
      <w:r>
        <w:rPr>
          <w:lang w:eastAsia="zh-CN"/>
        </w:rPr>
        <w:br/>
      </w:r>
      <w:r>
        <w:rPr>
          <w:lang w:eastAsia="zh-CN"/>
        </w:rPr>
        <w:t>　　一、财务财产管理方面</w:t>
      </w:r>
      <w:r>
        <w:rPr>
          <w:lang w:eastAsia="zh-CN"/>
        </w:rPr>
        <w:br/>
      </w:r>
      <w:r>
        <w:rPr>
          <w:lang w:eastAsia="zh-CN"/>
        </w:rPr>
        <w:t>　　财务工作在学区统一领导下，在学校领导的带领下，严格按规定的财务、会计制度实施管理，依法照章做好财务管理工作，管理好教育经费的收支。在资金使用上，严格执行审批制度，坚持按计划行事，合理使用资金，保证专款专用，坚持以“少花钱，多办事，办好事”为原则，用好学校每一分钱，提高资金的使用效率。在重大的资金使用上，学校透过行政会议讨论，并向全体教师公示，理解群众监督。具体工作如下：</w:t>
      </w:r>
      <w:r>
        <w:rPr>
          <w:lang w:eastAsia="zh-CN"/>
        </w:rPr>
        <w:br/>
      </w:r>
      <w:r>
        <w:rPr>
          <w:lang w:eastAsia="zh-CN"/>
        </w:rPr>
        <w:t>　　1.协助校长做好学校经费的收支管理，认真编制年度的预算经费。本着“量入为出、收支平衡，保证重点”的原则，加强资金管理，合理安排资金，然后是开源节流，提高资金使用效果，确保学校教育教学的各项工作任务顺利完成。</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2.严格执行“一费制”收费标准，做好收费公示。在学生收费管理上，严格按照收费公示规定的项目、标准、范围进行收费，严格实行“一费制”收费制度，做到了无乱收费、无乱摊派、无擅自增加收费项目、无随意提高收费标准等现象，并做好收费公示，自觉理解社会、学生家长的监督。3.加强校产管理、提高使用效率。在财产管理上，按规定的管理制度执行，做好财产记账和报损工作。同时做好设备的管理工作，确保财产的安全，充分发挥设备的作用，更好地为教育服务。</w:t>
      </w:r>
      <w:r>
        <w:rPr>
          <w:lang w:eastAsia="zh-CN"/>
        </w:rPr>
        <w:br/>
      </w:r>
      <w:r>
        <w:rPr>
          <w:lang w:eastAsia="zh-CN"/>
        </w:rPr>
        <w:t>　　二、后勤常规管理方面</w:t>
      </w:r>
      <w:r>
        <w:rPr>
          <w:lang w:eastAsia="zh-CN"/>
        </w:rPr>
        <w:br/>
      </w:r>
      <w:r>
        <w:rPr>
          <w:lang w:eastAsia="zh-CN"/>
        </w:rPr>
        <w:t>　　学校是培养人的场所，是礼貌的象征。要树立一所学校的形象，反映全校师生的精神面貌，务必营造一个“和谐、愉悦、安全、舒心”的工作、学习环境。因此，然后做好后勤服务工作，实际是对学校“以德立校，依法治校，质量强校，科研兴校”的无形支持。</w:t>
      </w:r>
      <w:r>
        <w:rPr>
          <w:lang w:eastAsia="zh-CN"/>
        </w:rPr>
        <w:br/>
      </w:r>
      <w:r>
        <w:rPr>
          <w:lang w:eastAsia="zh-CN"/>
        </w:rPr>
        <w:t>　　1.做好教师教学用品及学生学习用品的分发工作。开学初，教学用品和学生的课本、簿册及卫生用品，按时无误地发到每个班级和师生手中，及时添补课本簿册，保证教育教学工作顺利开展。</w:t>
      </w:r>
      <w:r>
        <w:rPr>
          <w:lang w:eastAsia="zh-CN"/>
        </w:rPr>
        <w:br/>
      </w:r>
      <w:r>
        <w:rPr>
          <w:lang w:eastAsia="zh-CN"/>
        </w:rPr>
        <w:t>　　2.做好教师各类服务工作。总务处克服工作繁、人员少的困难，坚持为办公室送饮用水。</w:t>
      </w:r>
      <w:r>
        <w:rPr>
          <w:lang w:eastAsia="zh-CN"/>
        </w:rPr>
        <w:br/>
      </w:r>
      <w:r>
        <w:rPr>
          <w:lang w:eastAsia="zh-CN"/>
        </w:rPr>
        <w:t>　　3.做好学校设施的维护工作。</w:t>
      </w:r>
      <w:r>
        <w:rPr>
          <w:lang w:eastAsia="zh-CN"/>
        </w:rPr>
        <w:br/>
      </w:r>
      <w:r>
        <w:rPr>
          <w:lang w:eastAsia="zh-CN"/>
        </w:rPr>
        <w:t>　　三、工作反思</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在财产管理上，还存在不足的地方，下发的各类教学设备及用具不能如数上缴，设备保管、使用职责制没有落实，有必要在下学期加强管理。总之，总务处事务繁杂，人手少，因此工作中还有地方没能做得令人满意，有待于今后的努力。坚信，只要本着一颗全心全意为师生服务的心，廉洁奉公、任劳任怨、虚心学习、苦干实干，依靠全体总务后勤人员的用心性，会把工作做得更好。</w:t>
      </w:r>
      <w:r>
        <w:rPr>
          <w:lang w:eastAsia="zh-CN"/>
        </w:rPr>
        <w:br/>
      </w:r>
      <w:r>
        <w:rPr>
          <w:lang w:eastAsia="zh-CN"/>
        </w:rPr>
        <w:t xml:space="preserve">    最新小学后勤的工作总结范文 篇2 </w:t>
      </w:r>
      <w:r>
        <w:rPr>
          <w:lang w:eastAsia="zh-CN"/>
        </w:rPr>
        <w:br/>
      </w:r>
      <w:r>
        <w:rPr>
          <w:lang w:eastAsia="zh-CN"/>
        </w:rPr>
        <w:t>　　后勤工作是学校工作的重要组成部分，为教育教学工作的正常进行带给保障，在教育事业的发展中起着不可替代的重要作用。本学期，继续坚持“后勤工作服务于教育教学工作、服务于师生生活”的原则，在上级部门的指导和校长室的领导下尽心尽力做好后勤服务工作。现将这学期的主要工作汇报如下：</w:t>
      </w:r>
      <w:r>
        <w:rPr>
          <w:lang w:eastAsia="zh-CN"/>
        </w:rPr>
        <w:br/>
      </w:r>
      <w:r>
        <w:rPr>
          <w:lang w:eastAsia="zh-CN"/>
        </w:rPr>
        <w:t>　　一、财务财产管理方面</w:t>
      </w:r>
      <w:r>
        <w:rPr>
          <w:lang w:eastAsia="zh-CN"/>
        </w:rPr>
        <w:br/>
      </w:r>
      <w:r>
        <w:rPr>
          <w:lang w:eastAsia="zh-CN"/>
        </w:rPr>
        <w:t>　　1、协助校长做好学校经费的收支管理，认真编制__年度的预算经费。本着“量入为出、收支平衡，保证重点”的原则，加强资金管理，合理安排资金，编制好本年度的修购经费及房修费计划，开源节流，提高资金使用效果，确保学校教育教学的各项工作任务顺利完成。</w:t>
      </w:r>
      <w:r>
        <w:rPr>
          <w:lang w:eastAsia="zh-CN"/>
        </w:rPr>
        <w:br/>
      </w:r>
      <w:r>
        <w:rPr>
          <w:lang w:eastAsia="zh-CN"/>
        </w:rPr>
        <w:t>　　2、严格执行“一费制”收费标准，做好收费公示。在学生收费管理上，严格按照收费公示规定的项目、标准、范围进行收费，严格实行“一费制”收费制度，做到了无乱收费、无乱摊派、无擅自增加收费项目、无随意提高收费标准等现象，并做好收费公示，自觉理解社会、学生家长的监督。学期末，学生课本费、作业本费等代办费开支状况及时印发清单，向每个学生家长公示，并以告家长书的形式告之家长。</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3、加强校产管理、提高使用效率。在财产管理上，按规定的管理制度执行，做好财产记账和报损调整工作。除了切实做好教学的物资供应外，还要为教学带给良好的设施，更要管好、用好这些设施，确保财产的安全，充分发挥设备的作用，更好地为教育服务。</w:t>
      </w:r>
      <w:r>
        <w:rPr>
          <w:lang w:eastAsia="zh-CN"/>
        </w:rPr>
        <w:br/>
      </w:r>
      <w:r>
        <w:rPr>
          <w:lang w:eastAsia="zh-CN"/>
        </w:rPr>
        <w:t>　　二、后勤常规管理方面</w:t>
      </w:r>
      <w:r>
        <w:rPr>
          <w:lang w:eastAsia="zh-CN"/>
        </w:rPr>
        <w:br/>
      </w:r>
      <w:r>
        <w:rPr>
          <w:lang w:eastAsia="zh-CN"/>
        </w:rPr>
        <w:t>　　1、做好教师教学用品及学生学习用品的分发工作。开学初，教学用品和学生的课本、簿册及卫生用品，按时无误地发到每个班级和师生手中，及时添补课本簿册，保证教育教学工作顺利开展。</w:t>
      </w:r>
      <w:r>
        <w:rPr>
          <w:lang w:eastAsia="zh-CN"/>
        </w:rPr>
        <w:br/>
      </w:r>
      <w:r>
        <w:rPr>
          <w:lang w:eastAsia="zh-CN"/>
        </w:rPr>
        <w:t>　　2、做好后勤保障工作。学校的公开课、评优课、运动会、期终考试、升学考试等各项活动，我们总务处全力以赴，做好优质服务，保证各类活动正常有序进行。</w:t>
      </w:r>
      <w:r>
        <w:rPr>
          <w:lang w:eastAsia="zh-CN"/>
        </w:rPr>
        <w:br/>
      </w:r>
      <w:r>
        <w:rPr>
          <w:lang w:eastAsia="zh-CN"/>
        </w:rPr>
        <w:t>　　3、做好教师各类服务工作。总务处克服工作繁、人员少的困难，坚持为办公室送饮用水。</w:t>
      </w:r>
      <w:r>
        <w:rPr>
          <w:lang w:eastAsia="zh-CN"/>
        </w:rPr>
        <w:br/>
      </w:r>
      <w:r>
        <w:rPr>
          <w:lang w:eastAsia="zh-CN"/>
        </w:rPr>
        <w:t>　　4、做好学校设施的维护工作。学校中需要小修小补的事情能够说天天都在发生，我们都潜力所能及地加以处理好，总务人员本着节约的原则，自我动手做些小修理，如：门窗、门锁、电灯等，并做到随叫随到。</w:t>
      </w:r>
      <w:r>
        <w:rPr>
          <w:lang w:eastAsia="zh-CN"/>
        </w:rPr>
        <w:br/>
      </w:r>
      <w:r>
        <w:rPr>
          <w:lang w:eastAsia="zh-CN"/>
        </w:rPr>
        <w:t>　　三、工作反思</w:t>
      </w:r>
      <w:r>
        <w:rPr>
          <w:lang w:eastAsia="zh-CN"/>
        </w:rPr>
        <w:br/>
      </w:r>
      <w:r>
        <w:rPr>
          <w:lang w:eastAsia="zh-CN"/>
        </w:rPr>
        <w:t>　　1、在财产管理上，还存在不足的地方，下发的各类教学设备及用具不能如数上缴，设备保管、使用职责制没有落实，有必要在下学期加强管理。</w:t>
      </w:r>
      <w:r>
        <w:rPr>
          <w:lang w:eastAsia="zh-CN"/>
        </w:rPr>
        <w:br/>
      </w:r>
      <w:r>
        <w:rPr>
          <w:lang w:eastAsia="zh-CN"/>
        </w:rPr>
        <w:t>　　2、由于总务处事务繁杂，人手少，因此工作中还有许多地方没能做得令人满意，有待于我们今后的努力。</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以上是总务处一学期的工作总结，我们坚信，只要本着一颗全心全意为师生服务的心，廉洁奉公、任劳任怨、虚心学习、苦干实干，依靠全体总务后勤人员的用心性，我们必须会把工作做得更好。</w:t>
      </w:r>
      <w:r>
        <w:rPr>
          <w:lang w:eastAsia="zh-CN"/>
        </w:rPr>
        <w:br/>
      </w:r>
      <w:r>
        <w:rPr>
          <w:lang w:eastAsia="zh-CN"/>
        </w:rPr>
        <w:t xml:space="preserve">    最新小学后勤的工作总结范文 篇3 </w:t>
      </w:r>
      <w:r>
        <w:rPr>
          <w:lang w:eastAsia="zh-CN"/>
        </w:rPr>
        <w:br/>
      </w:r>
      <w:r>
        <w:rPr>
          <w:lang w:eastAsia="zh-CN"/>
        </w:rPr>
        <w:t>　　我校现有学生_人。下属_所村小。现有__个教学班，然后专任教师_人。多年来，我校总务处根据教育局和学校对总务工作的具体，结合学期工作计划和学校实际，在学校领导和全体教职工的支持及配合下，透过总务部门全体同志尽心尽责、共同努力，克服人手缺、任务重等困难，有计划、有步骤、有重点地完成了各项工作，确保了学校教育教学工作顺利开展。始终本着“全心全意地为教育教学服务、为师生服务”的宗旨，努力做好财务财产管理、后勤常规管理、安全卫生管理等方面的工作。</w:t>
      </w:r>
      <w:r>
        <w:rPr>
          <w:lang w:eastAsia="zh-CN"/>
        </w:rPr>
        <w:br/>
      </w:r>
      <w:r>
        <w:rPr>
          <w:lang w:eastAsia="zh-CN"/>
        </w:rPr>
        <w:t>　　一、财务财产管理方面</w:t>
      </w:r>
      <w:r>
        <w:rPr>
          <w:lang w:eastAsia="zh-CN"/>
        </w:rPr>
        <w:br/>
      </w:r>
      <w:r>
        <w:rPr>
          <w:lang w:eastAsia="zh-CN"/>
        </w:rPr>
        <w:t>　　财务工作在学校领导带领下，严格按规定的财务、会计制度实施管理，依法照章做好财务管理工作，管理好教育经费的收支。在资金使用上，严格执行审批制度，坚持按计划行事，合理使用资金，保证专款专用，坚持以“少花钱，多办事，办好事”为原则，用好学校每一分钱，然后提高资金的使用效率。在重大的资金使用上，学校透过行政会议讨论，并向全体教师公示，理解群众监督。具体工作如下：</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1、协助校长做好学校经费的收支管理，认真编制年度的预算经费。本着“量入为出、收支平衡，保证重点”的原则，加强资金管理，合理安排资金，编制好本年度的修购经费及房修费计划，开源节流，提高资金使用效果，确保学校教育教学的各项工作任务顺利完成。</w:t>
      </w:r>
      <w:r>
        <w:rPr>
          <w:lang w:eastAsia="zh-CN"/>
        </w:rPr>
        <w:br/>
      </w:r>
      <w:r>
        <w:rPr>
          <w:lang w:eastAsia="zh-CN"/>
        </w:rPr>
        <w:t>　　2、严格执行“一费制”收费标准，做好收费公示。在学生收费管理上，严格按照收费公示规定的项目、标准、范围进行收费，然后严格实行“一费制”收费制度，做到了无乱收费、无乱摊派、无擅自增加收费项目、无随意提高收费标准等现象，并做好收费公示，自觉理解社会、学生家长的监督。学期末，学生课本费、作业本费等代办费开支及时印发清单，向每个学生家长公示，并以告家长书的形式告之家长。</w:t>
      </w:r>
      <w:r>
        <w:rPr>
          <w:lang w:eastAsia="zh-CN"/>
        </w:rPr>
        <w:br/>
      </w:r>
      <w:r>
        <w:rPr>
          <w:lang w:eastAsia="zh-CN"/>
        </w:rPr>
        <w:t>　　3、加强校产管理、提高使用效率。在财产管理上，按规定的管理制度执行，做好财产记账和报损工作。除了切实做好教学的物资供应外，还要为教学带给的设施，更要管好、用好这些设施，确保财产的安全，充分发挥设备的作用，更好地为教育服务。张祥福担任仪器管理员后，在他所负责的实验室及仪器室，橱窗里的仪器设备摆放的井井有条；实验桌、地板上、橱窗玻璃一尘不染；录音机、投影仪等教学仪器领用、收回手续齐全；然后张老师这种认真负责的工作态度，得到广大教师的赞扬。</w:t>
      </w:r>
      <w:r>
        <w:rPr>
          <w:lang w:eastAsia="zh-CN"/>
        </w:rPr>
        <w:br/>
      </w:r>
      <w:r>
        <w:rPr>
          <w:lang w:eastAsia="zh-CN"/>
        </w:rPr>
        <w:t>　　二、后勤常规管理方面</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学校培养人的场所，是礼貌的象征。要树立一所学校的形象，反映全校师生的精神面貌，务必营造一个“和谐、愉悦、安全、舒心”的工作、学习环境。而这些与后勤管理的优劣密切相关。因此，尽力做好后勤服务工作，显得尤为，做好后勤服务工作，实际是对学校“以德立校，依法治校，质量强校，科研兴校”的无形支持。为此，做好以下几方面工作：</w:t>
      </w:r>
      <w:r>
        <w:rPr>
          <w:lang w:eastAsia="zh-CN"/>
        </w:rPr>
        <w:br/>
      </w:r>
      <w:r>
        <w:rPr>
          <w:lang w:eastAsia="zh-CN"/>
        </w:rPr>
        <w:t>　　1、做好教师教学用品及学生学习用品的分发工作。开学初，教学用品和学生的课本、簿册及卫生用品，按时无误地发到每个班级和师生手中，及时添补课本簿册，保证教育教学工作顺利开展。</w:t>
      </w:r>
      <w:r>
        <w:rPr>
          <w:lang w:eastAsia="zh-CN"/>
        </w:rPr>
        <w:br/>
      </w:r>
      <w:r>
        <w:rPr>
          <w:lang w:eastAsia="zh-CN"/>
        </w:rPr>
        <w:t>　　2、做好后勤保障工作。学校的公开课、评优课、运动会、期终考试、升学考试等各项活动，总务处全力以赴，做好优质服务，保证各类活动正常有序进行。</w:t>
      </w:r>
      <w:r>
        <w:rPr>
          <w:lang w:eastAsia="zh-CN"/>
        </w:rPr>
        <w:br/>
      </w:r>
      <w:r>
        <w:rPr>
          <w:lang w:eastAsia="zh-CN"/>
        </w:rPr>
        <w:t>　　3、做好教师各类服务工作。总务处克服工作繁、人员少的困难，坚持为办公室送饮用水。</w:t>
      </w:r>
      <w:r>
        <w:rPr>
          <w:lang w:eastAsia="zh-CN"/>
        </w:rPr>
        <w:br/>
      </w:r>
      <w:r>
        <w:rPr>
          <w:lang w:eastAsia="zh-CN"/>
        </w:rPr>
        <w:t>　　4、做好学校设施的维护工作。学校中需要小修小补的事情天天都在发生，都潜力所能及地加以好，总务人员本着节约的原则，自我动手做些小修理，如：门窗、门锁、电灯等，并做到随叫随到。</w:t>
      </w:r>
      <w:r>
        <w:rPr>
          <w:lang w:eastAsia="zh-CN"/>
        </w:rPr>
        <w:br/>
      </w:r>
      <w:r>
        <w:rPr>
          <w:lang w:eastAsia="zh-CN"/>
        </w:rPr>
        <w:t>　　5、然后做好学校图书登记借阅工作。</w:t>
      </w:r>
      <w:r>
        <w:rPr>
          <w:lang w:eastAsia="zh-CN"/>
        </w:rPr>
        <w:br/>
      </w:r>
      <w:r>
        <w:rPr>
          <w:lang w:eastAsia="zh-CN"/>
        </w:rPr>
        <w:t>　　三、安全卫生管理方面</w:t>
      </w:r>
      <w:r>
        <w:rPr>
          <w:lang w:eastAsia="zh-CN"/>
        </w:rPr>
        <w:br/>
      </w:r>
      <w:r>
        <w:rPr>
          <w:lang w:eastAsia="zh-CN"/>
        </w:rPr>
        <w:t>　　学校安全工作做得如何，将直接关系师生身心健康乃至生命安全的大事，关系到教育教学工作的正常开展。为此，牢固树立“学校安全重于泰山”的思想，增强政治意识、大局意识，从打造“平安学校”的高度，把维护学校安全和稳定放到的全体教职工共同努力，我校在校内未出现一齐涉及安全事故的发生，为学校教育教学工作的正常开展带给有力的保证。具体做好以下几方面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1、在全体安全保卫人员共同努力下，学校安全工作得到了进一步加强，安全保卫人员工作认真负责，遵纪守法，职责性强，能服从学校临时安排，不计较个人得失。每一天组织学生安全乘车。放学后，坚持对校园内进行巡视，晚上检查“三关”（门窗、电源、水龙头是否关掉好），为学校的财产安全和师生的生命安全带给了有力保障。</w:t>
      </w:r>
      <w:r>
        <w:rPr>
          <w:lang w:eastAsia="zh-CN"/>
        </w:rPr>
        <w:br/>
      </w:r>
      <w:r>
        <w:rPr>
          <w:lang w:eastAsia="zh-CN"/>
        </w:rPr>
        <w:t>　　2、本学期，总务处人员定期对校舍及教育设施、设备的安全进行检查，发现隐患，立即排除。总务处人员每一天傍晚放学后坚持检查各教室办公室“三关”，发现问题，及时，并将检查作好记载。除此之外，利用宣传栏，张贴安全知识的宣传画；在学校醒目处挂安全宣传横幅。</w:t>
      </w:r>
      <w:r>
        <w:rPr>
          <w:lang w:eastAsia="zh-CN"/>
        </w:rPr>
        <w:br/>
      </w:r>
      <w:r>
        <w:rPr>
          <w:lang w:eastAsia="zh-CN"/>
        </w:rPr>
        <w:t>　　3、本学期，各班主任及职能科室在安全教育方面做了超多的工作。学校医务室坚持做好常见病的预防和宣传教育，利用广播媒体，向学生宣传卫生小知识和常见病的预防知识。德育处、安全处少先队大队部，采用多种形式的宣传手段，然后坚持不懈地做好学生安全宣传教育工作。如：校园安全报、交通安全知识讲座、消防安全知识讲座、自我防范和自我保护讲座、交通法规知识测试等，全方位、立体式地做好安全防范工作，取得了很大的成效。</w:t>
      </w:r>
      <w:r>
        <w:rPr>
          <w:lang w:eastAsia="zh-CN"/>
        </w:rPr>
        <w:br/>
      </w:r>
      <w:r>
        <w:rPr>
          <w:lang w:eastAsia="zh-CN"/>
        </w:rPr>
        <w:t>　　4、加大力度对校园和师生个人卫生的管理，为教育教学创造一个清洁、美丽的舒适的环境。并坚持日检查、周评比、月总结制度。定期检查学生个人卫生，使之构成的卫生习惯。</w:t>
      </w:r>
      <w:r>
        <w:rPr>
          <w:lang w:eastAsia="zh-CN"/>
        </w:rPr>
        <w:br/>
      </w:r>
      <w:r>
        <w:rPr>
          <w:lang w:eastAsia="zh-CN"/>
        </w:rPr>
        <w:t>　　四、工作反思</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1、在财产管理上，还存在不足的地方，下发的各类教学设备及用具不能如数上缴，设备保管、使用职责制没有落实，有必要在下学期加强管理。</w:t>
      </w:r>
      <w:r>
        <w:rPr>
          <w:lang w:eastAsia="zh-CN"/>
        </w:rPr>
        <w:br/>
      </w:r>
      <w:r>
        <w:rPr>
          <w:lang w:eastAsia="zh-CN"/>
        </w:rPr>
        <w:t>　　2、在环境管理上，保洁工作虽然总体上有了提高，但还存在不足的地方。如：厕所卫生状况还没有解决，需加强学校卫生保洁工作的管理，强化明确，职责到位的管理手段，来提高卫生保洁工作，从而使校园常年持续洁、净、美，让师生在优美、整洁、舒适的环境中工作和学习。</w:t>
      </w:r>
      <w:r>
        <w:rPr>
          <w:lang w:eastAsia="zh-CN"/>
        </w:rPr>
        <w:br/>
      </w:r>
      <w:r>
        <w:rPr>
          <w:lang w:eastAsia="zh-CN"/>
        </w:rPr>
        <w:t>　　3、在安全管理上，还需加强工作，有条件的下，在德育室、大队部等支持协助下，组织学生进行逃生演习。</w:t>
      </w:r>
      <w:r>
        <w:rPr>
          <w:lang w:eastAsia="zh-CN"/>
        </w:rPr>
        <w:br/>
      </w:r>
      <w:r>
        <w:rPr>
          <w:lang w:eastAsia="zh-CN"/>
        </w:rPr>
        <w:t>　　4、总务处事务繁杂，人手少，因此工作中还有地方没能做得令人满意，有待于今后的努力。</w:t>
      </w:r>
      <w:r>
        <w:rPr>
          <w:lang w:eastAsia="zh-CN"/>
        </w:rPr>
        <w:br/>
      </w:r>
      <w:r>
        <w:rPr>
          <w:lang w:eastAsia="zh-CN"/>
        </w:rPr>
        <w:t>　　坚信，只要本着一颗全心全意为师生服务的心，廉洁奉公、任劳任怨、虚心学习、苦干实干，依靠全体总务后勤人员的用心性，会把工作做得更好。</w:t>
      </w:r>
      <w:r>
        <w:rPr>
          <w:lang w:eastAsia="zh-CN"/>
        </w:rPr>
        <w:br/>
      </w:r>
      <w:r>
        <w:rPr>
          <w:lang w:eastAsia="zh-CN"/>
        </w:rPr>
        <w:t xml:space="preserve">    最新小学后勤的工作总结范文 篇4 </w:t>
      </w:r>
      <w:r>
        <w:rPr>
          <w:lang w:eastAsia="zh-CN"/>
        </w:rPr>
        <w:br/>
      </w:r>
      <w:r>
        <w:rPr>
          <w:lang w:eastAsia="zh-CN"/>
        </w:rPr>
        <w:t>　　后勤工作是学校工作的有机组成部分。在实施素质教育、落实常规管理、加强学校规范化建设、确保正常的教育教学秩序，培养“四有”新人诸方面起着保障作用。后勤工作千头万绪、管理繁杂细碎、职责重大，其好坏直接关系到学校发展的速度和质量，关系到教学秩序、生活秩序的稳定和教育质量的提高，现将本学年的后勤工作小结如下。</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一、 大力开展节约型校园建设，为学校节省了大量开支。</w:t>
      </w:r>
      <w:r>
        <w:rPr>
          <w:lang w:eastAsia="zh-CN"/>
        </w:rPr>
        <w:br/>
      </w:r>
      <w:r>
        <w:rPr>
          <w:lang w:eastAsia="zh-CN"/>
        </w:rPr>
        <w:t>　　一年来，我校后勤在学校经费严重不足的情况下，大力开展资源节约型校园建设，积极寻求提高^方案范-文库_为您搜集整理^%资源利用效率的途径。重视学校设施设备资产的合理利用，保证了我校教育教学的正常进行。比如我校部分废旧风扇的维修循环利用，饮水机的维修循环利用，废旧电脑的维修循环利用，打印机的维修循环利用，以及课桌椅的维修循环利用等。同时还对学校固定资产实行了精细化管理，严格执行校产管理制度，实行“谁主管谁负责谁使用谁负责”的原则，做到了责任到人。另外，在有限的资金使用上，我校后勤严格执行审批制度，坚持按计划行事，合理使用资金，坚持专款专用，以“少花钱，多办事，办好事”为原则，提高^方案范-文库_为您搜集整理^%了资金的使用效率，为我校大大减少了办学成本，减轻了财政负担。</w:t>
      </w:r>
      <w:r>
        <w:rPr>
          <w:lang w:eastAsia="zh-CN"/>
        </w:rPr>
        <w:br/>
      </w:r>
      <w:r>
        <w:rPr>
          <w:lang w:eastAsia="zh-CN"/>
        </w:rPr>
        <w:t>　　二、 狠抓服务和管理，力争学校教育教学和师生生活一切保障到位。</w:t>
      </w:r>
      <w:r>
        <w:rPr>
          <w:lang w:eastAsia="zh-CN"/>
        </w:rPr>
        <w:br/>
      </w:r>
      <w:r>
        <w:rPr>
          <w:lang w:eastAsia="zh-CN"/>
        </w:rPr>
        <w:t>　　一年来，我校后勤坚持以“后勤为教育教学服务为宗旨”，始终以学校的教育教学为中心开展工作，全力配合学校教育教学实施性计划，做到了学校教育教学和师生生活的一切保障到位。例如，师生的住房、住宿配置到位;教师的办公桌椅配置到位;学生的课桌椅配置到位;学校教学使用的设施设备配置到位;饮食服务到位;饮用水和热水的供应到位;物品维修服务到位;以及学校设施设备维修保养到位等等。</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三、 狠抓校园安全不放松一年来成效显著。</w:t>
      </w:r>
      <w:r>
        <w:rPr>
          <w:lang w:eastAsia="zh-CN"/>
        </w:rPr>
        <w:br/>
      </w:r>
      <w:r>
        <w:rPr>
          <w:lang w:eastAsia="zh-CN"/>
        </w:rPr>
        <w:t>　　一年来，我校后勤部门按照市教育局要求，重新增定和完善了学校所有安全工作制度、安全预案，重新层层签定了安全责任书，组织全校师生开展安全教育，落实各项职责;布置防流感、防甲流、防雷雨大风、防地震灾害、防溺水、防踩踏、防火等各项安全预防工作;组织每年开展一次的“安全生产月活动”和应急逃生演练;组织安全隐患的排查和整改;组织对学校食堂和实训商场食品卫生的监管和督查;组织迎接市教育局的安全大检查以及迎接市教育局对我校的教学评估等等。确保了我校一年来无安全事故，无传染性疾病发生，经受住了数次雷雨大风等自然灾害的考验，取得了很好的成绩。比如我校2、3月间的防甲流，4、5月间的防雷雨，9、10月间的防台风，11、12月间的防火灾等，我校都制定了相关的应急预案，认真落实了相关职责，做到了准备充分，组织到位，沉着应对，保证了我校一年来校园安全的平稳过渡。</w:t>
      </w:r>
      <w:r>
        <w:rPr>
          <w:lang w:eastAsia="zh-CN"/>
        </w:rPr>
        <w:br/>
      </w:r>
      <w:r>
        <w:rPr>
          <w:lang w:eastAsia="zh-CN"/>
        </w:rPr>
        <w:t xml:space="preserve">    最新小学后勤的工作总结范文 篇5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我校现有学生_人。下属_所村小。现有__个教学班，专任教师_人。多年来，我校总务处根据教育局和学校对总务工作的具体，结合学期工作计划和学校实际，在学校领导和全体教职工的支持及配合下，透过总务部门全体同志尽心尽责、共同努力，克服人手缺、任务重等困难，有计划、有步骤、有重点地完成了各项工作，确保了学校教育教学工作顺利开展。始终本着“全心全意地为教育教学服务、为师生服务”的宗旨，努力做好财务财产管理、后勤常规管理、安全卫生管理等方面的工作。</w:t>
      </w:r>
      <w:r>
        <w:rPr>
          <w:lang w:eastAsia="zh-CN"/>
        </w:rPr>
        <w:br/>
      </w:r>
      <w:r>
        <w:rPr>
          <w:lang w:eastAsia="zh-CN"/>
        </w:rPr>
        <w:t>　　一、财务财产管理方面</w:t>
      </w:r>
      <w:r>
        <w:rPr>
          <w:lang w:eastAsia="zh-CN"/>
        </w:rPr>
        <w:br/>
      </w:r>
      <w:r>
        <w:rPr>
          <w:lang w:eastAsia="zh-CN"/>
        </w:rPr>
        <w:t>　　财务工作在学校领导带领下，严格按规定的财务、会计制度实施管理，依法照章做好财务管理工作，管理好教育经费的收支。在资金使用上，严格执行审批制度，坚持按计划行事，合理使用资金，保证专款专用，坚持以“少花钱，多办事，办好事”为原则，用好学校每一分钱，提高资金的使用效率。在重大的资金使用上，学校透过行政会议讨论，并向全体教师公示，理解群众监督。具体工作如下：1、协助校长做好学校经费的收支管理，认真编制年度的预算经费。本着“量入为出、收支平衡，保证重点”的原则，加强资金管理，合理安排资金，编制好本年度的修购经费及房修费计划，开源节流，提高资金使用效果，确保学校教育教学的各项工作任务顺利完成。2、严格执行“一费制”收费标准，做好收费公示。在学生收费管理上，严格按照收费公示规定的项目、标准、范围进行收费，严格实行“一费制”收费制度，做到了无乱收费、无乱摊派、无擅自增加收费项目、无随意提高收费标准等现象，并做好收费公示，自觉理解社会、学生家长的监督。学期末，学生课本费、作业本费等代办费开支及时印发清单，向每个学生家长公示，并以告家长书的形式告之家长。3、加强校产管理、提高使用效率。在财产管理上，按规定的管理制度执行，做好财产记</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账和报损工作。除了切实做好教学的物资供应外，还要为教学带给的设施，更要管好、用好这些设施，确保财产的安全，充分发挥设备的作用，更好地为教育服务。张祥福担任仪器管理员后，在他所负责的实验室及仪器室，橱窗里的仪器设备摆放的井井有条；实验桌、地板上、橱窗玻璃一尘不染；录音机、投影仪等教学仪器领用、收回手续齐全；张老师这种认真负责的工作态度，得到广大教师的赞扬。</w:t>
      </w:r>
      <w:r>
        <w:rPr>
          <w:lang w:eastAsia="zh-CN"/>
        </w:rPr>
        <w:br/>
      </w:r>
      <w:r>
        <w:rPr>
          <w:lang w:eastAsia="zh-CN"/>
        </w:rPr>
        <w:t>　　二、后勤常规管理方面</w:t>
      </w:r>
      <w:r>
        <w:rPr>
          <w:lang w:eastAsia="zh-CN"/>
        </w:rPr>
        <w:br/>
      </w:r>
      <w:r>
        <w:rPr>
          <w:lang w:eastAsia="zh-CN"/>
        </w:rPr>
        <w:t>　　学校培养人的场所，是礼貌的象征。要树立一所学校的形象，反映全校师生的精神面貌，务必营造一个“和谐、愉悦、安全、舒心”的工作、学习环境。而这些与后勤管理的优劣密切相关。因此，尽力做好后勤服务工作，显得尤为，做好后勤服务工作，实际是对学校“以德立校，依法治校，质量强校，科研兴校”的无形支持。为此，做好以下几方面工作：1、做好教师教学用品及学生学习用品的分发工作。开学初，教学用品和学生的课本、簿册及卫生用品，按时无误地发到每个班级和师生手中，及时添补课本簿册，保证教育教学工作顺利开展。2、做好后勤保障工作。学校的公开课、评优课、运动会、期终考试、升学考试等各项活动，总务处全力以赴，做好优质服务，保证各类活动正常有序进行。3、做好教师各类服务工作。总务处克服工作繁、人员少的困难，坚持为办公室送饮用水。4、做好学校设施的维护工作。学校中需要小修小补的事情天天都在发生，都潜力所能及地加以好，总务人员本着节约的原则，自我动手做些小修理，如：门窗、门锁、电灯等，并做到随叫随到。5、做好学校图书登记借阅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三、安全卫生管理方面</w:t>
      </w:r>
      <w:r>
        <w:rPr>
          <w:lang w:eastAsia="zh-CN"/>
        </w:rPr>
        <w:br/>
      </w:r>
      <w:r>
        <w:rPr>
          <w:lang w:eastAsia="zh-CN"/>
        </w:rPr>
        <w:t>　　学校安全工作做得如何，将直接关系师生身心健康乃至生命安全的大事，关系到教育教学工作的正常开展。为此，牢固树立“学校安全重于泰山”的思想，增强政治意识、大局意识，从打造“平安学校”的高度，把维护学校安全和稳定放到的全体教职工共同努力，我校在校内未出现一齐涉及安全事故的发生，为学校教育教学工作的正常开展带给有力的保证。具体做好以下几方面工作：1、在全体安全保卫人员共同努力下，学校安全工作得到了进一步加强，安全保卫人员工作认真负责，遵纪守法，职责性强，能服从学校临时安排，不计较个人得失。每一天组织学生安全乘车。放学后，坚持对校园内进行巡视，晚上检查“三关”（门窗、电源、水龙头是否关掉好），为学校的财产安全和师生的生命安全带给了有力保障。2、本学期，总务处人员定期对校舍及教育设施、设备的安全进行检查，发现隐患，立即排除。总务处人员每一天傍晚放学后坚持检查各教室办公室“三关”，发现问题，及时，并将检查作好记载。除此之外，利用宣传栏，张贴安全知识的宣传画；在学校醒目处挂安全宣传横幅。3、本学期，各班主任及职能科室在安全教育方面做了超多的工作。学校医务室坚持做好常见病的预防和宣传教育，利用广播媒体，向学生宣传卫生小知识和常见</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病的预防知识。德育处、安全处少先队大队部，采用多种形式的宣传手段，坚持不懈地做好学生安全宣传教育工作。如：校园安全报、交通安全知识讲座、消防安全知识讲座、自我防范和自我保护讲座、交通法规知识测试等，全方位、立体式地做好安全防范工作，取得了很大的成效。4、加大力度对校园和师生个人卫生的管理，为教育教学创造一个清洁、美丽的舒适的环境。并坚持日检查、周评比、月总结制度。定期检查学生个人卫生，使之构成的卫生习惯。</w:t>
      </w:r>
      <w:r>
        <w:rPr>
          <w:lang w:eastAsia="zh-CN"/>
        </w:rPr>
        <w:br/>
      </w:r>
      <w:r>
        <w:rPr>
          <w:lang w:eastAsia="zh-CN"/>
        </w:rPr>
        <w:t>　　四、工作反思</w:t>
      </w:r>
      <w:r>
        <w:rPr>
          <w:lang w:eastAsia="zh-CN"/>
        </w:rPr>
        <w:br/>
      </w:r>
      <w:r>
        <w:rPr>
          <w:lang w:eastAsia="zh-CN"/>
        </w:rPr>
        <w:t>　　1、在财产管理上，还存在不足的地方，下发的各类教学设备及用具不能如数上缴，设备保管、使用职责制没有落实，有必要在下学期加强管理。2、在环境管理上，保洁工作虽然总体上有了提高，但还存在不足的地方。如：厕所卫生状况还没有解决，需加强学校卫生保洁工作的管理，强化明确，职责到位的管理手段，来提高卫生保洁工作，从而使校园常年持续洁、净、美，让师生在优美、整洁、舒适的环境中工作和学习。3、在安全管理上，还需加强工作，有条件的下，在德育室、大队部等支持协助下，组织学生进行逃生演习。4、总务处事务繁杂，人手少，因此工作中还有地方没能做得令人满意，有待于今后的努力。</w:t>
      </w:r>
      <w:r>
        <w:rPr>
          <w:lang w:eastAsia="zh-CN"/>
        </w:rPr>
        <w:br/>
      </w:r>
      <w:r>
        <w:rPr>
          <w:lang w:eastAsia="zh-CN"/>
        </w:rPr>
        <w:t>　　坚信，只要本着一颗全心全意为师生服务的心，廉洁奉公、任劳任怨、虚心学习、苦干实干，依靠全体总务后勤人员的用心性，会把工作做得更好。</w:t>
      </w:r>
      <w:r>
        <w:rPr>
          <w:lang w:eastAsia="zh-CN"/>
        </w:rPr>
        <w:br/>
      </w:r>
      <w:r>
        <w:rPr>
          <w:lang w:eastAsia="zh-CN"/>
        </w:rPr>
        <w:t xml:space="preserve">    最新小学后勤的工作总结范文 篇6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后勤工作是学校工作的重要组成部分，为教育教学工作的正常进行带给保障，在教育事业的发展中起着不可替代的重要作用。本学期，继续坚持“后勤工作服务于教育教学工作、服务于师生生活”的原则，在上级部门的指导和校长室的领导下尽心尽力做好后勤服务工作。现将这学期的主要工作汇报如下:</w:t>
      </w:r>
      <w:r>
        <w:rPr>
          <w:lang w:eastAsia="zh-CN"/>
        </w:rPr>
        <w:br/>
      </w:r>
      <w:r>
        <w:rPr>
          <w:lang w:eastAsia="zh-CN"/>
        </w:rPr>
        <w:t>　　一、财务财产管理方面</w:t>
      </w:r>
      <w:r>
        <w:rPr>
          <w:lang w:eastAsia="zh-CN"/>
        </w:rPr>
        <w:br/>
      </w:r>
      <w:r>
        <w:rPr>
          <w:lang w:eastAsia="zh-CN"/>
        </w:rPr>
        <w:t>　　1、协助校长做好学校经费的收支管理，认真编制__年度的预算经费。本着“量入为出、收支平衡，保证重点”的原则，加强资金管理，合理安排资金，编制好本年度的修购经费及房修费计划，开源节流，提高资金使用效果，确保学校教育教学的各项工作任务顺利完成。</w:t>
      </w:r>
      <w:r>
        <w:rPr>
          <w:lang w:eastAsia="zh-CN"/>
        </w:rPr>
        <w:br/>
      </w:r>
      <w:r>
        <w:rPr>
          <w:lang w:eastAsia="zh-CN"/>
        </w:rPr>
        <w:t>　　2、严格执行“一费制”收费标准，做好收费公示。在学生收费管理上，严格按照收费公示规定的项目、标准、范围进行收费，严格实行“一费制”收费制度，做到了无乱收费、无乱摊派、无擅自增加收费项目、无随意提高收费标准等现象，并做好收费公示，自觉理解社会、学生家长的监督。学期末，学生课本费、作业本费等代办费开支状况及时印发清单，向每个学生家长公示，并以告家长书的形式告之家长。</w:t>
      </w:r>
      <w:r>
        <w:rPr>
          <w:lang w:eastAsia="zh-CN"/>
        </w:rPr>
        <w:br/>
      </w:r>
      <w:r>
        <w:rPr>
          <w:lang w:eastAsia="zh-CN"/>
        </w:rPr>
        <w:t>　　3、加强校产管理、提高使用效率。在财产管理上，按规定的管理制度执行，做好财产记账和报损调整工作。除了切实做好教学的物资供应外，还要为教学带给良好的设施，更要管好、用好这些设施，确保财产的安全，充分发挥设备的作用，更好地为教育服务。</w:t>
      </w:r>
      <w:r>
        <w:rPr>
          <w:lang w:eastAsia="zh-CN"/>
        </w:rPr>
        <w:br/>
      </w:r>
      <w:r>
        <w:rPr>
          <w:lang w:eastAsia="zh-CN"/>
        </w:rPr>
        <w:t>　　二、后勤常规管理方面</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7"/>
          <w:cols w:space="425"/>
          <w:titlePg w:val="0"/>
          <w:docGrid w:type="lines" w:linePitch="312"/>
        </w:sectPr>
      </w:pPr>
      <w:r>
        <w:rPr>
          <w:lang w:eastAsia="zh-CN"/>
        </w:rPr>
        <w:t>　　1、做好教师教学用品及学生学习用品的分发工作。开学初，教学用品和学生的课本、簿册及卫生用品，按时无误地发到每个班级和师生手中，及时添补课本簿册，保证教育教学工作顺利开展。</w:t>
      </w:r>
      <w:r>
        <w:rPr>
          <w:lang w:eastAsia="zh-CN"/>
        </w:rPr>
        <w:br/>
      </w:r>
      <w:r>
        <w:rPr>
          <w:lang w:eastAsia="zh-CN"/>
        </w:rPr>
        <w:t>　　2、做好后勤保障工作。学校的公开课、评优课、运动会、期终考试、升学考试等各项活动，我们总务处全力以赴，做好优质服务，保证各类活动正常有序进行。</w:t>
      </w:r>
      <w:r>
        <w:rPr>
          <w:lang w:eastAsia="zh-CN"/>
        </w:rPr>
        <w:br/>
      </w:r>
      <w:r>
        <w:rPr>
          <w:lang w:eastAsia="zh-CN"/>
        </w:rPr>
        <w:t>　　3、做好教师各类服务工作。总务处克服工作繁、人员少的困难，坚持为办公室送饮用水。</w:t>
      </w:r>
      <w:r>
        <w:rPr>
          <w:lang w:eastAsia="zh-CN"/>
        </w:rPr>
        <w:br/>
      </w:r>
      <w:r>
        <w:rPr>
          <w:lang w:eastAsia="zh-CN"/>
        </w:rPr>
        <w:t>　　4、做好学校设施的维护工作。学校中需要小修小补的事情能够说天天都在发生，我们都潜力所能及地加以处理好，总务人员本着节约的原则，自我动手做些小修理，如：门窗、门锁、电灯等，并做到随叫随到。</w:t>
      </w:r>
      <w:r>
        <w:rPr>
          <w:lang w:eastAsia="zh-CN"/>
        </w:rPr>
        <w:br/>
      </w:r>
      <w:r>
        <w:rPr>
          <w:lang w:eastAsia="zh-CN"/>
        </w:rPr>
        <w:t>　　三、工作反思</w:t>
      </w:r>
      <w:r>
        <w:rPr>
          <w:lang w:eastAsia="zh-CN"/>
        </w:rPr>
        <w:br/>
      </w:r>
      <w:r>
        <w:rPr>
          <w:lang w:eastAsia="zh-CN"/>
        </w:rPr>
        <w:t>　　1、在财产管理上，还存在不足的地方，下发的各类教学设备及用具不能如数上缴，设备保管、使用职责制没有落实，有必要在下学期加强管理。</w:t>
      </w:r>
      <w:r>
        <w:rPr>
          <w:lang w:eastAsia="zh-CN"/>
        </w:rPr>
        <w:br/>
      </w:r>
      <w:r>
        <w:rPr>
          <w:lang w:eastAsia="zh-CN"/>
        </w:rPr>
        <w:t>　　2、由于总务处事务繁杂，人手少，因此工作中还有许多地方没能做得令人满意，有待于我们今后的努力。</w:t>
      </w:r>
      <w:r>
        <w:rPr>
          <w:lang w:eastAsia="zh-CN"/>
        </w:rPr>
        <w:br/>
      </w:r>
      <w:r>
        <w:rPr>
          <w:lang w:eastAsia="zh-CN"/>
        </w:rPr>
        <w:t>　　以上是总务处一学期的工作总结，我们坚信，只要本着一颗全心全意为师生服务的心，廉洁奉公、任劳任怨、虚心学习、苦干实干，依靠全体总务后勤人员的用心性，我们必须会把工作做得更好。</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8"/>
          <w:cols w:space="425"/>
          <w:titlePg w:val="0"/>
          <w:docGrid w:type="lines" w:linePitch="312"/>
        </w:sectPr>
      </w:pPr>
      <w:r>
        <w:rPr>
          <w:lang w:eastAsia="zh-CN"/>
        </w:rPr>
        <w:t>　　本学期即将过去，在学校领导和全体教职工的用心支持及配合下，有计划、有步骤、有重点地完成了各项工作，确保了学校教育教学工作顺利开展。一学期来，我们始终本着“全心全意地为教育教学服务、为师生服务”的宗旨，努力做好财务财产管理、后勤常规管理、安全卫生管理等方面的工作，圆满地完成各项工作，到达计划要求，现将本学期总务工作作如下</w:t>
      </w:r>
      <w:r>
        <w:rPr>
          <w:lang w:eastAsia="zh-CN"/>
        </w:rPr>
        <w:br/>
      </w:r>
      <w:r>
        <w:rPr>
          <w:lang w:eastAsia="zh-CN"/>
        </w:rPr>
        <w:t>　　一、财务财产管理方面</w:t>
      </w:r>
      <w:r>
        <w:rPr>
          <w:lang w:eastAsia="zh-CN"/>
        </w:rPr>
        <w:br/>
      </w:r>
      <w:r>
        <w:rPr>
          <w:lang w:eastAsia="zh-CN"/>
        </w:rPr>
        <w:t>　　财务工作严格按财务、会计制度实施管理，依法照章做好财务管理工作，管理好教育经费的收支。在资金使用上，严格执行审批制度，坚持按计划行事，合理使用资金，保证专款专用，坚持以“少花钱，多办事，办好事”为原则，用好学校每一分钱，提高资金的使用效率。在重大的资金使用上，学校透过行政会议讨论，并向全体教师公示，理解群众监督。具体工作如下：</w:t>
      </w:r>
      <w:r>
        <w:rPr>
          <w:lang w:eastAsia="zh-CN"/>
        </w:rPr>
        <w:br/>
      </w:r>
      <w:r>
        <w:rPr>
          <w:lang w:eastAsia="zh-CN"/>
        </w:rPr>
        <w:t>　　1、协助校长做好学校经费的收支管理，认真编制__年度的经费预算。本着“量入为出、收支平衡，保证重点”的原则，加强资金管理，合理安排资金，编制好本年度的维修经费及设备购置费计划，开源节流，提高资金使用效果，确保学校教育教学的各项工作任务顺利完成。</w:t>
      </w:r>
      <w:r>
        <w:rPr>
          <w:lang w:eastAsia="zh-CN"/>
        </w:rPr>
        <w:br/>
      </w:r>
      <w:r>
        <w:rPr>
          <w:lang w:eastAsia="zh-CN"/>
        </w:rPr>
        <w:t>　　2、严格执行上级主管部门制订收费标准，做好收费公示。做到了无乱收费、无乱摊派、无擅自增加收费项目。</w:t>
      </w:r>
      <w:r>
        <w:rPr>
          <w:lang w:eastAsia="zh-CN"/>
        </w:rPr>
        <w:br/>
      </w:r>
      <w:r>
        <w:rPr>
          <w:lang w:eastAsia="zh-CN"/>
        </w:rPr>
        <w:t>　　3、加强校产管理、提高使用效率。添置的设备及时登记造册。</w:t>
      </w:r>
      <w:r>
        <w:rPr>
          <w:lang w:eastAsia="zh-CN"/>
        </w:rPr>
        <w:br/>
      </w:r>
      <w:r>
        <w:rPr>
          <w:lang w:eastAsia="zh-CN"/>
        </w:rPr>
        <w:t>　　二、校园绿化美化方面</w:t>
      </w:r>
      <w:r>
        <w:rPr>
          <w:lang w:eastAsia="zh-CN"/>
        </w:rPr>
        <w:br/>
      </w:r>
      <w:r>
        <w:rPr>
          <w:lang w:eastAsia="zh-CN"/>
        </w:rPr>
        <w:t>　　1、本学期，移栽种万年青80多棵，定期对花草浇水、施肥、修剪。</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9"/>
          <w:cols w:space="425"/>
          <w:titlePg w:val="0"/>
          <w:docGrid w:type="lines" w:linePitch="312"/>
        </w:sectPr>
      </w:pPr>
      <w:r>
        <w:rPr>
          <w:lang w:eastAsia="zh-CN"/>
        </w:rPr>
        <w:t>　　2、对学校运动场地、学生活动场地进行了精心修整、硬化，用去资金十多万元;建了球场，添置了墙壁画，用去资金三万多元；花了八、九千元添置了校园设备；对远教室窗帘进行了更新。美化了校园，营造了氛围；给师生带给一个舒适、愉悦的学习和生活环境。</w:t>
      </w:r>
      <w:r>
        <w:rPr>
          <w:lang w:eastAsia="zh-CN"/>
        </w:rPr>
        <w:br/>
      </w:r>
      <w:r>
        <w:rPr>
          <w:lang w:eastAsia="zh-CN"/>
        </w:rPr>
        <w:t>　　三、后勤常规管理方面</w:t>
      </w:r>
      <w:r>
        <w:rPr>
          <w:lang w:eastAsia="zh-CN"/>
        </w:rPr>
        <w:br/>
      </w:r>
      <w:r>
        <w:rPr>
          <w:lang w:eastAsia="zh-CN"/>
        </w:rPr>
        <w:t>　　1、做好教师教学用品及学生学习用品的准备工作，保证教育教学工作顺利开展。2、做好后勤保障工作，保证各类活动正常有序进行。3、好学校设施的维护工作。本着节约的原则，自我动手做些小修理，如：门窗、门锁、电灯、水龙头等。4、加强对学校的卫生工作的管理，本学期在班主任老的辛勤劳动下，我校的卫生工作又上了一个新的台阶，各班的卫生包干区能持久的持续干净整洁，消除了卫生死角，切实落实了学校卫生管理制度。</w:t>
      </w:r>
      <w:r>
        <w:rPr>
          <w:lang w:eastAsia="zh-CN"/>
        </w:rPr>
        <w:br/>
      </w:r>
      <w:r>
        <w:rPr>
          <w:lang w:eastAsia="zh-CN"/>
        </w:rPr>
        <w:t>　　四、安全工作</w:t>
      </w:r>
      <w:r>
        <w:rPr>
          <w:lang w:eastAsia="zh-CN"/>
        </w:rPr>
        <w:br/>
      </w:r>
      <w:r>
        <w:rPr>
          <w:lang w:eastAsia="zh-CN"/>
        </w:rPr>
        <w:t>　　1、完善制度，落实职责结合实际，制定并完善了针对性和操作性比较强的各项安全工作制度，与全体教职工签订了安全工作职责状。</w:t>
      </w:r>
      <w:r>
        <w:rPr>
          <w:lang w:eastAsia="zh-CN"/>
        </w:rPr>
        <w:br/>
      </w:r>
      <w:r>
        <w:rPr>
          <w:lang w:eastAsia="zh-CN"/>
        </w:rPr>
        <w:t>　　2、加强检查，排除隐患坚持日看、周查、月报制度3、利用“国旗下讲话”和晨会、黑板报、校园宣传橱窗、班队活动、法律知识及交通法规讲座、消防安全逃生演练和讲座等，对学生进行《小学生日常行为规范》、《预防未成年人犯罪法》等安全知识教育；还请了派出所、交警、卫生院来学校进行法制、交通、卫生知识讲座。</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0"/>
          <w:cols w:space="425"/>
          <w:titlePg w:val="0"/>
          <w:docGrid w:type="lines" w:linePitch="312"/>
        </w:sectPr>
      </w:pPr>
      <w:r>
        <w:rPr>
          <w:lang w:eastAsia="zh-CN"/>
        </w:rPr>
        <w:t>　　五、校建工作1、新建的教学楼已峻工；2、学校用了十多万元对地面进行了硬化，新建了乒乓球活动场所；</w:t>
      </w:r>
      <w:r>
        <w:rPr>
          <w:lang w:eastAsia="zh-CN"/>
        </w:rPr>
        <w:br/>
      </w:r>
      <w:r>
        <w:rPr>
          <w:lang w:eastAsia="zh-CN"/>
        </w:rPr>
        <w:t>　　六、工作反思1、教师住宿生在活动和管理上还有待改善。2、电的浪费现象有待采取措施。3、环境卫生持续问题。在环境卫生管理上，保洁工作虽然总体上有了大的改变，但还存在不足的地方，需加强学校卫生保洁工作的管理，来提高卫生保洁工作，从而使校园常年持续洁、净、美，让师生在优美、整洁、舒适的环境中工作和学习。</w:t>
      </w:r>
      <w:r>
        <w:rPr>
          <w:lang w:eastAsia="zh-CN"/>
        </w:rPr>
        <w:br/>
      </w:r>
      <w:r>
        <w:rPr>
          <w:lang w:eastAsia="zh-CN"/>
        </w:rPr>
        <w:t>　　回顾一学期的工作，在学校领导及后勤人员的共同努力，不论在后勤服务，还是管理方面都取得了必须的成绩，有些工作受到领导的赞可；由于总务后勤工作事务繁杂，还有许多地方没能做得令人满意，有待于我们今后的努力，后勤工作今后面临的任务还很多，我们决心大胆探索，不断实践，努力创造新的业绩。</w:t>
      </w:r>
      <w:r>
        <w:rPr>
          <w:lang w:eastAsia="zh-CN"/>
        </w:rPr>
        <w:br/>
      </w:r>
      <w:r>
        <w:rPr>
          <w:lang w:eastAsia="zh-CN"/>
        </w:rPr>
        <w:t xml:space="preserve">    最新小学后勤的工作总结范文 篇7 </w:t>
      </w:r>
      <w:r>
        <w:rPr>
          <w:lang w:eastAsia="zh-CN"/>
        </w:rPr>
        <w:br/>
      </w:r>
      <w:r>
        <w:rPr>
          <w:lang w:eastAsia="zh-CN"/>
        </w:rPr>
        <w:t>　　本学期，根据学校工作要求，我们后勤工作人员认真学习上级有文件精神，贯彻执行“教书育人，管理育人，服务育人”的方针，坚持后勤为教育教学服务，为师生生活服务方向，强化后勤内部各环节的管理，强化安全卫生工作，发扬“勤快、务实、高效、优质”的工作作风，努力提高自身素质，不断增强服务意识，通力合作，克服困难，后勤工作取得了必须的成绩。本学期主要做了以下几方面的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1"/>
          <w:cols w:space="425"/>
          <w:titlePg w:val="0"/>
          <w:docGrid w:type="lines" w:linePitch="312"/>
        </w:sectPr>
      </w:pPr>
      <w:r>
        <w:rPr>
          <w:lang w:eastAsia="zh-CN"/>
        </w:rPr>
        <w:t>　　1、认真做好开学筹备工作，保障学校正常开学，为确保9月1日能正常开学，我们提前三天到中心初中搬运教材，并进行分发。食堂的同志开学前几天，主动到校打扫餐厅内外卫生，清洗餐具。我们利用假期对教室的门窗、玻璃、吊扇、日光灯、饮水机、房屋等进行了认真的清理维修，及时配备各种教学设施设备，使教学工作正常进行。</w:t>
      </w:r>
      <w:r>
        <w:rPr>
          <w:lang w:eastAsia="zh-CN"/>
        </w:rPr>
        <w:br/>
      </w:r>
      <w:r>
        <w:rPr>
          <w:lang w:eastAsia="zh-CN"/>
        </w:rPr>
        <w:t>　　2、加强学校食堂管理体制的改革。签订安全卫生职责书，落实职责，明确职责。总务处重点抓，做到购菜工作有序进行，让老师能吃饱吃好。</w:t>
      </w:r>
      <w:r>
        <w:rPr>
          <w:lang w:eastAsia="zh-CN"/>
        </w:rPr>
        <w:br/>
      </w:r>
      <w:r>
        <w:rPr>
          <w:lang w:eastAsia="zh-CN"/>
        </w:rPr>
        <w:t>　　3、增收节支，开源节流，为学校多创收。本学期，我们对学校的黑板进行了维修，效果明显。根据上级要求和教师意见，要求全校师生要爱护学校公物，减少不必要的损坏，另谁损坏谁赔偿。注意节水、节电随手开关电源。透过这些措施，为学校增收节支。</w:t>
      </w:r>
      <w:r>
        <w:rPr>
          <w:lang w:eastAsia="zh-CN"/>
        </w:rPr>
        <w:br/>
      </w:r>
      <w:r>
        <w:rPr>
          <w:lang w:eastAsia="zh-CN"/>
        </w:rPr>
        <w:t>　　4、坚持一年一度的教室管理职责签订，与各班主任和教室管理人员落实职责，定期和不定期进行检查、记载。</w:t>
      </w:r>
      <w:r>
        <w:rPr>
          <w:lang w:eastAsia="zh-CN"/>
        </w:rPr>
        <w:br/>
      </w:r>
      <w:r>
        <w:rPr>
          <w:lang w:eastAsia="zh-CN"/>
        </w:rPr>
        <w:t>　　5、严格执行财务制度，学校财务公开、透明，实行四坚持：坚持执行上级收费标准，不乱收费，不搭车收费，多退少补，所收费用及时少交学校财务处；坚持一支笔，收支两条线，精打细算，做到先请示后购买，先批准再报支，实行民主理财，定期公布；坚持票据规范，分类分项，一级明细，汇总无讹。坚持管好用好学校财产，领物登记，收交有记载，损坏要赔偿，借出有票据。</w:t>
      </w:r>
      <w:r>
        <w:rPr>
          <w:lang w:eastAsia="zh-CN"/>
        </w:rPr>
        <w:br/>
      </w:r>
      <w:r>
        <w:rPr>
          <w:lang w:eastAsia="zh-CN"/>
        </w:rPr>
        <w:t>　　6、用心配合学校中心工作。后勤人员主动参与，用心配合学校各种检查活动，从物力、人力、财力上给予支持，从而使各种检查活动得到满意的结果。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2"/>
          <w:cols w:space="425"/>
          <w:titlePg w:val="0"/>
          <w:docGrid w:type="lines" w:linePitch="312"/>
        </w:sectPr>
      </w:pPr>
      <w:r>
        <w:rPr>
          <w:lang w:eastAsia="zh-CN"/>
        </w:rPr>
        <w:t>　　7、下学期工作的主要点：校产校具管理，对各办公室的办公桌、各教室及各功能室、教师宿舍、食堂、餐厅等校产进行清理、盘查、登记造册。</w:t>
      </w:r>
      <w:r>
        <w:rPr>
          <w:lang w:eastAsia="zh-CN"/>
        </w:rPr>
        <w:br/>
      </w:r>
      <w:r>
        <w:rPr>
          <w:lang w:eastAsia="zh-CN"/>
        </w:rPr>
        <w:t xml:space="preserve">    最新小学后勤的工作总结范文 篇8 </w:t>
      </w:r>
      <w:r>
        <w:rPr>
          <w:lang w:eastAsia="zh-CN"/>
        </w:rPr>
        <w:br/>
      </w:r>
      <w:r>
        <w:rPr>
          <w:lang w:eastAsia="zh-CN"/>
        </w:rPr>
        <w:t>　　总务后勤工作是学校工作的重要组成部分，为学校顺利开展教育教学活动提供有力的保障，总务工作坚持“后勤工作必须服务于教学工作中心”的原则。一学期来，我校后勤工作，遵循学校总体工作思路和后勤工作计划，以提供良好的物质条件和优质的教育教学环境为重点，在工作中坚持以“服务”为宗旨，强化后勤工作人员素质，提高办事的实效性。现总结如下：</w:t>
      </w:r>
      <w:r>
        <w:rPr>
          <w:lang w:eastAsia="zh-CN"/>
        </w:rPr>
        <w:br/>
      </w:r>
      <w:r>
        <w:rPr>
          <w:lang w:eastAsia="zh-CN"/>
        </w:rPr>
        <w:t>　　一、立足本职，服务一线</w:t>
      </w:r>
      <w:r>
        <w:rPr>
          <w:lang w:eastAsia="zh-CN"/>
        </w:rPr>
        <w:br/>
      </w:r>
      <w:r>
        <w:rPr>
          <w:lang w:eastAsia="zh-CN"/>
        </w:rPr>
        <w:t>　　年初我们遵循学校总体工作思路，围绕教育教学这个中心制订了后勤工作计划，避免后勤保障缺位而影响教学工作。</w:t>
      </w:r>
      <w:r>
        <w:rPr>
          <w:lang w:eastAsia="zh-CN"/>
        </w:rPr>
        <w:br/>
      </w:r>
      <w:r>
        <w:rPr>
          <w:lang w:eastAsia="zh-CN"/>
        </w:rPr>
        <w:t>　　1、改善教学环境和学习环境。今年我校投入资金两万七千余元为教师添置新办公桌椅23套。新铺草坪及种植树木达5000余平方米。</w:t>
      </w:r>
      <w:r>
        <w:rPr>
          <w:lang w:eastAsia="zh-CN"/>
        </w:rPr>
        <w:br/>
      </w:r>
      <w:r>
        <w:rPr>
          <w:lang w:eastAsia="zh-CN"/>
        </w:rPr>
        <w:t>　　2、配合政教、教务开展工作，基本做到一线问题需要后勤协作的，我们都是随叫随到，力争做到解决问题快、不留尾巴。</w:t>
      </w:r>
      <w:r>
        <w:rPr>
          <w:lang w:eastAsia="zh-CN"/>
        </w:rPr>
        <w:br/>
      </w:r>
      <w:r>
        <w:rPr>
          <w:lang w:eastAsia="zh-CN"/>
        </w:rPr>
        <w:t>　　3、加强文印工作的管理，解决了文印工作中的薄弱环节，服务及时到位。</w:t>
      </w:r>
      <w:r>
        <w:rPr>
          <w:lang w:eastAsia="zh-CN"/>
        </w:rPr>
        <w:br/>
      </w:r>
      <w:r>
        <w:rPr>
          <w:lang w:eastAsia="zh-CN"/>
        </w:rPr>
        <w:t>　　4、逐步完善各功能室，使后勤管理工作更加集中、规范。</w:t>
      </w:r>
      <w:r>
        <w:rPr>
          <w:lang w:eastAsia="zh-CN"/>
        </w:rPr>
        <w:br/>
      </w:r>
      <w:r>
        <w:rPr>
          <w:lang w:eastAsia="zh-CN"/>
        </w:rPr>
        <w:t>　　二、整章建制，规范管理。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3"/>
          <w:cols w:space="425"/>
          <w:titlePg w:val="0"/>
          <w:docGrid w:type="lines" w:linePitch="312"/>
        </w:sectPr>
      </w:pPr>
      <w:r>
        <w:rPr>
          <w:lang w:eastAsia="zh-CN"/>
        </w:rPr>
        <w:t>　　后勤工作是学校的基础工作，后勤工作的管理直接影响到学校的全面管理。今年，后勤管理继续执行了《物品采购申请审批制度》、《物品领用保管的有关规定》、《维修申报制度》，有效地规范了学校的后勤管理工作。</w:t>
      </w:r>
      <w:r>
        <w:rPr>
          <w:lang w:eastAsia="zh-CN"/>
        </w:rPr>
        <w:br/>
      </w:r>
      <w:r>
        <w:rPr>
          <w:lang w:eastAsia="zh-CN"/>
        </w:rPr>
        <w:t>　　为了加强校园管理，我们还制订了《校园安全管理规定》、《校园安全紧急预案》、《校园安全防火制度》，从而保障校园安全，杜绝了安全隐患。</w:t>
      </w:r>
      <w:r>
        <w:rPr>
          <w:lang w:eastAsia="zh-CN"/>
        </w:rPr>
        <w:br/>
      </w:r>
      <w:r>
        <w:rPr>
          <w:lang w:eastAsia="zh-CN"/>
        </w:rPr>
        <w:t>　　今年对学校资产进行了一次摸底清查，所有资产全部登记、建帐，管理日趋完善。</w:t>
      </w:r>
      <w:r>
        <w:rPr>
          <w:lang w:eastAsia="zh-CN"/>
        </w:rPr>
        <w:br/>
      </w:r>
      <w:r>
        <w:rPr>
          <w:lang w:eastAsia="zh-CN"/>
        </w:rPr>
        <w:t>　　三、加强管理，开源节流。</w:t>
      </w:r>
      <w:r>
        <w:rPr>
          <w:lang w:eastAsia="zh-CN"/>
        </w:rPr>
        <w:br/>
      </w:r>
      <w:r>
        <w:rPr>
          <w:lang w:eastAsia="zh-CN"/>
        </w:rPr>
        <w:t>　　资金是学校的命脉。按照校长要求，学校后勤工作要有主动性、前瞻性、服务性、科学性、全局性。学校财会部门严格履行规章制度，积极开源节流、勤俭持家。做好收支有计划、有审批、有手续。</w:t>
      </w:r>
      <w:r>
        <w:rPr>
          <w:lang w:eastAsia="zh-CN"/>
        </w:rPr>
        <w:br/>
      </w:r>
      <w:r>
        <w:rPr>
          <w:lang w:eastAsia="zh-CN"/>
        </w:rPr>
        <w:t>　　1、做到“物资采购要批”的审批制度，学校各部门所需的教学物资均由部门提出申请、主管领导审批、后勤统一采购，避免了过去谁需就买的无序状况。</w:t>
      </w:r>
      <w:r>
        <w:rPr>
          <w:lang w:eastAsia="zh-CN"/>
        </w:rPr>
        <w:br/>
      </w:r>
      <w:r>
        <w:rPr>
          <w:lang w:eastAsia="zh-CN"/>
        </w:rPr>
        <w:t>　　2、实行“物品发放按需”的管理制度，改变过去按人头配备办公用品的不合理现象，有效地节约了办公用的开支。</w:t>
      </w:r>
      <w:r>
        <w:rPr>
          <w:lang w:eastAsia="zh-CN"/>
        </w:rPr>
        <w:br/>
      </w:r>
      <w:r>
        <w:rPr>
          <w:lang w:eastAsia="zh-CN"/>
        </w:rPr>
        <w:t>　　3、加强纸张和办公耗材的管理，实行由主管审批复印和油印的业务，并负责纸张的管理，使纸张消耗大幅降低。</w:t>
      </w:r>
      <w:r>
        <w:rPr>
          <w:lang w:eastAsia="zh-CN"/>
        </w:rPr>
        <w:br/>
      </w:r>
      <w:r>
        <w:rPr>
          <w:lang w:eastAsia="zh-CN"/>
        </w:rPr>
        <w:t>　　4、颁布执行《公物损坏赔偿制度》。</w:t>
      </w:r>
      <w:r>
        <w:rPr>
          <w:lang w:eastAsia="zh-CN"/>
        </w:rPr>
        <w:br/>
      </w:r>
      <w:r>
        <w:rPr>
          <w:lang w:eastAsia="zh-CN"/>
        </w:rPr>
        <w:t xml:space="preserve">    最新小学后勤的工作总结范文 篇9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4"/>
          <w:cols w:space="425"/>
          <w:titlePg w:val="0"/>
          <w:docGrid w:type="lines" w:linePitch="312"/>
        </w:sectPr>
      </w:pPr>
      <w:r>
        <w:rPr>
          <w:lang w:eastAsia="zh-CN"/>
        </w:rPr>
        <w:t>　　1、认真做好校园环境常规卫生保洁及督察和垃圾清运工作。</w:t>
      </w:r>
      <w:r>
        <w:rPr>
          <w:lang w:eastAsia="zh-CN"/>
        </w:rPr>
        <w:br/>
      </w:r>
      <w:r>
        <w:rPr>
          <w:lang w:eastAsia="zh-CN"/>
        </w:rPr>
        <w:t>　　坚持每月对教职工办公室，每天对学生宿舍的卫生检查与内勤考核，保持洁净优美的校园环境和舒适的学习、生活环境。</w:t>
      </w:r>
      <w:r>
        <w:rPr>
          <w:lang w:eastAsia="zh-CN"/>
        </w:rPr>
        <w:br/>
      </w:r>
      <w:r>
        <w:rPr>
          <w:lang w:eastAsia="zh-CN"/>
        </w:rPr>
        <w:t>　　2、认真做好校舍设施的常规维护与维修。</w:t>
      </w:r>
      <w:r>
        <w:rPr>
          <w:lang w:eastAsia="zh-CN"/>
        </w:rPr>
        <w:br/>
      </w:r>
      <w:r>
        <w:rPr>
          <w:lang w:eastAsia="zh-CN"/>
        </w:rPr>
        <w:t>　　基本做到电梯、中央空调等大设备按月检测维护，确保安全使用;水、电、木工应急维修，做到有报即修，确保不影响教育教学工作和师生生活。本学期水道工承接报修单共562次，其中疏通地漏、拖把池345次，更换台盆水管170根，水龙头47只，修补侧石38米。电工接报维修417次，其中修理更换教室宿舍灯具及开关、插座315只，因停电切换电源、排除因用电不当、雨天漏电造成的电路跳闸等故障36次，修理电热水器、电水壶10次，立式、挂壁式空调56次。木工接报维修697次，其中修理门、门拉手、橱门162扇，修锁、换锁145把，更换学生宿舍移门滑轮260只，移门铜条45根，配换玻璃55块，修理教室凳子15只，讲台3只，办公桌12只。</w:t>
      </w:r>
      <w:r>
        <w:rPr>
          <w:lang w:eastAsia="zh-CN"/>
        </w:rPr>
        <w:br/>
      </w:r>
      <w:r>
        <w:rPr>
          <w:lang w:eastAsia="zh-CN"/>
        </w:rPr>
        <w:t>　　为了执行学院财产管理制度，我们坚持了谁使用谁管理，人为损坏必须赔偿的原则，在三校部学生科、学工部学生管理科的大力支持配合下共落实到教室、宿舍财产缺损责任人的赔款3000余元。</w:t>
      </w:r>
      <w:r>
        <w:rPr>
          <w:lang w:eastAsia="zh-CN"/>
        </w:rPr>
        <w:br/>
      </w:r>
      <w:r>
        <w:rPr>
          <w:lang w:eastAsia="zh-CN"/>
        </w:rPr>
        <w:t>　　3、利用暑期对部分校舍设施进行了整修。</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5"/>
          <w:cols w:space="425"/>
          <w:titlePg w:val="0"/>
          <w:docGrid w:type="lines" w:linePitch="312"/>
        </w:sectPr>
      </w:pPr>
      <w:r>
        <w:rPr>
          <w:lang w:eastAsia="zh-CN"/>
        </w:rPr>
        <w:t>　　一是分别对学生宿舍7号楼、11号楼、实验楼局部，高职教学区a、b、c、d楼局部墙面进行了粉刷。二是对三校学生宿舍15间卫生间进行了防渗漏的地面处理，对高职教学区16间厕所进行了防渗漏处理和重新吊顶。三是对屋顶严重渗漏的三校部10号楼学生宿舍、三校部2号楼教学楼(局部)、3号教学楼(局部)屋顶、办公楼屋顶、实验楼东楼平台、高职a楼二层平台都进行了浇油胶工程。四是对南大门湖边观景台木楞地板进行了整修，采取了底层垫木涂柏油，层面木楞地板涂桐油的措施。</w:t>
      </w:r>
      <w:r>
        <w:rPr>
          <w:lang w:eastAsia="zh-CN"/>
        </w:rPr>
        <w:br/>
      </w:r>
      <w:r>
        <w:rPr>
          <w:lang w:eastAsia="zh-CN"/>
        </w:rPr>
        <w:t>　　4、认真做好校园一期绿化养护管理的督察工作。</w:t>
      </w:r>
      <w:r>
        <w:rPr>
          <w:lang w:eastAsia="zh-CN"/>
        </w:rPr>
        <w:br/>
      </w:r>
      <w:r>
        <w:rPr>
          <w:lang w:eastAsia="zh-CN"/>
        </w:rPr>
        <w:t>　　对校园绿化二期一、二标段(三校部教学、生活区、高职学生宿舍5、6、7号楼区域)的苗木种植进行了清点验收管理，对死亡的总价值3万余元的雪松、红枫、合欢等苗木都适时进行了补种。补种后又再次验收、正式接收。经向市园林局咨询养护管理费用标准后邀标协商，由校园一期绿化养护管理单位(__省___工程公司__分公司)，以单价2元，总面积19000平方，总价3。8万元承担校园二期一、二标段绿化的管理养护任务。</w:t>
      </w:r>
      <w:r>
        <w:rPr>
          <w:lang w:eastAsia="zh-CN"/>
        </w:rPr>
        <w:br/>
      </w:r>
      <w:r>
        <w:rPr>
          <w:lang w:eastAsia="zh-CN"/>
        </w:rPr>
        <w:t>　　5、认真做好物质采购供应。</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6"/>
          <w:cols w:space="425"/>
          <w:titlePg w:val="0"/>
          <w:docGrid w:type="lines" w:linePitch="312"/>
        </w:sectPr>
      </w:pPr>
      <w:r>
        <w:rPr>
          <w:lang w:eastAsia="zh-CN"/>
        </w:rPr>
        <w:t>　　其中有一年一度教职工办公用品的采购分发、教室、学生宿舍卫生用品、纯净水等物质用品的供应分发。更换第四会议室皮沙发3套，实验楼通信电子系学生办公室、现教中心教师办公室分别新安装和更换挂壁式空调1台，新增院办档案室，用彩钢板隔饰，新购办公桌椅2套，文件柜4只，还与三校部体育教研室共同采购了张家港金陵体育器材有限公司的室外固定式钢架玻璃篮球架9付，排球网架1付，移动球框2只。暑假，施工人员冒着地面温度40℃—50℃的高温酷暑开凿水泥地挖潭，放置篮球架地下预埋件，为保证预定工期后勤部天天派人现场督工，确保了在新学年开学前完工投入使用。</w:t>
      </w:r>
      <w:r>
        <w:rPr>
          <w:lang w:eastAsia="zh-CN"/>
        </w:rPr>
        <w:br/>
      </w:r>
      <w:r>
        <w:rPr>
          <w:lang w:eastAsia="zh-CN"/>
        </w:rPr>
        <w:t xml:space="preserve">    最新小学后勤的工作总结范文 篇10 </w:t>
      </w:r>
      <w:r>
        <w:rPr>
          <w:lang w:eastAsia="zh-CN"/>
        </w:rPr>
        <w:br/>
      </w:r>
      <w:r>
        <w:rPr>
          <w:lang w:eastAsia="zh-CN"/>
        </w:rPr>
        <w:t>　　本学期，在校长室和总务处的领导下，我们后勤人员全面贯彻执行“教书育人，管理育人”的方针，本着“后勤为教学服务，为师生服务”的思想，强化后勤管理，发扬“勤快、务实”精神，提高服务质量和服务水平，通力合作，克服困难，锐意改革，使后勤服务工作取得了一定的成绩。</w:t>
      </w:r>
      <w:r>
        <w:rPr>
          <w:lang w:eastAsia="zh-CN"/>
        </w:rPr>
        <w:br/>
      </w:r>
      <w:r>
        <w:rPr>
          <w:lang w:eastAsia="zh-CN"/>
        </w:rPr>
        <w:t>　　我仅代表后勤组把这一学期后勤工作从以下方面向各位领导，全体教师做汇报。</w:t>
      </w:r>
      <w:r>
        <w:rPr>
          <w:lang w:eastAsia="zh-CN"/>
        </w:rPr>
        <w:br/>
      </w:r>
      <w:r>
        <w:rPr>
          <w:lang w:eastAsia="zh-CN"/>
        </w:rPr>
        <w:t>　　一、努力做好日常服务工作，提供优良后勤保障</w:t>
      </w:r>
      <w:r>
        <w:rPr>
          <w:lang w:eastAsia="zh-CN"/>
        </w:rPr>
        <w:br/>
      </w:r>
      <w:r>
        <w:rPr>
          <w:lang w:eastAsia="zh-CN"/>
        </w:rPr>
        <w:t>　　兵马未动，粮草先行，每学期开学时是后勤工作最繁忙的时侯。先行一步，建好平台，让教学畅行，是后勤人员的职责所在。为了保证顺利正常地进入新的学期，后勤组重点做了以下几个方面的工作：</w:t>
      </w:r>
      <w:r>
        <w:rPr>
          <w:lang w:eastAsia="zh-CN"/>
        </w:rPr>
        <w:br/>
      </w:r>
      <w:r>
        <w:rPr>
          <w:lang w:eastAsia="zh-CN"/>
        </w:rPr>
        <w:t>　　1、确保学生书本及时发放到位，教学办公用品发放到位，使教学工作正常开展。平时教学工作中确需的用品在第一时间内保证供应。</w:t>
      </w:r>
      <w:r>
        <w:rPr>
          <w:lang w:eastAsia="zh-CN"/>
        </w:rPr>
        <w:br/>
      </w:r>
      <w:r>
        <w:rPr>
          <w:lang w:eastAsia="zh-CN"/>
        </w:rPr>
        <w:t>　　2、定期对学校的校舍、电器等设备进行安全检查，确保师生的生命安全，并将检查记录汇总起来，发现问题及时整改，坚决杜绝一切安全隐患的存在。</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7"/>
          <w:cols w:space="425"/>
          <w:titlePg w:val="0"/>
          <w:docGrid w:type="lines" w:linePitch="312"/>
        </w:sectPr>
      </w:pPr>
      <w:r>
        <w:rPr>
          <w:lang w:eastAsia="zh-CN"/>
        </w:rPr>
        <w:t>　　3、及时对损坏的课桌椅、班级门锁、水电以及教学设备进行维修，保证学生正常上课。为了不影响正常的教学秩序，后勤人员放弃休息时间，基本用节假日进行维修。</w:t>
      </w:r>
      <w:r>
        <w:rPr>
          <w:lang w:eastAsia="zh-CN"/>
        </w:rPr>
        <w:br/>
      </w:r>
      <w:r>
        <w:rPr>
          <w:lang w:eastAsia="zh-CN"/>
        </w:rPr>
        <w:t>　　4、通力合作，积极落实，本学期能较好的配合教导处、教科室和少先队完成各项教学和学生活动，各科的公开课，能做到及时排放好课桌，调试好多媒体，真正做到了花钱少，效果好。</w:t>
      </w:r>
      <w:r>
        <w:rPr>
          <w:lang w:eastAsia="zh-CN"/>
        </w:rPr>
        <w:br/>
      </w:r>
      <w:r>
        <w:rPr>
          <w:lang w:eastAsia="zh-CN"/>
        </w:rPr>
        <w:t>　　二、安全工作，常抓不懈</w:t>
      </w:r>
      <w:r>
        <w:rPr>
          <w:lang w:eastAsia="zh-CN"/>
        </w:rPr>
        <w:br/>
      </w:r>
      <w:r>
        <w:rPr>
          <w:lang w:eastAsia="zh-CN"/>
        </w:rPr>
        <w:t>　　我们加强学校安全防范，始终如一地坚持定期和不定期的安全排查、及时发现隐患，确保万无一失。</w:t>
      </w:r>
      <w:r>
        <w:rPr>
          <w:lang w:eastAsia="zh-CN"/>
        </w:rPr>
        <w:br/>
      </w:r>
      <w:r>
        <w:rPr>
          <w:lang w:eastAsia="zh-CN"/>
        </w:rPr>
        <w:t>　　一是开学前一周，开展校园安全卫生大检查。在检查中，一一列出检查项目和明细，明确检查范围、重点，对学校校舍、教学设备、消防设施、学校食堂等逐一进行全面检查，确认无安全隐患，对检查出的安全隐患，立即组织整改，以确保开学时正常使用。</w:t>
      </w:r>
      <w:r>
        <w:rPr>
          <w:lang w:eastAsia="zh-CN"/>
        </w:rPr>
        <w:br/>
      </w:r>
      <w:r>
        <w:rPr>
          <w:lang w:eastAsia="zh-CN"/>
        </w:rPr>
        <w:t>　　二是加强常规性的安全检查。对重点安全部位，做到了时时检查、处处留心，严加防范，对检查中发现的问题或安全隐患，立即采取措施，切实整改。学校食堂严格遵守食品卫生法规，从业人员持证上岗，定期进行体检。食堂的油、盐、柴、米、肉、蔬菜等都是定点采购，严格验收、保管。采购时必须确保“两证”，即经营单位要有卫生许可证，购入的猪肉及其它制品要有检验合格证。每天所进物品和饭菜都必须留样，并在留样容器盒上标明菜名、日期、时间等。对食物、蔬菜清洗、烹饪等，学校有严格的操作流程、措施和记录，用餐的餐具坚持每餐消毒。</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8"/>
          <w:cols w:space="425"/>
          <w:titlePg w:val="0"/>
          <w:docGrid w:type="lines" w:linePitch="312"/>
        </w:sectPr>
      </w:pPr>
      <w:r>
        <w:rPr>
          <w:lang w:eastAsia="zh-CN"/>
        </w:rPr>
        <w:t>　　三是严格加强接送车管理。统一思想，提高认识。为做好学生接送车工作，我校主动和交警中队联系，在上级精神指导下，学校多次召开接送车驾驶员会议，研究部署“学生接送车”工作。严格管理，规范运行。我校要求驾驶员必须和学生家长签订相应的接送协议，按学校的规定定点定时接送学生，强调安全运行的重要性，对有关人员提出了严格要求，学校组织人员定时与不定时地对接送车进行检查，车主必须保证学生乘车安全，不得搭客。严格要求驾驶员遵守交通规则，谨慎开车，服从学校统一调配。学校经常联合交警大队，在学生上放学乘车高峰时加强对接送车的监管。总之，做到各部门、各人员各司其责，齐抓共管。正是因为我们全体人员同心协力，对接送车工作做到细之又细，实之又实，严之又严，一学期来，没有任何事故发生。</w:t>
      </w:r>
      <w:r>
        <w:rPr>
          <w:lang w:eastAsia="zh-CN"/>
        </w:rPr>
        <w:br/>
      </w:r>
      <w:r>
        <w:rPr>
          <w:lang w:eastAsia="zh-CN"/>
        </w:rPr>
        <w:t>　　四是进一步完善值班护校制度。严格执行24小时值班制，节假日都有学校行政领导值班，值班护校人员在护校期间做到了坚守岗位，尽职尽责，维护好了学校的校产。加强门卫值班制度，闲杂人等一律不准进入，生人找人一律问清原因并登记。</w:t>
      </w:r>
      <w:r>
        <w:rPr>
          <w:lang w:eastAsia="zh-CN"/>
        </w:rPr>
        <w:br/>
      </w:r>
      <w:r>
        <w:rPr>
          <w:lang w:eastAsia="zh-CN"/>
        </w:rPr>
        <w:t>　　三、强化校产管理工作</w:t>
      </w:r>
      <w:r>
        <w:rPr>
          <w:lang w:eastAsia="zh-CN"/>
        </w:rPr>
        <w:br/>
      </w:r>
      <w:r>
        <w:rPr>
          <w:lang w:eastAsia="zh-CN"/>
        </w:rPr>
        <w:t>　　1、加强学校的财物管理，尤其是学校财产的管理。进一步完善购物、保管、使用等财产管理制度，做到制度健全，职责明确，账物相符，账账相符。完备购物申请、进出库手续，继续完善校产管理程序，做到数量、价格准确，保管责任到人。</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9"/>
          <w:cols w:space="425"/>
          <w:titlePg w:val="0"/>
          <w:docGrid w:type="lines" w:linePitch="312"/>
        </w:sectPr>
      </w:pPr>
      <w:r>
        <w:rPr>
          <w:lang w:eastAsia="zh-CN"/>
        </w:rPr>
        <w:t>　　2、加强开源节流工作，管好用好学校资产。重点抓好购物管理，本着对学校负责的态度，在各方面管好用好每一分钱。凡是购物必定货比三家，尽量批发，重点抓好库存物资的管理，继续采用教学用品领用登记制度，明确每一张纸、每一支笔、每一盒墨盒的去向，减少浪费。强化文印室的管理工作，凡需要复印的纸张都经过填写复印登记表，并且有校领导签字才复印，提高了服务质量，降低了耗材的数量。</w:t>
      </w:r>
      <w:r>
        <w:rPr>
          <w:lang w:eastAsia="zh-CN"/>
        </w:rPr>
        <w:br/>
      </w:r>
      <w:r>
        <w:rPr>
          <w:lang w:eastAsia="zh-CN"/>
        </w:rPr>
        <w:t>　　回顾一学期来的后勤工作，我们完成了预定的计划，但也存在一些不尽人意的地方。主要表现是浪费现象仍然存在，特别是水电、粮食的浪费比较严重。教室无人状态下还开着灯或者电扇，食堂每天的剩饭剩菜很多等现象时有发生。另外厕所虽已分配到各班，但是管理力度还不够，时常有人把废纸等杂物扔进厕所，造成下水管的堵塞，还需在今后的工作中进一步完善制度，改变陋习。</w:t>
      </w:r>
      <w:r>
        <w:rPr>
          <w:lang w:eastAsia="zh-CN"/>
        </w:rPr>
        <w:br/>
      </w:r>
      <w:r>
        <w:rPr>
          <w:lang w:eastAsia="zh-CN"/>
        </w:rPr>
        <w:t>　　总之，后勤工作所做的一切琐碎、繁杂，但都是学校教育中不可缺少的，它是学校其他工作得以正常开展的前提，做好后勤工作事关重大。我们坚持“后勤工作必须服务于教学工作”的原则，尽心尽力做好后勤服务工作。今后，我们后勤组也会一如既往地完成学校各个职能部门的协调工作，保证学校工作正常进行，竭尽全力做好学校的后勤保障工作，争取使我校的后勤工作再上一个新台阶。不足之处，还请各位领导和老师多多包涵，多加指导。</w:t>
      </w:r>
      <w:r>
        <w:rPr>
          <w:lang w:eastAsia="zh-CN"/>
        </w:rPr>
        <w:br/>
      </w:r>
      <w:r>
        <w:rPr>
          <w:lang w:eastAsia="zh-CN"/>
        </w:rPr>
        <w:t>　　在学校领导的正确领导下，总务处根据学校的工作目标和任务，密切配合其他部门以及全体师生做好各项后勤保障工作，努力人本化地为教育教学活动提供优质服务，为师生的和谐发展提供最好的援助。</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0"/>
          <w:cols w:space="425"/>
          <w:titlePg w:val="0"/>
          <w:docGrid w:type="lines" w:linePitch="312"/>
        </w:sectPr>
      </w:pPr>
      <w:r>
        <w:rPr>
          <w:lang w:eastAsia="zh-CN"/>
        </w:rPr>
        <w:t>　　一、树立为教学为师生和谐发展的服务思想，做好后勤工作。</w:t>
      </w:r>
      <w:r>
        <w:rPr>
          <w:lang w:eastAsia="zh-CN"/>
        </w:rPr>
        <w:br/>
      </w:r>
      <w:r>
        <w:rPr>
          <w:lang w:eastAsia="zh-CN"/>
        </w:rPr>
        <w:t>　　教学工作是学校的中心工作，因此总务工作的首要任务是为教学服务，为师生服务。做好总务工作是办好学校、完成教育教学任务的基础。总务处全体人员时刻以服务学校、服务师生为宗旨，以建设“节约型校园”为本，以学校和师生的和谐发展为前提，坚持正确的工作态度，在工作中积极思考，合理建议，树立良好的个人工作品牌，提高服务质量。</w:t>
      </w:r>
      <w:r>
        <w:rPr>
          <w:lang w:eastAsia="zh-CN"/>
        </w:rPr>
        <w:br/>
      </w:r>
      <w:r>
        <w:rPr>
          <w:lang w:eastAsia="zh-CN"/>
        </w:rPr>
        <w:t>　　二、坚持校产管理制度化。</w:t>
      </w:r>
      <w:r>
        <w:rPr>
          <w:lang w:eastAsia="zh-CN"/>
        </w:rPr>
        <w:br/>
      </w:r>
      <w:r>
        <w:rPr>
          <w:lang w:eastAsia="zh-CN"/>
        </w:rPr>
        <w:t>　　本学期总务处在校产管理方面，结合上级领导的指示精神和本校实际，制定了较为详细的校产管理、公物支领、公物检查及公物损坏赔偿制度等，明确了责任。做到财物有人保管；坏了有人报告；毁了有人赔偿；丢了有人查找。</w:t>
      </w:r>
      <w:r>
        <w:rPr>
          <w:lang w:eastAsia="zh-CN"/>
        </w:rPr>
        <w:br/>
      </w:r>
      <w:r>
        <w:rPr>
          <w:lang w:eastAsia="zh-CN"/>
        </w:rPr>
        <w:t>　　1、校产管理：</w:t>
      </w:r>
      <w:r>
        <w:rPr>
          <w:lang w:eastAsia="zh-CN"/>
        </w:rPr>
        <w:br/>
      </w:r>
      <w:r>
        <w:rPr>
          <w:lang w:eastAsia="zh-CN"/>
        </w:rPr>
        <w:t>　　为了使学校资产能够合理使用、妥善管理，对固定资产和仪器设备等定期检查，同时又依据上级部门关于固定资产清查的办法，每学期一次，对我校的固定资产逐室的'进行详细登记，保证了固定资产存在的真实性。确保了帐与物的相符。针对清查中出现的问题和管理上的漏洞，我们及时的进行分析研究，总结经验教训，并提出了改进措施，做到尽量减少或杜绝固定资产的流失。</w:t>
      </w:r>
      <w:r>
        <w:rPr>
          <w:lang w:eastAsia="zh-CN"/>
        </w:rPr>
        <w:br/>
      </w:r>
      <w:r>
        <w:rPr>
          <w:lang w:eastAsia="zh-CN"/>
        </w:rPr>
        <w:t>　　2、公物保管与支领：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1"/>
          <w:cols w:space="425"/>
          <w:titlePg w:val="0"/>
          <w:docGrid w:type="lines" w:linePitch="312"/>
        </w:sectPr>
      </w:pPr>
      <w:r>
        <w:rPr>
          <w:lang w:eastAsia="zh-CN"/>
        </w:rPr>
        <w:t>　　建立健全公物保管与支领制度，保证一线教学用品，杜绝不必要的浪费是公物保管的重要职责，建立了必要的借用手续和制度，继续推行支领签字制，做到支领有记载，有签字，个别物品有校领导的批示。低值易耗物品、文具纸张等，设立了购入、支领明细登记帐，做到了随买、随领、随结，帐物相符。</w:t>
      </w:r>
      <w:r>
        <w:rPr>
          <w:lang w:eastAsia="zh-CN"/>
        </w:rPr>
        <w:br/>
      </w:r>
      <w:r>
        <w:rPr>
          <w:lang w:eastAsia="zh-CN"/>
        </w:rPr>
        <w:t>　　3、班级公物管理：</w:t>
      </w:r>
      <w:r>
        <w:rPr>
          <w:lang w:eastAsia="zh-CN"/>
        </w:rPr>
        <w:br/>
      </w:r>
      <w:r>
        <w:rPr>
          <w:lang w:eastAsia="zh-CN"/>
        </w:rPr>
        <w:t>　　在班级公物管理中，思想教育工作是非常重要的，不能见物不见人，管物不管人。加强与德育处的联系，通过德育处经常对学生进行爱护公物教育，把校产管理工作列入学校工作的议事日程，同时在班级中推行公物管理责任制，重新下发《损坏公物赔偿制度》并将损坏公物与文明班的评比结合起来，开展了公物管理优胜班的评比活动。通过以上措施的推行，大大的提高了学生爱护公物的自觉性，使公物的使用出现良好趋势。</w:t>
      </w:r>
      <w:r>
        <w:rPr>
          <w:lang w:eastAsia="zh-CN"/>
        </w:rPr>
        <w:br/>
      </w:r>
      <w:r>
        <w:rPr>
          <w:lang w:eastAsia="zh-CN"/>
        </w:rPr>
        <w:t>　　4、公物的检查与维修：</w:t>
      </w:r>
      <w:r>
        <w:rPr>
          <w:lang w:eastAsia="zh-CN"/>
        </w:rPr>
        <w:br/>
      </w:r>
      <w:r>
        <w:rPr>
          <w:lang w:eastAsia="zh-CN"/>
        </w:rPr>
        <w:t>　　为了更好的提高公物的使用率，延长公物的使用寿命。总务处全体人员克服人员少的困难，坚持早晚巡视，重点放在师生的桌椅、玻璃及卫厕用品上，发现问题及时进行处理。人为损坏由班或责任人负责资金，随坏随修，大修由总务处负责安排，提交预算经审批后进行维修，保证在最短时间内到达现场进行处理，做到不花金能办事，花金钱办好事。</w:t>
      </w:r>
      <w:r>
        <w:rPr>
          <w:lang w:eastAsia="zh-CN"/>
        </w:rPr>
        <w:br/>
      </w:r>
      <w:r>
        <w:rPr>
          <w:lang w:eastAsia="zh-CN"/>
        </w:rPr>
        <w:t>　　三、加强学校用水电管理，节约用水用电</w:t>
      </w:r>
      <w:r>
        <w:rPr>
          <w:lang w:eastAsia="zh-CN"/>
        </w:rPr>
        <w:br/>
      </w:r>
      <w:r>
        <w:rPr>
          <w:lang w:eastAsia="zh-CN"/>
        </w:rPr>
        <w:t>　　做到每天检查楼群的水龙头并及时维修，根据时节调整照明时间，使设备既达到预期的效果，同时也减小不必要的浪费。</w:t>
      </w:r>
      <w:r>
        <w:rPr>
          <w:lang w:eastAsia="zh-CN"/>
        </w:rPr>
        <w:br/>
      </w:r>
      <w:r>
        <w:rPr>
          <w:lang w:eastAsia="zh-CN"/>
        </w:rPr>
        <w:t>　　四、加强公共设施的安全检查，共建安全型校园</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2"/>
          <w:cols w:space="425"/>
          <w:titlePg w:val="0"/>
          <w:docGrid w:type="lines" w:linePitch="312"/>
        </w:sectPr>
      </w:pPr>
      <w:r>
        <w:rPr>
          <w:lang w:eastAsia="zh-CN"/>
        </w:rPr>
        <w:t>　　对各处室内的教学辅助设施、电器线路以及公共设施进行安全检查经常维护与维修，特别是对楼层的走廊灯、楼梯灯的每晚检查并做到及时维修，防范和避免了重大事故的发生。</w:t>
      </w:r>
      <w:r>
        <w:rPr>
          <w:lang w:eastAsia="zh-CN"/>
        </w:rPr>
        <w:br/>
      </w:r>
      <w:r>
        <w:rPr>
          <w:lang w:eastAsia="zh-CN"/>
        </w:rPr>
        <w:t>　　五、加强财会管理，做好财务工作。</w:t>
      </w:r>
      <w:r>
        <w:rPr>
          <w:lang w:eastAsia="zh-CN"/>
        </w:rPr>
        <w:br/>
      </w:r>
      <w:r>
        <w:rPr>
          <w:lang w:eastAsia="zh-CN"/>
        </w:rPr>
        <w:t>　　我校财会人员严格执行国家的财政法规，认真履行《会计人员职责》，本着对领导负责、对自己负责的精神，做到了帐目清楚相符，记帐有凭证，在收费方面严格执行上级规定的收费标准。</w:t>
      </w:r>
      <w:r>
        <w:rPr>
          <w:lang w:eastAsia="zh-CN"/>
        </w:rPr>
        <w:br/>
      </w:r>
      <w:r>
        <w:rPr>
          <w:lang w:eastAsia="zh-CN"/>
        </w:rPr>
        <w:t>　　六、严格执行学校校产购买、工程建设制度</w:t>
      </w:r>
      <w:r>
        <w:rPr>
          <w:lang w:eastAsia="zh-CN"/>
        </w:rPr>
        <w:br/>
      </w:r>
      <w:r>
        <w:rPr>
          <w:lang w:eastAsia="zh-CN"/>
        </w:rPr>
        <w:t>　　1.总务处日常物品采购具体程序：根据通知采购清单—商品型号价格调查—上报校长审批—集体（2人或以上）采购—物品交学校仓库管理员验收登记入账（库）—使用部门签领—采购负责人报销。</w:t>
      </w:r>
      <w:r>
        <w:rPr>
          <w:lang w:eastAsia="zh-CN"/>
        </w:rPr>
        <w:br/>
      </w:r>
      <w:r>
        <w:rPr>
          <w:lang w:eastAsia="zh-CN"/>
        </w:rPr>
        <w:t>　　2.基建工程、大件物品采购具体程序：由校长会议、学校行政会议集体商定后由总务处或相关部门组织上报教育局经政府采购中心审批，总务处、学校工会委员参考组织进行。</w:t>
      </w:r>
      <w:r>
        <w:rPr>
          <w:lang w:eastAsia="zh-CN"/>
        </w:rPr>
        <w:br/>
      </w:r>
      <w:r>
        <w:rPr>
          <w:lang w:eastAsia="zh-CN"/>
        </w:rPr>
        <w:t>　　七、利用教师休息学生放假时间做好各项维修工作</w:t>
      </w:r>
      <w:r>
        <w:rPr>
          <w:lang w:eastAsia="zh-CN"/>
        </w:rPr>
        <w:br/>
      </w:r>
      <w:r>
        <w:rPr>
          <w:lang w:eastAsia="zh-CN"/>
        </w:rPr>
        <w:t>　　1、为保证师生正常上课，总务处人员长期放弃假期休息，对全校的桌椅、场地、水电进行了全面的检修，同时根据各种会议、活动的需要备好了开学前或各种活动前所需物品和场地的布置。</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3"/>
          <w:cols w:space="425"/>
          <w:titlePg w:val="0"/>
          <w:docGrid w:type="lines" w:linePitch="312"/>
        </w:sectPr>
      </w:pPr>
      <w:r>
        <w:rPr>
          <w:lang w:eastAsia="zh-CN"/>
        </w:rPr>
        <w:t>　　2、总务领导及水电技工以校为家长期在中午、晚修后深夜、节假日时间，对各班课室的电风扇、照明设备门窗进行检查维修，并坚持水电技工24持小时值班制度，从不计较个人的得失，确保了学校及设备的长久安全。</w:t>
      </w:r>
      <w:r>
        <w:rPr>
          <w:lang w:eastAsia="zh-CN"/>
        </w:rPr>
        <w:br/>
      </w:r>
      <w:r>
        <w:rPr>
          <w:lang w:eastAsia="zh-CN"/>
        </w:rPr>
        <w:t>　　3、对宿舍楼内的床架、床板进行了加固与更换，全力改善了住宿条件，又保证了住宿生的安全。</w:t>
      </w:r>
      <w:r>
        <w:rPr>
          <w:lang w:eastAsia="zh-CN"/>
        </w:rPr>
        <w:br/>
      </w:r>
      <w:r>
        <w:rPr>
          <w:lang w:eastAsia="zh-CN"/>
        </w:rPr>
        <w:t>　　八、共同努力，全力以赴建设节约型校园</w:t>
      </w:r>
      <w:r>
        <w:rPr>
          <w:lang w:eastAsia="zh-CN"/>
        </w:rPr>
        <w:br/>
      </w:r>
      <w:r>
        <w:rPr>
          <w:lang w:eastAsia="zh-CN"/>
        </w:rPr>
        <w:t>　　总务处推出一系列措施，主要是针对以往的浪费现象的，广泛进行宣传教育，加大了对节水、节电的宣传力度</w:t>
      </w:r>
      <w:r>
        <w:rPr>
          <w:lang w:eastAsia="zh-CN"/>
        </w:rPr>
        <w:br/>
      </w:r>
      <w:r>
        <w:rPr>
          <w:lang w:eastAsia="zh-CN"/>
        </w:rPr>
        <w:t>　　，制定了相关的制度措施，特别是针对私接电源，使用不合格大功率电器进行整顿。做到耐心解释加强教育，成立节能检查小组，对浪费水电的班级和现象进行登记通报，真正把工作落到实处。</w:t>
      </w:r>
      <w:r>
        <w:rPr>
          <w:lang w:eastAsia="zh-CN"/>
        </w:rPr>
        <w:br/>
      </w:r>
      <w:r>
        <w:rPr>
          <w:lang w:eastAsia="zh-CN"/>
        </w:rPr>
        <w:t>　　九、加强食堂的食品质量和卫生检查，为正常的教学提供保障。</w:t>
      </w:r>
      <w:r>
        <w:rPr>
          <w:lang w:eastAsia="zh-CN"/>
        </w:rPr>
        <w:br/>
      </w:r>
      <w:r>
        <w:rPr>
          <w:lang w:eastAsia="zh-CN"/>
        </w:rPr>
        <w:t>　　1.对中标的三家公司经营的食堂制定管理制度和措施，加强管理，高标准，严要求，以全心全意为师生服务为宗旨，确保师生身心的健康发展。</w:t>
      </w:r>
      <w:r>
        <w:rPr>
          <w:lang w:eastAsia="zh-CN"/>
        </w:rPr>
        <w:br/>
      </w:r>
      <w:r>
        <w:rPr>
          <w:lang w:eastAsia="zh-CN"/>
        </w:rPr>
        <w:t>　　2.加强对食堂工作人员的服务更是加强管理素质教育，在实际工作过程中严格把好五关，进货质量关、操作规范关、餐具消毒关、价廉卫生关、服务质量关。</w:t>
      </w:r>
      <w:r>
        <w:rPr>
          <w:lang w:eastAsia="zh-CN"/>
        </w:rPr>
        <w:br/>
      </w:r>
      <w:r>
        <w:rPr>
          <w:lang w:eastAsia="zh-CN"/>
        </w:rPr>
        <w:t>　　3.本学期学生在校就餐人数达到3300人以上，在团委的配合下，总务处派学生干部到食堂值日，检查浪费现象，维持秩序，使同学们有条不紊的进行就餐。</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4"/>
          <w:cols w:space="425"/>
          <w:titlePg w:val="0"/>
          <w:docGrid w:type="lines" w:linePitch="312"/>
        </w:sectPr>
      </w:pPr>
      <w:r>
        <w:rPr>
          <w:lang w:eastAsia="zh-CN"/>
        </w:rPr>
        <w:t>　　4.为了对食堂的服务、卫生、价格以及食物质量进行监督，总务处每月通过学生会记者团对全体师生进行一次问卷调查，再进行数据统计，评出每月最优食堂，并将结果公布，以促进各食堂进行良性竞争。</w:t>
      </w:r>
      <w:r>
        <w:rPr>
          <w:lang w:eastAsia="zh-CN"/>
        </w:rPr>
        <w:br/>
      </w:r>
      <w:r>
        <w:rPr>
          <w:lang w:eastAsia="zh-CN"/>
        </w:rPr>
        <w:t>　　5.根据教师的意见设立教师自助用餐区，为教师提供良好优质的服务。</w:t>
      </w:r>
      <w:r>
        <w:rPr>
          <w:lang w:eastAsia="zh-CN"/>
        </w:rPr>
        <w:br/>
      </w:r>
      <w:r>
        <w:rPr>
          <w:lang w:eastAsia="zh-CN"/>
        </w:rPr>
        <w:t>　　6.由于管理到位，加上师生们的努力，食堂饭菜价格基本能下降到合理水平，得到教师、学生、家长的认可，社会的好评。</w:t>
      </w:r>
      <w:r>
        <w:rPr>
          <w:lang w:eastAsia="zh-CN"/>
        </w:rPr>
        <w:br/>
      </w:r>
      <w:r>
        <w:rPr>
          <w:lang w:eastAsia="zh-CN"/>
        </w:rPr>
        <w:t>　　以上是总务处在本学期工作的总结，工作做了很多，但也存在着一定的不足，我们争取在今后的工作中不断的总结经验，改进工作方法，在总务工作中创造骄人的业绩</w:t>
      </w:r>
      <w:r>
        <w:rPr>
          <w:lang w:eastAsia="zh-CN"/>
        </w:rPr>
        <w:br/>
      </w:r>
      <w:r>
        <w:rPr>
          <w:lang w:eastAsia="zh-CN"/>
        </w:rPr>
        <w:t xml:space="preserve">    最新小学后勤的工作总结范文 篇11 </w:t>
      </w:r>
      <w:r>
        <w:rPr>
          <w:lang w:eastAsia="zh-CN"/>
        </w:rPr>
        <w:br/>
      </w:r>
      <w:r>
        <w:rPr>
          <w:lang w:eastAsia="zh-CN"/>
        </w:rPr>
        <w:t>　　在上级部门的正确领导和大力支持以及校长亲自带领下，后勤人员共同努力下，20__年秋的后勤工作已顺利结束。回顾本学期后勤工作，特别在迎国检的整个过程中，后勤工作发挥了很大的作用，现就本学期后勤工作总结如下：</w:t>
      </w:r>
      <w:r>
        <w:rPr>
          <w:lang w:eastAsia="zh-CN"/>
        </w:rPr>
        <w:br/>
      </w:r>
      <w:r>
        <w:rPr>
          <w:lang w:eastAsia="zh-CN"/>
        </w:rPr>
        <w:t>　　1、暑假里做好教学楼的重新粉刷油漆，校园文化建设和校园改造工作，提前筹备开学工作，教室、课桌椅、教学器材、教材、教学用具、学校办公用具、卫生工具等采购、调配等按时到位。</w:t>
      </w:r>
      <w:r>
        <w:rPr>
          <w:lang w:eastAsia="zh-CN"/>
        </w:rPr>
        <w:br/>
      </w:r>
      <w:r>
        <w:rPr>
          <w:lang w:eastAsia="zh-CN"/>
        </w:rPr>
        <w:t>　　2、做好后勤保障工作。参加小学生田径运动会，参加安海镇、晋江市首届趣味运动会、晋江市田径运动会开幕式表演、合唱比赛等一系列活动，后勤组全程跟踪服务，为学生的良好的发挥打下坚实的物质基础。</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5"/>
          <w:cols w:space="425"/>
          <w:titlePg w:val="0"/>
          <w:docGrid w:type="lines" w:linePitch="312"/>
        </w:sectPr>
      </w:pPr>
      <w:r>
        <w:rPr>
          <w:lang w:eastAsia="zh-CN"/>
        </w:rPr>
        <w:t>　　3、积极做好校园绿化。加强了校园绿化的管理，学校今年完成花圃建设，美化校园，绿化校园，为师生提供了良好的教育教学环境。</w:t>
      </w:r>
      <w:r>
        <w:rPr>
          <w:lang w:eastAsia="zh-CN"/>
        </w:rPr>
        <w:br/>
      </w:r>
      <w:r>
        <w:rPr>
          <w:lang w:eastAsia="zh-CN"/>
        </w:rPr>
        <w:t>　　4、积极做好了校园环境卫生保洁工作，定期组织清洗各功能室、教室的卫生。定期通风、消毒。加大了预防流行性疾病的宣传力度，培养学生良好的卫生行为习惯，及时监控师生的健康情况，杜绝校园传染病的发生和传播。</w:t>
      </w:r>
      <w:r>
        <w:rPr>
          <w:lang w:eastAsia="zh-CN"/>
        </w:rPr>
        <w:br/>
      </w:r>
      <w:r>
        <w:rPr>
          <w:lang w:eastAsia="zh-CN"/>
        </w:rPr>
        <w:t>　　5、校园内所有的电源线和消防器材进行排查检测，对消防栓进行维修，把过期灭火器全部换新的干粉。教室内的墙壁、开关、电扇全部进行全面检查。存在不安全隐患及时维修。</w:t>
      </w:r>
      <w:r>
        <w:rPr>
          <w:lang w:eastAsia="zh-CN"/>
        </w:rPr>
        <w:br/>
      </w:r>
      <w:r>
        <w:rPr>
          <w:lang w:eastAsia="zh-CN"/>
        </w:rPr>
        <w:t>　　6、健全学校固定资产管理制度，落实专人专室管理，执行定期检、修制度。在抓好校产、教学设备的使用、管理的同时努力提高教学设备使用频率，让现有教育资源发挥出最大的效益，科学管理后勤。完善后勤档案资料，督促教师认真及时做好各室使用记录、器材出借记录。</w:t>
      </w:r>
      <w:r>
        <w:rPr>
          <w:lang w:eastAsia="zh-CN"/>
        </w:rPr>
        <w:br/>
      </w:r>
      <w:r>
        <w:rPr>
          <w:lang w:eastAsia="zh-CN"/>
        </w:rPr>
        <w:t>　　7、合理使用资金，勤俭持家，把有限的办公经费合理使用。我校办公耗材的使用频率高，强调双面打印和废纸张的二次使用。打印机的.维修和更换碳粉等由艾启旺老师动手写成，减少了维修费的支出。开展学生“三节三爱”教育，学校也节省了水电费等方面的开支。</w:t>
      </w:r>
      <w:r>
        <w:rPr>
          <w:lang w:eastAsia="zh-CN"/>
        </w:rPr>
        <w:br/>
      </w:r>
      <w:r>
        <w:rPr>
          <w:lang w:eastAsia="zh-CN"/>
        </w:rPr>
        <w:t>　　8、积极协助工会工作，创造学校大家庭的和谐，加强与退休教师的联系，定期在教师节和春节看望、慰问退休教师，为生病的退休教师送去学校和组织的温暖。</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6"/>
          <w:cols w:space="425"/>
          <w:titlePg w:val="0"/>
          <w:docGrid w:type="lines" w:linePitch="312"/>
        </w:sectPr>
      </w:pPr>
      <w:r>
        <w:rPr>
          <w:lang w:eastAsia="zh-CN"/>
        </w:rPr>
        <w:t>　　回顾一学期工作，虽取得了一点的成绩，但也存在不足。后勤组成员愿在全体老师的支持和帮助下，将不断实践，拓宽工作思路，努力提高服务质量和水平。</w:t>
      </w:r>
      <w:r>
        <w:rPr>
          <w:lang w:eastAsia="zh-CN"/>
        </w:rPr>
        <w:br/>
      </w:r>
      <w:r>
        <w:rPr>
          <w:lang w:eastAsia="zh-CN"/>
        </w:rPr>
        <w:t xml:space="preserve">    最新小学后勤的工作总结范文 篇12 </w:t>
      </w:r>
      <w:r>
        <w:rPr>
          <w:lang w:eastAsia="zh-CN"/>
        </w:rPr>
        <w:br/>
      </w:r>
      <w:r>
        <w:rPr>
          <w:lang w:eastAsia="zh-CN"/>
        </w:rPr>
        <w:t>　　总务后勤工作是学校工作的有机组成部分。在实施素质教育、落实常规管理、加强学校规范化建设、确保正常的教育教学秩序，培养“四有”新人诸方面起着保障作用。总务后勤工作千头万绪、管理繁杂细碎、责任重大，其好坏直接关系到学校发展的速度和质量，关系到教学秩序、生活秩序的稳定和教育质量的提高，同时也关系到学校的声誉、生源等，本人快到退休年龄，为了给以后的后勤人员一点启示，现将本学年的后勤工作小结如下。</w:t>
      </w:r>
      <w:r>
        <w:rPr>
          <w:lang w:eastAsia="zh-CN"/>
        </w:rPr>
        <w:br/>
      </w:r>
      <w:r>
        <w:rPr>
          <w:lang w:eastAsia="zh-CN"/>
        </w:rPr>
        <w:t>　　一、提高后勤人员的素质是前提</w:t>
      </w:r>
      <w:r>
        <w:rPr>
          <w:lang w:eastAsia="zh-CN"/>
        </w:rPr>
        <w:br/>
      </w:r>
      <w:r>
        <w:rPr>
          <w:lang w:eastAsia="zh-CN"/>
        </w:rPr>
        <w:t>　　现代管理中，人的管理是最难的，也是潜力无限的资源。后勤工作人员在学校掌管着一定的人、财、物和时、空、事，担负着服务育人的重要角色，新形势下后勤工作的特点，特别是在现实教育现代化的今天，后勤干部十分重要。为此我们学校20__年配备了年富力强的周鹤荣老师担任后勤总务主任。</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7"/>
          <w:cols w:space="425"/>
          <w:titlePg w:val="0"/>
          <w:docGrid w:type="lines" w:linePitch="312"/>
        </w:sectPr>
      </w:pPr>
      <w:r>
        <w:rPr>
          <w:lang w:eastAsia="zh-CN"/>
        </w:rPr>
        <w:t>　　1.乐于奉献、服务育人。后勤为教学第一线服务，为学生的成长、生活负责。其工作性质决定了后勤人员要甘当幕后角色，做无名英雄。节假日别人休息正是后勤人员准备维修、调整的最忙的时候，下班后别人休息后勤人员恰恰要上岗检查，值班执勤。这就需要后勤人员要以奉献为乐；以为他人创造良好的工作、生活、学习的环境为乐；以出色的工作业绩、一流的服务质量为乐。把领导放心、群众满意作为自己工作的第一追求。</w:t>
      </w:r>
      <w:r>
        <w:rPr>
          <w:lang w:eastAsia="zh-CN"/>
        </w:rPr>
        <w:br/>
      </w:r>
      <w:r>
        <w:rPr>
          <w:lang w:eastAsia="zh-CN"/>
        </w:rPr>
        <w:t>　　2.勤俭节约、大公无私。教育经费的短缺，教学设备紧张是相当长时间内我校的现实问题。认真研究开源节流工作，注意精打细算，充分发挥资金、设备、场地等一切资源的效益是后勤管理人员必修的一课。后勤管理人员手中都负责管理、调控着一定的资源，怎样摆正个人和集体、公与私、小家与大家的关系是衡量后勤工作人员职业道德的一把最好的尺子。我们的后勤工作人员在享受和奉献上要有“安得广厦千万间，大庇天下寒士俱欢颜 ”的境界。</w:t>
      </w:r>
      <w:r>
        <w:rPr>
          <w:lang w:eastAsia="zh-CN"/>
        </w:rPr>
        <w:br/>
      </w:r>
      <w:r>
        <w:rPr>
          <w:lang w:eastAsia="zh-CN"/>
        </w:rPr>
        <w:t>　　3.心胸开阔、顾全大局。后勤工作婆婆妈妈，有些做了一转眼就不见了，不容易出成果。有些工作还可能费力不得好，有些工作又要根据具体情况灵活处理，甚至代人受过，被别人误解等，这就需要后勤管理人员心胸开阔，把眼光放在事业上，把心思用在事业上，把快乐享受寄托在事业兴旺上，顾全大局，默默无闻地发挥个人的作用，成为学校整盘机器良性运转的永不生锈的螺丝钉。</w:t>
      </w:r>
      <w:r>
        <w:rPr>
          <w:lang w:eastAsia="zh-CN"/>
        </w:rPr>
        <w:br/>
      </w:r>
      <w:r>
        <w:rPr>
          <w:lang w:eastAsia="zh-CN"/>
        </w:rPr>
        <w:t>　　4.与时俱进、不断创新。社会的发展，形势的变化，全面奔小康的需要，对学校管理提出了更高的要求，如人本管理、人性化服务、规范化操作、用可持续发展的思想制订规划等。所以后勤工作人员必须不断加强学习，改进工作，更新观念，虚心听取他人意见建议，做到与时俱进、不断创新。</w:t>
      </w:r>
      <w:r>
        <w:rPr>
          <w:lang w:eastAsia="zh-CN"/>
        </w:rPr>
        <w:br/>
      </w:r>
      <w:r>
        <w:rPr>
          <w:lang w:eastAsia="zh-CN"/>
        </w:rPr>
        <w:t>　　二、学校后勤管理的内容</w:t>
      </w:r>
      <w:r>
        <w:rPr>
          <w:lang w:eastAsia="zh-CN"/>
        </w:rPr>
        <w:br/>
      </w:r>
      <w:r>
        <w:rPr>
          <w:lang w:eastAsia="zh-CN"/>
        </w:rPr>
        <w:t>　　学校后勤工作的内容多、范围广，概括起来可用十六个字总结：单单片片、盆盆罐罐、框框板板，坝坝坎坎。</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8"/>
          <w:cols w:space="425"/>
          <w:titlePg w:val="0"/>
          <w:docGrid w:type="lines" w:linePitch="312"/>
        </w:sectPr>
      </w:pPr>
      <w:r>
        <w:rPr>
          <w:lang w:eastAsia="zh-CN"/>
        </w:rPr>
        <w:t>　　单单片片是指学校后勤管理中的书籍、资料、纸张、经费、帐目、文档、规章、凭证票据等的管理。这方面的工作要做到准确、规范、严格、制度化、公开化、科学化。规划、计划要体现科学性、人性化，考虑可持续发展。财务管理要制定切实可行的管理办法，编制科学的预算方案，加强过程监控，严格按计划办事，杜绝财务运行中的跑、冒、滴、漏现象。书籍、资料、办公用品、耗材的管理上要科学测算，精心安排，节俭规范，保质保量，及时到位，确保学校工作的正常运转。凭证管理要严格审批，规范管理，定期审计，安全保密，做到往来清楚，帐物相符，证物相符，责任到人。</w:t>
      </w:r>
      <w:r>
        <w:rPr>
          <w:lang w:eastAsia="zh-CN"/>
        </w:rPr>
        <w:br/>
      </w:r>
      <w:r>
        <w:rPr>
          <w:lang w:eastAsia="zh-CN"/>
        </w:rPr>
        <w:t>　　盆盆罐罐是指后勤部门对食堂、商店、实验室、电脑房、办公室、等部门的管理。主要管理对象是物品、食品、体卫用品、实验器材、电脑。这些部门关系到师生的健康、安全，关系到学校秩序的正常与否。其管理必须做到质量合格，数量合理；分配得当，程序规范；审批严格，管理细致；哪里是关键部位，哪里是薄弱环节，哪里易出现事故隐患，哪里需集中整顿……后勤管理人员必须心中有数。例如我们学校的电脑房地线被拆除，主要是跳闸的原因，我和周鹤荣同志心中有数，正在千方百计地找到解决的方案，并请学校帮助处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9"/>
          <w:cols w:space="425"/>
          <w:titlePg w:val="0"/>
          <w:docGrid w:type="lines" w:linePitch="312"/>
        </w:sectPr>
      </w:pPr>
      <w:r>
        <w:rPr>
          <w:lang w:eastAsia="zh-CN"/>
        </w:rPr>
        <w:t>　　框框板板是指学校设施中的门、窗、课桌、椅、床、柜等硬件设施。它们代表学校的管理形象，是学生行为规范好坏的晴雨表，也是学校显形管理中的核心部分，并且大部分是直接落实到具体的班级、学生和办公室。监控难、管理难、损坏程度大，是总务管理中动态管理的重要内容。管好这一部分设施要求制定严格的规章制度，层层落实责任，加强过程督查，实施动态管理，做到天天完好，天天规范，天天整洁，天天可用。</w:t>
      </w:r>
      <w:r>
        <w:rPr>
          <w:lang w:eastAsia="zh-CN"/>
        </w:rPr>
        <w:br/>
      </w:r>
      <w:r>
        <w:rPr>
          <w:lang w:eastAsia="zh-CN"/>
        </w:rPr>
        <w:t>　　坝坝坎坎是指学校的运动场、花圃、校园绿地、教室、寝室、场地设施的管理。它们是学校形象的直接体现者，是学校精神面貌的物化反映，是学生懂规范、有教养的直接体现，同时也是学校显形管理的重要部分，其要求是合理规划，精心布局，细心营造，明确要求，做到绿化、美化、净化、香化、育人化五位一体。展示师生的教养、风貌、体现学校的精神和办学理念。要确定片区责任人，落实好各类人员的职责，做到各项工作，特别是安全卫生工作的检查记录，划分好“四化”责任区，使整个校园生机勃勃，情趣高雅，四季常新，井然有序。</w:t>
      </w:r>
      <w:r>
        <w:rPr>
          <w:lang w:eastAsia="zh-CN"/>
        </w:rPr>
        <w:br/>
      </w:r>
      <w:r>
        <w:rPr>
          <w:lang w:eastAsia="zh-CN"/>
        </w:rPr>
        <w:t>　　三、实施后勤管理的工作要求</w:t>
      </w:r>
      <w:r>
        <w:rPr>
          <w:lang w:eastAsia="zh-CN"/>
        </w:rPr>
        <w:br/>
      </w:r>
      <w:r>
        <w:rPr>
          <w:lang w:eastAsia="zh-CN"/>
        </w:rPr>
        <w:t>　　走走看看。</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0"/>
          <w:cols w:space="425"/>
          <w:titlePg w:val="0"/>
          <w:docGrid w:type="lines" w:linePitch="312"/>
        </w:sectPr>
      </w:pPr>
      <w:r>
        <w:rPr>
          <w:lang w:eastAsia="zh-CN"/>
        </w:rPr>
        <w:t>　　这是后勤工作的特点决定的后勤管理人员起码的工作要求，也是后勤管理人员的必备素质。走走看看要落实到“勤”、“细”、“敏”、“严”四个字上。校园，众多的设备和管理人员，分工细致的各个部门。每个部门的情况怎样？每个地方的情况怎样？饭菜的质量、价格；设备、器材的管用、耗材的使用；水电路的保障、场地设施安全与否、校产损失与否，除了制度约束以外，管理人员的巡察、勤走、勤看、勤记录、勤纠正、勤汇报，做到心中有数，心中有度，心中有法，处置有方更为重要。每天清晨、下午、晚上学生就寝后都应在校园内走走看看，认真检查，严格管理，科学指导，及时解决发现的问题，保证教育教学之需。</w:t>
      </w:r>
      <w:r>
        <w:rPr>
          <w:lang w:eastAsia="zh-CN"/>
        </w:rPr>
        <w:br/>
      </w:r>
      <w:r>
        <w:rPr>
          <w:lang w:eastAsia="zh-CN"/>
        </w:rPr>
        <w:t>　　收收捡捡。</w:t>
      </w:r>
      <w:r>
        <w:rPr>
          <w:lang w:eastAsia="zh-CN"/>
        </w:rPr>
        <w:br/>
      </w:r>
      <w:r>
        <w:rPr>
          <w:lang w:eastAsia="zh-CN"/>
        </w:rPr>
        <w:t>　　这应是后勤管理人员养成的良好习惯。它能体现出后勤管理人员的个人素质，境界和工作作风。学校无小事，事事皆育人，事事重千斤。学生，特别是独生子女越来越多的农村学生，大都是“留守”的孩子。家庭教育畸形，卫生习惯、节俭习惯、生活习惯都十分差。校园内可能常有电源不关、水龙头不关、公物乱扔、垃圾乱倒、门窗不锁、践踏草坪、乱涂乱画。后勤管理人员要随时予以纠正，不能只动口不动手，见了问题喊着走。要把自己力所能及的体力活当做教师备课、板书、批改作业一样自己动手完成。发现问题要及时处理解决，切忌一拖二磨三等待，指手画脚别人来。要记住：喊破嗓子不如干出个样子。</w:t>
      </w:r>
      <w:r>
        <w:rPr>
          <w:lang w:eastAsia="zh-CN"/>
        </w:rPr>
        <w:br/>
      </w:r>
      <w:r>
        <w:rPr>
          <w:lang w:eastAsia="zh-CN"/>
        </w:rPr>
        <w:t>　　写写算算。</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1"/>
          <w:cols w:space="425"/>
          <w:titlePg w:val="0"/>
          <w:docGrid w:type="lines" w:linePitch="312"/>
        </w:sectPr>
      </w:pPr>
      <w:r>
        <w:rPr>
          <w:lang w:eastAsia="zh-CN"/>
        </w:rPr>
        <w:t>　　后勤工作中，规划的制定、经费的收支、材料的消耗、物品的数量、公物损坏、绿化、安全、基建管理等都必须通过帐目、表册、报表、报告、分析材料等文字工作来完成。评估后勤管理中的计划、组织、设计、评比都要通过文字工作反映，所以后勤管理人员要有一定的文字基本功，良好的专业素质和习惯，勤俭节约的品格。要善于记载、总结、汇报、分析，使整个工作心中有数，做中有法，评比有据，处置有方，汇报有条理，有说服力。要避免坐收坐支、透支、盲目开支等情况，要防止出现不良后果后再找原因的被动局面出现。特别是在教育经费严重不足的情况下，后勤人员精打细算，从点点滴滴小事做起，分清轻重缓急，用最少的钱办最多的事，不需用钱的事坚决不用钱，既能创收又能育人的事精心组织。滤布对物品、场地、器材的管理要认真做到物尽其用，地尽其利，充分发挥管理就是生产力，管理就是经济效益的作用。</w:t>
      </w:r>
      <w:r>
        <w:rPr>
          <w:lang w:eastAsia="zh-CN"/>
        </w:rPr>
        <w:br/>
      </w:r>
      <w:r>
        <w:rPr>
          <w:lang w:eastAsia="zh-CN"/>
        </w:rPr>
        <w:t>　　评评判判。</w:t>
      </w:r>
      <w:r>
        <w:rPr>
          <w:lang w:eastAsia="zh-CN"/>
        </w:rPr>
        <w:br/>
      </w:r>
      <w:r>
        <w:rPr>
          <w:lang w:eastAsia="zh-CN"/>
        </w:rPr>
        <w:t>　　是指后勤工作人员不断进行阶段评价、总结、评比、表彰。首先是要制定严格的考评办法，收集准确的考评数据，用科学的评判标准对场地、器材、工作流程、具体部门和人员进行考评。二是要坚持考评的公正、公开、公平和科学性。三是要重视和正确利用考评结果，做好导向工作，奖励先进，鞭策后进，鼓励节俭，反对浪费，巧妙地把考评结果用于促进后勤管理。发挥考评的激励作用、规范作用。分阶段突出重点，统筹安排、分步推进，促进后勤工作良性运转，为教学工作提供优质的服务。</w:t>
      </w:r>
      <w:r>
        <w:rPr>
          <w:lang w:eastAsia="zh-CN"/>
        </w:rPr>
        <w:br/>
      </w:r>
      <w:r>
        <w:rPr>
          <w:lang w:eastAsia="zh-CN"/>
        </w:rPr>
        <w:t xml:space="preserve">    最新小学后勤的工作总结范文 篇13 </w:t>
      </w:r>
      <w:r>
        <w:rPr>
          <w:lang w:eastAsia="zh-CN"/>
        </w:rPr>
        <w:br/>
      </w:r>
      <w:r>
        <w:rPr>
          <w:lang w:eastAsia="zh-CN"/>
        </w:rPr>
        <w:t>　　西塞小学在各级领导的关心下，老师们的努力下，__年取得了巨大的进步。作为学校工作一份子的后勤工作，在校领导地指挥下，全体后勤人员的不懈努力下，从各方面着实为学校的发展提供了有力的保障。现从三个方面进行如下总结：</w:t>
      </w:r>
      <w:r>
        <w:rPr>
          <w:lang w:eastAsia="zh-CN"/>
        </w:rPr>
        <w:br/>
      </w:r>
      <w:r>
        <w:rPr>
          <w:lang w:eastAsia="zh-CN"/>
        </w:rPr>
        <w:t>　　一、校园建设有质的突破，为学校教育的改革创造了新的发展平台。</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2"/>
          <w:cols w:space="425"/>
          <w:titlePg w:val="0"/>
          <w:docGrid w:type="lines" w:linePitch="312"/>
        </w:sectPr>
      </w:pPr>
      <w:r>
        <w:rPr>
          <w:lang w:eastAsia="zh-CN"/>
        </w:rPr>
        <w:t>　　随着教育的改革，信息技术与课程整合，教师学习的网络化，教育办公的电子化已经是当今教育改革的主旋律。本年度学校在上级部门的支持下，经过学校的多方努力，我们基本完成了上述内容的基础设施建设：上半年，我们完成了现代化多媒体教室的电教设施的建设，添置了P4电脑一台，实物平面展台一部，为学校教学在信息技术与课程整合的发展提供最新的物质基础;暑假期间，在是市教育局的资助下，我们投资了国家中小学远程教育网的建设，通过利用卫星接受(就是我们所谓的'天网)国家各类教育资源信息，为我们教师学习提供了广阔的资源空间;下半年，我们又紧缩资金，为学校各办公室添置电脑，组建校园局域网，利用英特尔网络技术(就是所谓的地网)进一步扩大教师教学、学习资源空间，促使学校正在逐步向电子化办公迈进。另外，我们本学期改造了西塞中心小学本部的办公室、厨房、操场，我们凉山分部的修建了学生停车棚，风波港分部经上级验收，顺利地完成了厕所(危房)地改造。这一系列工作为学校的发展提供了真切的资源保障，为学校实现质的飞跃奠定了坚实的基础。</w:t>
      </w:r>
      <w:r>
        <w:rPr>
          <w:lang w:eastAsia="zh-CN"/>
        </w:rPr>
        <w:br/>
      </w:r>
      <w:r>
        <w:rPr>
          <w:lang w:eastAsia="zh-CN"/>
        </w:rPr>
        <w:t>　　二、实现资金、财产的统筹管理，优化整合。</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3"/>
          <w:cols w:space="425"/>
          <w:titlePg w:val="0"/>
          <w:docGrid w:type="lines" w:linePitch="312"/>
        </w:sectPr>
      </w:pPr>
      <w:r>
        <w:rPr>
          <w:lang w:eastAsia="zh-CN"/>
        </w:rPr>
        <w:t>　　本学期，学校教育改革从根本上实现了西塞中心小学教育的一体化，对学校各分部从行政、思想、资金、财产等各方面进行了统一规划，改变了原来各自为政的教育局面，化“四”为“一”。过去订书、采购、物资搬运、资金运着等事务都是四份，浪费了大量的人力物力资源。如今，通过资金的统筹管理，每一件事只需过去的一份人力就可以完成，而且无形节省一些物资运输费用和大量人员外出的差旅费。资金的统筹运着为上述大资金建设集中了资金后盾。在财产方面，我们通过调盈补缺的方式优化了教学资源;大排山教学点的电视年旧失修不可修复，而本部应远程教育网的投入，闲置了一台29寸彩电，调派过去解决问题(要是过去，教学点肯定会重新买)。我们还丛本部调整出一部分电脑调往各分部，我们也从分部调了图书、音响设备到本部。学校资金财产的统筹管理在很大程度上节省了学校开支，优化了学校的教学资源。我们是力争让钱用在刃上，让物能各尽其用。</w:t>
      </w:r>
      <w:r>
        <w:rPr>
          <w:lang w:eastAsia="zh-CN"/>
        </w:rPr>
        <w:br/>
      </w:r>
      <w:r>
        <w:rPr>
          <w:lang w:eastAsia="zh-CN"/>
        </w:rPr>
        <w:t>　　三、财务工作规范、透明。</w:t>
      </w:r>
      <w:r>
        <w:rPr>
          <w:lang w:eastAsia="zh-CN"/>
        </w:rPr>
        <w:br/>
      </w:r>
      <w:r>
        <w:rPr>
          <w:lang w:eastAsia="zh-CN"/>
        </w:rPr>
        <w:t>　　后勤工作在财务上追求规范，透明。我们坚决按上级财务要求，实行收支两条线，向教师按月实行公开。在资金使用方面依着上报，审批拨款，“双人”采购(不少于两人)，领导审查核实，主管签字入帐，按月公开的方式实行管理。让每一笔资金都用在实处，用在明里。</w:t>
      </w:r>
      <w:r>
        <w:rPr>
          <w:lang w:eastAsia="zh-CN"/>
        </w:rPr>
        <w:br/>
      </w:r>
      <w:r>
        <w:rPr>
          <w:lang w:eastAsia="zh-CN"/>
        </w:rPr>
        <w:t>　　坚决依法收费，每学期收费都严格按上级部门要求先公示，后收费。发现私自不合理的收费，我们从严处理，坚决都杜绝教师私自乱收费行为。</w:t>
      </w:r>
      <w:r>
        <w:rPr>
          <w:lang w:eastAsia="zh-CN"/>
        </w:rPr>
        <w:br/>
      </w:r>
      <w:r>
        <w:rPr>
          <w:lang w:eastAsia="zh-CN"/>
        </w:rPr>
        <w:t>　　后勤工作永远是无止境的，随着教育改革的不断深化，后勤的工作也必须紧跟发展。她永远为教学服务，为教师服务，为学生服务。</w:t>
      </w:r>
      <w:r>
        <w:rPr>
          <w:lang w:eastAsia="zh-CN"/>
        </w:rPr>
        <w:br/>
      </w:r>
      <w:r>
        <w:rPr>
          <w:lang w:eastAsia="zh-CN"/>
        </w:rPr>
        <w:t xml:space="preserve">    最新小学后勤的工作总结范文 篇14 </w:t>
      </w:r>
      <w:r>
        <w:rPr>
          <w:lang w:eastAsia="zh-CN"/>
        </w:rPr>
        <w:br/>
      </w:r>
    </w:p>
    <w:p w:rsidR="001B1F19" w14:textId="27C3F48A">
      <w:pPr>
        <w:rPr>
          <w:rFonts w:hint="eastAsia"/>
          <w:lang w:eastAsia="zh-CN"/>
        </w:rPr>
      </w:pPr>
      <w:r>
        <w:rPr>
          <w:lang w:eastAsia="zh-CN"/>
        </w:rPr>
        <w:t>　　__小学在各级领导的关心下，老师们的努力下，__年取得了巨大的进步。作为学校工作一份子的后勤工作，在校领导地指挥下，全体后勤人员的不懈努力下，从各方面着实为学校的发展提供了有力的保障。现从三个方面进行如下总结：</w:t>
      </w:r>
      <w:r>
        <w:rPr>
          <w:lang w:eastAsia="zh-CN"/>
        </w:rPr>
        <w:br/>
      </w:r>
      <w:r>
        <w:rPr>
          <w:lang w:eastAsia="zh-CN"/>
        </w:rPr>
        <w:t>　　一、校园建设有质的突破，为学校教育的改革创造了新的发展平台。</w:t>
      </w:r>
      <w:r>
        <w:rPr>
          <w:lang w:eastAsia="zh-CN"/>
        </w:rPr>
        <w:br/>
      </w:r>
      <w:r>
        <w:rPr>
          <w:lang w:eastAsia="zh-CN"/>
        </w:rPr>
        <w:t>　　随着教育的改革，信息技术与课程整合，教师学习的网络化，教育办公的电子化已经是当今教育改革的主旋律。本年度学校在上级部门的`支持下，经过学校的多方努力，我们基本完成了上述内容的基础设施建设：上半年，我们完成了现代化多媒体教室的电教设施的建设，添置了P4电脑一台，实物平面展台一部，为学校教学在信息技术与课程整合的发展提供最新的物质基础；暑假期间，在是市教育局的资助下，我们投资了国家中小学远程教育网的建设，通过利用卫星接受(就是我们所谓的天网)国家各类教育资源信息，为我们教师学习提供了广阔的资源空间；下半年，我们又紧缩资金，为学校各办公室添置电脑，组建校园局域网，利用英特尔网络技术(就是所谓的地网)进一步扩大教师教学、学习资源空间，促使学校正在逐步向电子化办公迈进。另外，我们本学期改造了中心小学本部的办公室、厨房、操场，我们分部的修建了学生停车棚，港分部经上级验收，顺利地完成了厕所(危房)地改造。这一系列工作为学校的发展提供了真切的资源保障，为学校实现质的飞跃奠定了坚实的基础。</w:t>
      </w:r>
      <w:r>
        <w:rPr>
          <w:lang w:eastAsia="zh-CN"/>
        </w:rPr>
        <w:br/>
      </w:r>
      <w:r>
        <w:rPr>
          <w:lang w:eastAsia="zh-CN"/>
        </w:rPr>
        <w:t>　　二、实现资金、财产的统筹管理，优化整合。</w:t>
      </w:r>
      <w:r>
        <w:rPr>
          <w:lang w:eastAsia="zh-CN"/>
        </w:rPr>
        <w:br/>
      </w:r>
      <w:r>
        <w:rPr>
          <w:rFonts w:hint="eastAsia"/>
          <w:lang w:eastAsia="zh-CN"/>
        </w:rPr>
        <w:br/>
      </w:r>
      <w:r>
        <w:rPr>
          <w:rFonts w:hint="eastAsia"/>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https://d.book118.com/658034113013006043</w:t>
        </w:r>
      </w:hyperlink>
    </w:p>
    <w:p w:rsidR="001B1F19">
      <w:pPr>
        <w:rPr>
          <w:rFonts w:hint="eastAsia"/>
          <w:lang w:eastAsia="zh-CN"/>
        </w:rPr>
      </w:pPr>
    </w:p>
    <w:sectPr>
      <w:type w:val="nextPage"/>
      <w:pgSz w:w="11906" w:h="16838"/>
      <w:pgMar w:top="1440" w:right="1800" w:bottom="1440" w:left="1800" w:header="851" w:footer="992" w:gutter="0"/>
      <w:pgNumType w:start="44"/>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658034113013006043"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61</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5</cp:revision>
  <dcterms:created xsi:type="dcterms:W3CDTF">2024-01-11T00:28:00Z</dcterms:created>
  <dcterms:modified xsi:type="dcterms:W3CDTF">2024-01-11T07:22:00Z</dcterms:modified>
</cp:coreProperties>
</file>