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学生会办公室工作总结篇（32篇）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学生会办公室工作总结精选篇（精选32篇）</w:t>
      </w:r>
      <w:r>
        <w:rPr>
          <w:lang w:eastAsia="zh-CN"/>
        </w:rPr>
        <w:br/>
      </w:r>
      <w:r>
        <w:rPr>
          <w:lang w:eastAsia="zh-CN"/>
        </w:rPr>
        <w:t xml:space="preserve">    学生会办公室工作总结精选篇 篇1 </w:t>
      </w:r>
      <w:r>
        <w:rPr>
          <w:lang w:eastAsia="zh-CN"/>
        </w:rPr>
        <w:br/>
      </w:r>
      <w:r>
        <w:rPr>
          <w:lang w:eastAsia="zh-CN"/>
        </w:rPr>
        <w:t>　　一、信息采集和新闻稿的编写。这个学期，我们系学生会举办了不少活动，有：指点江山辩论赛、拔河比赛、趣味篮球赛、模拟招聘会以及__大课堂等。作为办公室这个特殊的部门，我们的首要任务就是在每场活动举办期间，要进行信息采集和拍照，及时迅速地编写好新闻稿，并上传到学生会博客上。</w:t>
      </w:r>
      <w:r>
        <w:rPr>
          <w:lang w:eastAsia="zh-CN"/>
        </w:rPr>
        <w:br/>
      </w:r>
      <w:r>
        <w:rPr>
          <w:lang w:eastAsia="zh-CN"/>
        </w:rPr>
        <w:t>　　二、负责会议记录工作。每次开例会或部长会议时，都由办公室的一名干事负责会议记录工作，至于会议记录的整理、存档工作则在会后完成。</w:t>
      </w:r>
      <w:r>
        <w:rPr>
          <w:lang w:eastAsia="zh-CN"/>
        </w:rPr>
        <w:br/>
      </w:r>
      <w:r>
        <w:rPr>
          <w:lang w:eastAsia="zh-CN"/>
        </w:rPr>
        <w:t>　　三、值班安排和各种表格的制作。为培养干事们的工作能力，学生会实行值班制度。在开学后不久，我们办公室针对干事们上交的课表，合理地制定值班安排表。同时，还制定了学生会成员联系方式表。这样一来，既强化了学生会内部的管理，又方便了事务的及时通知，从而有利于工作的顺利进行。当然，每次举办活动的时候，我们办公室也要负责相关表格的制作，比如：元旦晚会的节目表和主持人表，趣味运动会的计分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四、负责考勤工作和月考评工作。学生会开例会或举办活动时，办公室成员必须做好签到记录，从而为学生会的奖惩制度提供必要的依据。同时，每月中旬，我们会对学生会所有成员进行一次比较全面的考评，然后，由我们办公室负责对考评情况进行汇总和整理。因为考虑到其保密性，这个工作由我们两位部长亲自完成，工作量比较大。</w:t>
      </w:r>
      <w:r>
        <w:rPr>
          <w:lang w:eastAsia="zh-CN"/>
        </w:rPr>
        <w:br/>
      </w:r>
      <w:r>
        <w:rPr>
          <w:lang w:eastAsia="zh-CN"/>
        </w:rPr>
        <w:t>　　五、进行资料的整理和存档工作。学生会的资料多而繁琐，必须定期地进行整理。这些文件和资料记录了学生会的成长经历，是一笔宝贵的财富。因此，做好存档工作是必不可少的。</w:t>
      </w:r>
      <w:r>
        <w:rPr>
          <w:lang w:eastAsia="zh-CN"/>
        </w:rPr>
        <w:br/>
      </w:r>
      <w:r>
        <w:rPr>
          <w:lang w:eastAsia="zh-CN"/>
        </w:rPr>
        <w:t>　　六、学生会博客的更新。学生会博客是同学们了解我们的学生会的一扇窗口。每周我们都会及时地更新学生会博客，主要是上传新闻稿、会议记录、活动策划和总结、工作总结等。</w:t>
      </w:r>
      <w:r>
        <w:rPr>
          <w:lang w:eastAsia="zh-CN"/>
        </w:rPr>
        <w:br/>
      </w:r>
      <w:r>
        <w:rPr>
          <w:lang w:eastAsia="zh-CN"/>
        </w:rPr>
        <w:t>　　七、活动经费的报账问题。</w:t>
      </w:r>
      <w:r>
        <w:rPr>
          <w:lang w:eastAsia="zh-CN"/>
        </w:rPr>
        <w:br/>
      </w:r>
      <w:r>
        <w:rPr>
          <w:lang w:eastAsia="zh-CN"/>
        </w:rPr>
        <w:t>　　八、配合其他部门的工作。在做好本部门工作的同时，我们也会积极配合其他部门的工作，如：学习部的查课，生活部的查晚归、查卫生。</w:t>
      </w:r>
      <w:r>
        <w:rPr>
          <w:lang w:eastAsia="zh-CN"/>
        </w:rPr>
        <w:br/>
      </w:r>
      <w:r>
        <w:rPr>
          <w:lang w:eastAsia="zh-CN"/>
        </w:rPr>
        <w:t>　　在担任部长期间，我尽心尽职，本着一颗认真负责的心投入到工作中，坚持按时完成自己的工作。在工作上，除了一些工作压力上的问题，基本上还比较顺利，没有遇到什么困难。然而，作为一名部长，我有许多地方做得还不够，在工作中也暴露出了一些问题。</w:t>
      </w:r>
      <w:r>
        <w:rPr>
          <w:lang w:eastAsia="zh-CN"/>
        </w:rPr>
        <w:br/>
      </w:r>
      <w:r>
        <w:rPr>
          <w:lang w:eastAsia="zh-CN"/>
        </w:rPr>
        <w:t>　　其次，干事的能力没有得到很好的提高。办公室本学期的工作没有为每位干事提供适合他们特长的锻炼机会，作为部长的我在安排和协调上负有一定的责任。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首先，与干事的交流太少，对他们了解不多。我是一位性格内向的人，莲山向来不善于言谈，这种性格促使我很少主动找干事交流。从这方面来说，我是一位失败的部长。尽管目前我们部门内部相处得很和谐，但交流与沟通是必不可少的。在今后的活动中，我会注意的。</w:t>
      </w:r>
      <w:r>
        <w:rPr>
          <w:lang w:eastAsia="zh-CN"/>
        </w:rPr>
        <w:br/>
      </w:r>
      <w:r>
        <w:rPr>
          <w:lang w:eastAsia="zh-CN"/>
        </w:rPr>
        <w:t>　　最后，新闻稿的质量和及时性有待提高。</w:t>
      </w:r>
      <w:r>
        <w:rPr>
          <w:lang w:eastAsia="zh-CN"/>
        </w:rPr>
        <w:br/>
      </w:r>
      <w:r>
        <w:rPr>
          <w:lang w:eastAsia="zh-CN"/>
        </w:rPr>
        <w:t xml:space="preserve">    学生会办公室工作总结精选篇 篇2 </w:t>
      </w:r>
      <w:r>
        <w:rPr>
          <w:lang w:eastAsia="zh-CN"/>
        </w:rPr>
        <w:br/>
      </w:r>
      <w:r>
        <w:rPr>
          <w:lang w:eastAsia="zh-CN"/>
        </w:rPr>
        <w:t>　　上一学期办公室无论从日常工作到举办活动完成的都比较出色，同时也具有一定的突破性。</w:t>
      </w:r>
      <w:r>
        <w:rPr>
          <w:lang w:eastAsia="zh-CN"/>
        </w:rPr>
        <w:br/>
      </w:r>
      <w:r>
        <w:rPr>
          <w:lang w:eastAsia="zh-CN"/>
        </w:rPr>
        <w:t>　　新一届的办公室迎来了五位新委员，他们的加入为我们办公室注入了新鲜的血液，他们出色的表现也使我们的工作完成的更加顺利。他们如此优秀的表现也与两位副部长的帮助有很大的关系，总之，我认为我们办公室在工作与生活中都能团结一致，工作中更是一丝不苟的同时保持轻松愉快的氛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上学期，我们办公室很好的完成了日常工作，如展板的及时更换、仓库的整理、海报绘制、报销各种活动费用、布置活动黑板、协助各部门完成各项工作等。从开学初的迎新生活动和校运动会，我们办公室为各项活动制定详细的备品清单并在最短的时间备齐物品，为各项活动的顺利进行做好了前期准备。在接下来的一些讲座活动中，我们都及时的在活动前布置好黑板，为各项活动绘制海报，虽然有时候时间很紧，但我们都高效率的完成了任务，通过一张张精美的海报展示出食品学院的风采。有时也为各种活动绘制道具，为活动增添亮点。这些虽然都是幕后工作，但是我们乐此不疲，我们喜欢用手中五彩的画笔为我们的食品学院增添色彩，通过辛勤的劳动和一丝不苟的精神做好自己的工作和协助其他部门，做到我们办公室应尽的责任。</w:t>
      </w:r>
      <w:r>
        <w:rPr>
          <w:lang w:eastAsia="zh-CN"/>
        </w:rPr>
        <w:br/>
      </w:r>
      <w:r>
        <w:rPr>
          <w:lang w:eastAsia="zh-CN"/>
        </w:rPr>
        <w:t>　　另外，值得一提的是我们办公室的突破之处，我们在上学期的十月份举办了素质拓展活动，主要针对大一学生会成员，诣在让他们彼此熟悉，增加默契，为日后更好的工作打下基础。这次活动完成的还是比较圆满的，我们从前期的策划到最后的实施都是全体办公室成员一起参加的，在活动准备过程中，我们增添了许多默契，也在工作能力上得到了提升，尤其使委员们得到了锻炼。这次活动的顺利完成也与老师及各位常委的帮助分不开，也让我在这次活动中受益匪浅，为日后的工作积累了许多经验。</w:t>
      </w:r>
      <w:r>
        <w:rPr>
          <w:lang w:eastAsia="zh-CN"/>
        </w:rPr>
        <w:br/>
      </w:r>
      <w:r>
        <w:rPr>
          <w:lang w:eastAsia="zh-CN"/>
        </w:rPr>
        <w:t>　　当然，我们的工作也有许多不足，比如在更换展板时展板的内容及照片的选取存在一定问题，质量可以进一步提高。我想这些不足都将会成为我们日后的教训，为我们积累经验。我相信在我们办公室全体成员的努力下，下学期的工作会弥补不足，得到更大的进步。</w:t>
      </w:r>
      <w:r>
        <w:rPr>
          <w:lang w:eastAsia="zh-CN"/>
        </w:rPr>
        <w:br/>
      </w:r>
      <w:r>
        <w:rPr>
          <w:lang w:eastAsia="zh-CN"/>
        </w:rPr>
        <w:t xml:space="preserve">    学生会办公室工作总结精选篇 篇3 </w:t>
      </w:r>
      <w:r>
        <w:rPr>
          <w:lang w:eastAsia="zh-CN"/>
        </w:rPr>
        <w:br/>
      </w:r>
      <w:r>
        <w:rPr>
          <w:lang w:eastAsia="zh-CN"/>
        </w:rPr>
        <w:t>　　转眼间大一的生活将要结束了，我在河洛星辰也已经有一年的时间了，在这一年中有付出也有收获，有快乐也有成长，总之，觉得时间真的过得挺快的，容不得我们停留思考，时间就悄然逝去了。我觉得今后我们办公室应该从下面几个方面改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一、加强学习，提高素质</w:t>
      </w:r>
      <w:r>
        <w:rPr>
          <w:lang w:eastAsia="zh-CN"/>
        </w:rPr>
        <w:br/>
      </w:r>
      <w:r>
        <w:rPr>
          <w:lang w:eastAsia="zh-CN"/>
        </w:rPr>
        <w:t>　　做好办公室工作，必须要有较高的政治理论素质和分析解决问题的能力。全体办公室工作人员都能够通过各种途径各项规章制度，提高自身素质和工作能力。树立高度的服务意识，服务态度和蔼、热情、耐心、细致，为网站服务。大家都能够注意态度和方法，和同学的关系处理得比较和谐，各项工作都得到了支持，落实顺利。办公室每个人都能从大局出发，从整体利益出发，互相支持，互相进步！</w:t>
      </w:r>
      <w:r>
        <w:rPr>
          <w:lang w:eastAsia="zh-CN"/>
        </w:rPr>
        <w:br/>
      </w:r>
      <w:r>
        <w:rPr>
          <w:lang w:eastAsia="zh-CN"/>
        </w:rPr>
        <w:t>　　二、加强协调，保证沟通</w:t>
      </w:r>
      <w:r>
        <w:rPr>
          <w:lang w:eastAsia="zh-CN"/>
        </w:rPr>
        <w:br/>
      </w:r>
      <w:r>
        <w:rPr>
          <w:lang w:eastAsia="zh-CN"/>
        </w:rPr>
        <w:t>　　办公室全体人员与其他各部门加强沟通，密切配合，互相支持，保证网站整体工作不出现纰漏。督促、协调部署在各部落实情况;传达老师指示，反馈各种信息，做到了快捷和实效，保证网站上下政令畅通。一年来，办公室与各部保持了良好的关系，各部之间的沟通也非常顺畅。</w:t>
      </w:r>
      <w:r>
        <w:rPr>
          <w:lang w:eastAsia="zh-CN"/>
        </w:rPr>
        <w:br/>
      </w:r>
      <w:r>
        <w:rPr>
          <w:lang w:eastAsia="zh-CN"/>
        </w:rPr>
        <w:t>　　三、做好日常接待工作</w:t>
      </w:r>
      <w:r>
        <w:rPr>
          <w:lang w:eastAsia="zh-CN"/>
        </w:rPr>
        <w:br/>
      </w:r>
      <w:r>
        <w:rPr>
          <w:lang w:eastAsia="zh-CN"/>
        </w:rPr>
        <w:t>　　办公室工作繁琐、复杂。关于办公室工作，我们克服各种困难，完成局工作计划、工作总结、各种报告等大量的材料，较好地完成了任务;组织协调大例会，会上认真做好记录，会后及时整理等等，在办公室的带领下各部门取得了良好的成绩！接待工作也进行的很不错，这是办公室所有成员共同努力的结果！今后会继续改进做得更好！</w:t>
      </w:r>
      <w:r>
        <w:rPr>
          <w:lang w:eastAsia="zh-CN"/>
        </w:rPr>
        <w:br/>
      </w:r>
      <w:r>
        <w:rPr>
          <w:lang w:eastAsia="zh-CN"/>
        </w:rPr>
        <w:t>　　希望在今后，办公室人员会齐心协力，把网站运行的更好！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学生会办公室工作总结精选篇 篇4 </w:t>
      </w:r>
      <w:r>
        <w:rPr>
          <w:lang w:eastAsia="zh-CN"/>
        </w:rPr>
        <w:br/>
      </w:r>
      <w:r>
        <w:rPr>
          <w:lang w:eastAsia="zh-CN"/>
        </w:rPr>
        <w:t>　　进入大学的第一个学期里，我加入了友嘉机电学院学生会，成为了学生会办公室的一名干事。一个学期的工作总结和体会主要如下：</w:t>
      </w:r>
      <w:r>
        <w:rPr>
          <w:lang w:eastAsia="zh-CN"/>
        </w:rPr>
        <w:br/>
      </w:r>
      <w:r>
        <w:rPr>
          <w:lang w:eastAsia="zh-CN"/>
        </w:rPr>
        <w:t>　　在一个学期的工作中使我体会到学生会是个严谨的组织，从一份看似简单的通知的各种要求就足以体现它的严谨性。我们的部长和副部在平时工作中的细心严谨也让我深有感触，对学生会中的物资储备，及物品摆放都要求做到精益求精。细节决定成败，失祸常积于忽微。每一项任务既然分配在自己手上，就得用心办好，力求完美，不放过每一个细节。每一件看似微不足道的小事都要求你用心去做。勿以事小而不为，在这过程中，我学会了认真和细心，明白了在平时的工作中注意细节问题的重要。</w:t>
      </w:r>
      <w:r>
        <w:rPr>
          <w:lang w:eastAsia="zh-CN"/>
        </w:rPr>
        <w:br/>
      </w:r>
      <w:r>
        <w:rPr>
          <w:lang w:eastAsia="zh-CN"/>
        </w:rPr>
        <w:t>　　这一学期我们办公室参与的活动有：</w:t>
      </w:r>
      <w:r>
        <w:rPr>
          <w:lang w:eastAsia="zh-CN"/>
        </w:rPr>
        <w:br/>
      </w:r>
      <w:r>
        <w:rPr>
          <w:lang w:eastAsia="zh-CN"/>
        </w:rPr>
        <w:t>　　1、运动会、</w:t>
      </w:r>
      <w:r>
        <w:rPr>
          <w:lang w:eastAsia="zh-CN"/>
        </w:rPr>
        <w:br/>
      </w:r>
      <w:r>
        <w:rPr>
          <w:lang w:eastAsia="zh-CN"/>
        </w:rPr>
        <w:t>　　2、“融”嘉品设计大赛、</w:t>
      </w:r>
      <w:r>
        <w:rPr>
          <w:lang w:eastAsia="zh-CN"/>
        </w:rPr>
        <w:br/>
      </w:r>
      <w:r>
        <w:rPr>
          <w:lang w:eastAsia="zh-CN"/>
        </w:rPr>
        <w:t>　　3、五个一工程、</w:t>
      </w:r>
      <w:r>
        <w:rPr>
          <w:lang w:eastAsia="zh-CN"/>
        </w:rPr>
        <w:br/>
      </w:r>
      <w:r>
        <w:rPr>
          <w:lang w:eastAsia="zh-CN"/>
        </w:rPr>
        <w:t>　　4、受聘大会、</w:t>
      </w:r>
      <w:r>
        <w:rPr>
          <w:lang w:eastAsia="zh-CN"/>
        </w:rPr>
        <w:br/>
      </w:r>
      <w:r>
        <w:rPr>
          <w:lang w:eastAsia="zh-CN"/>
        </w:rPr>
        <w:t>　　5、学生会聚餐等等。</w:t>
      </w:r>
      <w:r>
        <w:rPr>
          <w:lang w:eastAsia="zh-CN"/>
        </w:rPr>
        <w:br/>
      </w:r>
      <w:r>
        <w:rPr>
          <w:lang w:eastAsia="zh-CN"/>
        </w:rPr>
        <w:t>　　一学期在学生会待下来感觉上很充实，也蛮开心的。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每年一度的校运动会是我们这学期的重要工作之一。我们办公室主要负责物品的采购、方阵服装的分发及运动会期间的学生会干事的考勤工作。运动会开始之前，我们有许许多多的筹备工作要完成，比如：服装的整理、运动员点心的装袋啊等等，虽然期间也有许多的问题存在，但在我们的讨论及与其他部门的协商下都被完美的解决。运动会很快结束了，虽然我们都很累，但分配到的任务总要把它给完成的。</w:t>
      </w:r>
      <w:r>
        <w:rPr>
          <w:lang w:eastAsia="zh-CN"/>
        </w:rPr>
        <w:br/>
      </w:r>
      <w:r>
        <w:rPr>
          <w:lang w:eastAsia="zh-CN"/>
        </w:rPr>
        <w:t>　　“融“嘉品设计大赛是我们友嘉机电学院的一项重要活动，而作为学生会的一个重要部门，办公室要负责台签的制作、奖品的购买、结束后的会场整理等等。后勤工作虽然没有“前线”工作的“人前性”，但也是非常重要的一项工作。所以我们在开始之前，连夜将奖品包装好，台签制作完成。在这次活动中，我们要提前到场布置会场，以确保大赛能顺利进行，结束时我们是最后走的，因为我们需要整理会场。虽然会有“坑”的感觉，不过我们也没抱怨。</w:t>
      </w:r>
      <w:r>
        <w:rPr>
          <w:lang w:eastAsia="zh-CN"/>
        </w:rPr>
        <w:br/>
      </w:r>
      <w:r>
        <w:rPr>
          <w:lang w:eastAsia="zh-CN"/>
        </w:rPr>
        <w:t>　　通过这一个学期的工作，深刻的体会到一个部门凝聚力的重要性。当自己临时有事，不能完成所负责的任务时，只要一个电话，部门里的其他人只要有空就会尽力帮你。当自己在工作中遇到问题时，部门里的人也会耐心的帮你解决。每项活动的组织，使我更加感到了集体力量的伟大。一个人苦思冥想，收效甚微；但当你和部门里的其他同事一起讨论时，彼此的思想火花相互碰撞，思路打开了，所组织的活动也从而变的更加成功。</w:t>
      </w:r>
      <w:r>
        <w:rPr>
          <w:lang w:eastAsia="zh-CN"/>
        </w:rPr>
        <w:br/>
      </w:r>
      <w:r>
        <w:rPr>
          <w:lang w:eastAsia="zh-CN"/>
        </w:rPr>
        <w:t>　　在本学期的工作中虽有很多不足之处，但对自己在个方面的表现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还算基本满意。在与人沟通方面比之以往也更加主动。部门与部门之间经过一个学期的合作，工作也随之更加方便容易协调。所以在今后的工作中会更加的注重与各部门之间的沟通与协调。这样才会使我们在今后的工作中提高效率，更好的发挥潜能。</w:t>
      </w:r>
      <w:r>
        <w:rPr>
          <w:lang w:eastAsia="zh-CN"/>
        </w:rPr>
        <w:br/>
      </w:r>
      <w:r>
        <w:rPr>
          <w:lang w:eastAsia="zh-CN"/>
        </w:rPr>
        <w:t>　　相信经过一次次的`磨砺会使我更加成熟干练。在以后的工作中我会继续努力，努力的在工作中总结经验，提高自身的工作能力，从而更好的完成所分配的每一项任务。</w:t>
      </w:r>
      <w:r>
        <w:rPr>
          <w:lang w:eastAsia="zh-CN"/>
        </w:rPr>
        <w:br/>
      </w:r>
      <w:r>
        <w:rPr>
          <w:lang w:eastAsia="zh-CN"/>
        </w:rPr>
        <w:t xml:space="preserve">    学生会办公室工作总结精选篇 篇5 </w:t>
      </w:r>
      <w:r>
        <w:rPr>
          <w:lang w:eastAsia="zh-CN"/>
        </w:rPr>
        <w:br/>
      </w:r>
      <w:r>
        <w:rPr>
          <w:lang w:eastAsia="zh-CN"/>
        </w:rPr>
        <w:t>　　一、知错就改</w:t>
      </w:r>
      <w:r>
        <w:rPr>
          <w:lang w:eastAsia="zh-CN"/>
        </w:rPr>
        <w:br/>
      </w:r>
      <w:r>
        <w:rPr>
          <w:lang w:eastAsia="zh-CN"/>
        </w:rPr>
        <w:t>　　在这半年的工作中，我学z到了很多也发现了自己的许多不足之处，像粗心对于我来说是一直以来最大的毛病，所以作为一名校会的成员，我努力在改正，希望能慢慢的变得谨慎些、细致些，从而更加有利于校会工作。</w:t>
      </w:r>
      <w:r>
        <w:rPr>
          <w:lang w:eastAsia="zh-CN"/>
        </w:rPr>
        <w:br/>
      </w:r>
      <w:r>
        <w:rPr>
          <w:lang w:eastAsia="zh-CN"/>
        </w:rPr>
        <w:t>　　二、善于沟通交流，强于协助协调</w:t>
      </w:r>
      <w:r>
        <w:rPr>
          <w:lang w:eastAsia="zh-CN"/>
        </w:rPr>
        <w:br/>
      </w:r>
      <w:r>
        <w:rPr>
          <w:lang w:eastAsia="zh-CN"/>
        </w:rPr>
        <w:t>　　由于本人性格开朗、语言直快，可能有时候的说话可能会误伤人，所以在这方面需增强自身修养，加强与各部门之间的交流和协作，就此进一步提高校会的工作效率。</w:t>
      </w:r>
      <w:r>
        <w:rPr>
          <w:lang w:eastAsia="zh-CN"/>
        </w:rPr>
        <w:br/>
      </w:r>
      <w:r>
        <w:rPr>
          <w:lang w:eastAsia="zh-CN"/>
        </w:rPr>
        <w:t>　　三、树立全局观念，做好本职工作</w:t>
      </w:r>
      <w:r>
        <w:rPr>
          <w:lang w:eastAsia="zh-CN"/>
        </w:rPr>
        <w:br/>
      </w:r>
      <w:r>
        <w:rPr>
          <w:lang w:eastAsia="zh-CN"/>
        </w:rPr>
        <w:t>　　办公室作为学生会的中枢，必然对整个校会的运作起到很大的作用，我们应树立全局观念，最大限度的维护组织利益，对于自己的技能等方面也要多学多看，积极主动的办实事，做好自己的本质工作，更好的做到眼精、耳灵、手快、嘴严。</w:t>
      </w:r>
      <w:r>
        <w:rPr>
          <w:lang w:eastAsia="zh-CN"/>
        </w:rPr>
        <w:br/>
      </w:r>
      <w:r>
        <w:rPr>
          <w:lang w:eastAsia="zh-CN"/>
        </w:rPr>
        <w:t>　　四、技能知识水平与实际操作熟练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在校会我们基本实施的是办公自动化，在过去的工作中得到了一些体会，在工作中心态很重要，工作要有激情，保持阳光的微笑，以一种平凡的姿态拉近人与人之间的距离，促使工作伙伴之间的和谐与沟通。尤其是对工作质量有很大影响，积极的'思想与平和的心态及饱满的热情才能促进工作得以顺利的开展，在校会工作中要有好的方法技术与判断力才能使工作上一个新台阶，从而在工作中使自己得到更好的锻炼。本着严谨认真务实的工作态度，围绕学生会的工作尽心尽力！</w:t>
      </w:r>
      <w:r>
        <w:rPr>
          <w:lang w:eastAsia="zh-CN"/>
        </w:rPr>
        <w:br/>
      </w:r>
      <w:r>
        <w:rPr>
          <w:lang w:eastAsia="zh-CN"/>
        </w:rPr>
        <w:t xml:space="preserve">    学生会办公室工作总结精选篇 篇6 </w:t>
      </w:r>
      <w:r>
        <w:rPr>
          <w:lang w:eastAsia="zh-CN"/>
        </w:rPr>
        <w:br/>
      </w:r>
      <w:r>
        <w:rPr>
          <w:lang w:eastAsia="zh-CN"/>
        </w:rPr>
        <w:t>　　学生会办公室是学生会的日常办事机构。其主要工作内容是：</w:t>
      </w:r>
      <w:r>
        <w:rPr>
          <w:lang w:eastAsia="zh-CN"/>
        </w:rPr>
        <w:br/>
      </w:r>
      <w:r>
        <w:rPr>
          <w:lang w:eastAsia="zh-CN"/>
        </w:rPr>
        <w:t>　　一、负责组织、安排学生会的各种会议、学习和重要活动。协助学生会主席搞好阶段性工作布局。要重点组织好学生会主席办公会，方法：①会前向各位副主席收集拟提交会议讨论的议题及建议方案，汇总后报主席处。②组织并参加会议，作好会议记录。③按照会议决定督办每一项工作的落实，及时将工作进度向主席汇报。④下一次办公会开始时，通报上一次办公会决议事项的落实情况。</w:t>
      </w:r>
      <w:r>
        <w:rPr>
          <w:lang w:eastAsia="zh-CN"/>
        </w:rPr>
        <w:br/>
      </w:r>
      <w:r>
        <w:rPr>
          <w:lang w:eastAsia="zh-CN"/>
        </w:rPr>
        <w:t>　　二、根据主席的指示，组织协调需几个副主席（或若干个部）共同办理的综合性的工作。具体方法是：随时掌握工作的进程；及时纠正不符合决议、计划的做法；统筹好人员、时间、地点等；及时将出现的新情况、新问题向主席报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三、深入同学调查研究，接待同学来访，掌握学生动态，发现需要解决的重要问题，提出符合实际、切实可行的措施，为学生会、团委、分管院领导决策提供有价值的`参考意见。具体方法：每学期写出1—2份综合或专题调研报告。</w:t>
      </w:r>
      <w:r>
        <w:rPr>
          <w:lang w:eastAsia="zh-CN"/>
        </w:rPr>
        <w:br/>
      </w:r>
      <w:r>
        <w:rPr>
          <w:lang w:eastAsia="zh-CN"/>
        </w:rPr>
        <w:t>　　四、在主席的领导下，负责学生会全体委员的学期工作总结和评优评奖工作。方法：制订测评体系，组织期末总结。</w:t>
      </w:r>
      <w:r>
        <w:rPr>
          <w:lang w:eastAsia="zh-CN"/>
        </w:rPr>
        <w:br/>
      </w:r>
      <w:r>
        <w:rPr>
          <w:lang w:eastAsia="zh-CN"/>
        </w:rPr>
        <w:t>　　五、负责组织拟定院学生会的各项规章制度。</w:t>
      </w:r>
      <w:r>
        <w:rPr>
          <w:lang w:eastAsia="zh-CN"/>
        </w:rPr>
        <w:br/>
      </w:r>
      <w:r>
        <w:rPr>
          <w:lang w:eastAsia="zh-CN"/>
        </w:rPr>
        <w:t>　　六、负责学生会各类文件（含工作计划、总结、规划、报告、决议、通知、信函等）的起草、打印、发送。</w:t>
      </w:r>
      <w:r>
        <w:rPr>
          <w:lang w:eastAsia="zh-CN"/>
        </w:rPr>
        <w:br/>
      </w:r>
      <w:r>
        <w:rPr>
          <w:lang w:eastAsia="zh-CN"/>
        </w:rPr>
        <w:t>　　七、以学生会名义发布重大事项的布告、通告。</w:t>
      </w:r>
      <w:r>
        <w:rPr>
          <w:lang w:eastAsia="zh-CN"/>
        </w:rPr>
        <w:br/>
      </w:r>
      <w:r>
        <w:rPr>
          <w:lang w:eastAsia="zh-CN"/>
        </w:rPr>
        <w:t>　　八、负责学生会档案建设工作。</w:t>
      </w:r>
      <w:r>
        <w:rPr>
          <w:lang w:eastAsia="zh-CN"/>
        </w:rPr>
        <w:br/>
      </w:r>
      <w:r>
        <w:rPr>
          <w:lang w:eastAsia="zh-CN"/>
        </w:rPr>
        <w:t>　　九、管理学生会印鉴，开具对外介绍信，做好各项统计工作。</w:t>
      </w:r>
      <w:r>
        <w:rPr>
          <w:lang w:eastAsia="zh-CN"/>
        </w:rPr>
        <w:br/>
      </w:r>
      <w:r>
        <w:rPr>
          <w:lang w:eastAsia="zh-CN"/>
        </w:rPr>
        <w:t>　　十、负责上级领导机关和外校学生会来访的接待工作。</w:t>
      </w:r>
      <w:r>
        <w:rPr>
          <w:lang w:eastAsia="zh-CN"/>
        </w:rPr>
        <w:br/>
      </w:r>
      <w:r>
        <w:rPr>
          <w:lang w:eastAsia="zh-CN"/>
        </w:rPr>
        <w:t>　　十一、完成主席、副主席交办的其它工作。</w:t>
      </w:r>
      <w:r>
        <w:rPr>
          <w:lang w:eastAsia="zh-CN"/>
        </w:rPr>
        <w:br/>
      </w:r>
      <w:r>
        <w:rPr>
          <w:lang w:eastAsia="zh-CN"/>
        </w:rPr>
        <w:t xml:space="preserve">    学生会办公室工作总结精选篇 篇7 </w:t>
      </w:r>
      <w:r>
        <w:rPr>
          <w:lang w:eastAsia="zh-CN"/>
        </w:rPr>
        <w:br/>
      </w:r>
      <w:r>
        <w:rPr>
          <w:lang w:eastAsia="zh-CN"/>
        </w:rPr>
        <w:t>　　学生会是一个大学中非常重要的一个组织，一份好的工作总结能够让自己避免在工作中出现问题，提高自己的工作效率，全文如下：</w:t>
      </w:r>
      <w:r>
        <w:rPr>
          <w:lang w:eastAsia="zh-CN"/>
        </w:rPr>
        <w:br/>
      </w:r>
      <w:r>
        <w:rPr>
          <w:lang w:eastAsia="zh-CN"/>
        </w:rPr>
        <w:t>　　我部的主要公共有通知的下发，例会的签到，每周卫生工作的通报，例会时候的会议记录，各种材料的收取，积分和成绩的整理等。</w:t>
      </w:r>
      <w:r>
        <w:rPr>
          <w:lang w:eastAsia="zh-CN"/>
        </w:rPr>
        <w:br/>
      </w:r>
      <w:r>
        <w:rPr>
          <w:lang w:eastAsia="zh-CN"/>
        </w:rPr>
        <w:t>　　在一个学期即将结束，办公室在老师和主席团的指导和带领下，以及我们的副部和干事的共同努力下，基本上出色的完成了自己的工作及任务，完成了学期之初制定的工作计划。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这学期发通知遇到了一点小问题，就是通知不到位，由于开学前期工作比较多，有的通知需要转发，收到通知的人没有及时看到通知。所以有些小问题。后来的工作中就发通知这块就没什么大问题。</w:t>
      </w:r>
      <w:r>
        <w:rPr>
          <w:lang w:eastAsia="zh-CN"/>
        </w:rPr>
        <w:br/>
      </w:r>
      <w:r>
        <w:rPr>
          <w:lang w:eastAsia="zh-CN"/>
        </w:rPr>
        <w:t>　　其他工作都按照以往的经验在有序的进行。</w:t>
      </w:r>
      <w:r>
        <w:rPr>
          <w:lang w:eastAsia="zh-CN"/>
        </w:rPr>
        <w:br/>
      </w:r>
      <w:r>
        <w:rPr>
          <w:lang w:eastAsia="zh-CN"/>
        </w:rPr>
        <w:t>　　开学是迎新工作，整个学生会成员都投入在紧张迎新的工作中，我部负责安排人员值班，但由于没有经验，第一天早上安排大家去的时间太晚，还有就是人手不够，这是很大时疏忽，迎新工作应该整个学生成员都投入到里面，特别是在第一天的时候。</w:t>
      </w:r>
      <w:r>
        <w:rPr>
          <w:lang w:eastAsia="zh-CN"/>
        </w:rPr>
        <w:br/>
      </w:r>
      <w:r>
        <w:rPr>
          <w:lang w:eastAsia="zh-CN"/>
        </w:rPr>
        <w:t>　　迎新工作完后，我部进行的是日常工作，整理在校学生的日常积分和综合成绩。这个工作存在的问题是积分细则不够完善有些问题需要和老师沟通，还有就是大家对积分细则不够了解不知道到底该加多少分，这个工作在这学期我们已经加强。</w:t>
      </w:r>
      <w:r>
        <w:rPr>
          <w:lang w:eastAsia="zh-CN"/>
        </w:rPr>
        <w:br/>
      </w:r>
      <w:r>
        <w:rPr>
          <w:lang w:eastAsia="zh-CN"/>
        </w:rPr>
        <w:t>　　这学期我部举办了两个活动三笔字大赛和主持人大赛。</w:t>
      </w:r>
      <w:r>
        <w:rPr>
          <w:lang w:eastAsia="zh-CN"/>
        </w:rPr>
        <w:br/>
      </w:r>
      <w:r>
        <w:rPr>
          <w:lang w:eastAsia="zh-CN"/>
        </w:rPr>
        <w:t>　　三笔字大赛结果还算可以选出来的人员去参加校里面的比赛有两个获得了等奖。</w:t>
      </w:r>
      <w:r>
        <w:rPr>
          <w:lang w:eastAsia="zh-CN"/>
        </w:rPr>
        <w:br/>
      </w:r>
      <w:r>
        <w:rPr>
          <w:lang w:eastAsia="zh-CN"/>
        </w:rPr>
        <w:t>　　主持人大赛最大的问题就是选出来的人员有的积极性不够高，还有一个原因就是那段时间大家都比较忙，后来我部人员就要求那些参赛人员在中午和晚上没事的话都过去那边练习。最终在比赛的时候效果还是不错的。</w:t>
      </w:r>
      <w:r>
        <w:rPr>
          <w:lang w:eastAsia="zh-CN"/>
        </w:rPr>
        <w:br/>
      </w:r>
      <w:r>
        <w:rPr>
          <w:lang w:eastAsia="zh-CN"/>
        </w:rPr>
        <w:t>　　截止到目前各部室的活动积分已经交齐，除了一些部室的工作是贯穿整个学期的。在下学期开学的时候，我们会整理这学期的所有积分。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这学期我部人员齐心协力完成了一个又一个工作，我们都从中收获了很多，大家也成长了不少，在接下来的日子里我部成员定会坚守自己的岗位做好我们的本质工作，为团委学生会写下辉煌的一笔，同时也让我们办公室的未来越来越好。</w:t>
      </w:r>
      <w:r>
        <w:rPr>
          <w:lang w:eastAsia="zh-CN"/>
        </w:rPr>
        <w:br/>
      </w:r>
      <w:r>
        <w:rPr>
          <w:lang w:eastAsia="zh-CN"/>
        </w:rPr>
        <w:t>　　办公室</w:t>
      </w:r>
      <w:r>
        <w:rPr>
          <w:lang w:eastAsia="zh-CN"/>
        </w:rPr>
        <w:br/>
      </w:r>
      <w:r>
        <w:rPr>
          <w:lang w:eastAsia="zh-CN"/>
        </w:rPr>
        <w:t>　　20__年12月15日</w:t>
      </w:r>
      <w:r>
        <w:rPr>
          <w:lang w:eastAsia="zh-CN"/>
        </w:rPr>
        <w:br/>
      </w:r>
      <w:r>
        <w:rPr>
          <w:lang w:eastAsia="zh-CN"/>
        </w:rPr>
        <w:t xml:space="preserve">    学生会办公室工作总结精选篇 篇8 </w:t>
      </w:r>
      <w:r>
        <w:rPr>
          <w:lang w:eastAsia="zh-CN"/>
        </w:rPr>
        <w:br/>
      </w:r>
      <w:r>
        <w:rPr>
          <w:lang w:eastAsia="zh-CN"/>
        </w:rPr>
        <w:t>　　时光飞逝，在新成员、新活力加入我校校学生会后，如今已近一年。在我部主任的悉心指导带领和我部干事的认真勤劳的工作下，我部除了完成了本部门的常规工作外，还协助各部门完成了本学年度校学生会的各项工作。下面就本学年办公室所开展的各项活动、工作做出总结如下：</w:t>
      </w:r>
      <w:r>
        <w:rPr>
          <w:lang w:eastAsia="zh-CN"/>
        </w:rPr>
        <w:br/>
      </w:r>
      <w:r>
        <w:rPr>
          <w:lang w:eastAsia="zh-CN"/>
        </w:rPr>
        <w:t>　　一、 内部建设：</w:t>
      </w:r>
      <w:r>
        <w:rPr>
          <w:lang w:eastAsia="zh-CN"/>
        </w:rPr>
        <w:br/>
      </w:r>
      <w:r>
        <w:rPr>
          <w:lang w:eastAsia="zh-CN"/>
        </w:rPr>
        <w:t>　　1. 在本年度新学期伊始，在新成员加入我会办公室后，基于办公室作为上传下达的枢纽部门其工作性质的特殊性，亦为使我会工作有序、高效、顺利的开展，办公室主任对本部人员统一进行了简要的培训，对办公室职能及各项工作事宜、注意事项向新成员做了简要介绍和说明。接着，我部正式投入各项工作中。</w:t>
      </w:r>
      <w:r>
        <w:rPr>
          <w:lang w:eastAsia="zh-CN"/>
        </w:rPr>
        <w:br/>
      </w:r>
      <w:r>
        <w:rPr>
          <w:lang w:eastAsia="zh-CN"/>
        </w:rPr>
        <w:t>　　2. 为加强内部建设，增强内部交流，我部按例每三周召开一次办公室例会，会议期间，对前期工作做出总结，并对后期工作做出安排。在各项会议、活动后，我部也都将做会议记录及会议总结，发现问题并提出解决方案，以提高工作效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3. 我部亦遵循代理部长制度，以自愿为原则，在每次例会期间轮换代理部长，使每个成员都可充分得到锻炼。代理部长在安排工作时分权分则，在我部各领导的提点与指导下，使我部在各项活动中都能充分发挥其职能，是我会不可缺少的一部分。</w:t>
      </w:r>
      <w:r>
        <w:rPr>
          <w:lang w:eastAsia="zh-CN"/>
        </w:rPr>
        <w:br/>
      </w:r>
      <w:r>
        <w:rPr>
          <w:lang w:eastAsia="zh-CN"/>
        </w:rPr>
        <w:t>　　4. 为保持我部成员的工作热情，调动起我部成员的积极性，除在每次会议上的沟通交流外，我部还在每学期安排2-3次内部联谊，用以了解、关心各成员的动向，实现干部与干事之间零距离交流，进一步增强我部凝聚力，进而提升我部的办事效率。</w:t>
      </w:r>
      <w:r>
        <w:rPr>
          <w:lang w:eastAsia="zh-CN"/>
        </w:rPr>
        <w:br/>
      </w:r>
      <w:r>
        <w:rPr>
          <w:lang w:eastAsia="zh-CN"/>
        </w:rPr>
        <w:t>　　二、 工作总结：</w:t>
      </w:r>
      <w:r>
        <w:rPr>
          <w:lang w:eastAsia="zh-CN"/>
        </w:rPr>
        <w:br/>
      </w:r>
      <w:r>
        <w:rPr>
          <w:lang w:eastAsia="zh-CN"/>
        </w:rPr>
        <w:t>　　1. 工作原则：</w:t>
      </w:r>
      <w:r>
        <w:rPr>
          <w:lang w:eastAsia="zh-CN"/>
        </w:rPr>
        <w:br/>
      </w:r>
      <w:r>
        <w:rPr>
          <w:lang w:eastAsia="zh-CN"/>
        </w:rPr>
        <w:t>　　部长、代理部长在安排工作时分权分则：明确分工，细化责任，每一项安排指定成员负责，把责任落实到个人;互帮互助，以最优质量来完成任务。</w:t>
      </w:r>
      <w:r>
        <w:rPr>
          <w:lang w:eastAsia="zh-CN"/>
        </w:rPr>
        <w:br/>
      </w:r>
      <w:r>
        <w:rPr>
          <w:lang w:eastAsia="zh-CN"/>
        </w:rPr>
        <w:t>　　2. 参加的工作：</w:t>
      </w:r>
      <w:r>
        <w:rPr>
          <w:lang w:eastAsia="zh-CN"/>
        </w:rPr>
        <w:br/>
      </w:r>
      <w:r>
        <w:rPr>
          <w:lang w:eastAsia="zh-CN"/>
        </w:rPr>
        <w:t>　　作为校学生会的中枢部门，我部是联系安排各部顺利工作的接入点。我部及时传达和执行学生工作部、主任团下达的命令和任务,做好文件、资料等的收集、整理和管理工作，安排并通知各项活动的值班，做好各大小会议的会议记录和会议总结。在成员扩招、公寓文化节、演讲比赛等大型活动中，都起到了重要作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成员扩招。我部做的第一项任务就是协助其他兄弟部门，招贤纳良，扩充我会成员人数。在此项工作中，我部门负责成员扩招中值班表的安排及值班人员的通知，收集参加成员扩招招新人员的报名信息及其后来的申请表的收集管理，协助主任团的招新安排工作。</w:t>
      </w:r>
      <w:r>
        <w:rPr>
          <w:lang w:eastAsia="zh-CN"/>
        </w:rPr>
        <w:br/>
      </w:r>
      <w:r>
        <w:rPr>
          <w:lang w:eastAsia="zh-CN"/>
        </w:rPr>
        <w:t>　　校园文化节。这是我部参加的一次针对全校性的大型活动。校园文化节分三部分：优秀文明班级设计大赛、手工艺作品设计大赛、校园文化建设征文大赛。我部参与了策划书的起草，负责了报名期间值班表的安排及值班人员的通知，对手工艺作品和征文的收集与管理，并负责安排了手工艺作品的展出管理与归还。</w:t>
      </w:r>
      <w:r>
        <w:rPr>
          <w:lang w:eastAsia="zh-CN"/>
        </w:rPr>
        <w:br/>
      </w:r>
      <w:r>
        <w:rPr>
          <w:lang w:eastAsia="zh-CN"/>
        </w:rPr>
        <w:t>　　演讲比赛。演讲比赛是由办公室全权负责的一项大型活动，活动对象为我校全部在校学生。我部负责了此次活动的策划起草、各项工作的人员安排等工作，对各部门的职责进行划分，统筹安排了演讲比赛初赛、复赛、决赛的各项具体事宜及工作。此次演讲比赛创造了良好的校园文化氛围，丰富了我院学生的课余生活，同时也促进、提高了我院学生的语言表达能力和人际交流能力。此次活动最后圆满结束。</w:t>
      </w:r>
      <w:r>
        <w:rPr>
          <w:lang w:eastAsia="zh-CN"/>
        </w:rPr>
        <w:br/>
      </w:r>
      <w:r>
        <w:rPr>
          <w:lang w:eastAsia="zh-CN"/>
        </w:rPr>
        <w:t>　　除了以上的工作安排外，在做好本职工作的同时，我部还积极配合各兄弟部门，还积极配合、完成我会与各二级学院学生组织的运动会、学校防灾救灾安全应急大演练等其他活动的开展。</w:t>
      </w:r>
      <w:r>
        <w:rPr>
          <w:lang w:eastAsia="zh-CN"/>
        </w:rPr>
        <w:br/>
      </w:r>
      <w:r>
        <w:rPr>
          <w:lang w:eastAsia="zh-CN"/>
        </w:rPr>
        <w:t>　　3. 工作不足：</w:t>
      </w:r>
      <w:r>
        <w:rPr>
          <w:lang w:eastAsia="zh-CN"/>
        </w:rPr>
        <w:br/>
      </w:r>
      <w:r>
        <w:rPr>
          <w:lang w:eastAsia="zh-CN"/>
        </w:rPr>
        <w:t>　　在工作中，我部也逐步发现了工作中存在的问题。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首先是我部的通知、发布体制的不完善，造成一些不必要的后续工作，亦使工作完成的效率降低。其次，我部与各部门联系也不是很紧密，缺乏沟通与交流，致使我会开展的一些活动，组织工作不能完全到位，缺乏整体性和连续性。而且我部内部成员的整体综合素质也还有待进一步提高，考虑问题不具全面性和预见性;也不能坚持，对工作逐渐表现出缺乏激情和热情，这对工作效率的提高也造成了一定程度的影响。</w:t>
      </w:r>
      <w:r>
        <w:rPr>
          <w:lang w:eastAsia="zh-CN"/>
        </w:rPr>
        <w:br/>
      </w:r>
      <w:r>
        <w:rPr>
          <w:lang w:eastAsia="zh-CN"/>
        </w:rPr>
        <w:t>　　收获总是喜悦的，与此同时，我们也满怀希望，希望在新的学期，新的征程中，在一股新力量的加入后，我部能再创辉煌，协同各兄弟部门的工作，使校学生会的工作开展越来越好!</w:t>
      </w:r>
      <w:r>
        <w:rPr>
          <w:lang w:eastAsia="zh-CN"/>
        </w:rPr>
        <w:br/>
      </w:r>
      <w:r>
        <w:rPr>
          <w:lang w:eastAsia="zh-CN"/>
        </w:rPr>
        <w:t xml:space="preserve">    学生会办公室工作总结精选篇 篇9 </w:t>
      </w:r>
      <w:r>
        <w:rPr>
          <w:lang w:eastAsia="zh-CN"/>
        </w:rPr>
        <w:br/>
      </w:r>
      <w:r>
        <w:rPr>
          <w:lang w:eastAsia="zh-CN"/>
        </w:rPr>
        <w:t>　　学生会办公室担负着学生会各部门协调、沟通的重要角色。作为学生会的枢纽部门，它是维持学生会正常运转，加强完善学生会内部建设的学生群众性组织，是在学生会领导下与其他部门密不可分的一部分。年来学生会办公室主要负责以下几个方面进行总结：</w:t>
      </w:r>
      <w:r>
        <w:rPr>
          <w:lang w:eastAsia="zh-CN"/>
        </w:rPr>
        <w:br/>
      </w:r>
      <w:r>
        <w:rPr>
          <w:lang w:eastAsia="zh-CN"/>
        </w:rPr>
        <w:t>　　整个学院内的物品都存放在仓库，由办公室统一整理并加以管理，各部在组织活动时，如需借出物品须登记。仓库主由副部长，干事__负责。</w:t>
      </w:r>
      <w:r>
        <w:rPr>
          <w:lang w:eastAsia="zh-CN"/>
        </w:rPr>
        <w:br/>
      </w:r>
      <w:r>
        <w:rPr>
          <w:lang w:eastAsia="zh-CN"/>
        </w:rPr>
        <w:t>　　开学之初，由我们部门收齐并整理每位大一新生的档案，在上交学校档案室。由于同学们来自祖国天南海北，所以档案内要求的东西都不一样，这对我们的工作形成了很大的困扰，不过在我们部门所有成员的共同努力下，终于完美的完成了任务。</w:t>
      </w:r>
      <w:r>
        <w:rPr>
          <w:lang w:eastAsia="zh-CN"/>
        </w:rPr>
        <w:br/>
      </w:r>
      <w:r>
        <w:rPr>
          <w:lang w:eastAsia="zh-CN"/>
        </w:rPr>
        <w:t>　　办公室承办学生会内的各种会议，并做会议记录。会议记录主要由__、__负责。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办公室负责制定学生会的值班表，联系表以及校五四评优等相关文件。这些文件的起草等主要由部长和副部长负责，各位干事辅助。</w:t>
      </w:r>
      <w:r>
        <w:rPr>
          <w:lang w:eastAsia="zh-CN"/>
        </w:rPr>
        <w:br/>
      </w:r>
      <w:r>
        <w:rPr>
          <w:lang w:eastAsia="zh-CN"/>
        </w:rPr>
        <w:t>　　办公室是学生会的家，而办公室这个部门就是让家的感觉更好，让家人有个舒心、整洁的环境，工作会更有效率。所以，办公室会定期打扫办公室以及会议室等地方。还负责布置会场等。这些主要由各位干事完成。</w:t>
      </w:r>
      <w:r>
        <w:rPr>
          <w:lang w:eastAsia="zh-CN"/>
        </w:rPr>
        <w:br/>
      </w:r>
      <w:r>
        <w:rPr>
          <w:lang w:eastAsia="zh-CN"/>
        </w:rPr>
        <w:t>　　办公室是平台、是枢纽，它协调学生会各部门的关系，管理档案，感知会内冷暖，是学生会的坚强后盾。用责任和理解使学生会高效有序、融洽友爱，为所有学生会成员营建一个美丽的家园，是学生会组织的“大管家”。虽然在过去的半学期中，我们办公室完成了许多工作，各位干事也非常努力，也很出色。很高兴能与大家一起工作，但我们在工作中也还有需要改进的地方，希望下学期我们继续努力，把下学期的工作完成的更加出色。</w:t>
      </w:r>
      <w:r>
        <w:rPr>
          <w:lang w:eastAsia="zh-CN"/>
        </w:rPr>
        <w:br/>
      </w:r>
      <w:r>
        <w:rPr>
          <w:lang w:eastAsia="zh-CN"/>
        </w:rPr>
        <w:t xml:space="preserve">    学生会办公室工作总结精选篇 篇10 </w:t>
      </w:r>
      <w:r>
        <w:rPr>
          <w:lang w:eastAsia="zh-CN"/>
        </w:rPr>
        <w:br/>
      </w:r>
      <w:r>
        <w:rPr>
          <w:lang w:eastAsia="zh-CN"/>
        </w:rPr>
        <w:t>　　现就十月份工作做工作总结。在十月秋风的涤荡中，化学化工学院学生会办公室在老师和办公室全体成员的努力下，为金秋的到来送上了一份珍贵的礼物，即在工作中取的可喜的成绩。本院学生会办公室是学院联系学生的桥梁和纽带，在十月份的工作中，院学生会办公室除了做好本部门的本职工作外，还协助、配合其他部门的做好工作。</w:t>
      </w:r>
      <w:r>
        <w:rPr>
          <w:lang w:eastAsia="zh-CN"/>
        </w:rPr>
        <w:br/>
      </w:r>
      <w:r>
        <w:rPr>
          <w:lang w:eastAsia="zh-CN"/>
        </w:rPr>
        <w:t>　　一、常规工作</w:t>
      </w:r>
      <w:r>
        <w:rPr>
          <w:lang w:eastAsia="zh-CN"/>
        </w:rPr>
        <w:br/>
      </w:r>
      <w:r>
        <w:rPr>
          <w:lang w:eastAsia="zh-CN"/>
        </w:rPr>
        <w:t>　　1、为了使院内各个会议都能准时召开，院学生会办公室扮演了会议事项的通讯员这个角色，及时通知各个会议的成员参加。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2、院学生会办公室担任起了幕后工作人员的职责，将各部门上交的工作计划，工作总结及上交的部门材料整理保存，并且做好准时发放各种材料的工作。</w:t>
      </w:r>
      <w:r>
        <w:rPr>
          <w:lang w:eastAsia="zh-CN"/>
        </w:rPr>
        <w:br/>
      </w:r>
      <w:r>
        <w:rPr>
          <w:lang w:eastAsia="zh-CN"/>
        </w:rPr>
        <w:t>　　3、本部门同时也充当了一个打印员的角色，为了让参赛人员能够得到他们应得的奖励，为了让评优工作正常进行，我部积极打印各种奖状，并使它们准时颁发。</w:t>
      </w:r>
      <w:r>
        <w:rPr>
          <w:lang w:eastAsia="zh-CN"/>
        </w:rPr>
        <w:br/>
      </w:r>
      <w:r>
        <w:rPr>
          <w:lang w:eastAsia="zh-CN"/>
        </w:rPr>
        <w:t>　　4、院学生会办公室为了确保每次例会都准时无误的召开，在每次例会召开前都做了充分的准备，本部门的每个成员都积极配合，努力做好班长的签到工作。</w:t>
      </w:r>
      <w:r>
        <w:rPr>
          <w:lang w:eastAsia="zh-CN"/>
        </w:rPr>
        <w:br/>
      </w:r>
      <w:r>
        <w:rPr>
          <w:lang w:eastAsia="zh-CN"/>
        </w:rPr>
        <w:t>　　5、院学生会办公室是一个负责上传下达，协调各部门工作的重要部门，每周五都准时到校学生会办公室签到，并传达校学生会发放的各项工作。</w:t>
      </w:r>
      <w:r>
        <w:rPr>
          <w:lang w:eastAsia="zh-CN"/>
        </w:rPr>
        <w:br/>
      </w:r>
      <w:r>
        <w:rPr>
          <w:lang w:eastAsia="zh-CN"/>
        </w:rPr>
        <w:t>　　二、其他方面</w:t>
      </w:r>
      <w:r>
        <w:rPr>
          <w:lang w:eastAsia="zh-CN"/>
        </w:rPr>
        <w:br/>
      </w:r>
      <w:r>
        <w:rPr>
          <w:lang w:eastAsia="zh-CN"/>
        </w:rPr>
        <w:t>　　1、新学期刚开始，我校又迎来了一批新的同学，于是我院学生会为了让大一新生能更快地融入肇庆学院这个大家庭，本部门积极做好20__年的迎新工作，为了给本部门注入新的血液，院学生会办公室参加招新晚会，对本部门进行宣传，制作报名表格，安排面试，使招新工作进展顺利。</w:t>
      </w:r>
      <w:r>
        <w:rPr>
          <w:lang w:eastAsia="zh-CN"/>
        </w:rPr>
        <w:br/>
      </w:r>
      <w:r>
        <w:rPr>
          <w:lang w:eastAsia="zh-CN"/>
        </w:rPr>
        <w:t>　　2、学生会是个温暖的大家庭，办公室是重要的一个成员，为了让这个大家庭更加和谐，与兄弟部门的感情更加深厚坚固，我部门协助了体育部做好校排球赛，五人足球赛的签到工作。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3、炎炎夏日即将逝去，运动的最佳季节已悄悄来临，本院于十月二十一日举行了运动会，让同学们积极地加入到运动的行列中来，院学生会协助了体育部做好院运会的签到工作使得运动会顺利开展。</w:t>
      </w:r>
      <w:r>
        <w:rPr>
          <w:lang w:eastAsia="zh-CN"/>
        </w:rPr>
        <w:br/>
      </w:r>
      <w:r>
        <w:rPr>
          <w:lang w:eastAsia="zh-CN"/>
        </w:rPr>
        <w:t>　　以上就是办公室各项工作的总结计划。</w:t>
      </w:r>
      <w:r>
        <w:rPr>
          <w:lang w:eastAsia="zh-CN"/>
        </w:rPr>
        <w:br/>
      </w:r>
      <w:r>
        <w:rPr>
          <w:lang w:eastAsia="zh-CN"/>
        </w:rPr>
        <w:t xml:space="preserve">    学生会办公室工作总结精选篇 篇11 </w:t>
      </w:r>
      <w:r>
        <w:rPr>
          <w:lang w:eastAsia="zh-CN"/>
        </w:rPr>
        <w:br/>
      </w:r>
      <w:r>
        <w:rPr>
          <w:lang w:eastAsia="zh-CN"/>
        </w:rPr>
        <w:t>　　回顾整个学期，面对各种繁琐而复杂的工作我们学生会办公室没有畏惧。办公室作为一个负责管理整个学生会的日常事务，协调各部门工作开展的职能部门，为了尽职尽责地完成部门的各项工作，且积极主动地协调其他各部门的工作，提高整个学生会的工作效率，充分发挥办公室在学生会中的调配器的作用。</w:t>
      </w:r>
      <w:r>
        <w:rPr>
          <w:lang w:eastAsia="zh-CN"/>
        </w:rPr>
        <w:br/>
      </w:r>
      <w:r>
        <w:rPr>
          <w:lang w:eastAsia="zh-CN"/>
        </w:rPr>
        <w:t>　　办公室是一个极为重要的部门，是学生会的枢纽，有着自己的特色与优势，所以我们要做好学院内联系学生的桥梁和纽带作用，更好的为同学服务。当新的一届院学生会领导班子确立后，学生会的各项活动便开始稳步运转，办公室作为核心部门，其枢纽的作用得到了充分的体现，并且很快的适应了本学院从主校区搬到北校区新的工作环境，现办公室本学期的工作总结如下：</w:t>
      </w:r>
      <w:r>
        <w:rPr>
          <w:lang w:eastAsia="zh-CN"/>
        </w:rPr>
        <w:br/>
      </w:r>
      <w:r>
        <w:rPr>
          <w:lang w:eastAsia="zh-CN"/>
        </w:rPr>
        <w:t>　　一、学生会相关规章制度的明确监督</w:t>
      </w:r>
      <w:r>
        <w:rPr>
          <w:lang w:eastAsia="zh-CN"/>
        </w:rPr>
        <w:br/>
      </w:r>
      <w:r>
        <w:rPr>
          <w:lang w:eastAsia="zh-CN"/>
        </w:rPr>
        <w:t>　　学生会是最能够体现当代大学生风气的组织，为全院学生起到带头模范作用。因此，加强及监督学生会成员学风建设势在必行。于学期初拟定部分要求如下，并明确监督：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1.言行举止方面：进入学生会办公室或教师办公室等公共场合要先敲门，待允许后方可入内。进入屋内后不要大声喧哗，注意用词的文明礼貌，禁止嬉笑打闹，离开时要与主人告别，出门后要轻轻把门关好。</w:t>
      </w:r>
      <w:r>
        <w:rPr>
          <w:lang w:eastAsia="zh-CN"/>
        </w:rPr>
        <w:br/>
      </w:r>
      <w:r>
        <w:rPr>
          <w:lang w:eastAsia="zh-CN"/>
        </w:rPr>
        <w:t>　　2.纪律卫生方面：按时值班，做好值班记录，并且要将办公室桌面，地面整理打扫干净，举办大型活动时，如无特别说明，要求着正装，佩戴好胸卡，男生戴领带，穿皮鞋，深色袜子，女生如果长发将头发绑好，穿深色高跟鞋，肉色丝袜，并要求全体成员准时到场。</w:t>
      </w:r>
      <w:r>
        <w:rPr>
          <w:lang w:eastAsia="zh-CN"/>
        </w:rPr>
        <w:br/>
      </w:r>
      <w:r>
        <w:rPr>
          <w:lang w:eastAsia="zh-CN"/>
        </w:rPr>
        <w:t>　　3.会场纪律问题：会场要注意自己的言行举止得体，眼中要有活，不能嬉笑打闹，以严谨求实的态度完成自己的任务，如有能力要协助其他人完成齐任务，切记保质保量。</w:t>
      </w:r>
      <w:r>
        <w:rPr>
          <w:lang w:eastAsia="zh-CN"/>
        </w:rPr>
        <w:br/>
      </w:r>
      <w:r>
        <w:rPr>
          <w:lang w:eastAsia="zh-CN"/>
        </w:rPr>
        <w:t>　　二、积极配合各部门的工作</w:t>
      </w:r>
      <w:r>
        <w:rPr>
          <w:lang w:eastAsia="zh-CN"/>
        </w:rPr>
        <w:br/>
      </w:r>
      <w:r>
        <w:rPr>
          <w:lang w:eastAsia="zh-CN"/>
        </w:rPr>
        <w:t>　　办公室是联系成员的核心组织，也一直秉承全力做好学生会后勤工作的传统，全心全意为从学生会出发，为全体成员服务。因此办公室在本学期在各部门的工作方面做以下总结：</w:t>
      </w:r>
      <w:r>
        <w:rPr>
          <w:lang w:eastAsia="zh-CN"/>
        </w:rPr>
        <w:br/>
      </w:r>
      <w:r>
        <w:rPr>
          <w:lang w:eastAsia="zh-CN"/>
        </w:rPr>
        <w:t>　　1.新班子确立之后三日后统计全体成员的联系方式，及时沟通各部门，了解各部门情况，合理安排了值班日期，保证了各项工作能的顺利进行。</w:t>
      </w:r>
      <w:r>
        <w:rPr>
          <w:lang w:eastAsia="zh-CN"/>
        </w:rPr>
        <w:br/>
      </w:r>
      <w:r>
        <w:rPr>
          <w:lang w:eastAsia="zh-CN"/>
        </w:rPr>
        <w:t>　　2.整理好办公室的备品，方便各部门在活动期间能很容易找到，保证了活动的顺利进行。</w:t>
      </w:r>
      <w:r>
        <w:rPr>
          <w:lang w:eastAsia="zh-CN"/>
        </w:rPr>
        <w:br/>
      </w:r>
      <w:r>
        <w:rPr>
          <w:lang w:eastAsia="zh-CN"/>
        </w:rPr>
        <w:t>　　3.定期清理办公室备品，发现缺失损坏时及时增添，修补。</w:t>
      </w:r>
      <w:r>
        <w:rPr>
          <w:lang w:eastAsia="zh-CN"/>
        </w:rPr>
        <w:br/>
      </w:r>
      <w:r>
        <w:rPr>
          <w:lang w:eastAsia="zh-CN"/>
        </w:rPr>
        <w:t>　　4.对活动之前的彩排及到会时间及时飞信通知，使工作人员准时准点到场。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5.对每次活动及平时学生会的开销要在月底严谨统计，及时报账，保证各项工作的正常运转。</w:t>
      </w:r>
      <w:r>
        <w:rPr>
          <w:lang w:eastAsia="zh-CN"/>
        </w:rPr>
        <w:br/>
      </w:r>
      <w:r>
        <w:rPr>
          <w:lang w:eastAsia="zh-CN"/>
        </w:rPr>
        <w:t>　　三、物品管理办法</w:t>
      </w:r>
      <w:r>
        <w:rPr>
          <w:lang w:eastAsia="zh-CN"/>
        </w:rPr>
        <w:br/>
      </w:r>
      <w:r>
        <w:rPr>
          <w:lang w:eastAsia="zh-CN"/>
        </w:rPr>
        <w:t>　　办公室好比一台机器的心脏，掌管着各种贵重物品，方便学生会工作的正常运作，因此，对于公共财物的管理一定要细心谨慎。尤其，在搬家之后学生会的物品发生不同程度的损坏及缺失，因此物品的整理成为本学期前期工作的重中之重，以及之后工作的注意之处。本学期具体实行管理办法如下：</w:t>
      </w:r>
      <w:r>
        <w:rPr>
          <w:lang w:eastAsia="zh-CN"/>
        </w:rPr>
        <w:br/>
      </w:r>
      <w:r>
        <w:rPr>
          <w:lang w:eastAsia="zh-CN"/>
        </w:rPr>
        <w:t>　　1.各部门或其他组织向办公室借物品时要记录好时间，借用期限，借用人签字及联系方式，同时要检查借出物品是否完好，以便归还时检查。如有发现物品损坏情况要责令其赔偿。</w:t>
      </w:r>
      <w:r>
        <w:rPr>
          <w:lang w:eastAsia="zh-CN"/>
        </w:rPr>
        <w:br/>
      </w:r>
      <w:r>
        <w:rPr>
          <w:lang w:eastAsia="zh-CN"/>
        </w:rPr>
        <w:t>　　2.如果借用单位不能按规定期限归还，要电话询问其原因，并规定最后归还期限。归还后的物品如无损坏，要收好，以便今后的使用。</w:t>
      </w:r>
      <w:r>
        <w:rPr>
          <w:lang w:eastAsia="zh-CN"/>
        </w:rPr>
        <w:br/>
      </w:r>
      <w:r>
        <w:rPr>
          <w:lang w:eastAsia="zh-CN"/>
        </w:rPr>
        <w:t>　　3.为办公室所有物品贴好标签，定期清理，检查。</w:t>
      </w:r>
      <w:r>
        <w:rPr>
          <w:lang w:eastAsia="zh-CN"/>
        </w:rPr>
        <w:br/>
      </w:r>
      <w:r>
        <w:rPr>
          <w:lang w:eastAsia="zh-CN"/>
        </w:rPr>
        <w:t>　　四、精品活动</w:t>
      </w:r>
      <w:r>
        <w:rPr>
          <w:lang w:eastAsia="zh-CN"/>
        </w:rPr>
        <w:br/>
      </w:r>
      <w:r>
        <w:rPr>
          <w:lang w:eastAsia="zh-CN"/>
        </w:rPr>
        <w:t>　　20---20--下学期--学院精品学生活动---于20--年--月--日顺利开展，办公室在本学期活动前做好各项准备工作。内容包括活动流程的规划、文字材料的整理、活动方案的设想以及活动意义的探索等具体工作。</w:t>
      </w:r>
      <w:r>
        <w:rPr>
          <w:lang w:eastAsia="zh-CN"/>
        </w:rPr>
        <w:br/>
      </w:r>
      <w:r>
        <w:rPr>
          <w:lang w:eastAsia="zh-CN"/>
        </w:rPr>
        <w:t>　　其中，我们用了大量时间对文字材料进行反复整理。使各部门上交的活动材料更加清晰明确。最终于学期末，制成竞标手册。手册内容丰富，活动阐述详尽，活动各项内容一目了然。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活动过程中各班级积极参与其中，为自己的班集体争取举办活动的机会。竞标大会后的的整个学期，都能看到由班级自己举办的活动。办公室为各个班级提供一个平台，让班级展现各自独特的风采。其中脱颖而出的班集体都成功的举办了自己心仪的活动，让班级的每一个人都体验到自己办活动的乐趣。</w:t>
      </w:r>
      <w:r>
        <w:rPr>
          <w:lang w:eastAsia="zh-CN"/>
        </w:rPr>
        <w:br/>
      </w:r>
      <w:r>
        <w:rPr>
          <w:lang w:eastAsia="zh-CN"/>
        </w:rPr>
        <w:t>　　在工作中的不足之处还需要我们及时做出自己的调整。例如，在具体开展工作的同时，我们办公室要做到因人因事调节，让每个人找准适合自己发展的位置，这样才能保证各项工作的顺利开展，在分配任务时能详尽考虑到各阶段工作中的人员分配问题，做到有工作时人人参与，以避免分配不均而造成的成员阶段性心理失衡，最终充分发挥我们团队的力量。继续加强部内成员的相互协作，在工作中我部成员间要把互帮互持、团结友爱的作风作为突出特点，并将该优良传统发扬下去。</w:t>
      </w:r>
      <w:r>
        <w:rPr>
          <w:lang w:eastAsia="zh-CN"/>
        </w:rPr>
        <w:br/>
      </w:r>
      <w:r>
        <w:rPr>
          <w:lang w:eastAsia="zh-CN"/>
        </w:rPr>
        <w:t xml:space="preserve">    学生会办公室工作总结精选篇 篇12 </w:t>
      </w:r>
      <w:r>
        <w:rPr>
          <w:lang w:eastAsia="zh-CN"/>
        </w:rPr>
        <w:br/>
      </w:r>
      <w:r>
        <w:rPr>
          <w:lang w:eastAsia="zh-CN"/>
        </w:rPr>
        <w:t>　　学生会办公室担负着学生会各部门协调、沟通的重要角色。作为学生会的枢纽部门，它是维持学生会正常运转，加强完善学生会内部建设的学生群众性组织，是在学生会领导下与其他部门密不可分的一部分。办公室主要负责以下几个方面：</w:t>
      </w:r>
      <w:r>
        <w:rPr>
          <w:lang w:eastAsia="zh-CN"/>
        </w:rPr>
        <w:br/>
      </w:r>
      <w:r>
        <w:rPr>
          <w:lang w:eastAsia="zh-CN"/>
        </w:rPr>
        <w:t>　　整个学院内的物品都存放在仓库，由办公室统一整理并加以管理，各部在组织活动时，如需借出物品须登记。仓库主由副部长，干事刘超负责。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开学之初，由我们部门收齐并整理每位大一新生的档案，在上交学校档案室。由于同学们来自祖国天南海北，所以档案内要求的东西都不一样，这对我们的工作形成了很大的困扰，不过在我们部门所有成员的共同努力下，终于完美的完成了任务。</w:t>
      </w:r>
      <w:r>
        <w:rPr>
          <w:lang w:eastAsia="zh-CN"/>
        </w:rPr>
        <w:br/>
      </w:r>
      <w:r>
        <w:rPr>
          <w:lang w:eastAsia="zh-CN"/>
        </w:rPr>
        <w:t>　　办公室承办学生会内的各种会议，并做会议记录。会议记录主要由干事刘飞、张鑫负责。</w:t>
      </w:r>
      <w:r>
        <w:rPr>
          <w:lang w:eastAsia="zh-CN"/>
        </w:rPr>
        <w:br/>
      </w:r>
      <w:r>
        <w:rPr>
          <w:lang w:eastAsia="zh-CN"/>
        </w:rPr>
        <w:t>　　办公室负责制定学生会的值班表，联系表以及校五四评优等相关文件。这些文件的起草等主要由部长和副部长负责，各位干事辅助。</w:t>
      </w:r>
      <w:r>
        <w:rPr>
          <w:lang w:eastAsia="zh-CN"/>
        </w:rPr>
        <w:br/>
      </w:r>
      <w:r>
        <w:rPr>
          <w:lang w:eastAsia="zh-CN"/>
        </w:rPr>
        <w:t>　　办公室是学生会的家，而办公室这个部门就是让家的感觉更好，让家人有个舒心、整洁的环境，工作会更有效率。所以，办公室会定期打扫办公室以及会议室等地方。还负责布置会场等。这些主要由各位干事完成。</w:t>
      </w:r>
      <w:r>
        <w:rPr>
          <w:lang w:eastAsia="zh-CN"/>
        </w:rPr>
        <w:br/>
      </w:r>
      <w:r>
        <w:rPr>
          <w:lang w:eastAsia="zh-CN"/>
        </w:rPr>
        <w:t>　　办公室是平台、是枢纽，它协调学生会各部门的关系，管理档案，感知会内冷暖，是学生会的坚强后盾。用责任和理解使学生会高效有序、融洽友爱，为所有学生会成员营建一个美丽的家园，是学生会组织的“大管家”。虽然在过去的半学期中，部长带领我们办公室完成了许多工作，各位干事也非常努力，也很出色。很高兴能与大家一起工作，但我们在工作中也还有需要改进的地方，希望这学期我们继续努力，把这学期的工作完成的更加出色。</w:t>
      </w:r>
      <w:r>
        <w:rPr>
          <w:lang w:eastAsia="zh-CN"/>
        </w:rPr>
        <w:br/>
      </w:r>
      <w:r>
        <w:rPr>
          <w:lang w:eastAsia="zh-CN"/>
        </w:rPr>
        <w:t xml:space="preserve">    学生会办公室工作总结精选篇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时光荏苒，岁月如梭，转眼间，在学办的一个月已经过去了。回首这一个月，学办在党委的正确领导下秉承“全心全意为同学服务”的宗旨，团结合作、锐意进取、开拓创新，开展了有目的、有计划、有针对性的各类活动。丰富了同学们的校园文化生活。同时，根据办公室自身的只能特点，我们注重工作态度与工作效率，协调各部门，配合好各部门的工作，为把学办工作上升到一个新台阶做出自己的努力。</w:t>
      </w:r>
      <w:r>
        <w:rPr>
          <w:lang w:eastAsia="zh-CN"/>
        </w:rPr>
        <w:br/>
      </w:r>
      <w:r>
        <w:rPr>
          <w:lang w:eastAsia="zh-CN"/>
        </w:rPr>
        <w:t>　　一、对外工作：</w:t>
      </w:r>
      <w:r>
        <w:rPr>
          <w:lang w:eastAsia="zh-CN"/>
        </w:rPr>
        <w:br/>
      </w:r>
      <w:r>
        <w:rPr>
          <w:lang w:eastAsia="zh-CN"/>
        </w:rPr>
        <w:t>　　学办是连接学校和学生之间的一座桥梁，肩负着融洽各部门之间和谐关系的责任。充分发挥协调作用，着眼大局开展工作，发挥了学办应有的职能。</w:t>
      </w:r>
      <w:r>
        <w:rPr>
          <w:lang w:eastAsia="zh-CN"/>
        </w:rPr>
        <w:br/>
      </w:r>
      <w:r>
        <w:rPr>
          <w:lang w:eastAsia="zh-CN"/>
        </w:rPr>
        <w:t>　　1、学办在工作期间会安排人值班，以便更好地配合各部门之间工作，为大家相互交流提供了一个很好的平台。</w:t>
      </w:r>
      <w:r>
        <w:rPr>
          <w:lang w:eastAsia="zh-CN"/>
        </w:rPr>
        <w:br/>
      </w:r>
      <w:r>
        <w:rPr>
          <w:lang w:eastAsia="zh-CN"/>
        </w:rPr>
        <w:t>　　2、我们和各部门都保持良好的关系，并且积极拓展与其他各系部门之间的交流与联系，认真的做好各项物品的借用登记，以及来往人员的登记。这样有助于我们学生会各项工作的顺利开展，使学生会成为一个分工不分家的有机整体。</w:t>
      </w:r>
      <w:r>
        <w:rPr>
          <w:lang w:eastAsia="zh-CN"/>
        </w:rPr>
        <w:br/>
      </w:r>
      <w:r>
        <w:rPr>
          <w:lang w:eastAsia="zh-CN"/>
        </w:rPr>
        <w:t>　　3、新一届主席团换届选举，我部门主动布置会场，营造一个良好的环境。</w:t>
      </w:r>
      <w:r>
        <w:rPr>
          <w:lang w:eastAsia="zh-CN"/>
        </w:rPr>
        <w:br/>
      </w:r>
      <w:r>
        <w:rPr>
          <w:lang w:eastAsia="zh-CN"/>
        </w:rPr>
        <w:t>　　4、每周二召开例会，我部门成员积极参与，主动打扫卫生，布置会场，并按时完成会议记录。</w:t>
      </w:r>
      <w:r>
        <w:rPr>
          <w:lang w:eastAsia="zh-CN"/>
        </w:rPr>
        <w:br/>
      </w:r>
      <w:r>
        <w:rPr>
          <w:lang w:eastAsia="zh-CN"/>
        </w:rPr>
        <w:t>　　5、收交并整理各部门新成员名单。</w:t>
      </w:r>
      <w:r>
        <w:rPr>
          <w:lang w:eastAsia="zh-CN"/>
        </w:rPr>
        <w:br/>
      </w:r>
      <w:r>
        <w:rPr>
          <w:lang w:eastAsia="zh-CN"/>
        </w:rPr>
        <w:t>　　二、对内工作：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1、档案整理：各部门常规工作及活动资料均交学办收集整理，为保证资料的完整性，学办制定并完善了档案整理制度和方案。</w:t>
      </w:r>
      <w:r>
        <w:rPr>
          <w:lang w:eastAsia="zh-CN"/>
        </w:rPr>
        <w:br/>
      </w:r>
      <w:r>
        <w:rPr>
          <w:lang w:eastAsia="zh-CN"/>
        </w:rPr>
        <w:t>　　2、提高写作水平：处理和编辑公文是学办的最基本的工作之一。所以，学办要求成员努力地把自己的写作水平及电脑操作水平提高，以保证文件的正规化。</w:t>
      </w:r>
      <w:r>
        <w:rPr>
          <w:lang w:eastAsia="zh-CN"/>
        </w:rPr>
        <w:br/>
      </w:r>
      <w:r>
        <w:rPr>
          <w:lang w:eastAsia="zh-CN"/>
        </w:rPr>
        <w:t>　　3、加强内部成员的相互协助：在这一个多月里，学办召开几次交流会，以促进新老成员的认识和了解。培养我们互助互持、团结友爱的能力。在以后的工作中我们要继承我们的优点并将其发扬。并且通过一次野炊活动更是为我们成员交流提供了一个平台。</w:t>
      </w:r>
      <w:r>
        <w:rPr>
          <w:lang w:eastAsia="zh-CN"/>
        </w:rPr>
        <w:br/>
      </w:r>
      <w:r>
        <w:rPr>
          <w:lang w:eastAsia="zh-CN"/>
        </w:rPr>
        <w:t>　　三、日常工作：</w:t>
      </w:r>
      <w:r>
        <w:rPr>
          <w:lang w:eastAsia="zh-CN"/>
        </w:rPr>
        <w:br/>
      </w:r>
      <w:r>
        <w:rPr>
          <w:lang w:eastAsia="zh-CN"/>
        </w:rPr>
        <w:t>　　学办工作虽较为繁琐，但是在大家的共同努力下，在校领导及各部门兄弟的支持下，出色的做好了学办自身的本职工作。</w:t>
      </w:r>
      <w:r>
        <w:rPr>
          <w:lang w:eastAsia="zh-CN"/>
        </w:rPr>
        <w:br/>
      </w:r>
      <w:r>
        <w:rPr>
          <w:lang w:eastAsia="zh-CN"/>
        </w:rPr>
        <w:t>　　1、我们认真地做好每一次学生会例会的记录，对例会记录是为了存档和了解各部门的动态，也是一种监督，同时也供以后的学生会成员参考、学习。</w:t>
      </w:r>
      <w:r>
        <w:rPr>
          <w:lang w:eastAsia="zh-CN"/>
        </w:rPr>
        <w:br/>
      </w:r>
      <w:r>
        <w:rPr>
          <w:lang w:eastAsia="zh-CN"/>
        </w:rPr>
        <w:t>　　2、负责进行书面记录学办物资，并管理好学办资料及相关档案资料。</w:t>
      </w:r>
      <w:r>
        <w:rPr>
          <w:lang w:eastAsia="zh-CN"/>
        </w:rPr>
        <w:br/>
      </w:r>
      <w:r>
        <w:rPr>
          <w:lang w:eastAsia="zh-CN"/>
        </w:rPr>
        <w:t>　　3、安排人员值班，以协调各部门工作。</w:t>
      </w:r>
      <w:r>
        <w:rPr>
          <w:lang w:eastAsia="zh-CN"/>
        </w:rPr>
        <w:br/>
      </w:r>
      <w:r>
        <w:rPr>
          <w:lang w:eastAsia="zh-CN"/>
        </w:rPr>
        <w:t>　　4、负责登记文件，对资料的收集和整理。下发通知以及向上级主管领导和各部报送。</w:t>
      </w:r>
      <w:r>
        <w:rPr>
          <w:lang w:eastAsia="zh-CN"/>
        </w:rPr>
        <w:br/>
      </w:r>
      <w:r>
        <w:rPr>
          <w:lang w:eastAsia="zh-CN"/>
        </w:rPr>
        <w:t>　　5、完善学办值班工作，重新制定值班表。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总而言之，在学办这一个多月里，学办坚持不懈的做好本部门的本职工作。我们还将在以后的工作中总结经验，汲取教训，团结向上，不断完善。缺点的存在不可避免，但我们会不断改进的。</w:t>
      </w:r>
      <w:r>
        <w:rPr>
          <w:lang w:eastAsia="zh-CN"/>
        </w:rPr>
        <w:br/>
      </w:r>
      <w:r>
        <w:rPr>
          <w:lang w:eastAsia="zh-CN"/>
        </w:rPr>
        <w:t>　　学生会办公室</w:t>
      </w:r>
      <w:r>
        <w:rPr>
          <w:lang w:eastAsia="zh-CN"/>
        </w:rPr>
        <w:br/>
      </w:r>
      <w:r>
        <w:rPr>
          <w:lang w:eastAsia="zh-CN"/>
        </w:rPr>
        <w:t>　　20__年11月6日</w:t>
      </w:r>
      <w:r>
        <w:rPr>
          <w:lang w:eastAsia="zh-CN"/>
        </w:rPr>
        <w:br/>
      </w:r>
      <w:r>
        <w:rPr>
          <w:lang w:eastAsia="zh-CN"/>
        </w:rPr>
        <w:t xml:space="preserve">    学生会办公室工作总结精选篇 篇14 </w:t>
      </w:r>
      <w:r>
        <w:rPr>
          <w:lang w:eastAsia="zh-CN"/>
        </w:rPr>
        <w:br/>
      </w:r>
      <w:r>
        <w:rPr>
          <w:lang w:eastAsia="zh-CN"/>
        </w:rPr>
        <w:t>　　九月份决定接受学生会工作的时候，心里很纠结，信息部的工作本非我意，我不想做不喜欢的事情，可招新工作已经慢慢开展，我站上这个位置没有退路。干事名单确定之前，工作比较繁杂，加上毫无经验、毫无兴趣可言，我常常对着电脑凌晨一两点才睡，左脑袋是水，右脑袋是面粉，一想问题就开始搅浆糊，固执地听不进他们的劝。</w:t>
      </w:r>
      <w:r>
        <w:rPr>
          <w:lang w:eastAsia="zh-CN"/>
        </w:rPr>
        <w:br/>
      </w:r>
      <w:r>
        <w:rPr>
          <w:lang w:eastAsia="zh-CN"/>
        </w:rPr>
        <w:t>　　新干事的到来，我被人潮名副其实地涌上了办公室部长这个位置，干事们对学生会、对大学生活的激情和期待冲击着我，我开始觉得，或许为了他们，我应该从心底接受这个工作并带领他们做到最好。第一次开部门会议就跟干事们说过，身为部长，我不一定有很强的能力，但我有一年的经验，以及绝对的热情，我会和大家一起好好努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这学期的办公室是由原信息部和办公室合并来的，原来一共是三位部长，在这之前只要一想到这里，都会觉得压力很大。其实我很害怕，怕做不好，怕给不了他们进学生会想要的锻炼，怕我离开的那天不能留给他们些什么。以前在学习部当干事，每次例会各部门报告工作情况时，我都觉得办公室、信息部的事仅仅只是“会议记录”、“信息采集”、“新闻稿”这几个词而已，现在才明白，它们的内容有多么繁杂，在别人听起来很简单的词汇可能就是我们整个部门花一个星期去攻克的事情。希望我的干事可以透彻地明白这一点，端正心态。</w:t>
      </w:r>
      <w:r>
        <w:rPr>
          <w:lang w:eastAsia="zh-CN"/>
        </w:rPr>
        <w:br/>
      </w:r>
      <w:r>
        <w:rPr>
          <w:lang w:eastAsia="zh-CN"/>
        </w:rPr>
        <w:t>　　很快，一个月过去了，总体感觉比较顺利，相对于招新期间一个人做表、赶新闻稿来说，现在有了干事的分担及陪伴，压力小了很多。五个干事都比较配合我的工作，尽管有时候教他们做比我自己去完成还要麻烦，只要他们愿意学，我一定会尽我所能提供帮助。或许很多事情我自己都不一定能做得很好，但我站在这个位置，必须以高标准来要求自己。以前从来都没有写过新闻稿，没有弄过博客，面对学生会的账目也是一头雾水，虽然在老部长那里取了很多经，还是有很多东西觉得不那么上手，但我会努力，为了自己的决定，为了有更多的东西留给我的小干事们。</w:t>
      </w:r>
      <w:r>
        <w:rPr>
          <w:lang w:eastAsia="zh-CN"/>
        </w:rPr>
        <w:br/>
      </w:r>
      <w:r>
        <w:rPr>
          <w:lang w:eastAsia="zh-CN"/>
        </w:rPr>
        <w:t>　　和同学走在路上，常常有小干事主动给我打招呼，我很开心，但这并不是虚荣，只是觉得很温暖，大家都很友善。这些是我在学生会待了一年最珍惜的东西。对待干事我也很温和，可能现在大家都觉得我脾气很好，比较好说话吧，到他们真正违反制度的时候就会见识到我真正的脾气了，呵呵……想想这些，其实当初决定咬咬牙接受这一切是值得的。</w:t>
      </w:r>
      <w:r>
        <w:rPr>
          <w:lang w:eastAsia="zh-CN"/>
        </w:rPr>
        <w:br/>
      </w:r>
      <w:r>
        <w:rPr>
          <w:lang w:eastAsia="zh-CN"/>
        </w:rPr>
        <w:t>　　至于怎么样当一个好部长，带好干事，我还在摸索当中。办公室分内的事情以后也会用心去做，努力去完善。大家一起加油咯!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白驹过隙，从我进入电信学院学生会办公室这个家庭中，已经过去两个月的时间了，在这里我感受到了如家一般的温暖，在这个大家庭中我们一起努力、共同成长，一起度过了大一上学期。转眼间，一个学期已经过去，而我成为学生干部也已有两个多月的时间，为了更好的安排今后工作，完善自身，现做出以下工作总结：</w:t>
      </w:r>
      <w:r>
        <w:rPr>
          <w:lang w:eastAsia="zh-CN"/>
        </w:rPr>
        <w:br/>
      </w:r>
      <w:r>
        <w:rPr>
          <w:lang w:eastAsia="zh-CN"/>
        </w:rPr>
        <w:t>　　一、初入学生会，成为学生干部</w:t>
      </w:r>
      <w:r>
        <w:rPr>
          <w:lang w:eastAsia="zh-CN"/>
        </w:rPr>
        <w:br/>
      </w:r>
      <w:r>
        <w:rPr>
          <w:lang w:eastAsia="zh-CN"/>
        </w:rPr>
        <w:t>　　在今年十月份，学校展开了学生会纳新活动，我身为一名刚刚进入大学的学生，对学生会有着无限的向往和期待，也希望能通过在学生会期间锻炼自身、完善自我。这些促使着我毅然决然的报名了学生会纳新活动。经过了紧张的笔试、面试，经历层层筛选，我终于如愿以偿地加入到了电信学院学生会办公室这个部门之中，拥有了四位哥哥们，也结识了一帮兄弟姐妹，18级办公室这个大家庭就这样聚集到了一起。缘分让我们在这里相遇，我们也将在今后共同努力、共同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初入学生会的我们对一切还都很懵懂，上级下达的要求常常做的不到位，惹得哥哥们很生气，但他们还是没有一丝懈怠，一步一步的教导我们如何成为一名优秀的学生干部。在工作上，哥哥们对我们进行了严谨的培训，让我们提前了解到了今后工作的大概内容，进一步提升了我们的整体能力，为今后工作开展打下良好基础。经历了一个月的磨合、锻炼，我们渐渐熟悉了在办公室内需要完成的各项工作：每当有活动时，活动结束后要写相关简讯；收取各个部门的各种材料；为各个部门分发活动后的报销款项等等。或许刚刚接触这些工作，我们总会抱怨休息的时间少、不能像别的同学一样可以随时出去玩乐，可是渐渐接受这样的生活后，我们每一天都变得更加充实、更有意义。</w:t>
      </w:r>
      <w:r>
        <w:rPr>
          <w:lang w:eastAsia="zh-CN"/>
        </w:rPr>
        <w:br/>
      </w:r>
      <w:r>
        <w:rPr>
          <w:lang w:eastAsia="zh-CN"/>
        </w:rPr>
        <w:t>　　二、进行干部学习、提升自身各项素质</w:t>
      </w:r>
      <w:r>
        <w:rPr>
          <w:lang w:eastAsia="zh-CN"/>
        </w:rPr>
        <w:br/>
      </w:r>
      <w:r>
        <w:rPr>
          <w:lang w:eastAsia="zh-CN"/>
        </w:rPr>
        <w:t>　　在我们成为学生干部的一个月之后，初级团校的学习也接踵而至，本次学习一共进行了两讲、一学、一分享。本次初级团校让我清晰的了解到团的基本知识，也意识到成功离不开团队协作，团队中每个人要各司其职、分工明确，这样的团队才拥有成功的基石。我还从七方面了解到了如何做好学生干部，为今后的工作打下良好的基础。</w:t>
      </w:r>
      <w:r>
        <w:rPr>
          <w:lang w:eastAsia="zh-CN"/>
        </w:rPr>
        <w:br/>
      </w:r>
      <w:r>
        <w:rPr>
          <w:lang w:eastAsia="zh-CN"/>
        </w:rPr>
        <w:t>　　我们是学校中相对优秀的一批人，学生干部的表现就是一个学校好坏的外在体现，因此我们应时刻严格要求自己，时刻注意自己的一言一行，在内我们是学校学生的榜样，在外体现的是我们华德人的高素质文明行为，所以我们应该时刻严格要求自己，以学校颁布的规章制度来约束自己，时刻做到明确自身职责，展现出自己最好的一面。</w:t>
      </w:r>
      <w:r>
        <w:rPr>
          <w:lang w:eastAsia="zh-CN"/>
        </w:rPr>
        <w:br/>
      </w:r>
      <w:r>
        <w:rPr>
          <w:lang w:eastAsia="zh-CN"/>
        </w:rPr>
        <w:t>　　一个学期已经过去了，我在将把在本学期我看到的、学到的都将认真记在心中，学以致用，在做好一个学生的本职工作外，尽力提升自己的能力，将所学到的全部融入到自己的一言一行当中去，努力跟随上级的领导，全面提升自身各方面素质。在今后，将自己最好的一面展现出来。</w:t>
      </w:r>
      <w:r>
        <w:rPr>
          <w:lang w:eastAsia="zh-CN"/>
        </w:rPr>
        <w:br/>
      </w:r>
      <w:r>
        <w:rPr>
          <w:lang w:eastAsia="zh-CN"/>
        </w:rPr>
        <w:t>　　三、无悔青春、追梦未来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眼看一个学期的学习生活已经过去了，而我们身为学生会干事的生涯也已过去一半。在今年我们成为了一名大学生，进入大学求得更广阔的知识海洋，而与此同时我也进入了学生会，开始了我另一段人生旅程。这半年里我们不断失败但也不断成长，学生会内的高标准严要求也使得我们朝着更远的地方飞翔，这将会是我们今后回忆大学生活时，浮现出的最美好的场景。在这里虽然有着严格的要求、做不完的工作，但也有着最真挚、最美好的感情，有着如家人一般的温暖。今年的工作就要结束了，我们尽管有着许多的不足和缺点，但我们也逐渐一步一步的变得更为优秀、更加独立，更有着四位如亲哥哥般的主席、部长的关心与培养。在下一年的学习工作中，我一定尽到自己能力的全部，做到能独立完成安排下来的各项任务，将各项任务按要求做到最好，不辜负任何人对我的期望，做最好的自己。</w:t>
      </w:r>
      <w:r>
        <w:rPr>
          <w:lang w:eastAsia="zh-CN"/>
        </w:rPr>
        <w:br/>
      </w:r>
      <w:r>
        <w:rPr>
          <w:lang w:eastAsia="zh-CN"/>
        </w:rPr>
        <w:t xml:space="preserve">    学生会办公室工作总结精选篇 篇15 </w:t>
      </w:r>
      <w:r>
        <w:rPr>
          <w:lang w:eastAsia="zh-CN"/>
        </w:rPr>
        <w:br/>
      </w:r>
      <w:r>
        <w:rPr>
          <w:lang w:eastAsia="zh-CN"/>
        </w:rPr>
        <w:t>　　一、协助学生会主席管理学生会</w:t>
      </w:r>
      <w:r>
        <w:rPr>
          <w:lang w:eastAsia="zh-CN"/>
        </w:rPr>
        <w:br/>
      </w:r>
      <w:r>
        <w:rPr>
          <w:lang w:eastAsia="zh-CN"/>
        </w:rPr>
        <w:t>　　办公室作为学生会主席的臂膀，为了加强主席的核心作用、强化学生管理，办公室着力完善各项制度，充分发挥办公室职能，做好学生工作。这学期协助学生会开展了家摄影比赛、经典诵读大赛、手工艺作品展、宿舍文化创意设计大赛、“创业一条街”实践活动等，丰富了同学们的课余文化生活，充分体现了学生会服务于同学的方针，获得了老师，学生会成员的一致肯定。</w:t>
      </w:r>
      <w:r>
        <w:rPr>
          <w:lang w:eastAsia="zh-CN"/>
        </w:rPr>
        <w:br/>
      </w:r>
      <w:r>
        <w:rPr>
          <w:lang w:eastAsia="zh-CN"/>
        </w:rPr>
        <w:t>　　二、会议记录与会务筹备工作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办公室主要负责会议通知、会议地点安排等工作，组织召开日常内部例会、临时会议、主席团会议，并做好相应的会议记录，及时整理了会议纪要，向各组织、各部门传达了相关会议精神。</w:t>
      </w:r>
      <w:r>
        <w:rPr>
          <w:lang w:eastAsia="zh-CN"/>
        </w:rPr>
        <w:br/>
      </w:r>
      <w:r>
        <w:rPr>
          <w:lang w:eastAsia="zh-CN"/>
        </w:rPr>
        <w:t>　　三、认真执行办公室职责，加强各项常规工作</w:t>
      </w:r>
      <w:r>
        <w:rPr>
          <w:lang w:eastAsia="zh-CN"/>
        </w:rPr>
        <w:br/>
      </w:r>
      <w:r>
        <w:rPr>
          <w:lang w:eastAsia="zh-CN"/>
        </w:rPr>
        <w:t>　　办公室作为联系主席团和各部门的纽带，我们在本年度中继续充分发挥“上传下达”的职能作用和协调作用，督促各部门执行相关制度，协助各部门开展各项工作，加强与各部的沟通并传达相关事宜;</w:t>
      </w:r>
      <w:r>
        <w:rPr>
          <w:lang w:eastAsia="zh-CN"/>
        </w:rPr>
        <w:br/>
      </w:r>
      <w:r>
        <w:rPr>
          <w:lang w:eastAsia="zh-CN"/>
        </w:rPr>
        <w:t>　　四、档案整理与管理、建立和完善工作</w:t>
      </w:r>
      <w:r>
        <w:rPr>
          <w:lang w:eastAsia="zh-CN"/>
        </w:rPr>
        <w:br/>
      </w:r>
      <w:r>
        <w:rPr>
          <w:lang w:eastAsia="zh-CN"/>
        </w:rPr>
        <w:t>　　本学期我们组织干部对我部档案进行了整理，学期初办公室为每部都准备了一个档案盒，方便各部的文件存放，根据各部开学工作计划，对各部的材料进行检查，各项活动总结计划等是否齐全，并及时要求补上相关文件材料。</w:t>
      </w:r>
      <w:r>
        <w:rPr>
          <w:lang w:eastAsia="zh-CN"/>
        </w:rPr>
        <w:br/>
      </w:r>
      <w:r>
        <w:rPr>
          <w:lang w:eastAsia="zh-CN"/>
        </w:rPr>
        <w:t>　　五、下学期工作展望</w:t>
      </w:r>
      <w:r>
        <w:rPr>
          <w:lang w:eastAsia="zh-CN"/>
        </w:rPr>
        <w:br/>
      </w:r>
      <w:r>
        <w:rPr>
          <w:lang w:eastAsia="zh-CN"/>
        </w:rPr>
        <w:t>　　下一学期，办公室将继续协助主席团工作，发挥学生会“秘书处”、“纽带”的作用，做好我系学生会和其它系之间、各部门和各部门之间的联系、协调工作。继续发挥办公室在学生会中“家”的作用。</w:t>
      </w:r>
      <w:r>
        <w:rPr>
          <w:lang w:eastAsia="zh-CN"/>
        </w:rPr>
        <w:br/>
      </w:r>
      <w:r>
        <w:rPr>
          <w:lang w:eastAsia="zh-CN"/>
        </w:rPr>
        <w:t>　　在活动开展方面，还会一如既往的协助各部办好各种各样的活动，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r>
        <w:rPr>
          <w:lang w:eastAsia="zh-CN"/>
        </w:rPr>
        <w:br/>
      </w:r>
      <w:r>
        <w:rPr>
          <w:lang w:eastAsia="zh-CN"/>
        </w:rPr>
        <w:t xml:space="preserve">    学生会办公室工作总结精选篇 篇16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转眼又到期末，本学年办公室的工作也已进入尾声。现对这一学年本部门的常规工作作如下总结：</w:t>
      </w:r>
      <w:r>
        <w:rPr>
          <w:lang w:eastAsia="zh-CN"/>
        </w:rPr>
        <w:br/>
      </w:r>
      <w:r>
        <w:rPr>
          <w:lang w:eastAsia="zh-CN"/>
        </w:rPr>
        <w:t>　　一、开学伊始，与其它部门一起开展了我系新一届系干的选拔工作，办公室新招进三名委员。</w:t>
      </w:r>
      <w:r>
        <w:rPr>
          <w:lang w:eastAsia="zh-CN"/>
        </w:rPr>
        <w:br/>
      </w:r>
      <w:r>
        <w:rPr>
          <w:lang w:eastAsia="zh-CN"/>
        </w:rPr>
        <w:t>　　二、对办公室进行了新的布置，整体布局有了很大变化，并做了彻底清理工作，使办公室更显整洁、舒适，为其他系干营造了一个舒心的工作环境。</w:t>
      </w:r>
      <w:r>
        <w:rPr>
          <w:lang w:eastAsia="zh-CN"/>
        </w:rPr>
        <w:br/>
      </w:r>
      <w:r>
        <w:rPr>
          <w:lang w:eastAsia="zh-CN"/>
        </w:rPr>
        <w:t>　　三、制定了新的办公室值班表，并与组织部一同进行了监督工作，保持了办公室的卫生清洁。</w:t>
      </w:r>
      <w:r>
        <w:rPr>
          <w:lang w:eastAsia="zh-CN"/>
        </w:rPr>
        <w:br/>
      </w:r>
      <w:r>
        <w:rPr>
          <w:lang w:eastAsia="zh-CN"/>
        </w:rPr>
        <w:t>　　四、积极配合其它部门做好我系在校园文化艺术节中的特色活动和其他大型活动，做好相关工作。</w:t>
      </w:r>
      <w:r>
        <w:rPr>
          <w:lang w:eastAsia="zh-CN"/>
        </w:rPr>
        <w:br/>
      </w:r>
      <w:r>
        <w:rPr>
          <w:lang w:eastAsia="zh-CN"/>
        </w:rPr>
        <w:t>　　五、与组织部、监察部一同开展了我系每月的干部推优工作，确保了我系评优工作的顺利开展。</w:t>
      </w:r>
      <w:r>
        <w:rPr>
          <w:lang w:eastAsia="zh-CN"/>
        </w:rPr>
        <w:br/>
      </w:r>
      <w:r>
        <w:rPr>
          <w:lang w:eastAsia="zh-CN"/>
        </w:rPr>
        <w:t>　　六、期末对20__年一年的材料进行了整理入档，以便日后查阅。由于全院学生分会评优工作推迟至下学年，在资料整理时，并未做补漏工作。</w:t>
      </w:r>
      <w:r>
        <w:rPr>
          <w:lang w:eastAsia="zh-CN"/>
        </w:rPr>
        <w:br/>
      </w:r>
      <w:r>
        <w:rPr>
          <w:lang w:eastAsia="zh-CN"/>
        </w:rPr>
        <w:t>　　总的来说，在常规工作方面，我们均开展得比较顺利，也取得了较好的成效。但是，在自主开展特色活动方面还做得不够，本学年办公室未主办任何活动。也没有与其它系部办公室做好沟通工作。希望在下学年，我们能继续发展自身优势，不断完善自身工作体系，使办公室的工作更上一层台阶。</w:t>
      </w:r>
      <w:r>
        <w:rPr>
          <w:lang w:eastAsia="zh-CN"/>
        </w:rPr>
        <w:br/>
      </w:r>
      <w:r>
        <w:rPr>
          <w:lang w:eastAsia="zh-CN"/>
        </w:rPr>
        <w:t xml:space="preserve">    学生会办公室工作总结精选篇 篇17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学年伊始，我们学生会搞了一系列的活动，而且都取得了较好的成绩。通过各部的相互努力，我们获得了不少经验。但针对我们办公室主要举办的活动却不是那么多，可能是因为部室职能的原因吧，总是要努力协调各个部室以保证他们的活动能够顺利进行，所以只能“牺牲小我，成就大我”了，不过我很欣慰干事们没有什么意见。在办公室主任刘翠翠的带领下我们还是有了自己办活动的经历与经验了。</w:t>
      </w:r>
      <w:r>
        <w:rPr>
          <w:lang w:eastAsia="zh-CN"/>
        </w:rPr>
        <w:br/>
      </w:r>
      <w:r>
        <w:rPr>
          <w:lang w:eastAsia="zh-CN"/>
        </w:rPr>
        <w:t>　　一、工作性质活动的安排</w:t>
      </w:r>
      <w:r>
        <w:rPr>
          <w:lang w:eastAsia="zh-CN"/>
        </w:rPr>
        <w:br/>
      </w:r>
      <w:r>
        <w:rPr>
          <w:lang w:eastAsia="zh-CN"/>
        </w:rPr>
        <w:t>　　1、组织全体例会，学期内的校学生会内部例会都会定期举行，主要活动内容和会议流程是由我们办公室全权负责。每个学期都有大概安排三次全体例会，都是由我们办公室负责向主席团提出申请。我认为定期进行例会制度是非常有必要的，大家可以坐到一起或是交流经验或是共同探讨，都是大有裨益的。</w:t>
      </w:r>
      <w:r>
        <w:rPr>
          <w:lang w:eastAsia="zh-CN"/>
        </w:rPr>
        <w:br/>
      </w:r>
      <w:r>
        <w:rPr>
          <w:lang w:eastAsia="zh-CN"/>
        </w:rPr>
        <w:t>　　2、优秀学生分会的评选，主要由我部与自律部两个部室负责。此次活动是由团委要求，我们校学生会负责评选。目的是加强各系学生会的整体能力，并对各系去年的工作给予相应的肯定。所以，办公室和自律部在上一段时间进行紧张的评选，通过各方面的数据公平、公正地审核。</w:t>
      </w:r>
      <w:r>
        <w:rPr>
          <w:lang w:eastAsia="zh-CN"/>
        </w:rPr>
        <w:br/>
      </w:r>
      <w:r>
        <w:rPr>
          <w:lang w:eastAsia="zh-CN"/>
        </w:rPr>
        <w:t>　　3。还有一些特定时期的特定活动都是由办公室人员负责安排工作，比如定期的干部培训班、学期开始的慰问新生、评选优秀学生分会、优秀部室等活动。办公室每天基本上都在工作，而且都是一些十分琐碎的事情，但我相信惟有可以做好小事的人才能做大事。</w:t>
      </w:r>
      <w:r>
        <w:rPr>
          <w:lang w:eastAsia="zh-CN"/>
        </w:rPr>
        <w:br/>
      </w:r>
    </w:p>
    <w:p w:rsidR="001B1F19" w14:textId="27C3F48A">
      <w:pPr>
        <w:rPr>
          <w:rFonts w:hint="eastAsia"/>
          <w:lang w:eastAsia="zh-CN"/>
        </w:rPr>
      </w:pPr>
      <w:r>
        <w:rPr>
          <w:lang w:eastAsia="zh-CN"/>
        </w:rPr>
        <w:t>　　二、文娱趣味性活动</w:t>
      </w:r>
      <w:r>
        <w:rPr>
          <w:lang w:eastAsia="zh-CN"/>
        </w:rPr>
        <w:br/>
      </w:r>
      <w:r>
        <w:rPr>
          <w:lang w:eastAsia="zh-CN"/>
        </w:rPr>
        <w:t>　　1、20__年_月，办公室主办了学生会内部联谊趣味篮球赛。此次活动重在参与，由男女混合进行比赛，分为__级和__级两支队伍，比赛一开始真是打得火热，球场上队员们奋力拼搏，球场下观众们加油呐喊，这是一派热闹非凡呢。其实这就是我们的目的，在体现了趣味的同时又加强了两个年级的联系，起到了一个磨合的效果，增加了他们之间的默契，会使我们今后的开展工作提供了便利条件。</w:t>
      </w:r>
      <w:r>
        <w:rPr>
          <w:lang w:eastAsia="zh-CN"/>
        </w:rPr>
        <w:br/>
      </w:r>
      <w:r>
        <w:rPr>
          <w:lang w:eastAsia="zh-CN"/>
        </w:rPr>
        <w:t>　　在本月我们办公室又主办了一次别开生面的“老部长送别会”，经过紧张激烈的换届流程，我们迎来了新的一批既热情又实干的部长和干事。同样我们也要用非凡的热情与不舍送走曾经为我们整日奔波辛苦的老部长们。那天晚上，大家畅所欲言，谈笑风生，这是一场欢乐的盛宴，也是一场充满期望与寄托的交流会，还是一场离别与感伤的送别会。本次活动举办的相当成功，受到主席与广大老部长们的赞同。</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https://d.book118.com/658035030036006042</w:t>
        </w:r>
      </w:hyperlink>
    </w:p>
    <w:p w:rsidR="001B1F19">
      <w:pPr>
        <w:rPr>
          <w:rFonts w:hint="eastAsia"/>
          <w:lang w:eastAsia="zh-CN"/>
        </w:rPr>
      </w:pPr>
    </w:p>
    <w:sectPr>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58035030036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