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Title"/>
        <w:jc w:val="center"/>
      </w:pPr>
      <w:r>
        <w:rPr>
          <w:rFonts w:ascii="宋体" w:eastAsia="宋体" w:hAnsi="宋体"/>
          <w:sz w:val="36"/>
        </w:rPr>
        <w:t>抗冰除雪的应急预案</w:t>
      </w:r>
    </w:p>
    <w:p>
      <w:pPr>
        <w:spacing w:before="100" w:after="200" w:line="360" w:lineRule="auto"/>
        <w:ind w:firstLine="576"/>
        <w:jc w:val="left"/>
      </w:pPr>
      <w:r>
        <w:rPr>
          <w:rFonts w:ascii="宋体" w:eastAsia="宋体" w:hAnsi="宋体"/>
          <w:sz w:val="28"/>
        </w:rPr>
        <w:t>为做好全市教体系统预防雨雪冰冻恶劣天气应对处理工作，保障师生人身生命财产安全，依据《中华人民共和国突发事件应对法》、河北省人民政府《关于全面加强应急管理工作的意见》（冀政【20xx】24号）及泊头市教育体育局《泊头市教体系统突发事件应急预案》规定要求，结合我市实际，制定本预案。</w:t>
      </w:r>
    </w:p>
    <w:p>
      <w:pPr>
        <w:spacing w:before="100" w:after="200" w:line="360" w:lineRule="auto"/>
        <w:jc w:val="left"/>
      </w:pPr>
      <w:r>
        <w:rPr>
          <w:rFonts w:ascii="宋体 (中文正文)" w:eastAsia="宋体" w:hAnsi="宋体 (中文正文)"/>
          <w:b/>
          <w:sz w:val="28"/>
        </w:rPr>
        <w:t>一、指导思想</w:t>
      </w:r>
    </w:p>
    <w:p>
      <w:pPr>
        <w:spacing w:before="100" w:after="200" w:line="360" w:lineRule="auto"/>
        <w:ind w:firstLine="576"/>
        <w:jc w:val="left"/>
      </w:pPr>
      <w:r>
        <w:rPr>
          <w:rFonts w:ascii="宋体" w:eastAsia="宋体" w:hAnsi="宋体"/>
          <w:sz w:val="28"/>
        </w:rPr>
        <w:t>以“十八大”精神为指导，以国家、省、市《安全生产法》为依据，以维护广大师生员工的生命财产安全为目标，积极开展各种应对雨雪冰冻恶劣天气的预防应对工作，确保全市中小学、幼儿园冬、春季各项教育教学工作的顺利开展。</w:t>
      </w:r>
    </w:p>
    <w:p>
      <w:pPr>
        <w:spacing w:before="100" w:after="200" w:line="360" w:lineRule="auto"/>
        <w:jc w:val="left"/>
      </w:pPr>
      <w:r>
        <w:rPr>
          <w:rFonts w:ascii="宋体 (中文正文)" w:eastAsia="宋体" w:hAnsi="宋体 (中文正文)"/>
          <w:b/>
          <w:sz w:val="28"/>
        </w:rPr>
        <w:t>二、工作原则</w:t>
      </w:r>
    </w:p>
    <w:p>
      <w:pPr>
        <w:spacing w:before="100" w:after="200" w:line="360" w:lineRule="auto"/>
        <w:ind w:firstLine="576"/>
        <w:jc w:val="left"/>
      </w:pPr>
      <w:r>
        <w:rPr>
          <w:rFonts w:ascii="宋体" w:eastAsia="宋体" w:hAnsi="宋体"/>
          <w:sz w:val="28"/>
        </w:rPr>
        <w:t>统一指挥，分级管理，整体联动，落实到位。</w:t>
      </w:r>
    </w:p>
    <w:p>
      <w:pPr>
        <w:spacing w:before="100" w:after="200" w:line="360" w:lineRule="auto"/>
        <w:jc w:val="left"/>
      </w:pPr>
      <w:r>
        <w:rPr>
          <w:rFonts w:ascii="宋体 (中文正文)" w:eastAsia="宋体" w:hAnsi="宋体 (中文正文)"/>
          <w:b/>
          <w:sz w:val="28"/>
        </w:rPr>
        <w:t>三、编制依据及适用范围</w:t>
      </w:r>
    </w:p>
    <w:p>
      <w:pPr>
        <w:spacing w:before="100" w:after="200" w:line="360" w:lineRule="auto"/>
        <w:ind w:firstLine="576"/>
        <w:jc w:val="left"/>
      </w:pPr>
      <w:r>
        <w:rPr>
          <w:rFonts w:ascii="宋体" w:eastAsia="宋体" w:hAnsi="宋体"/>
          <w:sz w:val="28"/>
        </w:rPr>
        <w:t>该预案依据《中华人民共和国突发事件应对法》和河北省、沧州市《关于加强应急管理的工作意见》等有关规定制定，适用于全市各中小学、幼儿园。</w:t>
      </w:r>
    </w:p>
    <w:p>
      <w:pPr>
        <w:spacing w:before="100" w:after="200" w:line="360" w:lineRule="auto"/>
        <w:jc w:val="left"/>
      </w:pPr>
      <w:r>
        <w:rPr>
          <w:rFonts w:ascii="宋体 (中文正文)" w:eastAsia="宋体" w:hAnsi="宋体 (中文正文)"/>
          <w:b/>
          <w:sz w:val="28"/>
        </w:rPr>
        <w:t>四、组织机构</w:t>
      </w:r>
    </w:p>
    <w:p>
      <w:pPr>
        <w:spacing w:before="100" w:after="200" w:line="360" w:lineRule="auto"/>
        <w:ind w:firstLine="576"/>
        <w:jc w:val="left"/>
      </w:pPr>
      <w:r>
        <w:rPr>
          <w:rFonts w:ascii="宋体" w:eastAsia="宋体" w:hAnsi="宋体"/>
          <w:sz w:val="28"/>
        </w:rPr>
        <w:t>（一）领导机构</w:t>
      </w:r>
    </w:p>
    <w:p>
      <w:pPr>
        <w:spacing w:before="100" w:after="200" w:line="360" w:lineRule="auto"/>
        <w:ind w:firstLine="576"/>
        <w:jc w:val="left"/>
      </w:pPr>
      <w:r>
        <w:rPr>
          <w:rFonts w:ascii="宋体" w:eastAsia="宋体" w:hAnsi="宋体"/>
          <w:sz w:val="28"/>
        </w:rPr>
        <w:t>泊头市教体局成立预防雨雪冰冻恶劣天气灾害指挥部</w:t>
      </w:r>
    </w:p>
    <w:p>
      <w:pPr>
        <w:spacing w:before="100" w:after="200" w:line="360" w:lineRule="auto"/>
        <w:ind w:firstLine="576"/>
        <w:jc w:val="left"/>
        <w:sectPr w:rsidSect="00034616">
          <w:pgSz w:w="11906" w:h="16838"/>
          <w:pgMar w:top="1440" w:right="1440" w:bottom="1440" w:left="1440" w:header="720" w:footer="720" w:gutter="0"/>
          <w:cols w:space="720"/>
          <w:docGrid w:linePitch="360"/>
        </w:sectPr>
      </w:pPr>
      <w:r>
        <w:rPr>
          <w:rFonts w:ascii="宋体" w:eastAsia="宋体" w:hAnsi="宋体"/>
          <w:sz w:val="28"/>
        </w:rPr>
        <w:t>总指挥：陈磊</w:t>
      </w:r>
    </w:p>
    <w:p>
      <w:pPr>
        <w:spacing w:before="100" w:after="200" w:line="360" w:lineRule="auto"/>
        <w:ind w:firstLine="576"/>
        <w:jc w:val="left"/>
      </w:pPr>
      <w:r>
        <w:rPr>
          <w:rFonts w:ascii="宋体" w:eastAsia="宋体" w:hAnsi="宋体"/>
          <w:sz w:val="28"/>
        </w:rPr>
        <w:t>副总指挥：xx</w:t>
      </w:r>
    </w:p>
    <w:p>
      <w:pPr>
        <w:spacing w:before="100" w:after="200" w:line="360" w:lineRule="auto"/>
        <w:ind w:firstLine="576"/>
        <w:jc w:val="left"/>
      </w:pPr>
      <w:r>
        <w:rPr>
          <w:rFonts w:ascii="宋体" w:eastAsia="宋体" w:hAnsi="宋体"/>
          <w:sz w:val="28"/>
        </w:rPr>
        <w:t>成员：局机关各科室负责人、各中小学校长、幼儿园园长</w:t>
      </w:r>
    </w:p>
    <w:p>
      <w:pPr>
        <w:spacing w:before="100" w:after="200" w:line="360" w:lineRule="auto"/>
        <w:ind w:firstLine="576"/>
        <w:jc w:val="left"/>
      </w:pPr>
      <w:r>
        <w:rPr>
          <w:rFonts w:ascii="宋体" w:eastAsia="宋体" w:hAnsi="宋体"/>
          <w:sz w:val="28"/>
        </w:rPr>
        <w:t>（二）运行管理机构</w:t>
      </w:r>
    </w:p>
    <w:p>
      <w:pPr>
        <w:spacing w:before="100" w:after="200" w:line="360" w:lineRule="auto"/>
        <w:ind w:firstLine="576"/>
        <w:jc w:val="left"/>
      </w:pPr>
      <w:r>
        <w:rPr>
          <w:rFonts w:ascii="宋体" w:eastAsia="宋体" w:hAnsi="宋体"/>
          <w:sz w:val="28"/>
        </w:rPr>
        <w:t>成立泊头市教体系统预防雨雪冰冻恶劣天气灾害工作管理办公室（安全科），负责日常雨雪冰冻恶劣天气灾害预防工作的业务指导和报告、信息沟通工作。</w:t>
      </w:r>
    </w:p>
    <w:p>
      <w:pPr>
        <w:spacing w:before="100" w:after="200" w:line="360" w:lineRule="auto"/>
        <w:ind w:firstLine="576"/>
        <w:jc w:val="left"/>
      </w:pPr>
      <w:r>
        <w:rPr>
          <w:rFonts w:ascii="宋体" w:eastAsia="宋体" w:hAnsi="宋体"/>
          <w:sz w:val="28"/>
        </w:rPr>
        <w:t>负责人：邓勇</w:t>
      </w:r>
    </w:p>
    <w:p>
      <w:pPr>
        <w:spacing w:before="100" w:after="200" w:line="360" w:lineRule="auto"/>
        <w:ind w:firstLine="576"/>
        <w:jc w:val="left"/>
      </w:pPr>
      <w:r>
        <w:rPr>
          <w:rFonts w:ascii="宋体" w:eastAsia="宋体" w:hAnsi="宋体"/>
          <w:sz w:val="28"/>
        </w:rPr>
        <w:t>（三）应急措施</w:t>
      </w:r>
    </w:p>
    <w:p>
      <w:pPr>
        <w:spacing w:before="100" w:after="200" w:line="360" w:lineRule="auto"/>
        <w:ind w:firstLine="576"/>
        <w:jc w:val="left"/>
      </w:pPr>
      <w:r>
        <w:rPr>
          <w:rFonts w:ascii="宋体" w:eastAsia="宋体" w:hAnsi="宋体"/>
          <w:sz w:val="28"/>
        </w:rPr>
        <w:t>1、实行一把手责任制</w:t>
      </w:r>
    </w:p>
    <w:p>
      <w:pPr>
        <w:spacing w:before="100" w:after="200" w:line="360" w:lineRule="auto"/>
        <w:ind w:firstLine="576"/>
        <w:jc w:val="left"/>
      </w:pPr>
      <w:r>
        <w:rPr>
          <w:rFonts w:ascii="宋体" w:eastAsia="宋体" w:hAnsi="宋体"/>
          <w:sz w:val="28"/>
        </w:rPr>
        <w:t>（1）教体局主要领导负责全面工作，分管领导具体指导中小学、幼儿园抓好落实。</w:t>
      </w:r>
    </w:p>
    <w:p>
      <w:pPr>
        <w:spacing w:before="100" w:after="200" w:line="360" w:lineRule="auto"/>
        <w:ind w:firstLine="576"/>
        <w:jc w:val="left"/>
      </w:pPr>
      <w:r>
        <w:rPr>
          <w:rFonts w:ascii="宋体" w:eastAsia="宋体" w:hAnsi="宋体"/>
          <w:sz w:val="28"/>
        </w:rPr>
        <w:t>（2）教体局班子成员抓好所包片中小学、幼儿园的落实工作。</w:t>
      </w:r>
    </w:p>
    <w:p>
      <w:pPr>
        <w:spacing w:before="100" w:after="200" w:line="360" w:lineRule="auto"/>
        <w:ind w:firstLine="576"/>
        <w:jc w:val="left"/>
      </w:pPr>
      <w:r>
        <w:rPr>
          <w:rFonts w:ascii="宋体" w:eastAsia="宋体" w:hAnsi="宋体"/>
          <w:sz w:val="28"/>
        </w:rPr>
        <w:t>（3）中小学、幼儿园校长或园长负责抓好本单位各项工作的落实。</w:t>
      </w:r>
    </w:p>
    <w:p>
      <w:pPr>
        <w:spacing w:before="100" w:after="200" w:line="360" w:lineRule="auto"/>
        <w:ind w:firstLine="576"/>
        <w:jc w:val="left"/>
      </w:pPr>
      <w:r>
        <w:rPr>
          <w:rFonts w:ascii="宋体" w:eastAsia="宋体" w:hAnsi="宋体"/>
          <w:sz w:val="28"/>
        </w:rPr>
        <w:t>2、中小学、幼儿园要及时掌握和处理因雨雪冰冻造成的安全隐患，包括学校的校舍等建筑设施，车棚、篮球架、宣传栏、旗杆、电线等设备设施和花草树木等，出现损坏及时修复。</w:t>
      </w:r>
    </w:p>
    <w:p>
      <w:pPr>
        <w:spacing w:before="100" w:after="200" w:line="360" w:lineRule="auto"/>
        <w:ind w:firstLine="576"/>
        <w:jc w:val="left"/>
      </w:pPr>
      <w:r>
        <w:rPr>
          <w:rFonts w:ascii="宋体" w:eastAsia="宋体" w:hAnsi="宋体"/>
          <w:sz w:val="28"/>
        </w:rPr>
        <w:t>3、实行灾情一日一报制度。</w:t>
      </w:r>
    </w:p>
    <w:p>
      <w:pPr>
        <w:spacing w:before="100" w:after="200" w:line="360" w:lineRule="auto"/>
        <w:ind w:firstLine="576"/>
        <w:jc w:val="left"/>
      </w:pPr>
      <w:r>
        <w:rPr>
          <w:rFonts w:ascii="宋体" w:eastAsia="宋体" w:hAnsi="宋体"/>
          <w:sz w:val="28"/>
        </w:rPr>
        <w:t>（四）预警级别</w:t>
      </w:r>
    </w:p>
    <w:p>
      <w:pPr>
        <w:spacing w:before="100" w:after="200" w:line="360" w:lineRule="auto"/>
        <w:ind w:firstLine="576"/>
        <w:jc w:val="left"/>
        <w:sectPr w:rsidSect="00034616">
          <w:type w:val="nextPage"/>
          <w:pgSz w:w="11906" w:h="16838"/>
          <w:pgMar w:top="1440" w:right="1440" w:bottom="1440" w:left="1440" w:header="720" w:footer="720" w:gutter="0"/>
          <w:pgNumType w:start="2"/>
          <w:cols w:space="720"/>
          <w:titlePg w:val="0"/>
          <w:docGrid w:linePitch="360"/>
        </w:sectPr>
      </w:pPr>
      <w:r>
        <w:rPr>
          <w:rFonts w:ascii="宋体" w:eastAsia="宋体" w:hAnsi="宋体"/>
          <w:sz w:val="28"/>
        </w:rPr>
        <w:t>雪灾预警信号分三级，分别以黄色、橙色、红色表示。</w:t>
      </w:r>
    </w:p>
    <w:p>
      <w:pPr>
        <w:spacing w:before="100" w:after="200" w:line="360" w:lineRule="auto"/>
        <w:ind w:firstLine="576"/>
        <w:jc w:val="left"/>
      </w:pPr>
      <w:r>
        <w:rPr>
          <w:rFonts w:ascii="宋体" w:eastAsia="宋体" w:hAnsi="宋体"/>
          <w:sz w:val="28"/>
        </w:rPr>
        <w:t>1、黄色预警信号含义：12小时内可能出现对交通有影响的雨雪冰冻。</w:t>
      </w:r>
    </w:p>
    <w:p>
      <w:pPr>
        <w:spacing w:before="100" w:after="200" w:line="360" w:lineRule="auto"/>
        <w:ind w:firstLine="576"/>
        <w:jc w:val="left"/>
      </w:pPr>
      <w:r>
        <w:rPr>
          <w:rFonts w:ascii="宋体" w:eastAsia="宋体" w:hAnsi="宋体"/>
          <w:sz w:val="28"/>
        </w:rPr>
        <w:t>2、橙色预警信号含义：6小时内可能出现对交通有较大影响，或者已经出现对交通有较大影响的雨雪冰冻并可能持续。</w:t>
      </w:r>
    </w:p>
    <w:p>
      <w:pPr>
        <w:spacing w:before="100" w:after="200" w:line="360" w:lineRule="auto"/>
        <w:ind w:firstLine="576"/>
        <w:jc w:val="left"/>
      </w:pPr>
      <w:r>
        <w:rPr>
          <w:rFonts w:ascii="宋体" w:eastAsia="宋体" w:hAnsi="宋体"/>
          <w:sz w:val="28"/>
        </w:rPr>
        <w:t>3、红色预警信号含义：2小时内可能出现对交通有很大影响的降雪，或者已经出现对交通有很大的雨雪冰冻并可能持续。</w:t>
      </w:r>
    </w:p>
    <w:p>
      <w:pPr>
        <w:spacing w:before="100" w:after="200" w:line="360" w:lineRule="auto"/>
        <w:ind w:firstLine="576"/>
        <w:jc w:val="left"/>
      </w:pPr>
      <w:r>
        <w:rPr>
          <w:rFonts w:ascii="宋体" w:eastAsia="宋体" w:hAnsi="宋体"/>
          <w:sz w:val="28"/>
        </w:rPr>
        <w:t>（五）应急响应</w:t>
      </w:r>
    </w:p>
    <w:p>
      <w:pPr>
        <w:spacing w:before="100" w:after="200" w:line="360" w:lineRule="auto"/>
        <w:ind w:firstLine="576"/>
        <w:jc w:val="left"/>
      </w:pPr>
      <w:r>
        <w:rPr>
          <w:rFonts w:ascii="宋体" w:eastAsia="宋体" w:hAnsi="宋体"/>
          <w:sz w:val="28"/>
        </w:rPr>
        <w:t>1、一般（III级），各中小学、幼儿园上报市教体局办公室，并根据灾情由各单位一把手及领导小组来具体实施应急指挥工作。</w:t>
      </w:r>
    </w:p>
    <w:p>
      <w:pPr>
        <w:spacing w:before="100" w:after="200" w:line="360" w:lineRule="auto"/>
        <w:ind w:firstLine="576"/>
        <w:jc w:val="left"/>
      </w:pPr>
      <w:r>
        <w:rPr>
          <w:rFonts w:ascii="宋体" w:eastAsia="宋体" w:hAnsi="宋体"/>
          <w:sz w:val="28"/>
        </w:rPr>
        <w:t>2、较重（II级），各中小学、幼儿园上报市教体局办公室，预防雨雪冰冻灾害指挥部，由指挥部分管领导副局长亲自指挥，各单位的校长、园长协助实施应急救援工作。</w:t>
      </w:r>
    </w:p>
    <w:p>
      <w:pPr>
        <w:spacing w:before="100" w:after="200" w:line="360" w:lineRule="auto"/>
        <w:ind w:firstLine="576"/>
        <w:jc w:val="left"/>
      </w:pPr>
      <w:r>
        <w:rPr>
          <w:rFonts w:ascii="宋体" w:eastAsia="宋体" w:hAnsi="宋体"/>
          <w:sz w:val="28"/>
        </w:rPr>
        <w:t>3、严重（I级），各中小学、幼儿园在第一时间内上报泊头市教体系统预防暴风雪灾害指挥部，由教体局预防雨雪冰冻恶劣天气灾害指挥部统一指挥，校长、幼儿园园长积极协助应急救灾工作。</w:t>
      </w:r>
    </w:p>
    <w:p>
      <w:pPr>
        <w:spacing w:before="100" w:after="200" w:line="360" w:lineRule="auto"/>
        <w:ind w:firstLine="576"/>
        <w:jc w:val="left"/>
      </w:pPr>
      <w:r>
        <w:rPr>
          <w:rFonts w:ascii="宋体" w:eastAsia="宋体" w:hAnsi="宋体"/>
          <w:sz w:val="28"/>
        </w:rPr>
        <w:t>（六）应急处置</w:t>
      </w:r>
    </w:p>
    <w:p>
      <w:pPr>
        <w:spacing w:before="100" w:after="200" w:line="360" w:lineRule="auto"/>
        <w:ind w:firstLine="576"/>
        <w:jc w:val="left"/>
        <w:sectPr w:rsidSect="00034616">
          <w:type w:val="nextPage"/>
          <w:pgSz w:w="11906" w:h="16838"/>
          <w:pgMar w:top="1440" w:right="1440" w:bottom="1440" w:left="1440" w:header="720" w:footer="720" w:gutter="0"/>
          <w:pgNumType w:start="3"/>
          <w:cols w:space="720"/>
          <w:titlePg w:val="0"/>
          <w:docGrid w:linePitch="360"/>
        </w:sectPr>
      </w:pPr>
      <w:r>
        <w:rPr>
          <w:rFonts w:ascii="宋体" w:eastAsia="宋体" w:hAnsi="宋体"/>
          <w:sz w:val="28"/>
        </w:rPr>
        <w:t>1、各中小学、幼儿园要针对恶劣天气制定学校安全应急预案，及时掌握雨雪冰冻的预警信息。根据不同级别的预警信号，适时做出正确的判断，并通过各种方式向学生家长通报。在雨雪冰冻等恶劣天气影响学生正常上、下学通行情况下，经教体局同意，学校可以调整作息时间，采取停课、提前放学、延时放学、通知家长接送、教师护送等安全措施。</w:t>
      </w:r>
    </w:p>
    <w:p>
      <w:pPr>
        <w:spacing w:before="100" w:after="200" w:line="360" w:lineRule="auto"/>
        <w:ind w:firstLine="576"/>
        <w:jc w:val="left"/>
      </w:pPr>
      <w:r>
        <w:rPr>
          <w:rFonts w:ascii="宋体" w:eastAsia="宋体" w:hAnsi="宋体"/>
          <w:sz w:val="28"/>
        </w:rPr>
        <w:t>3、各中小学、幼儿园，要加大对接送学生车辆的管理，尤其做好恶劣天气来临前后路况的排查工作，预防交通事故的发生。</w:t>
      </w:r>
    </w:p>
    <w:p>
      <w:pPr>
        <w:spacing w:before="100" w:after="200" w:line="360" w:lineRule="auto"/>
        <w:ind w:firstLine="576"/>
        <w:jc w:val="left"/>
      </w:pPr>
      <w:r>
        <w:rPr>
          <w:rFonts w:ascii="宋体" w:eastAsia="宋体" w:hAnsi="宋体"/>
          <w:sz w:val="28"/>
        </w:rPr>
        <w:t>4、雨雪冰冻过后，各中小学、幼儿园要立即开展自救减灾工作，及时组织教职员工清扫校园积雪，确保校内学生通道畅通。校园内的重要部位设立警示牌，高危险部位人员撤离，用警戒线、防护网封闭，必要时设专人看管，确保万无一失。同时要开展多各形式的安全教育活动，进一步提高师生的自我防范意识。</w:t>
      </w:r>
    </w:p>
    <w:p>
      <w:pPr>
        <w:spacing w:before="100" w:after="200" w:line="360" w:lineRule="auto"/>
        <w:ind w:firstLine="576"/>
        <w:jc w:val="left"/>
      </w:pPr>
      <w:r>
        <w:rPr>
          <w:rFonts w:ascii="宋体" w:eastAsia="宋体" w:hAnsi="宋体"/>
          <w:sz w:val="28"/>
        </w:rPr>
        <w:t>5、加强预防雨雪冰冻灾害。采取有效措施，防止屋顶、宣传栏等设施损坏。</w:t>
      </w:r>
    </w:p>
    <w:p>
      <w:pPr>
        <w:spacing w:before="100" w:after="200" w:line="360" w:lineRule="auto"/>
        <w:jc w:val="left"/>
      </w:pPr>
      <w:r>
        <w:rPr>
          <w:rFonts w:ascii="宋体 (中文正文)" w:eastAsia="宋体" w:hAnsi="宋体 (中文正文)"/>
          <w:b/>
          <w:sz w:val="28"/>
        </w:rPr>
        <w:t>五、工作要求</w:t>
      </w:r>
    </w:p>
    <w:p>
      <w:pPr>
        <w:spacing w:before="100" w:after="200" w:line="360" w:lineRule="auto"/>
        <w:ind w:firstLine="576"/>
        <w:jc w:val="left"/>
      </w:pPr>
      <w:r>
        <w:rPr>
          <w:rFonts w:ascii="宋体" w:eastAsia="宋体" w:hAnsi="宋体"/>
          <w:sz w:val="28"/>
        </w:rPr>
        <w:t>1、中小学、幼儿园要加强雨雪冰冻期间值班值宿和安全保卫工作，做到24小时有人在岗。单位主要领导和分管领导要保持24小时通讯畅通。</w:t>
      </w:r>
    </w:p>
    <w:p>
      <w:pPr>
        <w:spacing w:before="100" w:after="200" w:line="360" w:lineRule="auto"/>
        <w:ind w:firstLine="576"/>
        <w:jc w:val="left"/>
      </w:pPr>
      <w:r>
        <w:rPr>
          <w:rFonts w:ascii="宋体" w:eastAsia="宋体" w:hAnsi="宋体"/>
          <w:sz w:val="28"/>
        </w:rPr>
        <w:t>2、做好安全隐患排查，预防次生或其他安全事故发生。</w:t>
      </w:r>
    </w:p>
    <w:p>
      <w:pPr>
        <w:spacing w:before="100" w:after="200" w:line="360" w:lineRule="auto"/>
        <w:ind w:firstLine="576"/>
        <w:jc w:val="left"/>
      </w:pPr>
      <w:r>
        <w:rPr>
          <w:rFonts w:ascii="宋体" w:eastAsia="宋体" w:hAnsi="宋体"/>
          <w:sz w:val="28"/>
        </w:rPr>
        <w:t>3、加强接送学生专用车辆管理，防止发生交通事故。</w:t>
      </w:r>
    </w:p>
    <w:p>
      <w:pPr>
        <w:spacing w:before="100" w:after="200" w:line="360" w:lineRule="auto"/>
        <w:ind w:firstLine="576"/>
        <w:jc w:val="left"/>
      </w:pPr>
      <w:r>
        <w:rPr>
          <w:rFonts w:ascii="宋体" w:eastAsia="宋体" w:hAnsi="宋体"/>
          <w:sz w:val="28"/>
        </w:rPr>
        <w:t>4、落实责任追究制。各单位领导要抓好各项工作的落实，对因渎职或管理不善造成不良后果的，教体局及相关部门将严肃追究相关人员的行政责任。</w:t>
      </w:r>
    </w:p>
    <w:p>
      <w:pPr>
        <w:spacing w:before="100" w:after="200" w:line="360" w:lineRule="auto"/>
        <w:jc w:val="left"/>
      </w:pPr>
      <w:r>
        <w:rPr>
          <w:rFonts w:ascii="宋体 (中文正文)" w:eastAsia="宋体" w:hAnsi="宋体 (中文正文)"/>
          <w:b/>
          <w:sz w:val="28"/>
        </w:rPr>
        <w:t>六、本预案实施时间</w:t>
      </w:r>
    </w:p>
    <w:p>
      <w:pPr>
        <w:spacing w:before="100" w:after="200" w:line="360" w:lineRule="auto"/>
        <w:ind w:firstLine="576"/>
        <w:jc w:val="left"/>
      </w:pPr>
      <w:r>
        <w:rPr>
          <w:rFonts w:ascii="宋体" w:eastAsia="宋体" w:hAnsi="宋体"/>
          <w:sz w:val="28"/>
        </w:rPr>
        <w:t>本预案自发布之日起实施。</w:t>
      </w:r>
    </w:p>
    <w:p>
      <w:pPr>
        <w:spacing w:before="100" w:after="200" w:line="360" w:lineRule="auto"/>
        <w:ind w:firstLine="576"/>
        <w:jc w:val="left"/>
        <w:sectPr w:rsidSect="00034616">
          <w:type w:val="nextPage"/>
          <w:pgSz w:w="11906" w:h="16838"/>
          <w:pgMar w:top="1440" w:right="1440" w:bottom="1440" w:left="1440" w:header="720" w:footer="720" w:gutter="0"/>
          <w:pgNumType w:start="4"/>
          <w:cols w:space="720"/>
          <w:titlePg w:val="0"/>
          <w:docGrid w:linePitch="360"/>
        </w:sectPr>
      </w:pPr>
    </w:p>
    <w:p>
      <w:pPr>
        <w:spacing w:before="100" w:after="200" w:line="360" w:lineRule="auto"/>
        <w:ind w:firstLine="576"/>
        <w:jc w:val="left"/>
      </w:pPr>
      <w:r>
        <w:rPr>
          <w:rFonts w:ascii="宋体" w:eastAsia="宋体" w:hAnsi="宋体"/>
          <w:sz w:val="28"/>
        </w:rPr>
        <w:t>为使在大风雨雪恶厉天气下安全工作，确保教育教学安全顺利进行。加强楼层、校内道路在大风雨雪天气下的安全使用，做好事故应急准备工作，一旦发生事故能够迅速出动，安全有效的进行扑救，力争将事故消灭在最初阶段，最大限度的减少事故损失，保护师生人身安全和财产安全，特制定大风雨雪天气事故应急预案。</w:t>
      </w:r>
    </w:p>
    <w:p>
      <w:pPr>
        <w:spacing w:before="100" w:after="200" w:line="360" w:lineRule="auto"/>
        <w:jc w:val="left"/>
      </w:pPr>
      <w:r>
        <w:rPr>
          <w:rFonts w:ascii="宋体 (中文正文)" w:eastAsia="宋体" w:hAnsi="宋体 (中文正文)"/>
          <w:b/>
          <w:sz w:val="28"/>
        </w:rPr>
        <w:t>一、事故应急组织</w:t>
      </w:r>
    </w:p>
    <w:p>
      <w:pPr>
        <w:spacing w:before="100" w:after="200" w:line="360" w:lineRule="auto"/>
        <w:ind w:firstLine="576"/>
        <w:jc w:val="left"/>
      </w:pPr>
      <w:r>
        <w:rPr>
          <w:rFonts w:ascii="宋体" w:eastAsia="宋体" w:hAnsi="宋体"/>
          <w:sz w:val="28"/>
        </w:rPr>
        <w:t>1、组织机构</w:t>
      </w:r>
    </w:p>
    <w:p>
      <w:pPr>
        <w:spacing w:before="100" w:after="200" w:line="360" w:lineRule="auto"/>
        <w:ind w:firstLine="576"/>
        <w:jc w:val="left"/>
      </w:pPr>
      <w:r>
        <w:rPr>
          <w:rFonts w:ascii="宋体" w:eastAsia="宋体" w:hAnsi="宋体"/>
          <w:sz w:val="28"/>
        </w:rPr>
        <w:t>组长:</w:t>
      </w:r>
    </w:p>
    <w:p>
      <w:pPr>
        <w:spacing w:before="100" w:after="200" w:line="360" w:lineRule="auto"/>
        <w:ind w:firstLine="576"/>
        <w:jc w:val="left"/>
      </w:pPr>
      <w:r>
        <w:rPr>
          <w:rFonts w:ascii="宋体" w:eastAsia="宋体" w:hAnsi="宋体"/>
          <w:sz w:val="28"/>
        </w:rPr>
        <w:t>副组长:</w:t>
      </w:r>
    </w:p>
    <w:p>
      <w:pPr>
        <w:spacing w:before="100" w:after="200" w:line="360" w:lineRule="auto"/>
        <w:ind w:firstLine="576"/>
        <w:jc w:val="left"/>
      </w:pPr>
      <w:r>
        <w:rPr>
          <w:rFonts w:ascii="宋体" w:eastAsia="宋体" w:hAnsi="宋体"/>
          <w:sz w:val="28"/>
        </w:rPr>
        <w:t>成员:</w:t>
      </w:r>
    </w:p>
    <w:p>
      <w:pPr>
        <w:spacing w:before="100" w:after="200" w:line="360" w:lineRule="auto"/>
        <w:ind w:firstLine="576"/>
        <w:jc w:val="left"/>
      </w:pPr>
      <w:r>
        <w:rPr>
          <w:rFonts w:ascii="宋体" w:eastAsia="宋体" w:hAnsi="宋体"/>
          <w:sz w:val="28"/>
        </w:rPr>
        <w:t>2、办公室设在保卫科办公室</w:t>
      </w:r>
    </w:p>
    <w:p>
      <w:pPr>
        <w:spacing w:before="100" w:after="200" w:line="360" w:lineRule="auto"/>
        <w:ind w:firstLine="576"/>
        <w:jc w:val="left"/>
      </w:pPr>
      <w:r>
        <w:rPr>
          <w:rFonts w:ascii="宋体" w:eastAsia="宋体" w:hAnsi="宋体"/>
          <w:sz w:val="28"/>
        </w:rPr>
        <w:t>3、突发事故，所有人员立即编入事故救援组织，进行事故扑救工作。</w:t>
      </w:r>
    </w:p>
    <w:p>
      <w:pPr>
        <w:spacing w:before="100" w:after="200" w:line="360" w:lineRule="auto"/>
        <w:jc w:val="left"/>
      </w:pPr>
      <w:r>
        <w:rPr>
          <w:rFonts w:ascii="宋体 (中文正文)" w:eastAsia="宋体" w:hAnsi="宋体 (中文正文)"/>
          <w:b/>
          <w:sz w:val="28"/>
        </w:rPr>
        <w:t>二、事故应急工作总体要求</w:t>
      </w:r>
    </w:p>
    <w:p>
      <w:pPr>
        <w:spacing w:before="100" w:after="200" w:line="360" w:lineRule="auto"/>
        <w:ind w:firstLine="576"/>
        <w:jc w:val="left"/>
      </w:pPr>
      <w:r>
        <w:rPr>
          <w:rFonts w:ascii="宋体" w:eastAsia="宋体" w:hAnsi="宋体"/>
          <w:sz w:val="28"/>
        </w:rPr>
        <w:t>2、事故突发，应急组织领导小组应第一时间在现场指挥。</w:t>
      </w:r>
    </w:p>
    <w:p>
      <w:pPr>
        <w:spacing w:before="100" w:after="200" w:line="360" w:lineRule="auto"/>
        <w:jc w:val="left"/>
      </w:pPr>
      <w:r>
        <w:rPr>
          <w:rFonts w:ascii="宋体 (中文正文)" w:eastAsia="宋体" w:hAnsi="宋体 (中文正文)"/>
          <w:b/>
          <w:sz w:val="28"/>
        </w:rPr>
        <w:t>三、职责分工</w:t>
      </w:r>
    </w:p>
    <w:p>
      <w:pPr>
        <w:spacing w:before="100" w:after="200" w:line="360" w:lineRule="auto"/>
        <w:ind w:firstLine="576"/>
        <w:jc w:val="left"/>
      </w:pPr>
      <w:r>
        <w:rPr>
          <w:rFonts w:ascii="宋体" w:eastAsia="宋体" w:hAnsi="宋体"/>
          <w:sz w:val="28"/>
        </w:rPr>
        <w:t>1、组长职责:</w:t>
      </w:r>
    </w:p>
    <w:p>
      <w:pPr>
        <w:spacing w:before="100" w:after="200" w:line="360" w:lineRule="auto"/>
        <w:ind w:firstLine="576"/>
        <w:jc w:val="left"/>
      </w:pPr>
      <w:r>
        <w:rPr>
          <w:rFonts w:ascii="宋体" w:eastAsia="宋体" w:hAnsi="宋体"/>
          <w:sz w:val="28"/>
        </w:rPr>
        <w:t>全面负责事故扑救的指挥工作。</w:t>
      </w:r>
    </w:p>
    <w:p>
      <w:pPr>
        <w:spacing w:before="100" w:after="200" w:line="360" w:lineRule="auto"/>
        <w:ind w:firstLine="576"/>
        <w:jc w:val="left"/>
      </w:pPr>
      <w:r>
        <w:rPr>
          <w:rFonts w:ascii="宋体" w:eastAsia="宋体" w:hAnsi="宋体"/>
          <w:sz w:val="28"/>
        </w:rPr>
        <w:t>2、副组长职责:</w:t>
      </w:r>
    </w:p>
    <w:p>
      <w:pPr>
        <w:spacing w:before="100" w:after="200" w:line="360" w:lineRule="auto"/>
        <w:ind w:firstLine="576"/>
        <w:jc w:val="left"/>
      </w:pPr>
      <w:r>
        <w:rPr>
          <w:rFonts w:ascii="宋体" w:eastAsia="宋体" w:hAnsi="宋体"/>
          <w:sz w:val="28"/>
        </w:rPr>
        <w:t>负责组织事故应急队伍，进行合理分工，把事故降低到最低点。</w:t>
      </w:r>
    </w:p>
    <w:p>
      <w:pPr>
        <w:spacing w:before="100" w:after="200" w:line="360" w:lineRule="auto"/>
        <w:ind w:firstLine="576"/>
        <w:jc w:val="left"/>
        <w:sectPr w:rsidSect="00034616">
          <w:type w:val="nextPage"/>
          <w:pgSz w:w="11906" w:h="16838"/>
          <w:pgMar w:top="1440" w:right="1440" w:bottom="1440" w:left="1440" w:header="720" w:footer="720" w:gutter="0"/>
          <w:pgNumType w:start="5"/>
          <w:cols w:space="720"/>
          <w:titlePg w:val="0"/>
          <w:docGrid w:linePitch="360"/>
        </w:sectPr>
      </w:pPr>
      <w:r>
        <w:rPr>
          <w:rFonts w:ascii="宋体" w:eastAsia="宋体" w:hAnsi="宋体"/>
          <w:sz w:val="28"/>
        </w:rPr>
        <w:t>3、组员职责:</w:t>
      </w:r>
    </w:p>
    <w:p>
      <w:pPr>
        <w:spacing w:before="100" w:after="200" w:line="360" w:lineRule="auto"/>
        <w:ind w:firstLine="576"/>
        <w:jc w:val="left"/>
      </w:pPr>
      <w:r>
        <w:rPr>
          <w:rFonts w:ascii="宋体" w:eastAsia="宋体" w:hAnsi="宋体"/>
          <w:sz w:val="28"/>
        </w:rPr>
        <w:t>立即投入到事故救援队伍，在事故应急小组的指挥下，根据实地情况进行现场扑救工作。</w:t>
      </w:r>
    </w:p>
    <w:p>
      <w:pPr>
        <w:spacing w:before="100" w:after="200" w:line="360" w:lineRule="auto"/>
        <w:jc w:val="left"/>
      </w:pPr>
      <w:r>
        <w:rPr>
          <w:rFonts w:ascii="宋体 (中文正文)" w:eastAsia="宋体" w:hAnsi="宋体 (中文正文)"/>
          <w:b/>
          <w:sz w:val="28"/>
        </w:rPr>
        <w:t>四、事故应急扑救原则与扑救程序</w:t>
      </w:r>
    </w:p>
    <w:p>
      <w:pPr>
        <w:spacing w:before="100" w:after="200" w:line="360" w:lineRule="auto"/>
        <w:ind w:firstLine="576"/>
        <w:jc w:val="left"/>
      </w:pPr>
      <w:r>
        <w:rPr>
          <w:rFonts w:ascii="宋体" w:eastAsia="宋体" w:hAnsi="宋体"/>
          <w:sz w:val="28"/>
        </w:rPr>
        <w:t>2、事故救援时应遵循“救人重于救灾”、“先控制后消灭”、“先重点后一般”的原则，迅速救援事故，最大限度的减少人员伤亡和财产损失。</w:t>
      </w:r>
    </w:p>
    <w:p>
      <w:pPr>
        <w:spacing w:before="100" w:after="200" w:line="360" w:lineRule="auto"/>
        <w:ind w:firstLine="576"/>
        <w:jc w:val="left"/>
      </w:pPr>
      <w:r>
        <w:rPr>
          <w:rFonts w:ascii="宋体" w:eastAsia="宋体" w:hAnsi="宋体"/>
          <w:sz w:val="28"/>
        </w:rPr>
        <w:t>3、事故应急小组现场指挥，进行事故救援工作。</w:t>
      </w:r>
    </w:p>
    <w:p>
      <w:pPr>
        <w:spacing w:before="100" w:after="200" w:line="360" w:lineRule="auto"/>
        <w:ind w:firstLine="576"/>
        <w:jc w:val="left"/>
      </w:pPr>
      <w:r>
        <w:rPr>
          <w:rFonts w:ascii="宋体" w:eastAsia="宋体" w:hAnsi="宋体"/>
          <w:sz w:val="28"/>
        </w:rPr>
        <w:t>按照事故调查处理程序，同有关部门、事故处理监督部门进行调查处理，查明原因，总结教训，制定相应防范措施，不让此类事故再次发生。</w:t>
      </w:r>
    </w:p>
    <w:p>
      <w:pPr>
        <w:spacing w:before="100" w:after="200" w:line="360" w:lineRule="auto"/>
        <w:jc w:val="left"/>
      </w:pPr>
      <w:r>
        <w:rPr>
          <w:rFonts w:ascii="宋体 (中文正文)" w:eastAsia="宋体" w:hAnsi="宋体 (中文正文)"/>
          <w:b/>
          <w:sz w:val="28"/>
        </w:rPr>
        <w:t>一、总则</w:t>
      </w:r>
    </w:p>
    <w:p>
      <w:pPr>
        <w:spacing w:before="100" w:after="200" w:line="360" w:lineRule="auto"/>
        <w:ind w:firstLine="576"/>
        <w:jc w:val="left"/>
      </w:pPr>
      <w:r>
        <w:rPr>
          <w:rFonts w:ascii="宋体" w:eastAsia="宋体" w:hAnsi="宋体"/>
          <w:sz w:val="28"/>
        </w:rPr>
        <w:t>（一）编制目的</w:t>
      </w:r>
    </w:p>
    <w:p>
      <w:pPr>
        <w:spacing w:before="100" w:after="200" w:line="360" w:lineRule="auto"/>
        <w:ind w:firstLine="576"/>
        <w:jc w:val="left"/>
      </w:pPr>
      <w:r>
        <w:rPr>
          <w:rFonts w:ascii="宋体" w:eastAsia="宋体" w:hAnsi="宋体"/>
          <w:sz w:val="28"/>
        </w:rPr>
        <w:t>为确保低温雨雪冰冻天气情况下，x镇交通运输有序、生产生活平稳和人民生命财产安全，特制定本预案。</w:t>
      </w:r>
    </w:p>
    <w:p>
      <w:pPr>
        <w:spacing w:before="100" w:after="200" w:line="360" w:lineRule="auto"/>
        <w:ind w:firstLine="576"/>
        <w:jc w:val="left"/>
      </w:pPr>
      <w:r>
        <w:rPr>
          <w:rFonts w:ascii="宋体" w:eastAsia="宋体" w:hAnsi="宋体"/>
          <w:sz w:val="28"/>
        </w:rPr>
        <w:t>（二）适用范围</w:t>
      </w:r>
    </w:p>
    <w:p>
      <w:pPr>
        <w:spacing w:before="100" w:after="200" w:line="360" w:lineRule="auto"/>
        <w:ind w:firstLine="576"/>
        <w:jc w:val="left"/>
      </w:pPr>
      <w:r>
        <w:rPr>
          <w:rFonts w:ascii="宋体" w:eastAsia="宋体" w:hAnsi="宋体"/>
          <w:sz w:val="28"/>
        </w:rPr>
        <w:t>本预案适用于本镇域内发生的雨雪冰冻灾害及其次生、衍生灾害造成或者可能造成人员伤亡、重大财产损失、供水供电设备与设施严重损坏、道路交通中断或严重受阻等重大社会影响的应急工作；以及本镇域以外发生的雨雪冰冻灾害及其次生、衍生灾害造成或者可能造成重要交通运输通道中断，严重影响进出x镇域人员和重要物资运输，产生重大社会影响的应急工作。</w:t>
      </w:r>
    </w:p>
    <w:p>
      <w:pPr>
        <w:spacing w:before="100" w:after="200" w:line="360" w:lineRule="auto"/>
        <w:ind w:firstLine="576"/>
        <w:jc w:val="left"/>
        <w:sectPr w:rsidSect="00034616">
          <w:type w:val="nextPage"/>
          <w:pgSz w:w="11906" w:h="16838"/>
          <w:pgMar w:top="1440" w:right="1440" w:bottom="1440" w:left="1440" w:header="720" w:footer="720" w:gutter="0"/>
          <w:pgNumType w:start="6"/>
          <w:cols w:space="720"/>
          <w:titlePg w:val="0"/>
          <w:docGrid w:linePitch="360"/>
        </w:sectPr>
      </w:pPr>
      <w:r>
        <w:rPr>
          <w:rFonts w:ascii="宋体" w:eastAsia="宋体" w:hAnsi="宋体"/>
          <w:sz w:val="28"/>
        </w:rPr>
        <w:t>（三）编制依据</w:t>
      </w:r>
    </w:p>
    <w:p>
      <w:pPr>
        <w:spacing w:before="100" w:after="200" w:line="360" w:lineRule="auto"/>
        <w:ind w:firstLine="576"/>
        <w:jc w:val="left"/>
      </w:pPr>
      <w:r>
        <w:rPr>
          <w:rFonts w:ascii="宋体" w:eastAsia="宋体" w:hAnsi="宋体"/>
          <w:sz w:val="28"/>
        </w:rPr>
        <w:t>根据《x突发事件应对法》、《x气象法》、《国家自然灾害救助应急预案》、《x区突发事件总体应急预案》等制定本预案。</w:t>
      </w:r>
    </w:p>
    <w:p>
      <w:pPr>
        <w:spacing w:before="100" w:after="200" w:line="360" w:lineRule="auto"/>
        <w:jc w:val="left"/>
      </w:pPr>
      <w:r>
        <w:rPr>
          <w:rFonts w:ascii="宋体 (中文正文)" w:eastAsia="宋体" w:hAnsi="宋体 (中文正文)"/>
          <w:b/>
          <w:sz w:val="28"/>
        </w:rPr>
        <w:t>二、工作原则</w:t>
      </w:r>
    </w:p>
    <w:p>
      <w:pPr>
        <w:spacing w:before="100" w:after="200" w:line="360" w:lineRule="auto"/>
        <w:ind w:firstLine="576"/>
        <w:jc w:val="left"/>
      </w:pPr>
      <w:r>
        <w:rPr>
          <w:rFonts w:ascii="宋体" w:eastAsia="宋体" w:hAnsi="宋体"/>
          <w:sz w:val="28"/>
        </w:rPr>
        <w:t>（一）以人为本、确保安全的原则。最大限度地减轻或避免因灾造成的人员伤亡、财产损失，同时确保应急抢险救援人员的安全。</w:t>
      </w:r>
    </w:p>
    <w:p>
      <w:pPr>
        <w:spacing w:before="100" w:after="200" w:line="360" w:lineRule="auto"/>
        <w:ind w:firstLine="576"/>
        <w:jc w:val="left"/>
      </w:pPr>
      <w:r>
        <w:rPr>
          <w:rFonts w:ascii="宋体" w:eastAsia="宋体" w:hAnsi="宋体"/>
          <w:sz w:val="28"/>
        </w:rPr>
        <w:t>（二）预防为主、防灾与救灾并举的原则。各村（社区）、镇属企事业单位要高度重视低温雨雪冰冻天气可能对镇域生产生活和运输造成的重大影响，结合本辖区、本单位实际情况，细化应急预案，落实保障措施，切实做到有备无患。要认真做好工业生产原燃料和人民生活必需品的储备，采取切实可行的管理和技术措施，提高对突发、紧急情况的预警防范和应急处置水平，避免和防止出现严重后果。</w:t>
      </w:r>
    </w:p>
    <w:p>
      <w:pPr>
        <w:spacing w:before="100" w:after="200" w:line="360" w:lineRule="auto"/>
        <w:ind w:firstLine="576"/>
        <w:jc w:val="left"/>
      </w:pPr>
      <w:r>
        <w:rPr>
          <w:rFonts w:ascii="宋体" w:eastAsia="宋体" w:hAnsi="宋体"/>
          <w:sz w:val="28"/>
        </w:rPr>
        <w:t>（三）分级响应、分级负责的原则。应急处置工作以属地管理为主，在镇应急管理指挥部的统一指挥下，由各村（社区）、各镇属企事业单位负责组织实施。根据灾害的严重性、影响范围、所需动用的资源等，分级制定应急预案，明确责任人和责权范围。</w:t>
      </w:r>
    </w:p>
    <w:p>
      <w:pPr>
        <w:spacing w:before="100" w:after="200" w:line="360" w:lineRule="auto"/>
        <w:ind w:firstLine="576"/>
        <w:jc w:val="left"/>
      </w:pPr>
      <w:r>
        <w:rPr>
          <w:rFonts w:ascii="宋体" w:eastAsia="宋体" w:hAnsi="宋体"/>
          <w:sz w:val="28"/>
        </w:rPr>
        <w:t>（四）快速反应、及时有效的原则。建立和完善监测预警和应急处理机制，强化应急响应机制，确保发现、报告、指挥、处置等环节紧密衔接，将负面影响控制在最小范围，灾害损失降到最低程度。</w:t>
      </w:r>
    </w:p>
    <w:p>
      <w:pPr>
        <w:spacing w:before="100" w:after="200" w:line="360" w:lineRule="auto"/>
        <w:ind w:firstLine="576"/>
        <w:jc w:val="left"/>
      </w:pPr>
      <w:r>
        <w:rPr>
          <w:rFonts w:ascii="宋体" w:eastAsia="宋体" w:hAnsi="宋体"/>
          <w:sz w:val="28"/>
        </w:rPr>
        <w:t>（五）资源整合、统一指挥的原则。各村（社区）、镇属企事业单位按照职责分工，密切配合，协同作战。要充分利用和发挥现有资源的作用，对已有的各类应急处置系统进行资源整合，形成合力，提高工作效能。必要时对有关人员、物资、车辆、设备实行统一指挥、统一调度。</w:t>
      </w:r>
    </w:p>
    <w:p>
      <w:pPr>
        <w:spacing w:before="100" w:after="200" w:line="360" w:lineRule="auto"/>
        <w:jc w:val="left"/>
        <w:sectPr w:rsidSect="00034616">
          <w:type w:val="nextPage"/>
          <w:pgSz w:w="11906" w:h="16838"/>
          <w:pgMar w:top="1440" w:right="1440" w:bottom="1440" w:left="1440" w:header="720" w:footer="720" w:gutter="0"/>
          <w:pgNumType w:start="7"/>
          <w:cols w:space="720"/>
          <w:titlePg w:val="0"/>
          <w:docGrid w:linePitch="360"/>
        </w:sectPr>
      </w:pPr>
      <w:r>
        <w:rPr>
          <w:rFonts w:ascii="宋体 (中文正文)" w:eastAsia="宋体" w:hAnsi="宋体 (中文正文)"/>
          <w:b/>
          <w:sz w:val="28"/>
        </w:rPr>
        <w:t>三、组织机构及职责</w:t>
      </w:r>
    </w:p>
    <w:p>
      <w:pPr>
        <w:spacing w:before="100" w:after="200" w:line="360" w:lineRule="auto"/>
        <w:ind w:firstLine="576"/>
        <w:jc w:val="left"/>
      </w:pPr>
      <w:r>
        <w:rPr>
          <w:rFonts w:ascii="宋体" w:eastAsia="宋体" w:hAnsi="宋体"/>
          <w:sz w:val="28"/>
        </w:rPr>
        <w:t>（一）组织机构</w:t>
      </w:r>
    </w:p>
    <w:p>
      <w:pPr>
        <w:spacing w:before="100" w:after="200" w:line="360" w:lineRule="auto"/>
        <w:ind w:firstLine="576"/>
        <w:jc w:val="left"/>
      </w:pPr>
      <w:r>
        <w:rPr>
          <w:rFonts w:ascii="宋体" w:eastAsia="宋体" w:hAnsi="宋体"/>
          <w:sz w:val="28"/>
        </w:rPr>
        <w:t>成立区抗雪防冻救灾应急领导小组，由镇党委书记xx任组长，党委副书记、镇长xx任常务副组长，各分管领导任副组长，镇党政办、党建办、纪检监察室、财政所、文旅办、经发办、卫计办、社会事务办、农办、综治办、食安办、安监站、城管办、国土所、卫生院、供电所、交警一中队、派出所为成员单位。领导小组下设交通工作组、市场保障组、困难群众生活救助组、医疗卫生救助组、安全生产工作组、宣传组和综合组等七个工作组，综合组设在党政办。</w:t>
      </w:r>
    </w:p>
    <w:p>
      <w:pPr>
        <w:spacing w:before="100" w:after="200" w:line="360" w:lineRule="auto"/>
        <w:ind w:firstLine="576"/>
        <w:jc w:val="left"/>
      </w:pPr>
      <w:r>
        <w:rPr>
          <w:rFonts w:ascii="宋体" w:eastAsia="宋体" w:hAnsi="宋体"/>
          <w:sz w:val="28"/>
        </w:rPr>
        <w:t>（二）领导小组工作职责</w:t>
      </w:r>
    </w:p>
    <w:p>
      <w:pPr>
        <w:spacing w:before="100" w:after="200" w:line="360" w:lineRule="auto"/>
        <w:ind w:firstLine="576"/>
        <w:jc w:val="left"/>
      </w:pPr>
      <w:r>
        <w:rPr>
          <w:rFonts w:ascii="宋体" w:eastAsia="宋体" w:hAnsi="宋体"/>
          <w:sz w:val="28"/>
        </w:rPr>
        <w:t>1.组织开展低温雨雪冰冻天气造成的灾害和突发公共事件的应急处置、抢险救灾工作，做到统一领导、集中指挥、协调有序，最大限度地降低社会危害、减少人员伤亡和财产损失。</w:t>
      </w:r>
    </w:p>
    <w:p>
      <w:pPr>
        <w:spacing w:before="100" w:after="200" w:line="360" w:lineRule="auto"/>
        <w:ind w:firstLine="576"/>
        <w:jc w:val="left"/>
      </w:pPr>
      <w:r>
        <w:rPr>
          <w:rFonts w:ascii="宋体" w:eastAsia="宋体" w:hAnsi="宋体"/>
          <w:sz w:val="28"/>
        </w:rPr>
        <w:t>2.督促检查应急工作所需人、财、物的落实情况。</w:t>
      </w:r>
    </w:p>
    <w:p>
      <w:pPr>
        <w:spacing w:before="100" w:after="200" w:line="360" w:lineRule="auto"/>
        <w:ind w:firstLine="576"/>
        <w:jc w:val="left"/>
      </w:pPr>
      <w:r>
        <w:rPr>
          <w:rFonts w:ascii="宋体" w:eastAsia="宋体" w:hAnsi="宋体"/>
          <w:sz w:val="28"/>
        </w:rPr>
        <w:t>3.负责紧急调运抢险救灾所需的各类物资、设备和人员。</w:t>
      </w:r>
    </w:p>
    <w:p>
      <w:pPr>
        <w:spacing w:before="100" w:after="200" w:line="360" w:lineRule="auto"/>
        <w:ind w:firstLine="576"/>
        <w:jc w:val="left"/>
      </w:pPr>
      <w:r>
        <w:rPr>
          <w:rFonts w:ascii="宋体" w:eastAsia="宋体" w:hAnsi="宋体"/>
          <w:sz w:val="28"/>
        </w:rPr>
        <w:t>4.根据气象情况成立抢险救灾现场指挥部，及时组织人员疏散、物资转移等工作。</w:t>
      </w:r>
    </w:p>
    <w:p>
      <w:pPr>
        <w:spacing w:before="100" w:after="200" w:line="360" w:lineRule="auto"/>
        <w:ind w:firstLine="576"/>
        <w:jc w:val="left"/>
      </w:pPr>
      <w:r>
        <w:rPr>
          <w:rFonts w:ascii="宋体" w:eastAsia="宋体" w:hAnsi="宋体"/>
          <w:sz w:val="28"/>
        </w:rPr>
        <w:t>5.研究解决其他有关重大问题。</w:t>
      </w:r>
    </w:p>
    <w:p>
      <w:pPr>
        <w:spacing w:before="100" w:after="200" w:line="360" w:lineRule="auto"/>
        <w:ind w:firstLine="576"/>
        <w:jc w:val="left"/>
      </w:pPr>
      <w:r>
        <w:rPr>
          <w:rFonts w:ascii="宋体" w:eastAsia="宋体" w:hAnsi="宋体"/>
          <w:sz w:val="28"/>
        </w:rPr>
        <w:t>（三）各工作组工作职责</w:t>
      </w:r>
    </w:p>
    <w:p>
      <w:pPr>
        <w:spacing w:before="100" w:after="200" w:line="360" w:lineRule="auto"/>
        <w:ind w:firstLine="576"/>
        <w:jc w:val="left"/>
        <w:sectPr w:rsidSect="00034616">
          <w:type w:val="nextPage"/>
          <w:pgSz w:w="11906" w:h="16838"/>
          <w:pgMar w:top="1440" w:right="1440" w:bottom="1440" w:left="1440" w:header="720" w:footer="720" w:gutter="0"/>
          <w:pgNumType w:start="8"/>
          <w:cols w:space="720"/>
          <w:titlePg w:val="0"/>
          <w:docGrid w:linePitch="360"/>
        </w:sectPr>
      </w:pPr>
      <w:r>
        <w:rPr>
          <w:rFonts w:ascii="宋体" w:eastAsia="宋体" w:hAnsi="宋体"/>
          <w:sz w:val="28"/>
        </w:rPr>
        <w:t>1、交通工作组：负责全镇域内县道、乡村公路的除雪保障和客货运输保障工作，指导各村（社区）疏通通村、通组公路等。牵头责任单位：经发办、城管办，交警一中队。</w:t>
      </w:r>
    </w:p>
    <w:p>
      <w:pPr>
        <w:spacing w:before="100" w:after="200" w:line="360" w:lineRule="auto"/>
        <w:ind w:firstLine="576"/>
        <w:jc w:val="left"/>
      </w:pPr>
      <w:r>
        <w:rPr>
          <w:rFonts w:ascii="宋体" w:eastAsia="宋体" w:hAnsi="宋体"/>
          <w:sz w:val="28"/>
        </w:rPr>
        <w:t>2、市场保障组：负责保障粮食、食用油、蔬菜、肉类、成品油、水电燃气供应等工作。牵头责任单位：农办、财政所、经发办、食安办、供电所。</w:t>
      </w:r>
    </w:p>
    <w:p>
      <w:pPr>
        <w:spacing w:before="100" w:after="200" w:line="360" w:lineRule="auto"/>
        <w:ind w:firstLine="576"/>
        <w:jc w:val="left"/>
      </w:pPr>
      <w:r>
        <w:rPr>
          <w:rFonts w:ascii="宋体" w:eastAsia="宋体" w:hAnsi="宋体"/>
          <w:sz w:val="28"/>
        </w:rPr>
        <w:t>3、困难群众生活救助组：负责受灾村（社区）救灾和困难群众生活安排等工作。牵头责任单位：社会事务办，各村（社区），财政所、综治办、派出所。</w:t>
      </w:r>
    </w:p>
    <w:p>
      <w:pPr>
        <w:spacing w:before="100" w:after="200" w:line="360" w:lineRule="auto"/>
        <w:ind w:firstLine="576"/>
        <w:jc w:val="left"/>
      </w:pPr>
      <w:r>
        <w:rPr>
          <w:rFonts w:ascii="宋体" w:eastAsia="宋体" w:hAnsi="宋体"/>
          <w:sz w:val="28"/>
        </w:rPr>
        <w:t>4、医疗卫生救助组：负责组织因灾受伤人员的医疗救治、疾病预防、药品器械供应、监测报告等工作。牵头责任单位：卫计办、社会事务办，卫生院。</w:t>
      </w:r>
    </w:p>
    <w:p>
      <w:pPr>
        <w:spacing w:before="100" w:after="200" w:line="360" w:lineRule="auto"/>
        <w:ind w:firstLine="576"/>
        <w:jc w:val="left"/>
      </w:pPr>
      <w:r>
        <w:rPr>
          <w:rFonts w:ascii="宋体" w:eastAsia="宋体" w:hAnsi="宋体"/>
          <w:sz w:val="28"/>
        </w:rPr>
        <w:t>5、安全生产工作组：负责房屋、简易大棚、校舍、超市、宾馆、饭店和企业安全生产监督管理等工作。牵头责任单位：经发办，安监站，文旅办、国土所、派出所。</w:t>
      </w:r>
    </w:p>
    <w:p>
      <w:pPr>
        <w:spacing w:before="100" w:after="200" w:line="360" w:lineRule="auto"/>
        <w:ind w:firstLine="576"/>
        <w:jc w:val="left"/>
      </w:pPr>
      <w:r>
        <w:rPr>
          <w:rFonts w:ascii="宋体" w:eastAsia="宋体" w:hAnsi="宋体"/>
          <w:sz w:val="28"/>
        </w:rPr>
        <w:t>6、宣传组：负责统筹安排宣传报道，发布重要新闻，把握舆论导向等工作。牵头责任单位：党建办。</w:t>
      </w:r>
    </w:p>
    <w:p>
      <w:pPr>
        <w:spacing w:before="100" w:after="200" w:line="360" w:lineRule="auto"/>
        <w:ind w:firstLine="576"/>
        <w:jc w:val="left"/>
      </w:pPr>
      <w:r>
        <w:rPr>
          <w:rFonts w:ascii="宋体" w:eastAsia="宋体" w:hAnsi="宋体"/>
          <w:sz w:val="28"/>
        </w:rPr>
        <w:t>7、综合组：负责材料起草、公文办理、会议通知、简报与信息报送、对外联络、催办督办、气象预测预报信息发布、基层资料收集汇总上报和承办领导交办事项等工作。牵头责任单位：党政办、纪检监察室、农办。</w:t>
      </w:r>
    </w:p>
    <w:p>
      <w:pPr>
        <w:spacing w:before="100" w:after="200" w:line="360" w:lineRule="auto"/>
        <w:jc w:val="left"/>
      </w:pPr>
      <w:r>
        <w:rPr>
          <w:rFonts w:ascii="宋体 (中文正文)" w:eastAsia="宋体" w:hAnsi="宋体 (中文正文)"/>
          <w:b/>
          <w:sz w:val="28"/>
        </w:rPr>
        <w:t>四、附则</w:t>
      </w:r>
    </w:p>
    <w:p>
      <w:pPr>
        <w:spacing w:before="100" w:after="200" w:line="360" w:lineRule="auto"/>
        <w:ind w:firstLine="576"/>
        <w:jc w:val="left"/>
      </w:pPr>
      <w:r>
        <w:rPr>
          <w:rFonts w:ascii="宋体" w:eastAsia="宋体" w:hAnsi="宋体"/>
          <w:sz w:val="28"/>
        </w:rPr>
        <w:t>本预案由镇应急管理指挥部会同相关部门负责解释，自发布之日起施行。</w:t>
      </w:r>
    </w:p>
    <w:p>
      <w:pPr>
        <w:spacing w:before="100" w:after="200" w:line="360" w:lineRule="auto"/>
        <w:ind w:firstLine="576"/>
        <w:jc w:val="left"/>
        <w:sectPr w:rsidSect="00034616">
          <w:type w:val="nextPage"/>
          <w:pgSz w:w="11906" w:h="16838"/>
          <w:pgMar w:top="1440" w:right="1440" w:bottom="1440" w:left="1440" w:header="720" w:footer="720" w:gutter="0"/>
          <w:pgNumType w:start="9"/>
          <w:cols w:space="720"/>
          <w:titlePg w:val="0"/>
          <w:docGrid w:linePitch="360"/>
        </w:sectPr>
      </w:pPr>
    </w:p>
    <w:p>
      <w:pPr>
        <w:spacing w:before="100" w:after="200" w:line="360" w:lineRule="auto"/>
        <w:ind w:firstLine="576"/>
        <w:jc w:val="left"/>
      </w:pPr>
      <w:r>
        <w:rPr>
          <w:rFonts w:ascii="宋体" w:eastAsia="宋体" w:hAnsi="宋体"/>
          <w:sz w:val="28"/>
        </w:rPr>
        <w:t>根据气象台天气预报，近期我县将以低温雨雪冰冻天气为主，高寒山区、桥面（路面）有冰冻，最低气温将达零下2度左右。为切实做好低温雨雪冰冻天气防范应对工作，确保群众生产生正常有序，结合我镇实际，特制订本预案。</w:t>
      </w:r>
    </w:p>
    <w:p>
      <w:pPr>
        <w:spacing w:before="100" w:after="200" w:line="360" w:lineRule="auto"/>
        <w:jc w:val="left"/>
      </w:pPr>
      <w:r>
        <w:rPr>
          <w:rFonts w:ascii="宋体 (中文正文)" w:eastAsia="宋体" w:hAnsi="宋体 (中文正文)"/>
          <w:b/>
          <w:sz w:val="28"/>
        </w:rPr>
        <w:t>一、加强领导，高度重视防范应对工作</w:t>
      </w:r>
    </w:p>
    <w:p>
      <w:pPr>
        <w:spacing w:before="100" w:after="200" w:line="360" w:lineRule="auto"/>
        <w:ind w:firstLine="576"/>
        <w:jc w:val="left"/>
      </w:pPr>
      <w:r>
        <w:rPr>
          <w:rFonts w:ascii="宋体" w:eastAsia="宋体" w:hAnsi="宋体"/>
          <w:sz w:val="28"/>
        </w:rPr>
        <w:t>为做好雨雪冰冻天气防范应对工作，特成立工作小组如下：</w:t>
      </w:r>
    </w:p>
    <w:p>
      <w:pPr>
        <w:spacing w:before="100" w:after="200" w:line="360" w:lineRule="auto"/>
        <w:ind w:firstLine="576"/>
        <w:jc w:val="left"/>
      </w:pPr>
      <w:r>
        <w:rPr>
          <w:rFonts w:ascii="宋体" w:eastAsia="宋体" w:hAnsi="宋体"/>
          <w:sz w:val="28"/>
        </w:rPr>
        <w:t>组长：x</w:t>
      </w:r>
    </w:p>
    <w:p>
      <w:pPr>
        <w:spacing w:before="100" w:after="200" w:line="360" w:lineRule="auto"/>
        <w:ind w:firstLine="576"/>
        <w:jc w:val="left"/>
      </w:pPr>
      <w:r>
        <w:rPr>
          <w:rFonts w:ascii="宋体" w:eastAsia="宋体" w:hAnsi="宋体"/>
          <w:sz w:val="28"/>
        </w:rPr>
        <w:t>副组长：x</w:t>
      </w:r>
    </w:p>
    <w:p>
      <w:pPr>
        <w:spacing w:before="100" w:after="200" w:line="360" w:lineRule="auto"/>
        <w:ind w:firstLine="576"/>
        <w:jc w:val="left"/>
      </w:pPr>
      <w:r>
        <w:rPr>
          <w:rFonts w:ascii="宋体" w:eastAsia="宋体" w:hAnsi="宋体"/>
          <w:sz w:val="28"/>
        </w:rPr>
        <w:t>成员：x</w:t>
      </w:r>
    </w:p>
    <w:p>
      <w:pPr>
        <w:spacing w:before="100" w:after="200" w:line="360" w:lineRule="auto"/>
        <w:ind w:firstLine="576"/>
        <w:jc w:val="left"/>
      </w:pPr>
      <w:r>
        <w:rPr>
          <w:rFonts w:ascii="宋体" w:eastAsia="宋体" w:hAnsi="宋体"/>
          <w:sz w:val="28"/>
        </w:rPr>
        <w:t>下设通讯联络组、现场救援组、后勤保障组、善后稳定组，领导小组下设应急管理办公室，设于镇安监站，专职工作人员陈海林，应急值班室设党政综合办。</w:t>
      </w:r>
    </w:p>
    <w:p>
      <w:pPr>
        <w:spacing w:before="100" w:after="200" w:line="360" w:lineRule="auto"/>
        <w:jc w:val="left"/>
      </w:pPr>
      <w:r>
        <w:rPr>
          <w:rFonts w:ascii="宋体 (中文正文)" w:eastAsia="宋体" w:hAnsi="宋体 (中文正文)"/>
          <w:b/>
          <w:sz w:val="28"/>
        </w:rPr>
        <w:t>二、应急救援领导小组职责</w:t>
      </w:r>
    </w:p>
    <w:p>
      <w:pPr>
        <w:spacing w:before="100" w:after="200" w:line="360" w:lineRule="auto"/>
        <w:ind w:firstLine="576"/>
        <w:jc w:val="left"/>
      </w:pPr>
      <w:r>
        <w:rPr>
          <w:rFonts w:ascii="宋体" w:eastAsia="宋体" w:hAnsi="宋体"/>
          <w:sz w:val="28"/>
        </w:rPr>
        <w:t>1、指挥监督应急救援工作，协调解决应急处置工作中的重大问题，掌握应急处置动态，及时调整应急工作措施。</w:t>
      </w:r>
    </w:p>
    <w:p>
      <w:pPr>
        <w:spacing w:before="100" w:after="200" w:line="360" w:lineRule="auto"/>
        <w:ind w:firstLine="576"/>
        <w:jc w:val="left"/>
      </w:pPr>
      <w:r>
        <w:rPr>
          <w:rFonts w:ascii="宋体" w:eastAsia="宋体" w:hAnsi="宋体"/>
          <w:sz w:val="28"/>
        </w:rPr>
        <w:t>2、及时向运输经营者和司乘人员传达应对低温凝冻灾害工作的相关文件精神，提醒营运车辆尽量避行低温凝冻灾害地区路段，教育驾驶员行车途径低温凝冻路段时要服从指挥，宁可停车等待通行指示，也不能盲目通行，避免发生意外事故。</w:t>
      </w:r>
    </w:p>
    <w:p>
      <w:pPr>
        <w:spacing w:before="100" w:after="200" w:line="360" w:lineRule="auto"/>
        <w:ind w:firstLine="576"/>
        <w:jc w:val="left"/>
      </w:pPr>
      <w:r>
        <w:rPr>
          <w:rFonts w:ascii="宋体" w:eastAsia="宋体" w:hAnsi="宋体"/>
          <w:sz w:val="28"/>
        </w:rPr>
        <w:t>3、开展应对低温凝冻灾害工作，配合有关部门组织调整运输车辆，确保因灾滞留人员疏散运转和抗灾救灾人员、生活物资安全及时到位。</w:t>
      </w:r>
    </w:p>
    <w:p>
      <w:pPr>
        <w:spacing w:before="100" w:after="200" w:line="360" w:lineRule="auto"/>
        <w:ind w:firstLine="576"/>
        <w:jc w:val="left"/>
        <w:sectPr w:rsidSect="00034616">
          <w:type w:val="nextPage"/>
          <w:pgSz w:w="11906" w:h="16838"/>
          <w:pgMar w:top="1440" w:right="1440" w:bottom="1440" w:left="1440" w:header="720" w:footer="720" w:gutter="0"/>
          <w:pgNumType w:start="10"/>
          <w:cols w:space="720"/>
          <w:titlePg w:val="0"/>
          <w:docGrid w:linePitch="360"/>
        </w:sectPr>
      </w:pPr>
      <w:r>
        <w:rPr>
          <w:rFonts w:ascii="宋体" w:eastAsia="宋体" w:hAnsi="宋体"/>
          <w:sz w:val="28"/>
        </w:rPr>
        <w:t>4、根据天气状况和旅客、货物运输规律，提前做好运量预测、部署，确保运输安全。</w:t>
      </w:r>
    </w:p>
    <w:p>
      <w:pPr>
        <w:spacing w:before="100" w:after="200" w:line="360" w:lineRule="auto"/>
        <w:jc w:val="left"/>
      </w:pPr>
      <w:r>
        <w:rPr>
          <w:rFonts w:ascii="宋体 (中文正文)" w:eastAsia="宋体" w:hAnsi="宋体 (中文正文)"/>
          <w:b/>
          <w:sz w:val="28"/>
        </w:rPr>
        <w:t>三、应急准备及保障</w:t>
      </w:r>
    </w:p>
    <w:p>
      <w:pPr>
        <w:spacing w:before="100" w:after="200" w:line="360" w:lineRule="auto"/>
        <w:ind w:firstLine="576"/>
        <w:jc w:val="left"/>
      </w:pPr>
      <w:r>
        <w:rPr>
          <w:rFonts w:ascii="宋体" w:eastAsia="宋体" w:hAnsi="宋体"/>
          <w:sz w:val="28"/>
        </w:rPr>
        <w:t>为防止雨雪冰冻等恶劣天气对交通运输造成灾害：</w:t>
      </w:r>
    </w:p>
    <w:p>
      <w:pPr>
        <w:spacing w:before="100" w:after="200" w:line="360" w:lineRule="auto"/>
        <w:ind w:firstLine="576"/>
        <w:jc w:val="left"/>
      </w:pPr>
      <w:r>
        <w:rPr>
          <w:rFonts w:ascii="宋体" w:eastAsia="宋体" w:hAnsi="宋体"/>
          <w:sz w:val="28"/>
        </w:rPr>
        <w:t>1、要充分考虑到冬季低温雨雪冰冻等恶劣天气情况下的`各种不利因素，根据此预案制定相应的应急预案，并适时进行相应的应急演练。</w:t>
      </w:r>
    </w:p>
    <w:p>
      <w:pPr>
        <w:spacing w:before="100" w:after="200" w:line="360" w:lineRule="auto"/>
        <w:ind w:firstLine="576"/>
        <w:jc w:val="left"/>
      </w:pPr>
      <w:r>
        <w:rPr>
          <w:rFonts w:ascii="宋体" w:eastAsia="宋体" w:hAnsi="宋体"/>
          <w:sz w:val="28"/>
        </w:rPr>
        <w:t>3、做好人员、车辆、物资、器材、值班、通讯和生活保障等方面的准备，随时准备执行任务。</w:t>
      </w:r>
    </w:p>
    <w:p>
      <w:pPr>
        <w:spacing w:before="100" w:after="200" w:line="360" w:lineRule="auto"/>
        <w:ind w:firstLine="576"/>
        <w:jc w:val="left"/>
      </w:pPr>
      <w:r>
        <w:rPr>
          <w:rFonts w:ascii="宋体" w:eastAsia="宋体" w:hAnsi="宋体"/>
          <w:sz w:val="28"/>
        </w:rPr>
        <w:t>4、办公场所、客货运输车辆站场、候车室、职工宿舍等场所要张贴逃生标识，悬挂灭火器。</w:t>
      </w:r>
    </w:p>
    <w:p>
      <w:pPr>
        <w:spacing w:before="100" w:after="200" w:line="360" w:lineRule="auto"/>
        <w:ind w:firstLine="576"/>
        <w:jc w:val="left"/>
      </w:pPr>
      <w:r>
        <w:rPr>
          <w:rFonts w:ascii="宋体" w:eastAsia="宋体" w:hAnsi="宋体"/>
          <w:sz w:val="28"/>
        </w:rPr>
        <w:t>5、客货运输车辆应配齐配好防滑链、逃生锤、灭火器等器具，并放于指定位置。</w:t>
      </w:r>
    </w:p>
    <w:p>
      <w:pPr>
        <w:spacing w:before="100" w:after="200" w:line="360" w:lineRule="auto"/>
        <w:ind w:firstLine="576"/>
        <w:jc w:val="left"/>
      </w:pPr>
      <w:r>
        <w:rPr>
          <w:rFonts w:ascii="宋体" w:eastAsia="宋体" w:hAnsi="宋体"/>
          <w:sz w:val="28"/>
        </w:rPr>
        <w:t>6、气温在0℃以下要有保温设施，在5℃以下要有棉被等取暖设备。</w:t>
      </w:r>
    </w:p>
    <w:p>
      <w:pPr>
        <w:spacing w:before="100" w:after="200" w:line="360" w:lineRule="auto"/>
        <w:jc w:val="left"/>
      </w:pPr>
      <w:r>
        <w:rPr>
          <w:rFonts w:ascii="宋体 (中文正文)" w:eastAsia="宋体" w:hAnsi="宋体 (中文正文)"/>
          <w:b/>
          <w:sz w:val="28"/>
        </w:rPr>
        <w:t>四、应急救援</w:t>
      </w:r>
    </w:p>
    <w:p>
      <w:pPr>
        <w:spacing w:before="100" w:after="200" w:line="360" w:lineRule="auto"/>
        <w:ind w:firstLine="576"/>
        <w:jc w:val="left"/>
      </w:pPr>
      <w:r>
        <w:rPr>
          <w:rFonts w:ascii="宋体" w:eastAsia="宋体" w:hAnsi="宋体"/>
          <w:sz w:val="28"/>
        </w:rPr>
        <w:t>1、进入应急状态后，启动本预案，各村居、各部门要迅速组织有关人员投入抢险救灾工作，并随时上报有关情况。</w:t>
      </w:r>
    </w:p>
    <w:p>
      <w:pPr>
        <w:spacing w:before="100" w:after="200" w:line="360" w:lineRule="auto"/>
        <w:ind w:firstLine="576"/>
        <w:jc w:val="left"/>
      </w:pPr>
      <w:r>
        <w:rPr>
          <w:rFonts w:ascii="宋体" w:eastAsia="宋体" w:hAnsi="宋体"/>
          <w:sz w:val="28"/>
        </w:rPr>
        <w:t>4、现场救灾组要立即赶赴事故现场，利用技术设备积极救治受伤人员，施救事故车辆；指挥受灾人员进行自救互救，减少损失；适时增补救援人员，增强救援力量；必要时，对灾害现场周围的居民、学校人员进行疏散，防止灾害蔓延。</w:t>
      </w:r>
    </w:p>
    <w:p>
      <w:pPr>
        <w:spacing w:before="100" w:after="200" w:line="360" w:lineRule="auto"/>
        <w:ind w:firstLine="576"/>
        <w:jc w:val="left"/>
        <w:sectPr w:rsidSect="00034616">
          <w:type w:val="nextPage"/>
          <w:pgSz w:w="11906" w:h="16838"/>
          <w:pgMar w:top="1440" w:right="1440" w:bottom="1440" w:left="1440" w:header="720" w:footer="720" w:gutter="0"/>
          <w:pgNumType w:start="11"/>
          <w:cols w:space="720"/>
          <w:titlePg w:val="0"/>
          <w:docGrid w:linePitch="360"/>
        </w:sectPr>
      </w:pPr>
      <w:r>
        <w:rPr>
          <w:rFonts w:ascii="宋体" w:eastAsia="宋体" w:hAnsi="宋体"/>
          <w:sz w:val="28"/>
        </w:rPr>
        <w:t>4、善后稳定组要从快处理善后事项，进快转移受伤人员，及时将重伤员送进附近医院，制定事故处理设施，按照有关规定，做好死伤家属的安抚工作和思想工作，维护正常的交通和生产秩序，严格新闻采访程序，客观公正地宣称报道，克服不良影响。</w:t>
      </w:r>
    </w:p>
    <w:p>
      <w:pPr>
        <w:spacing w:before="100" w:after="200" w:line="360" w:lineRule="auto"/>
        <w:ind w:firstLine="576"/>
        <w:jc w:val="left"/>
      </w:pPr>
      <w:r>
        <w:rPr>
          <w:rFonts w:ascii="宋体" w:eastAsia="宋体" w:hAnsi="宋体"/>
          <w:sz w:val="28"/>
        </w:rPr>
        <w:t>5、后勤保障组要根据应急工作需要，调剂有关物资、器材、设备，保证应急救援急需品，并为各组应急救援人员提供生活保障。</w:t>
      </w:r>
    </w:p>
    <w:p>
      <w:pPr>
        <w:spacing w:before="100" w:after="200" w:line="360" w:lineRule="auto"/>
        <w:jc w:val="left"/>
      </w:pPr>
      <w:r>
        <w:rPr>
          <w:rFonts w:ascii="宋体 (中文正文)" w:eastAsia="宋体" w:hAnsi="宋体 (中文正文)"/>
          <w:b/>
          <w:sz w:val="28"/>
        </w:rPr>
        <w:t>五、相关事项</w:t>
      </w:r>
    </w:p>
    <w:p>
      <w:pPr>
        <w:spacing w:before="100" w:after="200" w:line="360" w:lineRule="auto"/>
        <w:ind w:firstLine="576"/>
        <w:jc w:val="left"/>
      </w:pPr>
      <w:r>
        <w:rPr>
          <w:rFonts w:ascii="宋体" w:eastAsia="宋体" w:hAnsi="宋体"/>
          <w:sz w:val="28"/>
        </w:rPr>
        <w:t>1、各村居、镇属各部门随时准备执行救援任务。</w:t>
      </w:r>
    </w:p>
    <w:p>
      <w:pPr>
        <w:spacing w:before="100" w:after="200" w:line="360" w:lineRule="auto"/>
        <w:ind w:firstLine="576"/>
        <w:jc w:val="left"/>
      </w:pPr>
      <w:r>
        <w:rPr>
          <w:rFonts w:ascii="宋体" w:eastAsia="宋体" w:hAnsi="宋体"/>
          <w:sz w:val="28"/>
        </w:rPr>
        <w:t>2、加强值班，保持24小时通讯畅通。</w:t>
      </w:r>
    </w:p>
    <w:p>
      <w:pPr>
        <w:spacing w:before="100" w:after="200" w:line="360" w:lineRule="auto"/>
        <w:ind w:firstLine="576"/>
        <w:jc w:val="left"/>
      </w:pPr>
      <w:r>
        <w:rPr>
          <w:rFonts w:ascii="宋体" w:eastAsia="宋体" w:hAnsi="宋体"/>
          <w:sz w:val="28"/>
        </w:rPr>
        <w:t>3、加强安全教育培训，提高从业人员安全意识和自救互救技能。</w:t>
      </w:r>
    </w:p>
    <w:p>
      <w:pPr>
        <w:spacing w:before="100" w:after="200" w:line="360" w:lineRule="auto"/>
        <w:ind w:firstLine="576"/>
        <w:jc w:val="left"/>
      </w:pPr>
      <w:r>
        <w:rPr>
          <w:rFonts w:ascii="宋体" w:eastAsia="宋体" w:hAnsi="宋体"/>
          <w:sz w:val="28"/>
        </w:rPr>
        <w:t>受强冷空气影响，我乡当前最低气温已达到0°及以下。据气象预报，本月下旬还将有一次明显的雨雪天气过程，并有明显降温，我乡面临的低温雨雪冰冻灾害天气仍然严峻。为进一步做好低温雨雪冰冻天气防范应对工作，减少灾害损失，保障人民群众正常生产生活秩序，根据省、市、县减救委办公室《关于切实做好雨雪冰冻天气防范应对工作的紧急通知》文件精神，根据我乡实际，特制定x乡关于切实做好低温雨雪冰冻天气防范应对工作的应急预案。</w:t>
      </w:r>
    </w:p>
    <w:p>
      <w:pPr>
        <w:spacing w:before="100" w:after="200" w:line="360" w:lineRule="auto"/>
        <w:jc w:val="left"/>
      </w:pPr>
      <w:r>
        <w:rPr>
          <w:rFonts w:ascii="宋体 (中文正文)" w:eastAsia="宋体" w:hAnsi="宋体 (中文正文)"/>
          <w:b/>
          <w:sz w:val="28"/>
        </w:rPr>
        <w:t>一、工作目标</w:t>
      </w:r>
    </w:p>
    <w:p>
      <w:pPr>
        <w:spacing w:before="100" w:after="200" w:line="360" w:lineRule="auto"/>
        <w:ind w:firstLine="576"/>
        <w:jc w:val="left"/>
      </w:pPr>
      <w:r>
        <w:rPr>
          <w:rFonts w:ascii="宋体" w:eastAsia="宋体" w:hAnsi="宋体"/>
          <w:sz w:val="28"/>
        </w:rPr>
        <w:t>为提高全乡应对低温雨雪冰冻灾害的综合防御和处置能力，建立健全灾害紧急救助体系和工作运行机制，迅速、有序、高效地开展应急处置工作，最大限度地减少灾害造成的损失，保障人民群众生命财产安全，制定本预案。</w:t>
      </w:r>
    </w:p>
    <w:p>
      <w:pPr>
        <w:spacing w:before="100" w:after="200" w:line="360" w:lineRule="auto"/>
        <w:jc w:val="left"/>
      </w:pPr>
      <w:r>
        <w:rPr>
          <w:rFonts w:ascii="宋体 (中文正文)" w:eastAsia="宋体" w:hAnsi="宋体 (中文正文)"/>
          <w:b/>
          <w:sz w:val="28"/>
        </w:rPr>
        <w:t>二、工作原则</w:t>
      </w:r>
    </w:p>
    <w:p>
      <w:pPr>
        <w:spacing w:before="100" w:after="200" w:line="360" w:lineRule="auto"/>
        <w:ind w:firstLine="576"/>
        <w:jc w:val="left"/>
        <w:sectPr w:rsidSect="00034616">
          <w:type w:val="nextPage"/>
          <w:pgSz w:w="11906" w:h="16838"/>
          <w:pgMar w:top="1440" w:right="1440" w:bottom="1440" w:left="1440" w:header="720" w:footer="720" w:gutter="0"/>
          <w:pgNumType w:start="12"/>
          <w:cols w:space="720"/>
          <w:titlePg w:val="0"/>
          <w:docGrid w:linePitch="360"/>
        </w:sectPr>
      </w:pPr>
      <w:r>
        <w:rPr>
          <w:rFonts w:ascii="宋体" w:eastAsia="宋体" w:hAnsi="宋体"/>
          <w:sz w:val="28"/>
        </w:rPr>
        <w:t>1、预防为主，常备不懈。坚持预防与应急相结合，提高全社会的防范意识，落实各项预警防范措施，做好人员、技术、物资和装备等各项准备工作，做到早预防、早报告、早处置。</w:t>
      </w:r>
    </w:p>
    <w:p>
      <w:pPr>
        <w:spacing w:before="100" w:after="200" w:line="360" w:lineRule="auto"/>
        <w:ind w:firstLine="576"/>
        <w:jc w:val="left"/>
      </w:pPr>
      <w:r>
        <w:rPr>
          <w:rFonts w:ascii="宋体" w:eastAsia="宋体" w:hAnsi="宋体"/>
          <w:sz w:val="28"/>
        </w:rPr>
        <w:t>2、以人为本，减少危害。及时帮助受灾群众解决衣、食、住、行、医等方面遇到的困难，最大限度减少灾害造成的损失。</w:t>
      </w:r>
    </w:p>
    <w:p>
      <w:pPr>
        <w:spacing w:before="100" w:after="200" w:line="360" w:lineRule="auto"/>
        <w:ind w:firstLine="576"/>
        <w:jc w:val="left"/>
      </w:pPr>
      <w:r>
        <w:rPr>
          <w:rFonts w:ascii="宋体" w:eastAsia="宋体" w:hAnsi="宋体"/>
          <w:sz w:val="28"/>
        </w:rPr>
        <w:t>3、统一领导，分级负责。乡党委政府统一领导全乡低温雨雪冰冻灾害的应对工作，各村（居）负责组织本辖区内低温雨雪冰冻灾害应对工作。</w:t>
      </w:r>
    </w:p>
    <w:p>
      <w:pPr>
        <w:spacing w:before="100" w:after="200" w:line="360" w:lineRule="auto"/>
        <w:ind w:firstLine="576"/>
        <w:jc w:val="left"/>
      </w:pPr>
      <w:r>
        <w:rPr>
          <w:rFonts w:ascii="宋体" w:eastAsia="宋体" w:hAnsi="宋体"/>
          <w:sz w:val="28"/>
        </w:rPr>
        <w:t>4、部门分工，协作配合。参与应对工作的各相关部门，按照职责分工，各司其职，各负其责，密切配合，协同应对。</w:t>
      </w:r>
    </w:p>
    <w:p>
      <w:pPr>
        <w:spacing w:before="100" w:after="200" w:line="360" w:lineRule="auto"/>
        <w:jc w:val="left"/>
      </w:pPr>
      <w:r>
        <w:rPr>
          <w:rFonts w:ascii="宋体 (中文正文)" w:eastAsia="宋体" w:hAnsi="宋体 (中文正文)"/>
          <w:b/>
          <w:sz w:val="28"/>
        </w:rPr>
        <w:t>三、组织保障</w:t>
      </w:r>
    </w:p>
    <w:p>
      <w:pPr>
        <w:spacing w:before="100" w:after="200" w:line="360" w:lineRule="auto"/>
        <w:ind w:firstLine="576"/>
        <w:jc w:val="left"/>
      </w:pPr>
      <w:r>
        <w:rPr>
          <w:rFonts w:ascii="宋体" w:eastAsia="宋体" w:hAnsi="宋体"/>
          <w:sz w:val="28"/>
        </w:rPr>
        <w:t>x乡成立低温雨雪冰冻天气防范应对工作指挥部，由乡党委书记x担任政委，乡长x担任指挥长，副指挥长：x。成员：x</w:t>
      </w:r>
    </w:p>
    <w:p>
      <w:pPr>
        <w:spacing w:before="100" w:after="200" w:line="360" w:lineRule="auto"/>
        <w:jc w:val="left"/>
      </w:pPr>
      <w:r>
        <w:rPr>
          <w:rFonts w:ascii="宋体 (中文正文)" w:eastAsia="宋体" w:hAnsi="宋体 (中文正文)"/>
          <w:b/>
          <w:sz w:val="28"/>
        </w:rPr>
        <w:t>四、工作职责</w:t>
      </w:r>
    </w:p>
    <w:p>
      <w:pPr>
        <w:spacing w:before="100" w:after="200" w:line="360" w:lineRule="auto"/>
        <w:ind w:firstLine="576"/>
        <w:jc w:val="left"/>
      </w:pPr>
      <w:r>
        <w:rPr>
          <w:rFonts w:ascii="宋体" w:eastAsia="宋体" w:hAnsi="宋体"/>
          <w:sz w:val="28"/>
        </w:rPr>
        <w:t>1、党政办负责信息报告和综合协调工作。</w:t>
      </w:r>
    </w:p>
    <w:p>
      <w:pPr>
        <w:spacing w:before="100" w:after="200" w:line="360" w:lineRule="auto"/>
        <w:ind w:firstLine="576"/>
        <w:jc w:val="left"/>
      </w:pPr>
      <w:r>
        <w:rPr>
          <w:rFonts w:ascii="宋体" w:eastAsia="宋体" w:hAnsi="宋体"/>
          <w:sz w:val="28"/>
        </w:rPr>
        <w:t>2、安监所负责灾情核查、评估和上报工作，提出救灾资金、物资安排方案，负责受灾群众基本生活安排和倒塌民房重建工作，负责救灾捐赠工作。</w:t>
      </w:r>
    </w:p>
    <w:p>
      <w:pPr>
        <w:spacing w:before="100" w:after="200" w:line="360" w:lineRule="auto"/>
        <w:ind w:firstLine="576"/>
        <w:jc w:val="left"/>
      </w:pPr>
      <w:r>
        <w:rPr>
          <w:rFonts w:ascii="宋体" w:eastAsia="宋体" w:hAnsi="宋体"/>
          <w:sz w:val="28"/>
        </w:rPr>
        <w:t>3、水利站：及时组织调集人力和机械设备除雪铲冰，保障全乡交通畅通。</w:t>
      </w:r>
    </w:p>
    <w:p>
      <w:pPr>
        <w:spacing w:before="100" w:after="200" w:line="360" w:lineRule="auto"/>
        <w:ind w:firstLine="576"/>
        <w:jc w:val="left"/>
      </w:pPr>
      <w:r>
        <w:rPr>
          <w:rFonts w:ascii="宋体" w:eastAsia="宋体" w:hAnsi="宋体"/>
          <w:sz w:val="28"/>
        </w:rPr>
        <w:t>4、经发办：负责保证灾区肉、蛋、菜等重要生活必需品的供应，做好市场调控工作，负责协调成品油的市场供应。</w:t>
      </w:r>
    </w:p>
    <w:p>
      <w:pPr>
        <w:spacing w:before="100" w:after="200" w:line="360" w:lineRule="auto"/>
        <w:ind w:firstLine="576"/>
        <w:jc w:val="left"/>
        <w:sectPr w:rsidSect="00034616">
          <w:type w:val="nextPage"/>
          <w:pgSz w:w="11906" w:h="16838"/>
          <w:pgMar w:top="1440" w:right="1440" w:bottom="1440" w:left="1440" w:header="720" w:footer="720" w:gutter="0"/>
          <w:pgNumType w:start="13"/>
          <w:cols w:space="720"/>
          <w:titlePg w:val="0"/>
          <w:docGrid w:linePitch="360"/>
        </w:sectPr>
      </w:pPr>
      <w:r>
        <w:rPr>
          <w:rFonts w:ascii="宋体" w:eastAsia="宋体" w:hAnsi="宋体"/>
          <w:sz w:val="28"/>
        </w:rPr>
        <w:t>5、卫生院：负责做好医护人员和救灾工作准备，组织协调对因灾伤病人员进行医疗卫生救援。</w:t>
      </w:r>
    </w:p>
    <w:p>
      <w:pPr>
        <w:spacing w:before="100" w:after="200" w:line="360" w:lineRule="auto"/>
        <w:ind w:firstLine="576"/>
        <w:jc w:val="left"/>
      </w:pPr>
      <w:r>
        <w:rPr>
          <w:rFonts w:ascii="宋体" w:eastAsia="宋体" w:hAnsi="宋体"/>
          <w:sz w:val="28"/>
        </w:rPr>
        <w:t>6、派出所：对因低温雨雪冰冻灾害影响车辆正常行驶时，对车辆通行进行合理分流，维护正常交通秩序，防止和减少重特大交通事故发生。</w:t>
      </w:r>
    </w:p>
    <w:p>
      <w:pPr>
        <w:spacing w:before="100" w:after="200" w:line="360" w:lineRule="auto"/>
        <w:ind w:firstLine="576"/>
        <w:jc w:val="left"/>
      </w:pPr>
      <w:r>
        <w:rPr>
          <w:rFonts w:ascii="宋体" w:eastAsia="宋体" w:hAnsi="宋体"/>
          <w:sz w:val="28"/>
        </w:rPr>
        <w:t>7、林业站：负责查核、评估林业因灾损失情况，组织林农开展生产自救，组织专家和林业技术人员赴灾区对林农给予技术指导和服务，尽快恢复林业生产。</w:t>
      </w:r>
    </w:p>
    <w:p>
      <w:pPr>
        <w:spacing w:before="100" w:after="200" w:line="360" w:lineRule="auto"/>
        <w:ind w:firstLine="576"/>
        <w:jc w:val="left"/>
      </w:pPr>
      <w:r>
        <w:rPr>
          <w:rFonts w:ascii="宋体" w:eastAsia="宋体" w:hAnsi="宋体"/>
          <w:sz w:val="28"/>
        </w:rPr>
        <w:t>8、x中心学校：负责指导督促中小学校做好险房、危房除雪加固工作，确保学生安全；做好教育部门灾情的核查工作；会同有关部门做好因灾毁坏校舍的修复、重建工作。</w:t>
      </w:r>
    </w:p>
    <w:p>
      <w:pPr>
        <w:spacing w:before="100" w:after="200" w:line="360" w:lineRule="auto"/>
        <w:ind w:firstLine="576"/>
        <w:jc w:val="left"/>
      </w:pPr>
      <w:r>
        <w:rPr>
          <w:rFonts w:ascii="宋体" w:eastAsia="宋体" w:hAnsi="宋体"/>
          <w:sz w:val="28"/>
        </w:rPr>
        <w:t>9、国土所：负责组织积雪融化可能引发地质灾害的监测预警和应对处置工作。</w:t>
      </w:r>
    </w:p>
    <w:p>
      <w:pPr>
        <w:spacing w:before="100" w:after="200" w:line="360" w:lineRule="auto"/>
        <w:ind w:firstLine="576"/>
        <w:jc w:val="left"/>
      </w:pPr>
      <w:r>
        <w:rPr>
          <w:rFonts w:ascii="宋体" w:eastAsia="宋体" w:hAnsi="宋体"/>
          <w:sz w:val="28"/>
        </w:rPr>
        <w:t>10、国网x供电所：负责加强对乡内电网的维护，及时组织专业人员清除电网线路杆塔上的冰凌和对受损电力设施进行抢修，全力保障电网正常运行，保证企业和居民正常用电。</w:t>
      </w:r>
    </w:p>
    <w:p>
      <w:pPr>
        <w:spacing w:before="100" w:after="200" w:line="360" w:lineRule="auto"/>
        <w:jc w:val="left"/>
      </w:pPr>
      <w:r>
        <w:rPr>
          <w:rFonts w:ascii="宋体 (中文正文)" w:eastAsia="宋体" w:hAnsi="宋体 (中文正文)"/>
          <w:b/>
          <w:sz w:val="28"/>
        </w:rPr>
        <w:t>五、工作要求</w:t>
      </w:r>
    </w:p>
    <w:p>
      <w:pPr>
        <w:spacing w:before="100" w:after="200" w:line="360" w:lineRule="auto"/>
        <w:ind w:firstLine="576"/>
        <w:jc w:val="left"/>
      </w:pPr>
      <w:r>
        <w:rPr>
          <w:rFonts w:ascii="宋体" w:eastAsia="宋体" w:hAnsi="宋体"/>
          <w:sz w:val="28"/>
        </w:rPr>
        <w:t>元旦即将来临，各村（居）密切关注天气变化，及时开展防范雨雪冰冻风险的隐患排查整改，强化应急准备和抢险救援，扎实做好受灾群众生活救助工作；要认真做好值班值守，值班人员必须严格执行24小时值班制度，坚守岗位，确保信息畅通，及时有效处置各类灾害。</w:t>
      </w:r>
    </w:p>
    <w:p>
      <w:pPr>
        <w:spacing w:before="100" w:after="200" w:line="360" w:lineRule="auto"/>
        <w:ind w:firstLine="576"/>
        <w:jc w:val="left"/>
      </w:pPr>
      <w:r>
        <w:rPr>
          <w:rFonts w:ascii="宋体" w:eastAsia="宋体" w:hAnsi="宋体"/>
          <w:sz w:val="28"/>
        </w:rPr>
        <w:t>为切实做好冰雪灾害的应对工作，全面提高应对冰雪灾害的应急处置能力，保证配合密切，行动统一，高效、有序应急救灾，最大限度地预防和减轻冰雪灾害的影响，确保全市道路畅通、运输安全，特制定本预案。</w:t>
      </w:r>
    </w:p>
    <w:p>
      <w:pPr>
        <w:spacing w:before="100" w:after="200" w:line="360" w:lineRule="auto"/>
        <w:jc w:val="left"/>
        <w:sectPr w:rsidSect="00034616">
          <w:type w:val="nextPage"/>
          <w:pgSz w:w="11906" w:h="16838"/>
          <w:pgMar w:top="1440" w:right="1440" w:bottom="1440" w:left="1440" w:header="720" w:footer="720" w:gutter="0"/>
          <w:pgNumType w:start="14"/>
          <w:cols w:space="720"/>
          <w:titlePg w:val="0"/>
          <w:docGrid w:linePitch="360"/>
        </w:sectPr>
      </w:pPr>
      <w:r>
        <w:rPr>
          <w:rFonts w:ascii="宋体 (中文正文)" w:eastAsia="宋体" w:hAnsi="宋体 (中文正文)"/>
          <w:b/>
          <w:sz w:val="28"/>
        </w:rPr>
        <w:t>一、基本原则</w:t>
      </w:r>
    </w:p>
    <w:p>
      <w:pPr>
        <w:spacing w:before="100" w:after="200" w:line="360" w:lineRule="auto"/>
        <w:ind w:firstLine="576"/>
        <w:jc w:val="left"/>
      </w:pPr>
      <w:r>
        <w:rPr>
          <w:rFonts w:ascii="宋体" w:eastAsia="宋体" w:hAnsi="宋体"/>
          <w:sz w:val="28"/>
        </w:rPr>
        <w:t>遵循统一领导、分级负责的原则，预防为主，防抗结合，切实提高应对雨雪冰冻灾害的综合防御和处置能力，严格落实职责和岗位责任，迅速、有序、高效地开展应急处置工作。重点抓好“一抗三保”工作，即：抗灾害、保畅通、保运输、保安全，全力保障人民群众生命财产安全，最大限度地减少雨雪冰冻灾害造成的损失，维护社会稳定，促进经济社会持续健康发展。</w:t>
      </w:r>
    </w:p>
    <w:p>
      <w:pPr>
        <w:spacing w:before="100" w:after="200" w:line="360" w:lineRule="auto"/>
        <w:jc w:val="left"/>
      </w:pPr>
      <w:r>
        <w:rPr>
          <w:rFonts w:ascii="宋体 (中文正文)" w:eastAsia="宋体" w:hAnsi="宋体 (中文正文)"/>
          <w:b/>
          <w:sz w:val="28"/>
        </w:rPr>
        <w:t>二、组织领导机构</w:t>
      </w:r>
    </w:p>
    <w:p>
      <w:pPr>
        <w:spacing w:before="100" w:after="200" w:line="360" w:lineRule="auto"/>
        <w:ind w:firstLine="576"/>
        <w:jc w:val="left"/>
      </w:pPr>
      <w:r>
        <w:rPr>
          <w:rFonts w:ascii="宋体" w:eastAsia="宋体" w:hAnsi="宋体"/>
          <w:sz w:val="28"/>
        </w:rPr>
        <w:t>成立以刘德英局长为组长，陈贤康、俞之伟副局长为副组长，局办公室、局工程科、局行业科、公管所、公路段、港航处、质监站、各交通工程建设指挥部、公路运输有限公司、公交公司等单位主要负责人为成员的雨雪冰冻等恶劣天气交通运输工作应急领导小组，领导小组办公室设在局行业科。应急领导小组统一部署、指导交通运输系统雨雪冰冻等恶劣天气情况下突发事件的应急工作。</w:t>
      </w:r>
    </w:p>
    <w:p>
      <w:pPr>
        <w:spacing w:before="100" w:after="200" w:line="360" w:lineRule="auto"/>
        <w:jc w:val="left"/>
      </w:pPr>
      <w:r>
        <w:rPr>
          <w:rFonts w:ascii="宋体 (中文正文)" w:eastAsia="宋体" w:hAnsi="宋体 (中文正文)"/>
          <w:b/>
          <w:sz w:val="28"/>
        </w:rPr>
        <w:t>三、应急处置职责分工</w:t>
      </w:r>
    </w:p>
    <w:p>
      <w:pPr>
        <w:spacing w:before="100" w:after="200" w:line="360" w:lineRule="auto"/>
        <w:ind w:firstLine="576"/>
        <w:jc w:val="left"/>
      </w:pPr>
      <w:r>
        <w:rPr>
          <w:rFonts w:ascii="宋体" w:eastAsia="宋体" w:hAnsi="宋体"/>
          <w:sz w:val="28"/>
        </w:rPr>
        <w:t>局办公室：负责局机关的`安全保卫工作，收集整理交通运输系统应对雨雪冰冻等恶劣天气相关情况，及时通报应急措施和工作开展情况，做好宣传报道和维稳工作。</w:t>
      </w:r>
    </w:p>
    <w:p>
      <w:pPr>
        <w:spacing w:before="100" w:after="200" w:line="360" w:lineRule="auto"/>
        <w:ind w:firstLine="576"/>
        <w:jc w:val="left"/>
      </w:pPr>
      <w:r>
        <w:rPr>
          <w:rFonts w:ascii="宋体" w:eastAsia="宋体" w:hAnsi="宋体"/>
          <w:sz w:val="28"/>
        </w:rPr>
        <w:t>局工程科：及时掌握全市公路通行及交通在建工程应急情况，加强对公路、桥梁、隧道、在建工程应急工作的指导和监管，确保重点路段安全畅通，并将辖区内道路通行情况及时通报相关单位和部门。</w:t>
      </w:r>
    </w:p>
    <w:p>
      <w:pPr>
        <w:spacing w:before="100" w:after="200" w:line="360" w:lineRule="auto"/>
        <w:ind w:firstLine="576"/>
        <w:jc w:val="left"/>
        <w:sectPr w:rsidSect="00034616">
          <w:type w:val="nextPage"/>
          <w:pgSz w:w="11906" w:h="16838"/>
          <w:pgMar w:top="1440" w:right="1440" w:bottom="1440" w:left="1440" w:header="720" w:footer="720" w:gutter="0"/>
          <w:pgNumType w:start="15"/>
          <w:cols w:space="720"/>
          <w:titlePg w:val="0"/>
          <w:docGrid w:linePitch="360"/>
        </w:sectPr>
      </w:pPr>
    </w:p>
    <w:p>
      <w:pPr>
        <w:spacing w:before="100" w:after="200" w:line="360" w:lineRule="auto"/>
        <w:ind w:firstLine="576"/>
        <w:jc w:val="left"/>
      </w:pPr>
      <w:r>
        <w:rPr>
          <w:rFonts w:ascii="宋体" w:eastAsia="宋体" w:hAnsi="宋体"/>
          <w:sz w:val="28"/>
        </w:rPr>
        <w:t>局行业科：根据上级和有关部门要求，全面掌握天气变化、道路畅通及运输车辆通行等情况，及时通报雨雪冰冻等恶劣天气道路畅通交通运输工作各类信息，制定工作预案，指挥协调交通运输行业运输和安全工作，加强督促检查，积极协调处置各种应急事项。</w:t>
      </w:r>
    </w:p>
    <w:p>
      <w:pPr>
        <w:spacing w:before="100" w:after="200" w:line="360" w:lineRule="auto"/>
        <w:ind w:firstLine="576"/>
        <w:jc w:val="left"/>
      </w:pPr>
      <w:r>
        <w:rPr>
          <w:rFonts w:ascii="宋体" w:eastAsia="宋体" w:hAnsi="宋体"/>
          <w:sz w:val="28"/>
        </w:rPr>
        <w:t>公路运输管理所：跟踪了解雨雪、冰冻严重地区公路通断情况，督促运输企业及时调整行车计划，加强在途车辆的安全监管和信息预警，确保安全行车，必要时停运或中途停车休息；准备应急车辆，做好应急运力储备，科学合理调度，及时疏运因雪阻造成的滞留旅客；指导、教育各运输单位驾驶员开好安全车；及时向运输企业公告封道线路。</w:t>
      </w:r>
    </w:p>
    <w:p>
      <w:pPr>
        <w:spacing w:before="100" w:after="200" w:line="360" w:lineRule="auto"/>
        <w:ind w:firstLine="576"/>
        <w:jc w:val="left"/>
      </w:pPr>
      <w:r>
        <w:rPr>
          <w:rFonts w:ascii="宋体" w:eastAsia="宋体" w:hAnsi="宋体"/>
          <w:sz w:val="28"/>
        </w:rPr>
        <w:t>公路管理段：加强全市公路特别是公路桥梁、隧道、涵洞、高边坡、高挡墙和高路堤等冰雪灾害易发地段的巡查力度，加强公路应急物资、装备的储备和应急队伍建设，加强积雪、冰冻严重路段交通疏导，全力保障公路安全畅通。准备铲雪车、装载机、挖掘机、自卸车、高空作业车、安全设施抢修车、洒水车、应急照明灯、铁锹、草包、防滑沙等应急抢险设备和物资，并保证车辆、机械性能完好。一旦发现雪堵、塌方，及时报告，并迅速组织人员抢修，设立警示标志牌；必要时进行封道，并及时通报封道情况。</w:t>
      </w:r>
    </w:p>
    <w:p>
      <w:pPr>
        <w:spacing w:before="100" w:after="200" w:line="360" w:lineRule="auto"/>
        <w:ind w:firstLine="576"/>
        <w:jc w:val="left"/>
      </w:pPr>
      <w:r>
        <w:rPr>
          <w:rFonts w:ascii="宋体" w:eastAsia="宋体" w:hAnsi="宋体"/>
          <w:sz w:val="28"/>
        </w:rPr>
        <w:t>港航管理处：加强恶劣气象条件下水路运输、渡口、渡运的安全监管，督促水运企业加强应急值守，严格运输船舶安全操作和恶劣天气应急管理；及时将大风、大雾等情况通知各水运单位和渡口；督促港口生产经营单位做好装卸作业处理，必要时停运、停渡。</w:t>
      </w:r>
    </w:p>
    <w:p>
      <w:pPr>
        <w:spacing w:before="100" w:after="200" w:line="360" w:lineRule="auto"/>
        <w:ind w:firstLine="576"/>
        <w:jc w:val="left"/>
      </w:pPr>
      <w:r>
        <w:rPr>
          <w:rFonts w:ascii="宋体" w:eastAsia="宋体" w:hAnsi="宋体"/>
          <w:sz w:val="28"/>
        </w:rPr>
        <w:t>质监站：加强在建工程的安全监管，督促各建设指挥部采取必要措施加强施工现场的安全管理，确保交通建设工程安全措施落实到位。</w:t>
      </w:r>
    </w:p>
    <w:p>
      <w:pPr>
        <w:spacing w:before="100" w:after="200" w:line="360" w:lineRule="auto"/>
        <w:ind w:firstLine="576"/>
        <w:jc w:val="left"/>
        <w:sectPr w:rsidSect="00034616">
          <w:type w:val="nextPage"/>
          <w:pgSz w:w="11906" w:h="16838"/>
          <w:pgMar w:top="1440" w:right="1440" w:bottom="1440" w:left="1440" w:header="720" w:footer="720" w:gutter="0"/>
          <w:pgNumType w:start="16"/>
          <w:cols w:space="720"/>
          <w:titlePg w:val="0"/>
          <w:docGrid w:linePitch="360"/>
        </w:sectPr>
      </w:pPr>
    </w:p>
    <w:p>
      <w:pPr>
        <w:spacing w:before="100" w:after="200" w:line="360" w:lineRule="auto"/>
        <w:ind w:firstLine="576"/>
        <w:jc w:val="left"/>
      </w:pPr>
      <w:r>
        <w:rPr>
          <w:rFonts w:ascii="宋体" w:eastAsia="宋体" w:hAnsi="宋体"/>
          <w:sz w:val="28"/>
        </w:rPr>
        <w:t>各交通工程指挥部：加大对在建工程的安全监管，督促建设单位，特别是施工单位，采取必要措施，加强施工现场、临时搭建物、简易宿舍等的安全管理，严格防范因灾致人伤亡事故；对无法保证安全的工地应暂停施工；确因工期、质量因素需要施工的，应督促加强安全防范。</w:t>
      </w:r>
    </w:p>
    <w:p>
      <w:pPr>
        <w:spacing w:before="100" w:after="200" w:line="360" w:lineRule="auto"/>
        <w:ind w:firstLine="576"/>
        <w:jc w:val="left"/>
      </w:pPr>
      <w:r>
        <w:rPr>
          <w:rFonts w:ascii="宋体" w:eastAsia="宋体" w:hAnsi="宋体"/>
          <w:sz w:val="28"/>
        </w:rPr>
        <w:t>各运输公司：根据天气和道路畅通状况，及时调整行车计划；加强在途车辆的安全监管和信息预警，必要时采取停运等措施，确保安全行车；加强驾驶员安全教育，配备防滑链等应急物资，全力保证运输安全。</w:t>
      </w:r>
    </w:p>
    <w:p>
      <w:pPr>
        <w:spacing w:before="100" w:after="200" w:line="360" w:lineRule="auto"/>
        <w:ind w:firstLine="576"/>
        <w:jc w:val="left"/>
      </w:pPr>
      <w:r>
        <w:rPr>
          <w:rFonts w:ascii="宋体" w:eastAsia="宋体" w:hAnsi="宋体"/>
          <w:sz w:val="28"/>
        </w:rPr>
        <w:t>公交公司：加强在途车辆的安全监管和信息预警，及时调整行车计划；加强驾驶员安全教育，加强城区道路巡查，组织人员及时除雪，保证公交线路畅通，公交运行安全。</w:t>
      </w:r>
    </w:p>
    <w:p>
      <w:pPr>
        <w:spacing w:before="100" w:after="200" w:line="360" w:lineRule="auto"/>
        <w:jc w:val="left"/>
      </w:pPr>
      <w:r>
        <w:rPr>
          <w:rFonts w:ascii="宋体 (中文正文)" w:eastAsia="宋体" w:hAnsi="宋体 (中文正文)"/>
          <w:b/>
          <w:sz w:val="28"/>
        </w:rPr>
        <w:t>四、应急工作要求</w:t>
      </w:r>
    </w:p>
    <w:p>
      <w:pPr>
        <w:spacing w:before="100" w:after="200" w:line="360" w:lineRule="auto"/>
        <w:ind w:firstLine="576"/>
        <w:jc w:val="left"/>
      </w:pPr>
      <w:r>
        <w:rPr>
          <w:rFonts w:ascii="宋体" w:eastAsia="宋体" w:hAnsi="宋体"/>
          <w:sz w:val="28"/>
        </w:rPr>
        <w:t>各成员单位要进一步提高对做好防范雨雪冰冻灾害工作重要性、紧迫性的认识，扎扎实实做好各项应对处置工作。</w:t>
      </w:r>
    </w:p>
    <w:p>
      <w:pPr>
        <w:spacing w:before="100" w:after="200" w:line="360" w:lineRule="auto"/>
        <w:ind w:firstLine="576"/>
        <w:jc w:val="left"/>
      </w:pPr>
      <w:r>
        <w:rPr>
          <w:rFonts w:ascii="宋体" w:eastAsia="宋体" w:hAnsi="宋体"/>
          <w:sz w:val="28"/>
        </w:rPr>
        <w:t>二是要对因雨雪冰冻影响可能造成的道路堵塞封闭情况制定应急预案，落实应急措施和责任，明确应急人员，储备应急物资。</w:t>
      </w:r>
    </w:p>
    <w:p>
      <w:pPr>
        <w:spacing w:before="100" w:after="200" w:line="360" w:lineRule="auto"/>
        <w:ind w:firstLine="576"/>
        <w:jc w:val="left"/>
      </w:pPr>
      <w:r>
        <w:rPr>
          <w:rFonts w:ascii="宋体" w:eastAsia="宋体" w:hAnsi="宋体"/>
          <w:sz w:val="28"/>
        </w:rPr>
        <w:t>三是要抓好各类隐患排查治理工作，严密防范次生灾害的发生。</w:t>
      </w:r>
    </w:p>
    <w:p>
      <w:pPr>
        <w:spacing w:before="100" w:after="200" w:line="360" w:lineRule="auto"/>
        <w:ind w:firstLine="576"/>
        <w:jc w:val="left"/>
      </w:pPr>
      <w:r>
        <w:rPr>
          <w:rFonts w:ascii="宋体" w:eastAsia="宋体" w:hAnsi="宋体"/>
          <w:sz w:val="28"/>
        </w:rPr>
        <w:t>四是要切实做好道路保通和运输组织工作，一旦发生重大雨雪冰冻灾害或出现交通中断或堵塞现象，及时向局领导小组报告，并积极做好应急处置，确保道路安全畅通。</w:t>
      </w:r>
    </w:p>
    <w:p>
      <w:pPr>
        <w:spacing w:before="100" w:after="200" w:line="360" w:lineRule="auto"/>
        <w:ind w:firstLine="576"/>
        <w:jc w:val="left"/>
        <w:sectPr w:rsidSect="00034616">
          <w:type w:val="nextPage"/>
          <w:pgSz w:w="11906" w:h="16838"/>
          <w:pgMar w:top="1440" w:right="1440" w:bottom="1440" w:left="1440" w:header="720" w:footer="720" w:gutter="0"/>
          <w:pgNumType w:start="17"/>
          <w:cols w:space="720"/>
          <w:titlePg w:val="0"/>
          <w:docGrid w:linePitch="360"/>
        </w:sectPr>
      </w:pPr>
      <w:r>
        <w:rPr>
          <w:rFonts w:ascii="宋体" w:eastAsia="宋体" w:hAnsi="宋体"/>
          <w:sz w:val="28"/>
        </w:rPr>
        <w:t>五是要加强雨雪冰冻等恶劣天气应急值守工作，落实领导带班制，保持24小时手机畅通。值班人员必须坚守岗位，随时关注天气变化，及时了解灾情信息，确保信息畅通。遇重大突发事件和特殊情况，在及时处理的同时迅速报告。</w:t>
      </w:r>
    </w:p>
    <w:p>
      <w:pPr>
        <w:spacing w:before="100" w:after="200" w:line="360" w:lineRule="auto"/>
        <w:ind w:firstLine="576"/>
        <w:jc w:val="left"/>
      </w:pPr>
      <w:r>
        <w:rPr>
          <w:rFonts w:ascii="宋体" w:eastAsia="宋体" w:hAnsi="宋体"/>
          <w:sz w:val="28"/>
        </w:rPr>
        <w:t>为维护铁路北站广场区域秩序，确保道路安全畅通，提高对恶劣天气的应急反应能力，最大限度地减轻雨雪冰冻灾害造成的损失，现结合各科室、辖区内各单位工作职责，特制订本应急预案。</w:t>
      </w:r>
    </w:p>
    <w:p>
      <w:pPr>
        <w:spacing w:before="100" w:after="200" w:line="360" w:lineRule="auto"/>
        <w:jc w:val="left"/>
      </w:pPr>
      <w:r>
        <w:rPr>
          <w:rFonts w:ascii="宋体 (中文正文)" w:eastAsia="宋体" w:hAnsi="宋体 (中文正文)"/>
          <w:b/>
          <w:sz w:val="28"/>
        </w:rPr>
        <w:t>一、统一思想认识</w:t>
      </w:r>
    </w:p>
    <w:p>
      <w:pPr>
        <w:spacing w:before="100" w:after="200" w:line="360" w:lineRule="auto"/>
        <w:ind w:firstLine="576"/>
        <w:jc w:val="left"/>
      </w:pPr>
      <w:r>
        <w:rPr>
          <w:rFonts w:ascii="宋体" w:eastAsia="宋体" w:hAnsi="宋体"/>
          <w:sz w:val="28"/>
        </w:rPr>
        <w:t>要把做好雨雪冰冻恶劣天气条件下的广场区域安全管理工作，作为预防和减少铁路北站安全事故发生的重要举措，从大局出发，牢固树立“安全第一，预防为主、综合治理”的方针，在思想上、措施上、行动上认真落实。</w:t>
      </w:r>
    </w:p>
    <w:p>
      <w:pPr>
        <w:spacing w:before="100" w:after="200" w:line="360" w:lineRule="auto"/>
        <w:jc w:val="left"/>
      </w:pPr>
      <w:r>
        <w:rPr>
          <w:rFonts w:ascii="宋体 (中文正文)" w:eastAsia="宋体" w:hAnsi="宋体 (中文正文)"/>
          <w:b/>
          <w:sz w:val="28"/>
        </w:rPr>
        <w:t>二、加强组织领导</w:t>
      </w:r>
    </w:p>
    <w:p>
      <w:pPr>
        <w:spacing w:before="100" w:after="200" w:line="360" w:lineRule="auto"/>
        <w:ind w:firstLine="576"/>
        <w:jc w:val="left"/>
      </w:pPr>
      <w:r>
        <w:rPr>
          <w:rFonts w:ascii="宋体" w:eastAsia="宋体" w:hAnsi="宋体"/>
          <w:sz w:val="28"/>
        </w:rPr>
        <w:t>为加强领导，确保工作落实，成立雨雪冰冻等恶劣天气应急管理工作领导小组，负责雨雪冰冻等恶劣天气应急管理工作重要事项的决策、指挥。领导小组成员为：综管办主任任组长；综管办副主任、铁路北站站长任副组长；客专余姚段和余慈站场指挥部工程科长、综管办综合科长、管理科长及副科长、铁派铁路北站警务室负责人、辖区各单位分管安全的副总经理及相关负责人、物业公司项目经理等为组员。</w:t>
      </w:r>
    </w:p>
    <w:p>
      <w:pPr>
        <w:spacing w:before="100" w:after="200" w:line="360" w:lineRule="auto"/>
        <w:ind w:firstLine="576"/>
        <w:jc w:val="left"/>
      </w:pPr>
      <w:r>
        <w:rPr>
          <w:rFonts w:ascii="宋体" w:eastAsia="宋体" w:hAnsi="宋体"/>
          <w:sz w:val="28"/>
        </w:rPr>
        <w:t>应急管理领导小组办公室具体负责广场区域雨雪冰冻等恶劣天气应急管理工作；协调、指导受雨雪冰冻等恶劣天气影响区域开展应急处置工作，协调广场区域有关部门联合开展应急处置工作；定时汇总雨雪冰冻等恶劣天气、旅客滞留、道路通行信息并向领导小组报送。</w:t>
      </w:r>
    </w:p>
    <w:p>
      <w:pPr>
        <w:spacing w:before="100" w:after="200" w:line="360" w:lineRule="auto"/>
        <w:jc w:val="left"/>
      </w:pPr>
      <w:r>
        <w:rPr>
          <w:rFonts w:ascii="宋体 (中文正文)" w:eastAsia="宋体" w:hAnsi="宋体 (中文正文)"/>
          <w:b/>
          <w:sz w:val="28"/>
        </w:rPr>
        <w:t>三、明确工作职责</w:t>
      </w:r>
    </w:p>
    <w:p>
      <w:pPr>
        <w:spacing w:before="100" w:after="200" w:line="360" w:lineRule="auto"/>
        <w:ind w:firstLine="576"/>
        <w:jc w:val="left"/>
        <w:sectPr w:rsidSect="00034616">
          <w:type w:val="nextPage"/>
          <w:pgSz w:w="11906" w:h="16838"/>
          <w:pgMar w:top="1440" w:right="1440" w:bottom="1440" w:left="1440" w:header="720" w:footer="720" w:gutter="0"/>
          <w:pgNumType w:start="18"/>
          <w:cols w:space="720"/>
          <w:titlePg w:val="0"/>
          <w:docGrid w:linePitch="360"/>
        </w:sectPr>
      </w:pPr>
    </w:p>
    <w:p>
      <w:pPr>
        <w:spacing w:before="100" w:after="200" w:line="360" w:lineRule="auto"/>
        <w:ind w:firstLine="576"/>
        <w:jc w:val="left"/>
      </w:pPr>
      <w:r>
        <w:rPr>
          <w:rFonts w:ascii="宋体" w:eastAsia="宋体" w:hAnsi="宋体"/>
          <w:sz w:val="28"/>
        </w:rPr>
        <w:t>铁路北站：做好本单位恶劣天气应急预案，落实各项安全措施；负责维护铁路运输秩序，协同综管办妥善安置并疏散铁路站因灾滞留旅客；落实防御雨雪冰冻灾害抢险救灾物资；负责协调铁路安全管理和抢险工作，保障铁路安全畅通。</w:t>
      </w:r>
    </w:p>
    <w:p>
      <w:pPr>
        <w:spacing w:before="100" w:after="200" w:line="360" w:lineRule="auto"/>
        <w:ind w:firstLine="576"/>
        <w:jc w:val="left"/>
      </w:pPr>
      <w:r>
        <w:rPr>
          <w:rFonts w:ascii="宋体" w:eastAsia="宋体" w:hAnsi="宋体"/>
          <w:sz w:val="28"/>
        </w:rPr>
        <w:t>长途客运公司、城市公交公司、城乡公交公司、公交站场公司、慈溪城乡公交公司：做好本单位恶劣天气应急预案，落实各项安全措施，要安排相关人员到站场值守，加强客运车辆的动态管理和监管力度；落实防御雨雪冰冻灾害抢险救灾物资，积极采取措施做好站场扫雪除冰工作，及时将班线停运和客运情况上报应急领导小组办公室及上级主管部门。</w:t>
      </w:r>
    </w:p>
    <w:p>
      <w:pPr>
        <w:spacing w:before="100" w:after="200" w:line="360" w:lineRule="auto"/>
        <w:ind w:firstLine="576"/>
        <w:jc w:val="left"/>
      </w:pPr>
      <w:r>
        <w:rPr>
          <w:rFonts w:ascii="宋体" w:eastAsia="宋体" w:hAnsi="宋体"/>
          <w:sz w:val="28"/>
        </w:rPr>
        <w:t>综管办管理科：按照上级要求及时安排人员完成辖区内主干道的清扫工作，确保广场区域主要路段、路口基本畅通；及时了解和掌握雨雪冰冻等恶劣天气下广场区域的社会治安情况；根据雨雪冰冻等恶劣天气对交通的影响，向乘客发布恶劣天气交通影响预警；指导综管队员重点加强站北路、出租车引桥、站南路等重要节点的巡逻管控，引导车辆安全、有序通过；及时汇总雨雪冰冻等恶劣天气、旅客滞留、道路通行信息并向领导小组报送。</w:t>
      </w:r>
    </w:p>
    <w:p>
      <w:pPr>
        <w:spacing w:before="100" w:after="200" w:line="360" w:lineRule="auto"/>
        <w:ind w:firstLine="576"/>
        <w:jc w:val="left"/>
      </w:pPr>
      <w:r>
        <w:rPr>
          <w:rFonts w:ascii="宋体" w:eastAsia="宋体" w:hAnsi="宋体"/>
          <w:sz w:val="28"/>
        </w:rPr>
        <w:t>振兴物业公司：加强雨雪冰冻等恶劣天气时广场区域设施设备的巡查，确保地下车库正常运转；落实保安人员的.备勤，做好应对雨雪冰冻等恶劣天气所需的各种物资和器材；服从管理科安排及时组织人员进行道路积雪清扫工作。</w:t>
      </w:r>
    </w:p>
    <w:p>
      <w:pPr>
        <w:spacing w:before="100" w:after="200" w:line="360" w:lineRule="auto"/>
        <w:jc w:val="left"/>
      </w:pPr>
      <w:r>
        <w:rPr>
          <w:rFonts w:ascii="宋体 (中文正文)" w:eastAsia="宋体" w:hAnsi="宋体 (中文正文)"/>
          <w:b/>
          <w:sz w:val="28"/>
        </w:rPr>
        <w:t>四、安排滞留旅客</w:t>
      </w:r>
    </w:p>
    <w:p>
      <w:pPr>
        <w:spacing w:before="100" w:after="200" w:line="360" w:lineRule="auto"/>
        <w:ind w:firstLine="576"/>
        <w:jc w:val="left"/>
      </w:pPr>
      <w:r>
        <w:rPr>
          <w:rFonts w:ascii="宋体" w:eastAsia="宋体" w:hAnsi="宋体"/>
          <w:sz w:val="28"/>
        </w:rPr>
        <w:t>受雨雪冰冻等恶劣天气影响往往导致列车晚点，旅客滞留，为此必须提供准确列车信息，积极组织、协调相关部门有序疏散旅客，妥善安置滞留旅客。</w:t>
      </w:r>
    </w:p>
    <w:p>
      <w:pPr>
        <w:spacing w:before="100" w:after="200" w:line="360" w:lineRule="auto"/>
        <w:jc w:val="left"/>
        <w:sectPr w:rsidSect="00034616">
          <w:type w:val="nextPage"/>
          <w:pgSz w:w="11906" w:h="16838"/>
          <w:pgMar w:top="1440" w:right="1440" w:bottom="1440" w:left="1440" w:header="720" w:footer="720" w:gutter="0"/>
          <w:pgNumType w:start="19"/>
          <w:cols w:space="720"/>
          <w:titlePg w:val="0"/>
          <w:docGrid w:linePitch="360"/>
        </w:sectPr>
      </w:pPr>
      <w:r>
        <w:rPr>
          <w:rFonts w:ascii="宋体 (中文正文)" w:eastAsia="宋体" w:hAnsi="宋体 (中文正文)"/>
          <w:b/>
          <w:sz w:val="28"/>
        </w:rPr>
        <w:t>五、落实工作要求</w:t>
      </w:r>
    </w:p>
    <w:p>
      <w:pPr>
        <w:spacing w:before="100" w:after="200" w:line="360" w:lineRule="auto"/>
        <w:ind w:firstLine="576"/>
        <w:jc w:val="left"/>
      </w:pPr>
      <w:r>
        <w:rPr>
          <w:rFonts w:ascii="宋体" w:eastAsia="宋体" w:hAnsi="宋体"/>
          <w:sz w:val="28"/>
        </w:rPr>
        <w:t>（一）加强领导，高度重视。应对恶劣天气工作是一项公益性活动，直接关系到群众的出行，关系到铁路北站综合管理的正常秩序。各科室、单位要高度重视，提前做好应对的各项准备工作，保证人员落实到位、物资调配到位、行动迅速到位。抗灾工具、融雪防冻物资必须安排专人保管和维护，确保急时之用，把雨雪灾害可能造成的损失降低到最低程度。</w:t>
      </w:r>
    </w:p>
    <w:p>
      <w:pPr>
        <w:spacing w:before="100" w:after="200" w:line="360" w:lineRule="auto"/>
        <w:ind w:firstLine="576"/>
        <w:jc w:val="left"/>
      </w:pPr>
      <w:r>
        <w:rPr>
          <w:rFonts w:ascii="宋体" w:eastAsia="宋体" w:hAnsi="宋体"/>
          <w:sz w:val="28"/>
        </w:rPr>
        <w:t>（三）提高要求，讲究方法。应对恶劣天气工作要讲究方式方法，特别在扫雪除冰时，以人工清扫为主。除雪要做到及时清扫，确保雪中路通，雪停路清。清除积雪，应达到无漏段、无积冰、无残雪、路面见底的`标准。要重视安全工作，加强对广大干部职工的安全教育，防止发生车辆及人员意外伤害事故。</w:t>
      </w:r>
    </w:p>
    <w:p>
      <w:pPr>
        <w:spacing w:before="100" w:after="200" w:line="360" w:lineRule="auto"/>
        <w:ind w:firstLine="576"/>
        <w:jc w:val="left"/>
      </w:pPr>
      <w:r>
        <w:rPr>
          <w:rFonts w:ascii="宋体" w:eastAsia="宋体" w:hAnsi="宋体"/>
          <w:sz w:val="28"/>
        </w:rPr>
        <w:t>为做好交通局应急保障道路冬季恶劣气候条件下道路除雪保畅工作，切实增强对冬季恶劣天气突发事件的应急能力，确保道路畅通，为所管辖区域提供通畅交通服务，特制定本预案。</w:t>
      </w:r>
    </w:p>
    <w:p>
      <w:pPr>
        <w:spacing w:before="100" w:after="200" w:line="360" w:lineRule="auto"/>
        <w:jc w:val="left"/>
      </w:pPr>
      <w:r>
        <w:rPr>
          <w:rFonts w:ascii="宋体 (中文正文)" w:eastAsia="宋体" w:hAnsi="宋体 (中文正文)"/>
          <w:b/>
          <w:sz w:val="28"/>
        </w:rPr>
        <w:t>一、指导思想</w:t>
      </w:r>
    </w:p>
    <w:p>
      <w:pPr>
        <w:spacing w:before="100" w:after="200" w:line="360" w:lineRule="auto"/>
        <w:ind w:firstLine="576"/>
        <w:jc w:val="left"/>
      </w:pPr>
      <w:r>
        <w:rPr>
          <w:rFonts w:ascii="宋体" w:eastAsia="宋体" w:hAnsi="宋体"/>
          <w:sz w:val="28"/>
        </w:rPr>
        <w:t>为最大程度减轻冰雪恶劣天气突发事件对机场应急保障道路的损害，结合交通局下发有关文件精神，按照“认识到位、措施得力、责任明确、任务落实”的要求，精心组织、积极运作、周密部署、合理调度，确保在冬季恶劣气候条件下道路畅通。</w:t>
      </w:r>
    </w:p>
    <w:p>
      <w:pPr>
        <w:spacing w:before="100" w:after="200" w:line="360" w:lineRule="auto"/>
        <w:jc w:val="left"/>
      </w:pPr>
      <w:r>
        <w:rPr>
          <w:rFonts w:ascii="宋体 (中文正文)" w:eastAsia="宋体" w:hAnsi="宋体 (中文正文)"/>
          <w:b/>
          <w:sz w:val="28"/>
        </w:rPr>
        <w:t>二、组织机构</w:t>
      </w:r>
    </w:p>
    <w:p>
      <w:pPr>
        <w:spacing w:before="100" w:after="200" w:line="360" w:lineRule="auto"/>
        <w:ind w:firstLine="576"/>
        <w:jc w:val="left"/>
      </w:pPr>
      <w:r>
        <w:rPr>
          <w:rFonts w:ascii="宋体" w:eastAsia="宋体" w:hAnsi="宋体"/>
          <w:sz w:val="28"/>
        </w:rPr>
        <w:t>（一）成立青岛海达物业管理有限公司“冬季除雪工作”应急领导小组</w:t>
      </w:r>
    </w:p>
    <w:p>
      <w:pPr>
        <w:spacing w:before="100" w:after="200" w:line="360" w:lineRule="auto"/>
        <w:jc w:val="left"/>
        <w:sectPr w:rsidSect="00034616">
          <w:type w:val="nextPage"/>
          <w:pgSz w:w="11906" w:h="16838"/>
          <w:pgMar w:top="1440" w:right="1440" w:bottom="1440" w:left="1440" w:header="720" w:footer="720" w:gutter="0"/>
          <w:pgNumType w:start="20"/>
          <w:cols w:space="720"/>
          <w:titlePg w:val="0"/>
          <w:docGrid w:linePitch="360"/>
        </w:sectPr>
      </w:pPr>
      <w:r>
        <w:rPr>
          <w:rFonts w:ascii="宋体 (中文正文)" w:eastAsia="宋体" w:hAnsi="宋体 (中文正文)"/>
          <w:sz w:val="28"/>
        </w:rPr>
        <w:t>组长：副组长：成员：</w:t>
      </w:r>
    </w:p>
    <w:p>
      <w:pPr>
        <w:spacing w:before="100" w:after="200" w:line="360" w:lineRule="auto"/>
        <w:ind w:firstLine="576"/>
        <w:jc w:val="left"/>
      </w:pPr>
      <w:r>
        <w:rPr>
          <w:rFonts w:ascii="宋体" w:eastAsia="宋体" w:hAnsi="宋体"/>
          <w:sz w:val="28"/>
        </w:rPr>
        <w:t>（二）领导小组下设办公室，办公室设在环卫事业部具体负责清雪应急抢险工作任务的分配、调度和检查工作,在防雪清雪工作中传达防雪信息，协调各班组切实做好防雪清雪工作。</w:t>
      </w:r>
    </w:p>
    <w:p>
      <w:pPr>
        <w:spacing w:before="100" w:after="200" w:line="360" w:lineRule="auto"/>
        <w:ind w:firstLine="576"/>
        <w:jc w:val="left"/>
      </w:pPr>
      <w:r>
        <w:rPr>
          <w:rFonts w:ascii="宋体" w:eastAsia="宋体" w:hAnsi="宋体"/>
          <w:sz w:val="28"/>
        </w:rPr>
        <w:t>1、第一突击队（18人）：</w:t>
      </w:r>
    </w:p>
    <w:p>
      <w:pPr>
        <w:spacing w:before="100" w:after="200" w:line="360" w:lineRule="auto"/>
        <w:ind w:firstLine="576"/>
        <w:jc w:val="left"/>
      </w:pPr>
      <w:r>
        <w:rPr>
          <w:rFonts w:ascii="宋体" w:eastAsia="宋体" w:hAnsi="宋体"/>
          <w:sz w:val="28"/>
        </w:rPr>
        <w:t>2、2、第二突击队（4人）：</w:t>
      </w:r>
    </w:p>
    <w:p>
      <w:pPr>
        <w:spacing w:before="100" w:after="200" w:line="360" w:lineRule="auto"/>
        <w:ind w:firstLine="576"/>
        <w:jc w:val="left"/>
      </w:pPr>
      <w:r>
        <w:rPr>
          <w:rFonts w:ascii="宋体" w:eastAsia="宋体" w:hAnsi="宋体"/>
          <w:sz w:val="28"/>
        </w:rPr>
        <w:t>3、第三突击队（4人）：</w:t>
      </w:r>
    </w:p>
    <w:p>
      <w:pPr>
        <w:spacing w:before="100" w:after="200" w:line="360" w:lineRule="auto"/>
        <w:jc w:val="left"/>
      </w:pPr>
      <w:r>
        <w:rPr>
          <w:rFonts w:ascii="宋体 (中文正文)" w:eastAsia="宋体" w:hAnsi="宋体 (中文正文)"/>
          <w:b/>
          <w:sz w:val="28"/>
        </w:rPr>
        <w:t>三、机械、物资储备</w:t>
      </w:r>
    </w:p>
    <w:p>
      <w:pPr>
        <w:spacing w:before="100" w:after="200" w:line="360" w:lineRule="auto"/>
        <w:jc w:val="left"/>
      </w:pPr>
      <w:r>
        <w:rPr>
          <w:rFonts w:ascii="宋体 (中文正文)" w:eastAsia="宋体" w:hAnsi="宋体 (中文正文)"/>
          <w:sz w:val="28"/>
        </w:rPr>
        <w:t>（一）车辆及设备：</w:t>
      </w:r>
    </w:p>
    <w:p>
      <w:pPr>
        <w:spacing w:before="100" w:after="200" w:line="360" w:lineRule="auto"/>
        <w:ind w:firstLine="576"/>
        <w:jc w:val="left"/>
      </w:pPr>
      <w:r>
        <w:rPr>
          <w:rFonts w:ascii="宋体" w:eastAsia="宋体" w:hAnsi="宋体"/>
          <w:sz w:val="28"/>
        </w:rPr>
        <w:t>现有皮卡车1台、除雪铲车3台、除雪滚1个、撒布机1台、防滑链条4条。</w:t>
      </w:r>
    </w:p>
    <w:p>
      <w:pPr>
        <w:spacing w:before="100" w:after="200" w:line="360" w:lineRule="auto"/>
        <w:ind w:firstLine="576"/>
        <w:jc w:val="left"/>
      </w:pPr>
      <w:r>
        <w:rPr>
          <w:rFonts w:ascii="宋体" w:eastAsia="宋体" w:hAnsi="宋体"/>
          <w:sz w:val="28"/>
        </w:rPr>
        <w:t>（二）常备物资</w:t>
      </w:r>
    </w:p>
    <w:p>
      <w:pPr>
        <w:spacing w:before="100" w:after="200" w:line="360" w:lineRule="auto"/>
        <w:ind w:firstLine="576"/>
        <w:jc w:val="left"/>
      </w:pPr>
      <w:r>
        <w:rPr>
          <w:rFonts w:ascii="宋体" w:eastAsia="宋体" w:hAnsi="宋体"/>
          <w:sz w:val="28"/>
        </w:rPr>
        <w:t>已储备融雪剂20吨、防滑沙200方、推雪锨21把、扫帚30把、手套40双、标志牌10套、锥形筒100个、对讲机5个以备待用。</w:t>
      </w:r>
    </w:p>
    <w:p>
      <w:pPr>
        <w:spacing w:before="100" w:after="200" w:line="360" w:lineRule="auto"/>
        <w:jc w:val="left"/>
      </w:pPr>
      <w:r>
        <w:rPr>
          <w:rFonts w:ascii="宋体 (中文正文)" w:eastAsia="宋体" w:hAnsi="宋体 (中文正文)"/>
          <w:b/>
          <w:sz w:val="28"/>
        </w:rPr>
        <w:t>四、信息预警机制</w:t>
      </w:r>
    </w:p>
    <w:p>
      <w:pPr>
        <w:spacing w:before="100" w:after="200" w:line="360" w:lineRule="auto"/>
        <w:ind w:firstLine="576"/>
        <w:jc w:val="left"/>
      </w:pPr>
      <w:r>
        <w:rPr>
          <w:rFonts w:ascii="宋体" w:eastAsia="宋体" w:hAnsi="宋体"/>
          <w:sz w:val="28"/>
        </w:rPr>
        <w:t>（一）建立24小时雪情预警报告制度和冬季除雪值班制度。值班人员在接到雪情或路面结冰等影响通行安全的报告时，及时向应急领导小组办公室汇报情况，以便及时掌握灾情，落实应急处置措施。</w:t>
      </w:r>
    </w:p>
    <w:p>
      <w:pPr>
        <w:spacing w:before="100" w:after="200" w:line="360" w:lineRule="auto"/>
        <w:ind w:firstLine="576"/>
        <w:jc w:val="left"/>
      </w:pPr>
      <w:r>
        <w:rPr>
          <w:rFonts w:ascii="宋体" w:eastAsia="宋体" w:hAnsi="宋体"/>
          <w:sz w:val="28"/>
        </w:rPr>
        <w:t>（二）每天通过新闻媒体、网络、天气预报等多种渠道获取准确可靠的天气信息，及时预测分析可能发生的灾害及其危害程度。</w:t>
      </w:r>
    </w:p>
    <w:p>
      <w:pPr>
        <w:spacing w:before="100" w:after="200" w:line="360" w:lineRule="auto"/>
        <w:ind w:firstLine="576"/>
        <w:jc w:val="left"/>
        <w:sectPr w:rsidSect="00034616">
          <w:type w:val="nextPage"/>
          <w:pgSz w:w="11906" w:h="16838"/>
          <w:pgMar w:top="1440" w:right="1440" w:bottom="1440" w:left="1440" w:header="720" w:footer="720" w:gutter="0"/>
          <w:pgNumType w:start="21"/>
          <w:cols w:space="720"/>
          <w:titlePg w:val="0"/>
          <w:docGrid w:linePitch="360"/>
        </w:sectPr>
      </w:pPr>
    </w:p>
    <w:p>
      <w:pPr>
        <w:spacing w:before="100" w:after="200" w:line="360" w:lineRule="auto"/>
        <w:ind w:firstLine="576"/>
        <w:jc w:val="left"/>
      </w:pPr>
      <w:r>
        <w:rPr>
          <w:rFonts w:ascii="宋体" w:eastAsia="宋体" w:hAnsi="宋体"/>
          <w:sz w:val="28"/>
        </w:rPr>
        <w:t>（三）特别是雨雪天气时加大站前大道下穿桥及东外环大桥、胶州北站等重点路段的巡查力度，密切注意雨雪对路面、交通的影响，发现有异常情况立即向应急领导小组汇报，应急领导小组组长根据情况启动应急预案。当启动应急预案后，队长务必在第一时间把除雪防滑相关的信息报告给领导小组，以便领导小组真实全面的了解现状进而作出科学全面的统筹安排，做到措施得当，更好的实施预案。应急领导小组应将本路段雨雪灾害情况及处置情况及时汇报交通局养护科。</w:t>
      </w:r>
    </w:p>
    <w:p>
      <w:pPr>
        <w:spacing w:before="100" w:after="200" w:line="360" w:lineRule="auto"/>
        <w:jc w:val="left"/>
      </w:pPr>
      <w:r>
        <w:rPr>
          <w:rFonts w:ascii="宋体 (中文正文)" w:eastAsia="宋体" w:hAnsi="宋体 (中文正文)"/>
          <w:b/>
          <w:sz w:val="28"/>
        </w:rPr>
        <w:t>五、启动条件</w:t>
      </w:r>
    </w:p>
    <w:p>
      <w:pPr>
        <w:spacing w:before="100" w:after="200" w:line="360" w:lineRule="auto"/>
        <w:ind w:firstLine="576"/>
        <w:jc w:val="left"/>
      </w:pPr>
      <w:r>
        <w:rPr>
          <w:rFonts w:ascii="宋体" w:eastAsia="宋体" w:hAnsi="宋体"/>
          <w:sz w:val="28"/>
        </w:rPr>
        <w:t>冬季除雪应急预案应由领导小组宣布启动或终止。除雪应急预案启动后，各相关负责人员应切实加强宣传和协调工作，以保证预案实施的社会环境条件满足要求。</w:t>
      </w:r>
    </w:p>
    <w:p>
      <w:pPr>
        <w:spacing w:before="100" w:after="200" w:line="360" w:lineRule="auto"/>
        <w:ind w:firstLine="576"/>
        <w:jc w:val="left"/>
      </w:pPr>
      <w:r>
        <w:rPr>
          <w:rFonts w:ascii="宋体" w:eastAsia="宋体" w:hAnsi="宋体"/>
          <w:sz w:val="28"/>
        </w:rPr>
        <w:t>应急领导小组通过快捷可靠的信息预警机制及时了解路况信息，根据雨雪灾害情况及时决策预案的启动或撤销。</w:t>
      </w:r>
    </w:p>
    <w:p>
      <w:pPr>
        <w:spacing w:before="100" w:after="200" w:line="360" w:lineRule="auto"/>
        <w:jc w:val="left"/>
      </w:pPr>
      <w:r>
        <w:rPr>
          <w:rFonts w:ascii="宋体 (中文正文)" w:eastAsia="宋体" w:hAnsi="宋体 (中文正文)"/>
          <w:b/>
          <w:sz w:val="28"/>
        </w:rPr>
        <w:t>六、保畅措施</w:t>
      </w:r>
    </w:p>
    <w:p>
      <w:pPr>
        <w:spacing w:before="100" w:after="200" w:line="360" w:lineRule="auto"/>
        <w:ind w:firstLine="576"/>
        <w:jc w:val="left"/>
      </w:pPr>
      <w:r>
        <w:rPr>
          <w:rFonts w:ascii="宋体" w:eastAsia="宋体" w:hAnsi="宋体"/>
          <w:sz w:val="28"/>
        </w:rPr>
        <w:t>（一）在站前大道下穿桥及东外环大桥等特殊路段路边提前储备摆放防滑沙或融雪剂，桥梁进口及上坡处设立冬季安全行车提示标志牌提醒通行车辆注意安全，做好前期预防准备工作。</w:t>
      </w:r>
    </w:p>
    <w:p>
      <w:pPr>
        <w:spacing w:before="100" w:after="200" w:line="360" w:lineRule="auto"/>
        <w:ind w:firstLine="576"/>
        <w:jc w:val="left"/>
      </w:pPr>
      <w:r>
        <w:rPr>
          <w:rFonts w:ascii="宋体" w:eastAsia="宋体" w:hAnsi="宋体"/>
          <w:sz w:val="28"/>
        </w:rPr>
        <w:t>（二）应急预案启动后，所有人员实行24小时值班制度，人员、车辆、除雪工具、通讯器材、交通安全标志牌等准备就绪随时待命，统一听从领导小组安排。</w:t>
      </w:r>
    </w:p>
    <w:p>
      <w:pPr>
        <w:spacing w:before="100" w:after="200" w:line="360" w:lineRule="auto"/>
        <w:jc w:val="left"/>
      </w:pPr>
      <w:r>
        <w:rPr>
          <w:rFonts w:ascii="宋体 (中文正文)" w:eastAsia="宋体" w:hAnsi="宋体 (中文正文)"/>
          <w:b/>
          <w:sz w:val="28"/>
        </w:rPr>
        <w:t>七、工作原则</w:t>
      </w:r>
    </w:p>
    <w:p>
      <w:pPr>
        <w:spacing w:before="100" w:after="200" w:line="360" w:lineRule="auto"/>
        <w:ind w:firstLine="576"/>
        <w:jc w:val="left"/>
      </w:pPr>
      <w:r>
        <w:br/>
      </w:r>
      <w:r>
        <w:br/>
      </w:r>
    </w:p>
    <w:p>
      <w:pPr>
        <w:spacing w:after="0" w:line="240" w:lineRule="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 w:history="1">
        <w:r>
          <w:rPr>
            <w:rFonts w:ascii="SimSun" w:eastAsia="SimSun" w:hAnsi="SimSun" w:cs="SimSun"/>
            <w:b/>
            <w:bCs/>
            <w:color w:val="0000EE"/>
            <w:sz w:val="30"/>
            <w:szCs w:val="30"/>
            <w:u w:val="single" w:color="0000EE"/>
          </w:rPr>
          <w:t>https://d.book118.com/665010212243011124</w:t>
        </w:r>
      </w:hyperlink>
    </w:p>
    <w:p>
      <w:pPr>
        <w:spacing w:before="100" w:after="200" w:line="360" w:lineRule="auto"/>
        <w:ind w:firstLine="576"/>
        <w:jc w:val="left"/>
      </w:pPr>
    </w:p>
    <w:sectPr w:rsidSect="00034616">
      <w:type w:val="nextPage"/>
      <w:pgSz w:w="11906" w:h="16838"/>
      <w:pgMar w:top="1440" w:right="1440" w:bottom="1440" w:left="1440" w:header="720" w:footer="720" w:gutter="0"/>
      <w:pgNumType w:start="22"/>
      <w:cols w:space="720"/>
      <w:titlePg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14:defaultImageDpi w14:val="300"/>
  <w14:docId w14:val="24062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65010212243011124"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revision>1</cp:revision>
  <dcterms:created xsi:type="dcterms:W3CDTF">2013-12-23T23:15:00Z</dcterms:created>
  <dcterms:modified xsi:type="dcterms:W3CDTF">2013-12-23T23:15:00Z</dcterms:modified>
</cp:coreProperties>
</file>