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黑体" w:hAnsi="黑体"/>
          <w:b/>
          <w:i w:val="0"/>
          <w:sz w:val="36"/>
        </w:rPr>
        <w:t>施工员之市政施工基础知识题库</w:t>
      </w:r>
    </w:p>
    <w:p/>
    <w:p>
      <w:pPr>
        <w:jc w:val="center"/>
      </w:pPr>
      <w:r>
        <w:rPr>
          <w:rFonts w:ascii="黑体" w:hAnsi="黑体"/>
          <w:b/>
          <w:sz w:val="28"/>
        </w:rPr>
        <w:t>第一部分  单选题(200题)</w:t>
      </w:r>
    </w:p>
    <w:p>
      <w:r>
        <w:t>1、采用HDPE膜防渗技术的核心是（　　　）。</w:t>
        <w:br/>
        <w:t>A.HDPE膜的进货质量</w:t>
        <w:br/>
        <w:t>B.HDPE膜的机具</w:t>
        <w:br/>
        <w:t>C.HDPE膜的施工季节合理性</w:t>
        <w:br/>
        <w:t>D.HDPE膜的施工质量</w:t>
        <w:br/>
        <w:br/>
        <w:t xml:space="preserve">【答案】：D </w:t>
      </w:r>
    </w:p>
    <w:p>
      <w:r>
        <w:t>2、根据地下水量大小、基坑平面形状及水泵能力，集水井每隔（　　　）m设置一个。</w:t>
        <w:br/>
        <w:t>A.10~20</w:t>
        <w:br/>
        <w:t>B.20~30</w:t>
        <w:br/>
        <w:t>C.30~40</w:t>
        <w:br/>
        <w:t>D.40~50</w:t>
        <w:br/>
        <w:br/>
        <w:t xml:space="preserve">【答案】：C </w:t>
      </w:r>
    </w:p>
    <w:p>
      <w:r>
        <w:t>3、路基边坡的坡度m值对路基稳定其中重要的作用，下列说法正确的是（　　　）。</w:t>
        <w:br/>
        <w:t>A.m值越大，边坡越陡，稳定性越差</w:t>
        <w:br/>
        <w:t>B.m值越大，边坡越缓，稳定性越好</w:t>
        <w:br/>
        <w:t>C.m值越小，边坡越缓，稳定性越差</w:t>
        <w:br/>
        <w:t>D.边坡坡度越缓越好</w:t>
        <w:br/>
        <w:br/>
        <w:t xml:space="preserve">【答案】：B </w:t>
      </w:r>
    </w:p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>
      <w:r>
        <w:t>4、高差与水平距离之（　　　）为坡度。</w:t>
        <w:br/>
        <w:t>A.和</w:t>
        <w:br/>
        <w:t>B.差</w:t>
        <w:br/>
        <w:t>C.比</w:t>
        <w:br/>
        <w:t>D.积</w:t>
        <w:br/>
        <w:br/>
        <w:t>【答案】：C</w:t>
      </w:r>
      <w:r>
        <w:t xml:space="preserve"> </w:t>
      </w:r>
    </w:p>
    <w:p>
      <w:r>
        <w:t>5、城市给水管道工程中，橡胶圈接口不适用于（　　　）。</w:t>
        <w:br/>
        <w:t>A.橡胶圈</w:t>
        <w:br/>
        <w:t>B.焊接</w:t>
        <w:br/>
        <w:t>C.法兰</w:t>
        <w:br/>
        <w:t>D.丝扣</w:t>
        <w:br/>
        <w:br/>
        <w:t xml:space="preserve">【答案】：D </w:t>
      </w:r>
    </w:p>
    <w:p>
      <w:r>
        <w:t>6、水准测量中，设后尺A的读数a=2.713m，前尺B的读数b=1.401m，已知A点高程为15.000m，则水准仪视线高程为（　　　）m。</w:t>
        <w:br/>
        <w:t>A.13.688</w:t>
        <w:br/>
        <w:t>B.16.312</w:t>
        <w:br/>
        <w:t>C.16.401</w:t>
        <w:br/>
        <w:t>D.17.713</w:t>
        <w:br/>
        <w:br/>
        <w:t xml:space="preserve">【答案】：D </w:t>
      </w:r>
    </w:p>
    <w:p>
      <w:r>
        <w:t>7、当墩身高度大于（　　　）时，可设横系梁加强柱身横向联系。</w:t>
        <w:br/>
        <w:t>A.5~6m</w:t>
        <w:br/>
        <w:t>B.6~7m</w:t>
        <w:br/>
        <w:t>C.7~8m</w:t>
        <w:br/>
        <w:t>D.8~9m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</w:p>
    <w:p>
      <w:r>
        <w:t>8、上层土质较好、下层土质松软，当环境条件许可、沟槽深度不超过4.5m时，可采用（　　　）断面。</w:t>
        <w:br/>
        <w:t>A.直槽</w:t>
        <w:br/>
        <w:t>B.梯形槽</w:t>
        <w:br/>
        <w:t>C.混合槽</w:t>
        <w:br/>
        <w:t>D.联合槽</w:t>
        <w:br/>
        <w:br/>
        <w:t>【答案】：C</w:t>
      </w:r>
      <w:r>
        <w:t xml:space="preserve"> </w:t>
      </w:r>
    </w:p>
    <w:p>
      <w:r>
        <w:t>9、用于收集路面雨水的雨水口有平入式、（　　　）联合式。</w:t>
        <w:br/>
        <w:t>A.竖入式</w:t>
        <w:br/>
        <w:t>B.侧入式</w:t>
        <w:br/>
        <w:t>C.立式</w:t>
        <w:br/>
        <w:t>D.凹式</w:t>
        <w:br/>
        <w:br/>
        <w:t xml:space="preserve">【答案】：B </w:t>
      </w:r>
    </w:p>
    <w:p>
      <w:r>
        <w:t>10、根据两个或两个以上的已知角度的方向交会出的平面位置，称为（　　　）。</w:t>
        <w:br/>
        <w:t>A.直角坐标法</w:t>
        <w:br/>
        <w:t>B.极坐标法</w:t>
        <w:br/>
        <w:t>C.角度交会法</w:t>
        <w:br/>
        <w:t>D.距离交会法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  <w:r>
        <w:t>11、下列不属于盖挖法的优点的是（　　　）。</w:t>
        <w:br/>
        <w:t>A.围护结构变形小</w:t>
        <w:br/>
        <w:t>B.基坑底部土体稳定，隆起小，施工安全</w:t>
        <w:br/>
        <w:t>C.不设内部支撑，施工空间大</w:t>
        <w:br/>
        <w:t>D.施工难度小，费用低</w:t>
        <w:br/>
        <w:br/>
        <w:t xml:space="preserve">【答案】：D </w:t>
      </w:r>
    </w:p>
    <w:p>
      <w:r>
        <w:t>12、与居住区、工业区等内部道路相连接，是城镇交通网中数量较多的道路的是（　　　）。</w:t>
        <w:br/>
        <w:t>A.快速路</w:t>
        <w:br/>
        <w:t>B.次干路</w:t>
        <w:br/>
        <w:t>C.支路</w:t>
        <w:br/>
        <w:t>D.主干路</w:t>
        <w:br/>
        <w:br/>
        <w:t xml:space="preserve">【答案】：C </w:t>
      </w:r>
    </w:p>
    <w:p>
      <w:r>
        <w:t>13、规划红线是道路的用地界线，常用（　　　）表示。</w:t>
        <w:br/>
        <w:t>A.单实线</w:t>
        <w:br/>
        <w:t>B.双实线</w:t>
        <w:br/>
        <w:t>C.点画线</w:t>
        <w:br/>
        <w:t>D.双点画线</w:t>
        <w:br/>
        <w:br/>
        <w:t xml:space="preserve">【答案】：D </w:t>
      </w:r>
    </w:p>
    <w:p>
      <w:r>
        <w:t>14、沥青混凝土路面的基层对（　　　）没有要求。</w:t>
        <w:br/>
        <w:t>A.耐磨性</w:t>
        <w:br/>
        <w:t>B.刚度</w:t>
        <w:br/>
        <w:t>C.强度</w:t>
        <w:br/>
        <w:t>D.稳定性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  <w:r>
        <w:t>15、排水沟断面尺寸一般为（　　　）。</w:t>
        <w:br/>
        <w:t>A.10cm×10cm</w:t>
        <w:br/>
        <w:t>B.30cm×30cm</w:t>
        <w:br/>
        <w:t>C.50m×50cm</w:t>
        <w:br/>
        <w:t>D.100cm×100cm</w:t>
        <w:br/>
        <w:br/>
        <w:t xml:space="preserve">【答案】：B </w:t>
      </w:r>
    </w:p>
    <w:p>
      <w:r>
        <w:t>16、不属于洞口土体加固主要方法的是（　　　）。</w:t>
        <w:br/>
        <w:t>A.SMW法</w:t>
        <w:br/>
        <w:t>B.注浆法</w:t>
        <w:br/>
        <w:t>C.高压喷射搅拌法</w:t>
        <w:br/>
        <w:t>D.冻结法</w:t>
        <w:br/>
        <w:br/>
        <w:t xml:space="preserve">【答案】：A </w:t>
      </w:r>
    </w:p>
    <w:p>
      <w:r>
        <w:t>17、交通标线应采用线宽为（　　　）mm的虚线或实线表示。</w:t>
        <w:br/>
        <w:t>A.1~2</w:t>
        <w:br/>
        <w:t>B.2~3</w:t>
        <w:br/>
        <w:t>C.2~4</w:t>
        <w:br/>
        <w:t>D.4~6</w:t>
        <w:br/>
        <w:br/>
        <w:t xml:space="preserve">【答案】：A </w:t>
      </w:r>
    </w:p>
    <w:p>
      <w:r>
        <w:t>18、道路上的井室必须使用（　　　）装配稳固。</w:t>
        <w:br/>
        <w:t>A.重型井盖</w:t>
        <w:br/>
        <w:t>B.轻型井盖</w:t>
        <w:br/>
        <w:t>C.普通井盖</w:t>
        <w:br/>
        <w:t>D.钢筋混凝土井盖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  <w:r>
        <w:t>19、水准仪视线高等于（　　　）+后视点读数。</w:t>
        <w:br/>
        <w:t>A.后视点高程</w:t>
        <w:br/>
        <w:t>B.转点高程</w:t>
        <w:br/>
        <w:t>C.前视点高程</w:t>
        <w:br/>
        <w:t>D.仪器点高程</w:t>
        <w:br/>
        <w:br/>
        <w:t xml:space="preserve">【答案】：A </w:t>
      </w:r>
    </w:p>
    <w:p>
      <w:r>
        <w:t>20、直埋管道接头的一级管网的现场安装的接头密封应进行（　　　）的气密性检验。</w:t>
        <w:br/>
        <w:t>A.20%</w:t>
        <w:br/>
        <w:t>B.50%</w:t>
        <w:br/>
        <w:t>C.80%</w:t>
        <w:br/>
        <w:t>D.100%</w:t>
        <w:br/>
        <w:br/>
        <w:t xml:space="preserve">【答案】：D </w:t>
      </w:r>
    </w:p>
    <w:p>
      <w:r>
        <w:t>21、路面通常由一层或几层组成，以下不属于路面组成的是（　　　）。</w:t>
        <w:br/>
        <w:t>A.面层</w:t>
        <w:br/>
        <w:t>B.垫层</w:t>
        <w:br/>
        <w:t>C.沥青层</w:t>
        <w:br/>
        <w:t>D.基层</w:t>
        <w:br/>
        <w:br/>
        <w:t xml:space="preserve">【答案】：C </w:t>
      </w:r>
    </w:p>
    <w:p>
      <w:r>
        <w:t>22、不属于排水管道施工的工序是（　　　）。</w:t>
        <w:br/>
        <w:t>A.下管、排管</w:t>
        <w:br/>
        <w:t>B.稳管、接口</w:t>
        <w:br/>
        <w:t>C.试压</w:t>
        <w:br/>
        <w:t>D.质量检查与验收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</w:p>
    <w:p>
      <w:r>
        <w:t>23、“刃脚”的作用是（　　　）。</w:t>
        <w:br/>
        <w:t>A.满足下沉要求</w:t>
        <w:br/>
        <w:t>B.减小下沉阻力</w:t>
        <w:br/>
        <w:t>C.增加整体刚度</w:t>
        <w:br/>
        <w:t>D.防止渗水</w:t>
        <w:br/>
        <w:br/>
        <w:t>【答案】：B</w:t>
      </w:r>
      <w:r>
        <w:t xml:space="preserve"> </w:t>
      </w:r>
    </w:p>
    <w:p>
      <w:r>
        <w:t>24、下列选项中，不属于排水管道施工的工序是（　　　）。</w:t>
        <w:br/>
        <w:t>A.下管、排管</w:t>
        <w:br/>
        <w:t>B.稳管、接口</w:t>
        <w:br/>
        <w:t>C.试压</w:t>
        <w:br/>
        <w:t>D.质量检查与验收</w:t>
        <w:br/>
        <w:br/>
        <w:t xml:space="preserve">【答案】：B </w:t>
      </w:r>
    </w:p>
    <w:p>
      <w:r>
        <w:t>25、测设的三项基本工作是（　　　）。</w:t>
        <w:br/>
        <w:t>A.测设已知的高差、测设已知的水平角、测设已知的距离</w:t>
        <w:br/>
        <w:t>B.测设已知的角度、测设已知的距离、测设已知的高差</w:t>
        <w:br/>
        <w:t>C.测设已知的边长、测设已知的高程、测设已知的角度</w:t>
        <w:br/>
        <w:t>D.测设已知的高程、测设已知的水平角、测设已知的水平距离</w:t>
        <w:br/>
        <w:br/>
        <w:t xml:space="preserve">【答案】：D </w:t>
      </w:r>
    </w:p>
    <w:p>
      <w:r>
        <w:t>26、刚构桥可根据外形分为（　　　）。</w:t>
        <w:br/>
        <w:t>A.门形刚构桥、斜腿刚构桥、板型桥</w:t>
        <w:br/>
        <w:t>B.门形刚构桥、直腿刚构桥、板型桥</w:t>
        <w:br/>
        <w:t>C.门形刚构桥、斜腿刚构桥、箱型桥</w:t>
        <w:br/>
        <w:t>D.门形刚构桥、直腿刚构桥、箱型桥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</w:p>
    <w:p>
      <w:r>
        <w:t>27、施工项目管理的主体是（　　　）。</w:t>
        <w:br/>
        <w:t>A.以项目经理为首的项目经理部</w:t>
        <w:br/>
        <w:t>B.以总监理工程师为首的监理单位</w:t>
        <w:br/>
        <w:t>C.以项目法为为首的建设单位</w:t>
        <w:br/>
        <w:t>D.建设行政主管部门</w:t>
        <w:br/>
        <w:br/>
        <w:t>【答案】：A</w:t>
      </w:r>
      <w:r>
        <w:t xml:space="preserve"> </w:t>
      </w:r>
    </w:p>
    <w:p>
      <w:r>
        <w:t>28、磨耗层又称为（　　　）。</w:t>
        <w:br/>
        <w:t>A.路面结构层</w:t>
        <w:br/>
        <w:t>B.表面层</w:t>
        <w:br/>
        <w:t>C.基层</w:t>
        <w:br/>
        <w:t>D.垫层</w:t>
        <w:br/>
        <w:br/>
        <w:t xml:space="preserve">【答案】：B </w:t>
      </w:r>
    </w:p>
    <w:p>
      <w:r>
        <w:t>29、盖挖逆作法的施工顺序（　　　）。</w:t>
        <w:br/>
        <w:t>A.构筑围护结构之地下连续墙和结构中间桩柱→回填顶板以上土方→开挖施工结构顶板→往上施工地上建筑</w:t>
        <w:br/>
        <w:t>B.开挖施工结构顶板→回填顶板以上土方→构筑围护结构之地下连续墙和结构中间桩柱→往上施工地上建筑</w:t>
        <w:br/>
        <w:t>C.构筑围护结构之地下连续墙和结构中间桩柱→开挖施工结构顶板→回填顶板以上土方→往上施工地上建筑</w:t>
        <w:br/>
        <w:t>D.开挖施工结构顶板→构筑围护结构之地下连续墙和结构中间桩柱→回填顶板以上土方→往上施工地上建筑</w:t>
        <w:br/>
        <w:br/>
        <w:t xml:space="preserve">【答案】：C </w:t>
      </w:r>
    </w:p>
    <w:p>
      <w:r>
        <w:t>30、行道树与机动车交叉口的最小距离为（　　　）。</w:t>
        <w:br/>
        <w:t>A.10m</w:t>
        <w:br/>
        <w:t>B.14m</w:t>
        <w:br/>
        <w:t>C.30m</w:t>
        <w:br/>
        <w:t>D.50m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</w:p>
    <w:p>
      <w:r>
        <w:t>31、市政管网工程量计算中，计算规则“管外径×3.142×设计长度”表达的是（　　　）。</w:t>
        <w:br/>
        <w:t>A.管道安装长度</w:t>
        <w:br/>
        <w:t>B.管道闭气试验长度</w:t>
        <w:br/>
        <w:t>C.管道内防腐面积</w:t>
        <w:br/>
        <w:t>D.管道外防腐面积</w:t>
        <w:br/>
        <w:br/>
        <w:t>【答案】：D</w:t>
      </w:r>
      <w:r>
        <w:t xml:space="preserve"> </w:t>
      </w:r>
    </w:p>
    <w:p>
      <w:r>
        <w:t>32、转动物镜对光螺旋的目的是（　　　）。</w:t>
        <w:br/>
        <w:t>A.使视准轴水平</w:t>
        <w:br/>
        <w:t>B.看清十字丝</w:t>
        <w:br/>
        <w:t>C.使物像位于十字丝分划板面上</w:t>
        <w:br/>
        <w:t>D.使望远镜对准目标</w:t>
        <w:br/>
        <w:br/>
        <w:t xml:space="preserve">【答案】：C </w:t>
      </w:r>
    </w:p>
    <w:p>
      <w:r>
        <w:t>33、下列关于保护层厚度的说法不正确的是（　　　）。</w:t>
        <w:br/>
        <w:t>A.当混凝土强度等级不低于C20且施工质量可靠保证，其保护层厚度可按相应规范中减少5mm</w:t>
        <w:br/>
        <w:t>B.预制构件中的预应力钢筋保护层厚度不应小于25mm</w:t>
        <w:br/>
        <w:t>C.钢筋混凝土受弯构件，钢筋端头的保护层厚度一般为10mm</w:t>
        <w:br/>
        <w:t>D.板、墙、壳中分布钢筋的保护层厚度不应小于15mm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  <w:r>
        <w:t>34、顶管法施工管道的首节管是（　　　）。</w:t>
        <w:br/>
        <w:t>A.钢管</w:t>
        <w:br/>
        <w:t>B.相同管材的管段</w:t>
        <w:br/>
        <w:t>C.工具管</w:t>
        <w:br/>
        <w:t>D.排水管</w:t>
        <w:br/>
        <w:br/>
        <w:t xml:space="preserve">【答案】：C </w:t>
      </w:r>
    </w:p>
    <w:p>
      <w:r>
        <w:t>35、某市政项目的独立土方工程，招标文件中估计工程量为100万m3，甲乙合同中约定；土方工程单价为6元/m3，当实际工程量超过估计工程量20％时，调整单价，单价调为4元/m3。工程结束时核算实际完成土方工程量为130万m3。</w:t>
        <w:br/>
        <w:t>A.480</w:t>
        <w:br/>
        <w:t>B.600</w:t>
        <w:br/>
        <w:t>C.700</w:t>
        <w:br/>
        <w:t>D.720</w:t>
        <w:br/>
        <w:br/>
        <w:t xml:space="preserve">【答案】：D </w:t>
      </w:r>
    </w:p>
    <w:p>
      <w:r>
        <w:t>36、某站水准测量时，由A点向B点进行测量，测得A、B两点之间的高差为0.506m，且B水准尺的读数为2.376m，A点高程为16.520m，则A点水准尺的读数与B点高程分别为（　　　）。</w:t>
        <w:br/>
        <w:t>A.1.870m，16.014m</w:t>
        <w:br/>
        <w:t>B.2.882m，16.014m</w:t>
        <w:br/>
        <w:t>C.1.870m，15.546m</w:t>
        <w:br/>
        <w:t>D.2.882m，17.026m</w:t>
        <w:br/>
        <w:br/>
        <w:t xml:space="preserve">【答案】：D </w:t>
      </w:r>
    </w:p>
    <w:p>
      <w:r>
        <w:t>37、某市政工程土方开挖时，底宽6m、底长15m、挖深2.5m，则应套用的土方开挖形式为（　　　）。</w:t>
        <w:br/>
        <w:t>A.一般土方开挖</w:t>
        <w:br/>
        <w:t>B.沟槽土方开挖</w:t>
        <w:br/>
        <w:t>C.基坑土方开挖</w:t>
        <w:br/>
        <w:t>D.场地平整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</w:p>
    <w:p>
      <w:r>
        <w:t>38、受弯构件是指（　　　）的构件。</w:t>
        <w:br/>
        <w:t>A.截面上有弯矩、剪力和扭矩作用</w:t>
        <w:br/>
        <w:t>B.截面上有弯矩作用</w:t>
        <w:br/>
        <w:t>C.截面上有弯矩、剪力作用</w:t>
        <w:br/>
        <w:t>D.截面上有扭矩、剪力作用</w:t>
        <w:br/>
        <w:br/>
        <w:t>【答案】：C</w:t>
      </w:r>
      <w:r>
        <w:t xml:space="preserve"> </w:t>
      </w:r>
    </w:p>
    <w:p>
      <w:r>
        <w:t>39、改进施工方法和改变施工机具为加快工程进度，属于动态控制中的（　　　）。</w:t>
        <w:br/>
        <w:t>A.组织措施</w:t>
        <w:br/>
        <w:t>B.经济措施</w:t>
        <w:br/>
        <w:t>C.合同措施</w:t>
        <w:br/>
        <w:t>D.技术措施</w:t>
        <w:br/>
        <w:br/>
        <w:t xml:space="preserve">【答案】：D </w:t>
      </w:r>
    </w:p>
    <w:p>
      <w:r>
        <w:t>40、公路铺筑面外侧据乔木中心不小于（　　　）m，据灌木边缘不小于（　　　）m。</w:t>
        <w:br/>
        <w:t>A.0.75，不宜种</w:t>
        <w:br/>
        <w:t>B.0.8，2.00</w:t>
        <w:br/>
        <w:t>C.1.00，0.50</w:t>
        <w:br/>
        <w:t>D.2.00，0.50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</w:p>
    <w:p>
      <w:r>
        <w:t>41、当管道内径大于700mm时，可按管道井段数量抽样选取（　　　）进行闭水试验；试验不合格时，抽样井段数量应在原抽样基础上加倍进行试验。</w:t>
        <w:br/>
        <w:t>A.1/2</w:t>
        <w:br/>
        <w:t>B.1/3</w:t>
        <w:br/>
        <w:t>C.1/4</w:t>
        <w:br/>
        <w:t>D.1/5</w:t>
        <w:br/>
        <w:br/>
        <w:t>【答案】：B</w:t>
      </w:r>
      <w:r>
        <w:t xml:space="preserve"> </w:t>
      </w:r>
    </w:p>
    <w:p>
      <w:r>
        <w:t>42、下列有关环境保护和文明施工管理的论述中，错误的是（　　　）。</w:t>
        <w:br/>
        <w:t>A.渣土运输车应采用覆盖措施</w:t>
        <w:br/>
        <w:t>B.使用密目式安全网对在建建筑物进行封闭</w:t>
        <w:br/>
        <w:t>C.搅拌场所采取喷雾洒水措施</w:t>
        <w:br/>
        <w:t>D.施工处地的料场、生活区域应进行硬化处理</w:t>
        <w:br/>
        <w:br/>
        <w:t xml:space="preserve">【答案】：C </w:t>
      </w:r>
    </w:p>
    <w:p>
      <w:r>
        <w:t>43、项目目标动态控制的核心是在项目实施的过程中定期地进行（　　　）的比较。</w:t>
        <w:br/>
        <w:t>A.项目目标计划值和偏差值</w:t>
        <w:br/>
        <w:t>B.项目目标实际值和偏差值</w:t>
        <w:br/>
        <w:t>C.项目目标计划值和实际值</w:t>
        <w:br/>
        <w:t>D.项目目标当期值和上一期值</w:t>
        <w:br/>
        <w:br/>
        <w:t xml:space="preserve">【答案】：C </w:t>
      </w:r>
    </w:p>
    <w:p>
      <w:r>
        <w:t>44、适用于机动车交通量大，车速高，非机动车多的快速路、次干路的是（　　　）。</w:t>
        <w:br/>
        <w:t>A.单幅路</w:t>
        <w:br/>
        <w:t>B.三幅路</w:t>
        <w:br/>
        <w:t>C.双幅路</w:t>
        <w:br/>
        <w:t>D.四幅路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</w:p>
    <w:p>
      <w:r>
        <w:t>45、F形管接口又称为（　　　）。</w:t>
        <w:br/>
        <w:t>A.平口管</w:t>
        <w:br/>
        <w:t>B.企口管</w:t>
        <w:br/>
        <w:t>C.钢承口管</w:t>
        <w:br/>
        <w:t>D.金属管</w:t>
        <w:br/>
        <w:br/>
        <w:t>【答案】：C</w:t>
      </w:r>
      <w:r>
        <w:t xml:space="preserve"> </w:t>
      </w:r>
    </w:p>
    <w:p>
      <w:r>
        <w:t>46、下列选项中适宜在市区较窄的街道上建造高架线路的是（　　　）。</w:t>
        <w:br/>
        <w:t>A.地下铁道</w:t>
        <w:br/>
        <w:t>B.轻轨交通</w:t>
        <w:br/>
        <w:t>C.独轨交通</w:t>
        <w:br/>
        <w:t>D.有轨电车</w:t>
        <w:br/>
        <w:br/>
        <w:t xml:space="preserve">【答案】：C </w:t>
      </w:r>
    </w:p>
    <w:p>
      <w:r>
        <w:t>47、以交通功能为主，连接城市各主要分区的干路的是（　　　）。</w:t>
        <w:br/>
        <w:t>A.快速路</w:t>
        <w:br/>
        <w:t>B.次干路</w:t>
        <w:br/>
        <w:t>C.支路</w:t>
        <w:br/>
        <w:t>D.主干路</w:t>
        <w:br/>
        <w:br/>
        <w:t xml:space="preserve">【答案】：D </w:t>
      </w:r>
    </w:p>
    <w:p>
      <w:r>
        <w:t>48、投影面的垂直面垂直于（　　　）个投影面。</w:t>
        <w:br/>
        <w:t>A.四</w:t>
        <w:br/>
        <w:t>B.三</w:t>
        <w:br/>
        <w:t>C.二</w:t>
        <w:br/>
        <w:t>D.一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3"/>
          <w:cols w:space="720"/>
          <w:titlePg w:val="0"/>
          <w:docGrid w:linePitch="360"/>
        </w:sectPr>
      </w:pPr>
    </w:p>
    <w:p>
      <w:r>
        <w:t>49、随着科学技术水平和管理水平的提高，社会生产力的水平也必然会提高，原有定额不能使用生产发展时，定额授权部门根据新的情况对定额进行修订和补充，这体现了定额的（　　　）。</w:t>
        <w:br/>
        <w:t>A.真实性</w:t>
        <w:br/>
        <w:t>B.时效性</w:t>
        <w:br/>
        <w:t>C.系统性</w:t>
        <w:br/>
        <w:t>D.可变性</w:t>
        <w:br/>
        <w:br/>
        <w:t>【答案】：B</w:t>
      </w:r>
      <w:r>
        <w:t xml:space="preserve"> </w:t>
      </w:r>
    </w:p>
    <w:p>
      <w:r>
        <w:t>50、装配式预应力混凝土简支T形梁桥常用跨径为（　　　）。</w:t>
        <w:br/>
        <w:t>A.20~30m</w:t>
        <w:br/>
        <w:t>B.25~50m</w:t>
        <w:br/>
        <w:t>C.15~50m</w:t>
        <w:br/>
        <w:t>D.20~50m</w:t>
        <w:br/>
        <w:br/>
        <w:t xml:space="preserve">【答案】：B </w:t>
      </w:r>
    </w:p>
    <w:p>
      <w:r>
        <w:t>51、自动安平水准仪的特点是（　　　）使视线水平。</w:t>
        <w:br/>
        <w:t>A.用安平补偿器代替管水准器</w:t>
        <w:br/>
        <w:t>B.用安平补偿器代替圆水准器</w:t>
        <w:br/>
        <w:t>C.用安平补偿器和管水准器</w:t>
        <w:br/>
        <w:t>D.用圆水准器和管水准器</w:t>
        <w:br/>
        <w:br/>
        <w:t xml:space="preserve">【答案】：A </w:t>
      </w:r>
    </w:p>
    <w:p>
      <w:r>
        <w:t>52、下列哪项不属于街面设施。（　　　）。</w:t>
        <w:br/>
        <w:t>A.照明灯柱</w:t>
        <w:br/>
        <w:t>B.架空电线杆</w:t>
        <w:br/>
        <w:t>C.消防栓</w:t>
        <w:br/>
        <w:t>D.道口花坛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4"/>
          <w:cols w:space="720"/>
          <w:titlePg w:val="0"/>
          <w:docGrid w:linePitch="360"/>
        </w:sectPr>
      </w:pPr>
    </w:p>
    <w:p>
      <w:r>
        <w:t>53、钢筋混凝土结构中要求钢筋有足够的保护层厚度是因为（　　　）。</w:t>
        <w:br/>
        <w:t>A.粘结力方面得考虑</w:t>
        <w:br/>
        <w:t>B.耐久力方面得考虑</w:t>
        <w:br/>
        <w:t>C.抗火方面得考虑</w:t>
        <w:br/>
        <w:t>D.以上三者都是</w:t>
        <w:br/>
        <w:br/>
        <w:t>【答案】：D</w:t>
      </w:r>
      <w:r>
        <w:t xml:space="preserve"> </w:t>
      </w:r>
    </w:p>
    <w:p>
      <w:r>
        <w:t>54、公路勘测阶段的测量工作不包括（　　　）。</w:t>
        <w:br/>
        <w:t>A.中线测量</w:t>
        <w:br/>
        <w:t>B.路线纵横断面测量</w:t>
        <w:br/>
        <w:t>C.带状地形测量</w:t>
        <w:br/>
        <w:t>D.直接测量和间接测量</w:t>
        <w:br/>
        <w:br/>
        <w:t xml:space="preserve">【答案】：D </w:t>
      </w:r>
    </w:p>
    <w:p>
      <w:r>
        <w:t>55、转动目镜对光螺旋的目的是（　　　）。</w:t>
        <w:br/>
        <w:t>A.看清十字丝</w:t>
        <w:br/>
        <w:t>B.看清物像</w:t>
        <w:br/>
        <w:t>C.使视准轴水平</w:t>
        <w:br/>
        <w:t>D.使十字丝横丝水平</w:t>
        <w:br/>
        <w:br/>
        <w:t xml:space="preserve">【答案】：A </w:t>
      </w:r>
    </w:p>
    <w:p>
      <w:r>
        <w:t>56、下列说法正确的是（　　　）。</w:t>
        <w:br/>
        <w:t>A.桥梁多孔跨径总长大于1000m称为特大桥</w:t>
        <w:br/>
        <w:t>B.单孔跨径140m的桥称为特大桥</w:t>
        <w:br/>
        <w:t>C.多孔跨径总长为100m的桥属于中桥</w:t>
        <w:br/>
        <w:t>D.多孔跨径总长为30m的桥属于中桥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5"/>
          <w:cols w:space="720"/>
          <w:titlePg w:val="0"/>
          <w:docGrid w:linePitch="360"/>
        </w:sectPr>
      </w:pPr>
    </w:p>
    <w:p>
      <w:r>
        <w:t>57、工作队式项目组织适用于（　　　）施工项目。</w:t>
        <w:br/>
        <w:t>A.适用于小型的，专业性较强的</w:t>
        <w:br/>
        <w:t>B.大型项目、工期要求紧迫的项目</w:t>
        <w:br/>
        <w:t>C.大型经营性企业的工程承包</w:t>
        <w:br/>
        <w:t>D.大规模综合性的</w:t>
        <w:br/>
        <w:br/>
        <w:t>【答案】：B</w:t>
      </w:r>
      <w:r>
        <w:t xml:space="preserve"> </w:t>
      </w:r>
    </w:p>
    <w:p>
      <w:r>
        <w:t>58、城市桥梁按上部结构的行车道位置可分为（　　　）类。</w:t>
        <w:br/>
        <w:t>A.2</w:t>
        <w:br/>
        <w:t>B.3</w:t>
        <w:br/>
        <w:t>C.4</w:t>
        <w:br/>
        <w:t>D.5</w:t>
        <w:br/>
        <w:br/>
        <w:t xml:space="preserve">【答案】：D </w:t>
      </w:r>
    </w:p>
    <w:p>
      <w:r>
        <w:t>59、建植的草坪质量要求：草坪的覆盖度应达到（　　　）。</w:t>
        <w:br/>
        <w:t>A.80%</w:t>
        <w:br/>
        <w:t>B.85%</w:t>
        <w:br/>
        <w:t>C.90%</w:t>
        <w:br/>
        <w:t>D.95%</w:t>
        <w:br/>
        <w:br/>
        <w:t xml:space="preserve">【答案】：D </w:t>
      </w:r>
    </w:p>
    <w:p>
      <w:r>
        <w:t>60、排水管道按照管体结构受力形式分为刚性管道和柔性管道两大类，下列选项中属于刚性管道的是（　　　）。</w:t>
        <w:br/>
        <w:t>A.玻璃纤维管</w:t>
        <w:br/>
        <w:t>B.钢塑复合管</w:t>
        <w:br/>
        <w:t>C.钢筋混凝土管</w:t>
        <w:br/>
        <w:t>D.双壁波纹管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6"/>
          <w:cols w:space="720"/>
          <w:titlePg w:val="0"/>
          <w:docGrid w:linePitch="360"/>
        </w:sectPr>
      </w:pPr>
    </w:p>
    <w:p>
      <w:r>
        <w:t>61、下列不属于桥面系的是（　　　）。</w:t>
        <w:br/>
        <w:t>A.桥面铺装</w:t>
        <w:br/>
        <w:t>B.人行道</w:t>
        <w:br/>
        <w:t>C.栏杆</w:t>
        <w:br/>
        <w:t>D.系梁</w:t>
        <w:br/>
        <w:br/>
        <w:t>【答案】：D</w:t>
      </w:r>
      <w:r>
        <w:t xml:space="preserve"> </w:t>
      </w:r>
    </w:p>
    <w:p>
      <w:r>
        <w:t>62、整体式现浇钢筋混凝土池体结构施工流程（　　　）。</w:t>
        <w:br/>
        <w:t>A.测量定位→土方开挖及地基处理→防水施工→垫层施工→底板浇筑→池壁及柱浇筑→顶板浇筑→功能性试验</w:t>
        <w:br/>
        <w:t>B.测量定位→土方开挖及地基处理→底板浇筑→垫层施工→防水施工→池壁及柱浇筑→顶板浇筑→功能性试验</w:t>
        <w:br/>
        <w:t>C.测量定位→土方开挖及地基处理→垫层施工→防水施工→底板浇筑→池壁及柱浇筑→顶板浇筑→功能性试验</w:t>
        <w:br/>
        <w:t>D.测量定位→土方开挖及地基处理→底板浇筑→防水施工→垫层施工→池壁及柱浇筑→顶板浇筑→功能性试验</w:t>
        <w:br/>
        <w:br/>
        <w:t xml:space="preserve">【答案】：C </w:t>
      </w:r>
    </w:p>
    <w:p>
      <w:r>
        <w:t>63、某城市道路路面结构分别为石灰土底基层、水泥稳定碎石基层，底基层面积为950㎡，基层顶面面积为900㎡，则基层的养生面积应为（　　　）㎡。</w:t>
        <w:br/>
        <w:t>A.900</w:t>
        <w:br/>
        <w:t>B.950</w:t>
        <w:br/>
        <w:t>C.1800</w:t>
        <w:br/>
        <w:t>D.1900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7"/>
          <w:cols w:space="720"/>
          <w:titlePg w:val="0"/>
          <w:docGrid w:linePitch="360"/>
        </w:sectPr>
      </w:pPr>
    </w:p>
    <w:p>
      <w:r>
        <w:t>64、轨道一般采用的标准轨距是（　　　）。</w:t>
        <w:br/>
        <w:t>A.1430mm</w:t>
        <w:br/>
        <w:t>B.1435mm</w:t>
        <w:br/>
        <w:t>C.1450mm</w:t>
        <w:br/>
        <w:t>D.1455mm</w:t>
        <w:br/>
        <w:br/>
        <w:t>【答案】：B</w:t>
      </w:r>
      <w:r>
        <w:t xml:space="preserve"> </w:t>
      </w:r>
    </w:p>
    <w:p>
      <w:r>
        <w:t>65、计算市政管网工程量时，管道外防腐面积的计算公式为：管道外防腐面积=（　　　）。</w:t>
        <w:br/>
        <w:t>A.管内径×3.142×设计长度</w:t>
        <w:br/>
        <w:t>B.管外径×3.142×设计长度</w:t>
        <w:br/>
        <w:t>C.管道公称直径×3.142×设计长度</w:t>
        <w:br/>
        <w:t>D.（管道公称直径+10mm）×3过42×设计长度</w:t>
        <w:br/>
        <w:br/>
        <w:t xml:space="preserve">【答案】：B </w:t>
      </w:r>
    </w:p>
    <w:p>
      <w:r>
        <w:t>66、下列选项中不属于先张法制作预应力混凝土梁板工艺流程的是（　　　）。</w:t>
        <w:br/>
        <w:t>A.调整初应力</w:t>
        <w:br/>
        <w:t>B.张拉预应力筋</w:t>
        <w:br/>
        <w:t>C.管道压浆</w:t>
        <w:br/>
        <w:t>D.整修锚、夹具</w:t>
        <w:br/>
        <w:br/>
        <w:t xml:space="preserve">【答案】：C </w:t>
      </w:r>
    </w:p>
    <w:p>
      <w:r>
        <w:t>67、垃圾卫生填埋场填埋区工程的结构层次从上至下主要为（　　　）。</w:t>
        <w:br/>
        <w:t>A.基础层、防渗系统、渗沥液收集导排系统</w:t>
        <w:br/>
        <w:t>B.防渗系统、基础层、渗沥液收集导排系统</w:t>
        <w:br/>
        <w:t>C.渗沥液收集导排系统、基础层、防渗系统</w:t>
        <w:br/>
        <w:t>D.渗沥液收集导排系统、防渗系统、基础层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8"/>
          <w:cols w:space="720"/>
          <w:titlePg w:val="0"/>
          <w:docGrid w:linePitch="360"/>
        </w:sectPr>
      </w:pPr>
    </w:p>
    <w:p>
      <w:r>
        <w:t>68、沟槽支撑的目的是防止侧壁坍塌，为沟槽创造安全的施工条件。支撑材料通常由（　　　）做成。</w:t>
        <w:br/>
        <w:t>A.管材或钢筋</w:t>
        <w:br/>
        <w:t>B.混凝土预制构件</w:t>
        <w:br/>
        <w:t>C.木材或钢材</w:t>
        <w:br/>
        <w:t>D.塑性材料</w:t>
        <w:br/>
        <w:br/>
        <w:t>【答案】：C</w:t>
      </w:r>
      <w:r>
        <w:t xml:space="preserve"> </w:t>
      </w:r>
    </w:p>
    <w:p>
      <w:r>
        <w:t>69、钢尺的尺长误差对距离测量产生的影响属于（　　　）。</w:t>
        <w:br/>
        <w:t>A.偶然误差</w:t>
        <w:br/>
        <w:t>B.偶然误差也可能是系统误差</w:t>
        <w:br/>
        <w:t>C.系统误差</w:t>
        <w:br/>
        <w:t>D.既不是偶然误差也不是系统误差</w:t>
        <w:br/>
        <w:br/>
        <w:t xml:space="preserve">【答案】：A </w:t>
      </w:r>
    </w:p>
    <w:p>
      <w:r>
        <w:t>70、在桥墩上连续，在桥孔中中断，线路在桥孔内过渡到另一根梁上的梁式桥，称为（　　　）。</w:t>
        <w:br/>
        <w:t>A.简支梁</w:t>
        <w:br/>
        <w:t>B.连续梁</w:t>
        <w:br/>
        <w:t>C.悬索梁</w:t>
        <w:br/>
        <w:t>D.悬臂梁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9"/>
          <w:cols w:space="720"/>
          <w:titlePg w:val="0"/>
          <w:docGrid w:linePitch="360"/>
        </w:sectPr>
      </w:pPr>
      <w:r>
        <w:t>71、施工测量必须遵守的原则是（　　　）。</w:t>
        <w:br/>
        <w:t>A.先控制后细部</w:t>
        <w:br/>
        <w:t>B.先细部后控制</w:t>
        <w:br/>
        <w:t>C.从基线到方格网</w:t>
        <w:br/>
        <w:t>D.从高程到平面</w:t>
        <w:br/>
        <w:br/>
        <w:t xml:space="preserve">【答案】：A </w:t>
      </w:r>
    </w:p>
    <w:p>
      <w:r>
        <w:t>72、水平角测量的主要目的是（　　　）。</w:t>
        <w:br/>
        <w:t>A.确定点的平面位置</w:t>
        <w:br/>
        <w:t>B.确定点的高程</w:t>
        <w:br/>
        <w:t>C.确定水平距离</w:t>
        <w:br/>
        <w:t>D.确定高差</w:t>
        <w:br/>
        <w:br/>
        <w:t xml:space="preserve">【答案】：A </w:t>
      </w:r>
    </w:p>
    <w:p>
      <w:r>
        <w:t>73、工程造价作为项目决策的依据与项目筹集资金的依据，体现了工程造价的（　　　）职能。</w:t>
        <w:br/>
        <w:t>A.预测</w:t>
        <w:br/>
        <w:t>B.控制</w:t>
        <w:br/>
        <w:t>C.调控</w:t>
        <w:br/>
        <w:t>D.评审</w:t>
        <w:br/>
        <w:br/>
        <w:t xml:space="preserve">【答案】：A </w:t>
      </w:r>
    </w:p>
    <w:p>
      <w:r>
        <w:t>74、按《城市桥梁设计规范》（CJJ1-2011）规定，桥梁按单跨跨径Lk和跨径总长L分为四类，属于中桥的是（　　　）。</w:t>
        <w:br/>
        <w:t>A.L（跨径总长）=25</w:t>
        <w:br/>
        <w:t>B.L=100</w:t>
        <w:br/>
        <w:t>C.Lk（单孔跨径）=25</w:t>
        <w:br/>
        <w:t>D.Lk=100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0"/>
          <w:cols w:space="720"/>
          <w:titlePg w:val="0"/>
          <w:docGrid w:linePitch="360"/>
        </w:sectPr>
      </w:pPr>
    </w:p>
    <w:p>
      <w:r>
        <w:t>75、从水准测量的原理可以看出，水准测量必需的仪器和工具是（　　　）。</w:t>
        <w:br/>
        <w:t>A.水准仪、钢尺</w:t>
        <w:br/>
        <w:t>B.经纬仪、站牌</w:t>
        <w:br/>
        <w:t>C.水准仪、水准尺</w:t>
        <w:br/>
        <w:t>D.经纬仪、钢尺</w:t>
        <w:br/>
        <w:br/>
        <w:t>【答案】：C</w:t>
      </w:r>
      <w:r>
        <w:t xml:space="preserve"> </w:t>
      </w:r>
    </w:p>
    <w:p>
      <w:r>
        <w:t>76、水下混凝土灌注施工应符合下列要求，其中说法错误的是（　　　）。</w:t>
        <w:br/>
        <w:t>A.混凝土应连续灌注，中途停顿时间不宜大于30min</w:t>
        <w:br/>
        <w:t>B.在灌注过程中，导管的埋置深度宜控制在1~3m</w:t>
        <w:br/>
        <w:t>C.灌注混凝土时应采取防止钢筋骨架上浮的措施</w:t>
        <w:br/>
        <w:t>D.灌注的桩顶标高应比设计高出0.5~1m</w:t>
        <w:br/>
        <w:br/>
        <w:t xml:space="preserve">【答案】：B </w:t>
      </w:r>
    </w:p>
    <w:p>
      <w:r>
        <w:t>77、以下哪项是以整个构筑物为对象，而规定人工、机械与材料的耗用量及其费用标准。</w:t>
        <w:br/>
        <w:t>A.概算定额</w:t>
        <w:br/>
        <w:t>B.施工定额</w:t>
        <w:br/>
        <w:t>C.预算定额</w:t>
        <w:br/>
        <w:t>D.概算指标</w:t>
        <w:br/>
        <w:br/>
        <w:t xml:space="preserve">【答案】：D </w:t>
      </w:r>
    </w:p>
    <w:p>
      <w:r>
        <w:t>78、当路面结构破损严重，或纵、横坡需作较大调整时，宜采用（　　　）。</w:t>
        <w:br/>
        <w:t>A.稀浆封层</w:t>
        <w:br/>
        <w:t>B.薄层加铺</w:t>
        <w:br/>
        <w:t>C.加铺结构层</w:t>
        <w:br/>
        <w:t>D.新建路面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1"/>
          <w:cols w:space="720"/>
          <w:titlePg w:val="0"/>
          <w:docGrid w:linePitch="360"/>
        </w:sectPr>
      </w:pPr>
    </w:p>
    <w:p>
      <w:r>
        <w:t>79、下列交通方式既可作为中小城市轨道交通网络的主干线，也可作为大城市轨道交通网络的补充的是（　　　）。</w:t>
        <w:br/>
        <w:t>A.地下铁道</w:t>
        <w:br/>
        <w:t>B.轻轨交通</w:t>
        <w:br/>
        <w:t>C.独轨交通</w:t>
        <w:br/>
        <w:t>D.有轨电车</w:t>
        <w:br/>
        <w:br/>
        <w:t>【答案】：B</w:t>
      </w:r>
      <w:r>
        <w:t xml:space="preserve"> </w:t>
      </w:r>
    </w:p>
    <w:p>
      <w:r>
        <w:t>80、大体积混凝土应在环境较低时浇筑，浇筑温度（振捣后50~100mm深处的温度）不宜高于（　　　）摄氏度。</w:t>
        <w:br/>
        <w:t>A.20</w:t>
        <w:br/>
        <w:t>B.25</w:t>
        <w:br/>
        <w:t>C.28</w:t>
        <w:br/>
        <w:t>D.30</w:t>
        <w:br/>
        <w:br/>
        <w:t xml:space="preserve">【答案】：C </w:t>
      </w:r>
    </w:p>
    <w:p>
      <w:r>
        <w:t>81、排水检查井所用的混凝土强度一般不宜低于（　　　）。</w:t>
        <w:br/>
        <w:t>A.C10</w:t>
        <w:br/>
        <w:t>B.C15</w:t>
        <w:br/>
        <w:t>C.C20</w:t>
        <w:br/>
        <w:t>D.C30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2"/>
          <w:cols w:space="720"/>
          <w:titlePg w:val="0"/>
          <w:docGrid w:linePitch="360"/>
        </w:sectPr>
      </w:pPr>
      <w:r>
        <w:t>82、以下哪项既是企业编制施工组织设计的依据，又是企业编制施工作业计划的依据。</w:t>
        <w:br/>
        <w:t>A.概算定额</w:t>
        <w:br/>
        <w:t>B.施工定额</w:t>
        <w:br/>
        <w:t>C.预算定额</w:t>
        <w:br/>
        <w:t>D.概算指标</w:t>
        <w:br/>
        <w:br/>
        <w:t xml:space="preserve">【答案】：B </w:t>
      </w:r>
    </w:p>
    <w:p>
      <w:r>
        <w:t>83、某新建水厂建设项目的生产车间应看作是一个（　　　）。</w:t>
        <w:br/>
        <w:t>A.单位工程</w:t>
        <w:br/>
        <w:t>B.单项工程</w:t>
        <w:br/>
        <w:t>C.分项工程</w:t>
        <w:br/>
        <w:t>D.分项工程</w:t>
        <w:br/>
        <w:br/>
        <w:t xml:space="preserve">【答案】：B </w:t>
      </w:r>
    </w:p>
    <w:p>
      <w:r>
        <w:t>84、适用于胶结松散的砾、卵石层的下沉方法（　　　）。</w:t>
        <w:br/>
        <w:t>A.抓斗挖土法</w:t>
        <w:br/>
        <w:t>B.辅助下沉法</w:t>
        <w:br/>
        <w:t>C.水枪冲土法</w:t>
        <w:br/>
        <w:t>D.人工或风动工具挖土法</w:t>
        <w:br/>
        <w:br/>
        <w:t xml:space="preserve">【答案】：A </w:t>
      </w:r>
    </w:p>
    <w:p>
      <w:r>
        <w:t>85、下列属于聚乙烯给水管道连接方式的是（　　　）。</w:t>
        <w:br/>
        <w:t>A.法兰</w:t>
        <w:br/>
        <w:t>B.承插口</w:t>
        <w:br/>
        <w:t>C.螺纹</w:t>
        <w:br/>
        <w:t>D.焊接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3"/>
          <w:cols w:space="720"/>
          <w:titlePg w:val="0"/>
          <w:docGrid w:linePitch="360"/>
        </w:sectPr>
      </w:pPr>
      <w:r>
        <w:t>86、混凝土管适用于（　　　）。</w:t>
        <w:br/>
        <w:t>A.橡胶圈接口</w:t>
        <w:br/>
        <w:t>B.焊接接口</w:t>
        <w:br/>
        <w:t>C.法兰接口</w:t>
        <w:br/>
        <w:t>D.化学粘合剂接口</w:t>
        <w:br/>
        <w:br/>
        <w:t xml:space="preserve">【答案】：A </w:t>
      </w:r>
    </w:p>
    <w:p>
      <w:r>
        <w:t>87、偏角法测设圆曲线，其适用于（　　　）的地区。</w:t>
        <w:br/>
        <w:t>A.地势起伏、视野开阔、曲线弧长较长，与其弦长相差不大</w:t>
        <w:br/>
        <w:t>B.地势平坦、曲线弧长较短，与其弦长相差较大</w:t>
        <w:br/>
        <w:t>C.调地势起伏，曲线弧长与相应弦长相差较大</w:t>
        <w:br/>
        <w:t>D.地势起伏、视野不开阔</w:t>
        <w:br/>
        <w:br/>
        <w:t xml:space="preserve">【答案】：A </w:t>
      </w:r>
    </w:p>
    <w:p>
      <w:r>
        <w:t>88、起保障行人交通安全和保证人车分流的作用的是（　　　）。</w:t>
        <w:br/>
        <w:t>A.立缘石</w:t>
        <w:br/>
        <w:t>B.平缘石</w:t>
        <w:br/>
        <w:t>C.人行道</w:t>
        <w:br/>
        <w:t>D.交通标志</w:t>
        <w:br/>
        <w:br/>
        <w:t xml:space="preserve">【答案】：C </w:t>
      </w:r>
    </w:p>
    <w:p>
      <w:r>
        <w:t>89、构筑物满水试验程序为（　　　）。</w:t>
        <w:br/>
        <w:t>A.实验准备→水池注水→水池内水位观测→蒸发量测定→有关资料整理</w:t>
        <w:br/>
        <w:t>B.有关资料整理→实验准备→水池注水→水池内水位观测→蒸发量测定</w:t>
        <w:br/>
        <w:t>C.实验准备→水池注水→蒸发量测定→水池内水位观测→有关资料整理</w:t>
        <w:br/>
        <w:t>D.有关资料整理→实验准备→水池注水→蒸发量测定→水池内水位观测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4"/>
          <w:cols w:space="720"/>
          <w:titlePg w:val="0"/>
          <w:docGrid w:linePitch="360"/>
        </w:sectPr>
      </w:pPr>
    </w:p>
    <w:p>
      <w:r>
        <w:t>90、为了保证填、挖的边坡达到设计要求，把设计边坡在实地标定出来，以方便施工的过程是（　　　）。</w:t>
        <w:br/>
        <w:t>A.线路总线放样</w:t>
        <w:br/>
        <w:t>B.路面放样</w:t>
        <w:br/>
        <w:t>C.路拱放样</w:t>
        <w:br/>
        <w:t>D.路堤边坡的放样</w:t>
        <w:br/>
        <w:br/>
        <w:t>【答案】：D</w:t>
      </w:r>
      <w:r>
        <w:t xml:space="preserve"> </w:t>
      </w:r>
    </w:p>
    <w:p>
      <w:r>
        <w:t>91、预制构件应按设计位置起吊，曲梁宜采用（　　　）。</w:t>
        <w:br/>
        <w:t>A.一点吊装</w:t>
        <w:br/>
        <w:t>B.两点吊装</w:t>
        <w:br/>
        <w:t>C.三点吊装</w:t>
        <w:br/>
        <w:t>D.多点吊装</w:t>
        <w:br/>
        <w:br/>
        <w:t xml:space="preserve">【答案】：C </w:t>
      </w:r>
    </w:p>
    <w:p>
      <w:r>
        <w:t>92、转点在水准测量中起传递（　　　）的作用。</w:t>
        <w:br/>
        <w:t>A.高程</w:t>
        <w:br/>
        <w:t>B.水平角</w:t>
        <w:br/>
        <w:t>C.距离</w:t>
        <w:br/>
        <w:t>D.方向</w:t>
        <w:br/>
        <w:br/>
        <w:t xml:space="preserve">【答案】：A </w:t>
      </w:r>
    </w:p>
    <w:p>
      <w:r>
        <w:t>93、不属于常用沟槽支撑形式的是（　　　）。</w:t>
        <w:br/>
        <w:t>A.横撑</w:t>
        <w:br/>
        <w:t>B.竖撑</w:t>
        <w:br/>
        <w:t>C.纵撑</w:t>
        <w:br/>
        <w:t>D.板桩撑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5"/>
          <w:cols w:space="720"/>
          <w:titlePg w:val="0"/>
          <w:docGrid w:linePitch="360"/>
        </w:sectPr>
      </w:pPr>
    </w:p>
    <w:p>
      <w:r>
        <w:t>94、根据接口的弹性，不属于管道接口形式的是（　　　）。</w:t>
        <w:br/>
        <w:t>A.柔性</w:t>
        <w:br/>
        <w:t>B.刚性</w:t>
        <w:br/>
        <w:t>C.半刚半柔性</w:t>
        <w:br/>
        <w:t>D.弹性</w:t>
        <w:br/>
        <w:br/>
        <w:t>【答案】：D</w:t>
      </w:r>
      <w:r>
        <w:t xml:space="preserve"> </w:t>
      </w:r>
    </w:p>
    <w:p>
      <w:r>
        <w:t>95、等截面连续梁构造简单，用于中小跨径时，梁高为（　　　）。</w:t>
        <w:br/>
        <w:t>A.（1/15～1/25）L</w:t>
        <w:br/>
        <w:t>B.（1/12～1/16）L</w:t>
        <w:br/>
        <w:t>C.（1/25～1/35）L</w:t>
        <w:br/>
        <w:t>D.（1/30～1/40）L</w:t>
        <w:br/>
        <w:br/>
        <w:t xml:space="preserve">【答案】：A </w:t>
      </w:r>
    </w:p>
    <w:p>
      <w:r>
        <w:t>96、水准测量的目的是（　　　）。</w:t>
        <w:br/>
        <w:t>A.测定点的平面位置</w:t>
        <w:br/>
        <w:t>B.测定两点间的高差</w:t>
        <w:br/>
        <w:t>C.读取水准尺读数</w:t>
        <w:br/>
        <w:t>D.测出两点间的高差，推算点的高程</w:t>
        <w:br/>
        <w:br/>
        <w:t xml:space="preserve">【答案】：D </w:t>
      </w:r>
    </w:p>
    <w:p>
      <w:r>
        <w:t>97、下列跨径适用于实心板桥的是（　　　）。</w:t>
        <w:br/>
        <w:t>A.4m</w:t>
        <w:br/>
        <w:t>B.8m</w:t>
        <w:br/>
        <w:t>C.12m</w:t>
        <w:br/>
        <w:t>D.15m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6"/>
          <w:cols w:space="720"/>
          <w:titlePg w:val="0"/>
          <w:docGrid w:linePitch="360"/>
        </w:sectPr>
      </w:pPr>
    </w:p>
    <w:p>
      <w:r>
        <w:t>98、将桥梁自重以及桥梁上作用的各种荷载传递和扩散给地基的结构是（　　　）。</w:t>
        <w:br/>
        <w:t>A.支座</w:t>
        <w:br/>
        <w:t>B.桥台</w:t>
        <w:br/>
        <w:t>C.基础</w:t>
        <w:br/>
        <w:t>D.桥墩</w:t>
        <w:br/>
        <w:br/>
        <w:t>【答案】：C</w:t>
      </w:r>
      <w:r>
        <w:t xml:space="preserve"> </w:t>
      </w:r>
    </w:p>
    <w:p>
      <w:r>
        <w:t>99、花境布置形式以（　　　）为主。</w:t>
        <w:br/>
        <w:t>A.组从状</w:t>
        <w:br/>
        <w:t>B.带状自然式</w:t>
        <w:br/>
        <w:t>C.带状组团式</w:t>
        <w:br/>
        <w:t>D.点状自然式</w:t>
        <w:br/>
        <w:br/>
        <w:t xml:space="preserve">【答案】：B </w:t>
      </w:r>
    </w:p>
    <w:p>
      <w:r>
        <w:t>100、设置在特大或大城市外环，主要为城镇间提供大流量、长距离的快速公交服务的城镇道路是（　　　）。</w:t>
        <w:br/>
        <w:t>A.快速路</w:t>
        <w:br/>
        <w:t>B.次干路</w:t>
        <w:br/>
        <w:t>C.支路</w:t>
        <w:br/>
        <w:t>D.主干路</w:t>
        <w:br/>
        <w:br/>
        <w:t xml:space="preserve">【答案】：A </w:t>
      </w:r>
    </w:p>
    <w:p>
      <w:r>
        <w:t>101、进行地基处理施工，下列地层中适用强夯法的是（　　　）。</w:t>
        <w:br/>
        <w:t>A.淤泥</w:t>
        <w:br/>
        <w:t>B.黏性土</w:t>
        <w:br/>
        <w:t>C.沼泽土</w:t>
        <w:br/>
        <w:t>D.腐殖土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7"/>
          <w:cols w:space="720"/>
          <w:titlePg w:val="0"/>
          <w:docGrid w:linePitch="360"/>
        </w:sectPr>
      </w:pPr>
    </w:p>
    <w:p>
      <w:r>
        <w:t>102、在水准测量中，若后视点A的读数大，前视点B的读数小，则有（　　　）。</w:t>
        <w:br/>
        <w:t>A.A点比B点低</w:t>
        <w:br/>
        <w:t>B.A点比B点高</w:t>
        <w:br/>
        <w:t>C.A点与B点可能同高</w:t>
        <w:br/>
        <w:t>D.无法判断</w:t>
        <w:br/>
        <w:br/>
        <w:t>【答案】：A</w:t>
      </w:r>
      <w:r>
        <w:t xml:space="preserve"> </w:t>
      </w:r>
    </w:p>
    <w:p>
      <w:r>
        <w:t>103、泄水阀一般设置在阀门井中构成泄水阀井，当由于地形因素排水管不能直接将水排走时，还应建造一个与阀门井相连的（　　　）。</w:t>
        <w:br/>
        <w:t>A.测流井</w:t>
        <w:br/>
        <w:t>B.排水井</w:t>
        <w:br/>
        <w:t>C.泄水井</w:t>
        <w:br/>
        <w:t>D.湿井</w:t>
        <w:br/>
        <w:br/>
        <w:t xml:space="preserve">【答案】：D </w:t>
      </w:r>
    </w:p>
    <w:p>
      <w:r>
        <w:t>104、装配式预应力混凝土简支T形梁桥的主梁间距一般采用（　　　）。</w:t>
        <w:br/>
        <w:t>A.1.5~3m</w:t>
        <w:br/>
        <w:t>B.2.5~5m</w:t>
        <w:br/>
        <w:t>C.1.8~2.5m</w:t>
        <w:br/>
        <w:t>D.2~5m</w:t>
        <w:br/>
        <w:br/>
        <w:t xml:space="preserve">【答案】：C </w:t>
      </w:r>
    </w:p>
    <w:p>
      <w:r>
        <w:t>105、道路中线的位置是通过测设（　　　）来确定。</w:t>
        <w:br/>
        <w:t>A.中桩</w:t>
        <w:br/>
        <w:t>B.边桩</w:t>
        <w:br/>
        <w:t>C.标桩</w:t>
        <w:br/>
        <w:t>D.水平桩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8"/>
          <w:cols w:space="720"/>
          <w:titlePg w:val="0"/>
          <w:docGrid w:linePitch="360"/>
        </w:sectPr>
      </w:pPr>
    </w:p>
    <w:p>
      <w:r>
        <w:t>106、配置水下砼时，细骨料宜采用（　　　）。</w:t>
        <w:br/>
        <w:t>A.粗砂</w:t>
        <w:br/>
        <w:t>B.中砂</w:t>
        <w:br/>
        <w:t>C.细砂</w:t>
        <w:br/>
        <w:t>D.粉砂</w:t>
        <w:br/>
        <w:br/>
        <w:t>【答案】：B</w:t>
      </w:r>
      <w:r>
        <w:t xml:space="preserve"> </w:t>
      </w:r>
    </w:p>
    <w:p>
      <w:r>
        <w:t>107、当比值小于（　　　）时，连续梁可视为固端梁。</w:t>
        <w:br/>
        <w:t>A.0.5</w:t>
        <w:br/>
        <w:t>B.0.4</w:t>
        <w:br/>
        <w:t>C.0.3</w:t>
        <w:br/>
        <w:t>D.0.2</w:t>
        <w:br/>
        <w:br/>
        <w:t xml:space="preserve">【答案】：C </w:t>
      </w:r>
    </w:p>
    <w:p>
      <w:r>
        <w:t>108、由于城市道路一般比较平坦，因此多采用大量的地形点来表示地形高程，其中（　　　）表示测点。</w:t>
        <w:br/>
        <w:t>A.▼</w:t>
        <w:br/>
        <w:t>B.◆</w:t>
        <w:br/>
        <w:t>C.●</w:t>
        <w:br/>
        <w:t>D.■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9"/>
          <w:cols w:space="720"/>
          <w:titlePg w:val="0"/>
          <w:docGrid w:linePitch="360"/>
        </w:sectPr>
      </w:pPr>
      <w:r>
        <w:t>109、重力流排水管道铺设的顺序是（　　　），排管时应将承口排向施工前进的方向。</w:t>
        <w:br/>
        <w:t>A.从上游开始顺水方向铺设</w:t>
        <w:br/>
        <w:t>B.从上游开始逆水方向铺设</w:t>
        <w:br/>
        <w:t>C.从下游开始顺水方向铺设</w:t>
        <w:br/>
        <w:t>D.从下游开始逆水方向铺设</w:t>
        <w:br/>
        <w:br/>
        <w:t xml:space="preserve">【答案】：D </w:t>
      </w:r>
    </w:p>
    <w:p>
      <w:r>
        <w:t>110、路基的高度不同，会有不同的影响，下列错误的是（　　　）。</w:t>
        <w:br/>
        <w:t>A.会影响路基稳定</w:t>
        <w:br/>
        <w:t>B.影响路面的强度和稳定性</w:t>
        <w:br/>
        <w:t>C.影响工程造价</w:t>
        <w:br/>
        <w:t>D.不会影响路面厚度</w:t>
        <w:br/>
        <w:br/>
        <w:t xml:space="preserve">【答案】：D </w:t>
      </w:r>
    </w:p>
    <w:p>
      <w:r>
        <w:t>111、拱桥的制作可以产生（　　　）。</w:t>
        <w:br/>
        <w:t>A.只产生竖向反力</w:t>
        <w:br/>
        <w:t>B.既产生竖向反力，也产生较大的水平推力</w:t>
        <w:br/>
        <w:t>C.只承受水平推力</w:t>
        <w:br/>
        <w:t>D.承受弯矩、轴力和水平推力</w:t>
        <w:br/>
        <w:br/>
        <w:t xml:space="preserve">【答案】：B </w:t>
      </w:r>
    </w:p>
    <w:p>
      <w:r>
        <w:t>112、DS3水准仪，数字3表示的意义是每公里往返测高差中数的（　　　）误差不超3mm。</w:t>
        <w:br/>
        <w:t>A.偶然</w:t>
        <w:br/>
        <w:t>B.相对</w:t>
        <w:br/>
        <w:t>C.绝对</w:t>
        <w:br/>
        <w:t>D.极限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0"/>
          <w:cols w:space="720"/>
          <w:titlePg w:val="0"/>
          <w:docGrid w:linePitch="360"/>
        </w:sectPr>
      </w:pPr>
      <w:r>
        <w:t>113、点A（20、15、10）在点B（15、10、15）的（　　　）。</w:t>
        <w:br/>
        <w:t>A.左前上方</w:t>
        <w:br/>
        <w:t>B.右前上方</w:t>
        <w:br/>
        <w:t>C.右前下方</w:t>
        <w:br/>
        <w:t>D.左前下方</w:t>
        <w:br/>
        <w:br/>
        <w:t xml:space="preserve">【答案】：C </w:t>
      </w:r>
    </w:p>
    <w:p>
      <w:r>
        <w:t>114、市政供热管网一般有蒸汽管网和热水管网两种形式，需要用热水管网的是（　　　）。</w:t>
        <w:br/>
        <w:t>A.工作压力小于或等于1.6MPa，介质温度小于或等于350℃</w:t>
        <w:br/>
        <w:t>B.工作压力小于或等于2.5MPa，介质温度小于或等于198℃</w:t>
        <w:br/>
        <w:t>C.工作压力小于或等于1.6MPa，介质温度小于或等于198℃</w:t>
        <w:br/>
        <w:t>D.工作压力小于或等于2.5MPa，介质温度小于或等于350℃</w:t>
        <w:br/>
        <w:br/>
        <w:t xml:space="preserve">【答案】：B </w:t>
      </w:r>
    </w:p>
    <w:p>
      <w:r>
        <w:t>115、给水管网中的阀门等附件一般安装在阀门井中，阀门井的形状有圆形和（　　　）。</w:t>
        <w:br/>
        <w:t>A.椭圆形</w:t>
        <w:br/>
        <w:t>B.方形</w:t>
        <w:br/>
        <w:t>C.矩形</w:t>
        <w:br/>
        <w:t>D.菱形</w:t>
        <w:br/>
        <w:br/>
        <w:t xml:space="preserve">【答案】：C </w:t>
      </w:r>
    </w:p>
    <w:p>
      <w:r>
        <w:t>116、线路测量中，（　　　）工作在定测阶段完成。</w:t>
        <w:br/>
        <w:t>A.地形测量</w:t>
        <w:br/>
        <w:t>B.导线测量</w:t>
        <w:br/>
        <w:t>C.水准测量</w:t>
        <w:br/>
        <w:t>D.中线测量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1"/>
          <w:cols w:space="720"/>
          <w:titlePg w:val="0"/>
          <w:docGrid w:linePitch="360"/>
        </w:sectPr>
      </w:pPr>
    </w:p>
    <w:p>
      <w:r>
        <w:t>117、市政工程施工现场应采用封闭管理。在市区内，围挡应高于（　　　）。</w:t>
        <w:br/>
        <w:t>A.1.8m</w:t>
        <w:br/>
        <w:t>B.2.0m</w:t>
        <w:br/>
        <w:t>C.2.5m</w:t>
        <w:br/>
        <w:t>D.3.0m</w:t>
        <w:br/>
        <w:br/>
        <w:t>【答案】：C</w:t>
      </w:r>
      <w:r>
        <w:t xml:space="preserve"> </w:t>
      </w:r>
    </w:p>
    <w:p>
      <w:r>
        <w:t>118、路缘石背后应（　　　）支撑，并还土夯实。还土夯实宽度不宜小于50cm。</w:t>
        <w:br/>
        <w:t>A.填土</w:t>
        <w:br/>
        <w:t>B.填砂</w:t>
        <w:br/>
        <w:t>C.浇注水泥混凝土</w:t>
        <w:br/>
        <w:t>D.填筑砂浆</w:t>
        <w:br/>
        <w:br/>
        <w:t xml:space="preserve">【答案】：C </w:t>
      </w:r>
    </w:p>
    <w:p>
      <w:r>
        <w:t>119、高压和中压A燃气管道，应采用（　　　）。</w:t>
        <w:br/>
        <w:t>A.钢管</w:t>
        <w:br/>
        <w:t>B.钢管或机械接口铸铁管</w:t>
        <w:br/>
        <w:t>C.机械接口铸铁管</w:t>
        <w:br/>
        <w:t>D.聚乙烯管材</w:t>
        <w:br/>
        <w:br/>
        <w:t xml:space="preserve">【答案】：A </w:t>
      </w:r>
    </w:p>
    <w:p>
      <w:r>
        <w:t>120、属于城市干路网，是城市中数量较多的一般交通道路的是（　　　）。</w:t>
        <w:br/>
        <w:t>A.快速路</w:t>
        <w:br/>
        <w:t>B.次干路</w:t>
        <w:br/>
        <w:t>C.支路</w:t>
        <w:br/>
        <w:t>D.主干路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2"/>
          <w:cols w:space="720"/>
          <w:titlePg w:val="0"/>
          <w:docGrid w:linePitch="360"/>
        </w:sectPr>
      </w:pPr>
    </w:p>
    <w:p>
      <w:r>
        <w:t>121、当电线电压为154-219KV时，树木至架空电线净距的最小垂直距离是（　　　）。</w:t>
        <w:br/>
        <w:t>A.1.5m</w:t>
        <w:br/>
        <w:t>B.3m</w:t>
        <w:br/>
        <w:t>C.3.5m</w:t>
        <w:br/>
        <w:t>D.4.5m</w:t>
        <w:br/>
        <w:br/>
        <w:t>【答案】：C</w:t>
      </w:r>
      <w:r>
        <w:t xml:space="preserve"> </w:t>
      </w:r>
    </w:p>
    <w:p>
      <w:r>
        <w:t>122、当市政管线交叉敷设时，自地面向地下竖向的排列顺序一般为（　　　）。</w:t>
        <w:br/>
        <w:t>A.电气、电信、燃气、供热、中水、给水、雨水、污水</w:t>
        <w:br/>
        <w:t>B.电气、电信、中水、给水、燃气、供热、雨水、污水</w:t>
        <w:br/>
        <w:t>C.电气、电信、供热、燃气、中水、给水、雨水、污水</w:t>
        <w:br/>
        <w:t>D.电气、电信、燃气、中水、给水、供热、雨水、污水</w:t>
        <w:br/>
        <w:br/>
        <w:t xml:space="preserve">【答案】：C </w:t>
      </w:r>
    </w:p>
    <w:p>
      <w:r>
        <w:t>123、水准测量原理要求水准仪必须提供一条（　　　）。</w:t>
        <w:br/>
        <w:t>A.铅垂视线</w:t>
        <w:br/>
        <w:t>B.水平视线</w:t>
        <w:br/>
        <w:t>C.平行视线</w:t>
        <w:br/>
        <w:t>D.切线</w:t>
        <w:br/>
        <w:br/>
        <w:t xml:space="preserve">【答案】：B </w:t>
      </w:r>
    </w:p>
    <w:p>
      <w:r>
        <w:t>124、设Ha=15.032m，Hb=14.729m，hba=（　　　）m。</w:t>
        <w:br/>
        <w:t>A.-29.761</w:t>
        <w:br/>
        <w:t>B.-0.303</w:t>
        <w:br/>
        <w:t>C.0.303</w:t>
        <w:br/>
        <w:t>D.29.761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3"/>
          <w:cols w:space="720"/>
          <w:titlePg w:val="0"/>
          <w:docGrid w:linePitch="360"/>
        </w:sectPr>
      </w:pPr>
    </w:p>
    <w:p>
      <w:r>
        <w:t>125、当电线电压为330KV时，树木至架空电线净距的最小水平距离是（　　　）。</w:t>
        <w:br/>
        <w:t>A.1m</w:t>
        <w:br/>
        <w:t>B.2m</w:t>
        <w:br/>
        <w:t>C.3.5m</w:t>
        <w:br/>
        <w:t>D.4m</w:t>
        <w:br/>
        <w:br/>
        <w:t>【答案】：D</w:t>
      </w:r>
      <w:r>
        <w:t xml:space="preserve"> </w:t>
      </w:r>
    </w:p>
    <w:p>
      <w:r>
        <w:t>126、单幅路适用于（　　　）。</w:t>
        <w:br/>
        <w:t>A.交通量不大的次干路、支路</w:t>
        <w:br/>
        <w:t>B.机动车交通量大，车速高，非机动车多的快速路、次干路</w:t>
        <w:br/>
        <w:t>C.机动车与非机动车交通量均较大的主干路和次干路</w:t>
        <w:br/>
        <w:t>D.机动车交通量大，车速高，非机动车交通量较少的快速路、次干路</w:t>
        <w:br/>
        <w:br/>
        <w:t xml:space="preserve">【答案】：A </w:t>
      </w:r>
    </w:p>
    <w:p>
      <w:r>
        <w:t>127、下列有关工程量计算错误的是（　　　）。</w:t>
        <w:br/>
        <w:t>A.计算单位要和套用的定额项目的计算单位一致</w:t>
        <w:br/>
        <w:t>B.相同计量单位只有一种计算方法</w:t>
        <w:br/>
        <w:t>C.注意计算包括的范围</w:t>
        <w:br/>
        <w:t>D.注意标准要符合定额的规定</w:t>
        <w:br/>
        <w:br/>
        <w:t xml:space="preserve">【答案】：B </w:t>
      </w:r>
    </w:p>
    <w:p>
      <w:r>
        <w:t>128、（　　　）是现场管理的重要内容和依据，是施工组织设计的组成部分。</w:t>
        <w:br/>
        <w:t>A.施工进度计划</w:t>
        <w:br/>
        <w:t>B.施工方案设计</w:t>
        <w:br/>
        <w:t>C.施工总平面设计</w:t>
        <w:br/>
        <w:t>D.施工合同文件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4"/>
          <w:cols w:space="720"/>
          <w:titlePg w:val="0"/>
          <w:docGrid w:linePitch="360"/>
        </w:sectPr>
      </w:pPr>
    </w:p>
    <w:p>
      <w:r>
        <w:t>129、劳动消耗定额又称（　　　）。</w:t>
        <w:br/>
        <w:t>A.人工消耗定额</w:t>
        <w:br/>
        <w:t>B.材料消耗定额</w:t>
        <w:br/>
        <w:t>C.机械台班消耗定额</w:t>
        <w:br/>
        <w:t>D.施工定额</w:t>
        <w:br/>
        <w:br/>
        <w:t>【答案】：A</w:t>
      </w:r>
      <w:r>
        <w:t xml:space="preserve"> </w:t>
      </w:r>
    </w:p>
    <w:p>
      <w:r>
        <w:t>130、（　　　）作为确定工程造价的主要依据，是计算标底和确定报价的主要依据。</w:t>
        <w:br/>
        <w:t>A.劳动定额</w:t>
        <w:br/>
        <w:t>B.施工定额</w:t>
        <w:br/>
        <w:t>C.预算定额</w:t>
        <w:br/>
        <w:t>D.概算定额</w:t>
        <w:br/>
        <w:br/>
        <w:t xml:space="preserve">【答案】：C </w:t>
      </w:r>
    </w:p>
    <w:p>
      <w:r>
        <w:t>131、当在施工场地上已经布置方格网时，可采用（　　　）来测量点位。</w:t>
        <w:br/>
        <w:t>A.直角坐标法</w:t>
        <w:br/>
        <w:t>B.极坐标法</w:t>
        <w:br/>
        <w:t>C.角度交会法</w:t>
        <w:br/>
        <w:t>D.距离交会法</w:t>
        <w:br/>
        <w:br/>
        <w:t xml:space="preserve">【答案】：A </w:t>
      </w:r>
    </w:p>
    <w:p>
      <w:r>
        <w:t>132、对于单跨隧道，当开挖宽小于12m时，应采用（　　　）。</w:t>
        <w:br/>
        <w:t>A.台阶开挖法</w:t>
        <w:br/>
        <w:t>B.CD法</w:t>
        <w:br/>
        <w:t>C.CRD法</w:t>
        <w:br/>
        <w:t>D.双侧壁导坑法</w:t>
        <w:br/>
        <w:br/>
        <w:t xml:space="preserve">【答案】：A 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https://d.book118.com/666031015142010100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35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eastAsia="仿宋" w:hAnsi="仿宋"/>
      <w:sz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666031015142010100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