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试用期工作总结必备[15篇]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试用期工作总结1</w:t>
      </w:r>
      <w:r>
        <w:rPr>
          <w:lang w:eastAsia="zh-CN"/>
        </w:rPr>
        <w:br/>
      </w:r>
      <w:r>
        <w:rPr>
          <w:lang w:eastAsia="zh-CN"/>
        </w:rPr>
        <w:t xml:space="preserve">    新年的钟声即将敲响，回想过去的半年，似乎昨天还彷徨在大学的校门口，而今天却已坚守在工作岗位上。七月份离开学校，坐上南下的火车，我知道这又将是我人生的一个转折点，又是一段新生活的开始。火车延伸的方向指引着我去实现理想，开启一段新的征程。 </w:t>
      </w:r>
      <w:r>
        <w:rPr>
          <w:lang w:eastAsia="zh-CN"/>
        </w:rPr>
        <w:br/>
      </w:r>
      <w:r>
        <w:rPr>
          <w:lang w:eastAsia="zh-CN"/>
        </w:rPr>
        <w:t>　　这半年是一个非同凡响的半年，是我们从大学到社会、从学生到职工的一个过渡期，这个过渡期不像是从高中转入大学那样曲线式的平滑，而存在很大的折线式落差。我们转变的不仅仅是环境，还有自己的身份、思想、态度、能力、认知、人脉等许多的东西。这半年的工作经历，给我们以后的工作奠定了坚实的基础，为我们的扬帆起航做好了前期准备。</w:t>
      </w:r>
      <w:r>
        <w:rPr>
          <w:lang w:eastAsia="zh-CN"/>
        </w:rPr>
        <w:br/>
      </w:r>
      <w:r>
        <w:rPr>
          <w:lang w:eastAsia="zh-CN"/>
        </w:rPr>
        <w:t>　　一、入职培训——思想意识的大解放</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七月的钒钛之都攀枝花风景如画，中国十九冶的二百九十多名新员工的到来，给这座美丽的城市带去了青春活力。集团公司选择在攀枝花进行新员工入职培训，目的就是为了然我们这些新来的西部铁军战士回归我们的革命根据地，了解十九冶的发展历史，感受当年的那些十九冶人艰苦创业的精神。一部部宣传片，看着那些十九冶人把热血与汗水撒在攀西裂谷，创造微雕钢城；把青春与理想写在大漠边关，筑建宏伟工程。我的心情激动不已，顿然间一股强大的精神力量注入我的心底，使我热血沸腾，我默默的告诉自己，我也要向他们一样，吃苦耐劳、艰苦奋斗、全心全意的工作，为社会做贡献。一场场演讲，让我们了解了西部铁军文化品牌强大的社会感染力，我以这个</w:t>
      </w:r>
      <w:r>
        <w:rPr>
          <w:lang w:eastAsia="zh-CN"/>
        </w:rPr>
        <w:br/>
      </w:r>
      <w:r>
        <w:rPr>
          <w:lang w:eastAsia="zh-CN"/>
        </w:rPr>
        <w:t>　　称号而深感荣耀；每一个老员工成长的故事，给了我们启发与鼓励。毋庸置疑，新员工的入职培训，给了我们一次思想意识的大解放。</w:t>
      </w:r>
      <w:r>
        <w:rPr>
          <w:lang w:eastAsia="zh-CN"/>
        </w:rPr>
        <w:br/>
      </w:r>
      <w:r>
        <w:rPr>
          <w:lang w:eastAsia="zh-CN"/>
        </w:rPr>
        <w:t>　　二、领导关怀——工地如家般的温暖</w:t>
      </w:r>
      <w:r>
        <w:rPr>
          <w:lang w:eastAsia="zh-CN"/>
        </w:rPr>
        <w:br/>
      </w:r>
      <w:r>
        <w:rPr>
          <w:lang w:eastAsia="zh-CN"/>
        </w:rPr>
        <w:t>　　入职培训一结束，我们这些新来的员工就要“各回各家”，每个人要回到自己的子公司。回到路桥分公司的第一天，公司召开了新员工入职欢迎会，以公司总经理为首的领导班子对我们的入职表示热烈的欢迎，给予了我们很多鼓励。会后我们又紧锣密鼓的开始了第二次“分家”，路桥公司新来的二十七名新员工要分配到各个项目上，我被分到了广西百色至靖西高速公路项目上，7月_日我们一行五人继续南下，来到了广西的项百色。</w:t>
      </w:r>
      <w:r>
        <w:rPr>
          <w:lang w:eastAsia="zh-CN"/>
        </w:rPr>
        <w:br/>
      </w:r>
      <w:r>
        <w:rPr>
          <w:lang w:eastAsia="zh-CN"/>
        </w:rPr>
        <w:t>　　到了项目上，领导和所有的同仁对我们新来的五个人同样表示了热烈的欢迎，专门给我们摆了欢迎筵。项目上普遍都是年轻人，我们也就很快的融入了项目大家庭，兄弟伙就像一家人一样，相互关怀，大大的减少了我的思乡情节，工地有了家一般的温暖。</w:t>
      </w:r>
      <w:r>
        <w:rPr>
          <w:lang w:eastAsia="zh-CN"/>
        </w:rPr>
        <w:br/>
      </w:r>
      <w:r>
        <w:rPr>
          <w:lang w:eastAsia="zh-CN"/>
        </w:rPr>
        <w:t>　　三、入门拜师——技能学习的新开始</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韩愈的《师说》里面说：“古之学者必有师。师者，所以传道授业解惑也。”离开学校来到工作岗位，我们同样需要一个良师来带领我们学习技能。来到项目上，根据我们不同的专业，每个人拜了一位师傅。我的专业是安全工程，于是就拜了项目部主管安全的副经理为师。首先师傅尽职尽责、敢作敢当、注重实干、统筹规划、分析全面、决策果断的领导才能以及个人的人格魅力对我产生了很大的影响，这对我以后的职业生涯来说，是一笔不可估量的精神财富。其次，师傅带着我干实际性的工作，不管是施工现场的管理，还是内业资料的处理，他都会指导我怎么做，怎样把工作做好。除此之外，师</w:t>
      </w:r>
      <w:r>
        <w:rPr>
          <w:lang w:eastAsia="zh-CN"/>
        </w:rPr>
        <w:br/>
      </w:r>
      <w:r>
        <w:rPr>
          <w:lang w:eastAsia="zh-CN"/>
        </w:rPr>
        <w:t>　　傅也同样关心我的生活，帮我克服我内向、腼腆的性格弱点，支持我放开手干工作，成了我强大的后盾。</w:t>
      </w:r>
      <w:r>
        <w:rPr>
          <w:lang w:eastAsia="zh-CN"/>
        </w:rPr>
        <w:br/>
      </w:r>
      <w:r>
        <w:rPr>
          <w:lang w:eastAsia="zh-CN"/>
        </w:rPr>
        <w:t>　　四、自行摸索——路还是要自己走</w:t>
      </w:r>
      <w:r>
        <w:rPr>
          <w:lang w:eastAsia="zh-CN"/>
        </w:rPr>
        <w:br/>
      </w:r>
      <w:r>
        <w:rPr>
          <w:lang w:eastAsia="zh-CN"/>
        </w:rPr>
        <w:t>　　俗话说“师傅领进门，成才靠自己”。师傅起指导我们的作用，要提高自己的能力，我们必须要自己努力，敢于实践、敢于创新。刚到项目上的时候，对整个工程很陌生，因为我是学安全专业的，对道路桥梁施工是陌生的，没有关于这方面的理论知识。要把自己的专业知识运用到实际工程中，要靠自己的不断总结与摸索。我发现，单个的专业知识是无法满足工作的需要，所以我经常去现场学习，看每个分部分项工程的施工工序，只有把这些工序印在脑海里，你才会知道哪一步施工的危险因素较大，如何去排除危险，预防事故的发生，保证安全生产。不管是方法也好，经验也好，只有自己不断的摸索和积累，才能做到厚积而薄发。</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五、学无止尽——能力在学习中提高</w:t>
      </w:r>
      <w:r>
        <w:rPr>
          <w:lang w:eastAsia="zh-CN"/>
        </w:rPr>
        <w:br/>
      </w:r>
      <w:r>
        <w:rPr>
          <w:lang w:eastAsia="zh-CN"/>
        </w:rPr>
        <w:t>　　作为公司的新人，半年的时间对我们的职业生涯来说，只是一段前奏曲，以前在学校学了理论知识，现在开始运用于实践，然而实践的过程中，不断的暴漏出了以前所学理论知识的`狭隘与局限。要想自己的专业水品发挥出更大的作用，我们还要不断的学习，去回归与研究理论知识，然后再运用到实践中。形成一种理论与实践相互作用、有机结合、循环作用的学习模式，才能提高自己的工作能力。发挥自己的潜能，为公司做出更大的贡献。</w:t>
      </w:r>
      <w:r>
        <w:rPr>
          <w:lang w:eastAsia="zh-CN"/>
        </w:rPr>
        <w:br/>
      </w:r>
      <w:r>
        <w:rPr>
          <w:lang w:eastAsia="zh-CN"/>
        </w:rPr>
        <w:t>　　试用期工作总结6</w:t>
      </w:r>
      <w:r>
        <w:rPr>
          <w:lang w:eastAsia="zh-CN"/>
        </w:rPr>
        <w:br/>
      </w:r>
      <w:r>
        <w:rPr>
          <w:lang w:eastAsia="zh-CN"/>
        </w:rPr>
        <w:t>　　试用期工作总结时光飞逝，转眼间，两个月的工作试用期已将接近尾声。在这段时间里大家给予了我足够的宽容、支持、鼓励和帮助，让我充分感受到了领导们坚定的信念，和同事们积极乐观、包容的精神。在对大家肃然起敬的同时，也为我有机会成为公司正式员工而感到光荣和兴奋。在这将近两个月的时间里，在领导和同事们的悉心关怀和指导下，凭着自身的专业素质，通过自身的不懈努力，各方面均取得了一定的进步。公司的企业文化，已深深融入并深受其中；日常规章制度、管理规范，已时刻谨记并认真贯彻着、执行着；与同事们的关系由刚开始的陌生、尴尬、无语到熟知、和谐及凯凯而谈。现将这两个月的日常工作做总结性汇报：</w:t>
      </w:r>
      <w:r>
        <w:rPr>
          <w:lang w:eastAsia="zh-CN"/>
        </w:rPr>
        <w:br/>
      </w:r>
      <w:r>
        <w:rPr>
          <w:lang w:eastAsia="zh-CN"/>
        </w:rPr>
        <w:t>　　一、遵守公司各项规章制度、认真工作、使自己工作效率不断得到提高。</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爱岗敬业的职业道德素质是每一项工作顺利开展并最终取得成功的保障。遵守公司的各项规章制度、兢兢业业做好本职工作是我自己的工作原则，用满腔热情积极、认真地完成好每一项任务、并履行岗位职责。因为工作的特殊性和精确性，在工作中我严格要求自己要做到零误差，以提高准确率和工作效率。确保每项工作的高质量、高品质、高效率，力求项目的完整性及完美性。</w:t>
      </w:r>
      <w:r>
        <w:rPr>
          <w:lang w:eastAsia="zh-CN"/>
        </w:rPr>
        <w:br/>
      </w:r>
      <w:r>
        <w:rPr>
          <w:lang w:eastAsia="zh-CN"/>
        </w:rPr>
        <w:t>　　二、积极配合领导、服从命令、团结同事、相互学习、积极配合工作；</w:t>
      </w:r>
      <w:r>
        <w:rPr>
          <w:lang w:eastAsia="zh-CN"/>
        </w:rPr>
        <w:br/>
      </w:r>
      <w:r>
        <w:rPr>
          <w:lang w:eastAsia="zh-CN"/>
        </w:rPr>
        <w:t>　　平日里要注意多关心同事、团结一体、互相学习。工作中我们都是彼此的老师,往往从别人的身上看到自己的影子，有好的也有坏的，在面对问题的时候，我们又成为了彼此的后盾，相互并肩扶携着。从我个人而言，在工作的过程中我受益，从做事、到做人；从看问题、到解决问题上都给了我新的机会和经验。这将在我以后的职业生涯中影响颇深，以及如何做人具有很大教育。</w:t>
      </w:r>
      <w:r>
        <w:rPr>
          <w:lang w:eastAsia="zh-CN"/>
        </w:rPr>
        <w:br/>
      </w:r>
      <w:r>
        <w:rPr>
          <w:lang w:eastAsia="zh-CN"/>
        </w:rPr>
        <w:t>　　我所在的部门是一个充满激情和挑战的部门，我要认真学习岗位职能，做好自己的本职工作，努力完成好各项工作任务。</w:t>
      </w:r>
      <w:r>
        <w:rPr>
          <w:lang w:eastAsia="zh-CN"/>
        </w:rPr>
        <w:br/>
      </w:r>
      <w:r>
        <w:rPr>
          <w:lang w:eastAsia="zh-CN"/>
        </w:rPr>
        <w:t>　　在今后的工作中，我将努力提高自己的专业技能及专业水平，克服不足，并朝着以下几个方向努力：</w:t>
      </w:r>
      <w:r>
        <w:rPr>
          <w:lang w:eastAsia="zh-CN"/>
        </w:rPr>
        <w:br/>
      </w:r>
      <w:r>
        <w:rPr>
          <w:lang w:eastAsia="zh-CN"/>
        </w:rPr>
        <w:t>　　（1）、在以后的工作中不断学习专业知识，通过多看、多学、多练来，不断地提高自己的各项专业技能及操作技能水平。</w:t>
      </w:r>
      <w:r>
        <w:rPr>
          <w:lang w:eastAsia="zh-CN"/>
        </w:rPr>
        <w:br/>
      </w:r>
      <w:r>
        <w:rPr>
          <w:lang w:eastAsia="zh-CN"/>
        </w:rPr>
        <w:t>　　（2）、提高自己解决日常实际问题的能力，并在工作过程中慢慢克服自己急躁情绪，积极、热情、细致地的对待每一项分配工作。</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以上是我个人的一个工作总结及自己今后努力改进的方向，可能具体的还不够完善和成熟，但是我会尽我最大努力去执行，请领导审核。如有不完整的地方不对的地方也请领导补充并及时加以指导。试用期工作总结2</w:t>
      </w:r>
      <w:r>
        <w:rPr>
          <w:lang w:eastAsia="zh-CN"/>
        </w:rPr>
        <w:br/>
      </w:r>
      <w:r>
        <w:rPr>
          <w:lang w:eastAsia="zh-CN"/>
        </w:rPr>
        <w:t xml:space="preserve">    一、试用期目标 </w:t>
      </w:r>
      <w:r>
        <w:rPr>
          <w:lang w:eastAsia="zh-CN"/>
        </w:rPr>
        <w:br/>
      </w:r>
      <w:r>
        <w:rPr>
          <w:lang w:eastAsia="zh-CN"/>
        </w:rPr>
        <w:t>　　作为一名单证员，期望在试用期内掌握公司进出口业务的基本流程，了解公司单证文件的管理规范，提高协助公司顺利完成整个进出口业务的能力。同时规范自身行为准则，深入了解并认同公司文化及价值观。</w:t>
      </w:r>
      <w:r>
        <w:rPr>
          <w:lang w:eastAsia="zh-CN"/>
        </w:rPr>
        <w:br/>
      </w:r>
      <w:r>
        <w:rPr>
          <w:lang w:eastAsia="zh-CN"/>
        </w:rPr>
        <w:t>　　二、工作内容及成果</w:t>
      </w:r>
      <w:r>
        <w:rPr>
          <w:lang w:eastAsia="zh-CN"/>
        </w:rPr>
        <w:br/>
      </w:r>
      <w:r>
        <w:rPr>
          <w:lang w:eastAsia="zh-CN"/>
        </w:rPr>
        <w:t>　　1、熟悉公司进出口流程</w:t>
      </w:r>
      <w:r>
        <w:rPr>
          <w:lang w:eastAsia="zh-CN"/>
        </w:rPr>
        <w:br/>
      </w:r>
      <w:r>
        <w:rPr>
          <w:lang w:eastAsia="zh-CN"/>
        </w:rPr>
        <w:t>　　在试用期内，我认真研读公司进出口业务手册，同时在工作中积极向同事请教业务流程，通过实践体会进出口业务的流程和相关步骤。在大家的共同协作下，我顺利地熟悉了公司进出口流程，更加深入地了解整个流程中每个步骤的重要性与注意事项。</w:t>
      </w:r>
      <w:r>
        <w:rPr>
          <w:lang w:eastAsia="zh-CN"/>
        </w:rPr>
        <w:br/>
      </w:r>
      <w:r>
        <w:rPr>
          <w:lang w:eastAsia="zh-CN"/>
        </w:rPr>
        <w:t>　　2、掌握单证文件处理流程</w:t>
      </w:r>
      <w:r>
        <w:rPr>
          <w:lang w:eastAsia="zh-CN"/>
        </w:rPr>
        <w:br/>
      </w:r>
      <w:r>
        <w:rPr>
          <w:lang w:eastAsia="zh-CN"/>
        </w:rPr>
        <w:t>　　公司对单证文件的管理十分严谨，我们需要熟知这些单证文件的具体要求以及如何处理，才能保证公司的业务能够顺利完成。在试用期内，我主动去了解并进一步掌握公司单证文件的管理规范，积极学习单证文件的处理流程和注意事项，同时注重单证文件资料的精准和准确，保证单证文件的准确性及时性。</w:t>
      </w:r>
      <w:r>
        <w:rPr>
          <w:lang w:eastAsia="zh-CN"/>
        </w:rPr>
        <w:br/>
      </w:r>
      <w:r>
        <w:rPr>
          <w:lang w:eastAsia="zh-CN"/>
        </w:rPr>
        <w:t>　　3、提高协助公司顺利完成整个进出口业务的能力</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作为一名单证员，不仅需要及时准确地处理单证文件，还需要与其他部门紧密协作，如与财务、采购、仓储、运输等部门的沟通和协作。在试用期内，我不仅学习以上部门的.基本业务知识，也积极与相关部门沟通协调，以确保进出口业务能够顺利完成。</w:t>
      </w:r>
      <w:r>
        <w:rPr>
          <w:lang w:eastAsia="zh-CN"/>
        </w:rPr>
        <w:br/>
      </w:r>
      <w:r>
        <w:rPr>
          <w:lang w:eastAsia="zh-CN"/>
        </w:rPr>
        <w:t>　　4、规范自身行为准则</w:t>
      </w:r>
      <w:r>
        <w:rPr>
          <w:lang w:eastAsia="zh-CN"/>
        </w:rPr>
        <w:br/>
      </w:r>
      <w:r>
        <w:rPr>
          <w:lang w:eastAsia="zh-CN"/>
        </w:rPr>
        <w:t>　　决定一切的是行为准则，我深刻认识到在工作和生活中规范自身的行为举止对于企业以及个人来说都是非常重要的。在试用期内，我严格遵守公司的规章制度，热忱服务顾客，关爱同事，力求做到优秀的行为标准和道德表率。</w:t>
      </w:r>
      <w:r>
        <w:rPr>
          <w:lang w:eastAsia="zh-CN"/>
        </w:rPr>
        <w:br/>
      </w:r>
      <w:r>
        <w:rPr>
          <w:lang w:eastAsia="zh-CN"/>
        </w:rPr>
        <w:t>　　5、加强对公司文化及价值观的认同</w:t>
      </w:r>
      <w:r>
        <w:rPr>
          <w:lang w:eastAsia="zh-CN"/>
        </w:rPr>
        <w:br/>
      </w:r>
      <w:r>
        <w:rPr>
          <w:lang w:eastAsia="zh-CN"/>
        </w:rPr>
        <w:t>　　企业文化的塑造和价值观的形成是企业发展的关键之一。在试用期内，我重视对公司文化及价值观的学习和理解，不断加强对公司使命、愿景和价值观的认同，积极践行公司文化，以深入贯彻公司价值观的理念，为公司的发展做出应有的贡献。</w:t>
      </w:r>
      <w:r>
        <w:rPr>
          <w:lang w:eastAsia="zh-CN"/>
        </w:rPr>
        <w:br/>
      </w:r>
      <w:r>
        <w:rPr>
          <w:lang w:eastAsia="zh-CN"/>
        </w:rPr>
        <w:t>　　三、不足及改进措施</w:t>
      </w:r>
      <w:r>
        <w:rPr>
          <w:lang w:eastAsia="zh-CN"/>
        </w:rPr>
        <w:br/>
      </w:r>
      <w:r>
        <w:rPr>
          <w:lang w:eastAsia="zh-CN"/>
        </w:rPr>
        <w:t>　　在试用期内，我虽然取得了一些成绩，但还存在许多需要改进的地方。在未来的工作中，我将继续努力，完善自己的能力，提高自身的业务水平和职业能力。我的改进措施包括以下几点：</w:t>
      </w:r>
      <w:r>
        <w:rPr>
          <w:lang w:eastAsia="zh-CN"/>
        </w:rPr>
        <w:br/>
      </w:r>
      <w:r>
        <w:rPr>
          <w:lang w:eastAsia="zh-CN"/>
        </w:rPr>
        <w:t>　　1、增强自身业务知识，拓宽视野，有针对性地去扩大个人知识面。</w:t>
      </w:r>
      <w:r>
        <w:rPr>
          <w:lang w:eastAsia="zh-CN"/>
        </w:rPr>
        <w:br/>
      </w:r>
      <w:r>
        <w:rPr>
          <w:lang w:eastAsia="zh-CN"/>
        </w:rPr>
        <w:t>　　2、继续学习专业技能，了解新业务形式及进出口政策，充分了解公司的业务发展。</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3、提高自身的沟通和协调能力，进一步加强与其他部门的协作，跟进业务进展及时反馈。</w:t>
      </w:r>
      <w:r>
        <w:rPr>
          <w:lang w:eastAsia="zh-CN"/>
        </w:rPr>
        <w:br/>
      </w:r>
      <w:r>
        <w:rPr>
          <w:lang w:eastAsia="zh-CN"/>
        </w:rPr>
        <w:t>　　4、保持良好的心态及职业素养，充分发挥个人潜能，追求卓越的个人业绩。</w:t>
      </w:r>
      <w:r>
        <w:rPr>
          <w:lang w:eastAsia="zh-CN"/>
        </w:rPr>
        <w:br/>
      </w:r>
      <w:r>
        <w:rPr>
          <w:lang w:eastAsia="zh-CN"/>
        </w:rPr>
        <w:t>　　四、总结</w:t>
      </w:r>
      <w:r>
        <w:rPr>
          <w:lang w:eastAsia="zh-CN"/>
        </w:rPr>
        <w:br/>
      </w:r>
      <w:r>
        <w:rPr>
          <w:lang w:eastAsia="zh-CN"/>
        </w:rPr>
        <w:t>　　试用期不仅是一段新员工适应公司的阶段，更是公司检验新员工是否合适的时间。对于自己的工作和个人发展，我会根据实际工作，在领导和同事的指导下不断改进自己，加以升华。作为一名单证员，我将坚信自己的价值，努力向更高的目标和更为优秀的自我迈进，为公司的发展尽一份力。试用期工作总结3</w:t>
      </w:r>
      <w:r>
        <w:rPr>
          <w:lang w:eastAsia="zh-CN"/>
        </w:rPr>
        <w:br/>
      </w:r>
      <w:r>
        <w:rPr>
          <w:lang w:eastAsia="zh-CN"/>
        </w:rPr>
        <w:t xml:space="preserve">    工作一个月后，在同事的帮助下，我加强了思想政治学习，不断改进工作，圆满完成了任务，提高了个人的思想政治素质和工作能力，为以后的工作和学习打下了基础。工作和研究总结如下: </w:t>
      </w:r>
      <w:r>
        <w:rPr>
          <w:lang w:eastAsia="zh-CN"/>
        </w:rPr>
        <w:br/>
      </w:r>
      <w:r>
        <w:rPr>
          <w:lang w:eastAsia="zh-CN"/>
        </w:rPr>
        <w:t>　　第一，政治思想</w:t>
      </w:r>
      <w:r>
        <w:rPr>
          <w:lang w:eastAsia="zh-CN"/>
        </w:rPr>
        <w:br/>
      </w:r>
      <w:r>
        <w:rPr>
          <w:lang w:eastAsia="zh-CN"/>
        </w:rPr>
        <w:t>　　以病人为中心、以质量为中心的护理服务理念，新的护理模式适应社会发展，参与一切政治活动，以服务病人、贡献社会为宗旨，以病人满意为标准，全心全意为病人服务。</w:t>
      </w:r>
      <w:r>
        <w:rPr>
          <w:lang w:eastAsia="zh-CN"/>
        </w:rPr>
        <w:br/>
      </w:r>
      <w:r>
        <w:rPr>
          <w:lang w:eastAsia="zh-CN"/>
        </w:rPr>
        <w:t>　　第二，法律意识</w:t>
      </w:r>
      <w:r>
        <w:rPr>
          <w:lang w:eastAsia="zh-CN"/>
        </w:rPr>
        <w:br/>
      </w:r>
      <w:r>
        <w:rPr>
          <w:lang w:eastAsia="zh-CN"/>
        </w:rPr>
        <w:t>　　学习《护士法》及其法规，使我认识到法制、法制、合法权益的观念已经被人们所认同。现代护理质量观是全方位的，让病人全程满意。人们对医疗护理服务有了更高更新的需求，这就需要我的法律知识和安全防护意识，让护士知法懂法，依法处理医疗事故。</w:t>
      </w:r>
      <w:r>
        <w:rPr>
          <w:lang w:eastAsia="zh-CN"/>
        </w:rPr>
        <w:br/>
      </w:r>
      <w:r>
        <w:rPr>
          <w:lang w:eastAsia="zh-CN"/>
        </w:rPr>
        <w:t>　　第三，工作和学习</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工作中遵守医院和科室的规章制度，检查制度和护理操作规章制度，无菌操作中保证孕妇和新生儿的安全，以病人为中心，以质量为核心的服务理念，礼貌待人，使用文明语言，在各岗位工作仪表端庄，着装整洁，礼貌待人，语言规范。</w:t>
      </w:r>
      <w:r>
        <w:rPr>
          <w:lang w:eastAsia="zh-CN"/>
        </w:rPr>
        <w:br/>
      </w:r>
      <w:r>
        <w:rPr>
          <w:lang w:eastAsia="zh-CN"/>
        </w:rPr>
        <w:t>　　教导、帮助和照顾年轻护士的职责，努力关心病历质量和护理表格合格率；总结、分析、发现缺点和错误的隐患，防患于未然。</w:t>
      </w:r>
      <w:r>
        <w:rPr>
          <w:lang w:eastAsia="zh-CN"/>
        </w:rPr>
        <w:br/>
      </w:r>
      <w:r>
        <w:rPr>
          <w:lang w:eastAsia="zh-CN"/>
        </w:rPr>
        <w:t>　　在工作过程中，我深深地感受到自己的.传染病知识很少感受到自身学习和素质的紧迫性。每天挤出来丰富营养，向身边的同事学习，谦虚谨慎，虚心求教，参加医院和科室组织的传染病知识学习工作坊。在实践中学习，将所学运用到工作中，在实践中检验所学，想办法防止和克服肤浅一知半解的倾向。</w:t>
      </w:r>
      <w:r>
        <w:rPr>
          <w:lang w:eastAsia="zh-CN"/>
        </w:rPr>
        <w:br/>
      </w:r>
      <w:r>
        <w:rPr>
          <w:lang w:eastAsia="zh-CN"/>
        </w:rPr>
        <w:t>　　时刻提醒自己的思想道德修养和人格品质，锻炼自己的奉献意识，以无私、无私作为自己的人格修养，不受不良社会风气的影响；从小事做起；在工作中要严格要求自己，忠于职守，谨防不忠，全心全意为病人服务。</w:t>
      </w:r>
      <w:r>
        <w:rPr>
          <w:lang w:eastAsia="zh-CN"/>
        </w:rPr>
        <w:br/>
      </w:r>
      <w:r>
        <w:rPr>
          <w:lang w:eastAsia="zh-CN"/>
        </w:rPr>
        <w:t>　　在医院见习期间，我感觉医院充满了活力，对未来充满了信心，愿意为六院尽绵薄之力。请各位同事监督支持！试用期工作总结4</w:t>
      </w:r>
      <w:r>
        <w:rPr>
          <w:lang w:eastAsia="zh-CN"/>
        </w:rPr>
        <w:br/>
      </w:r>
      <w:r>
        <w:rPr>
          <w:lang w:eastAsia="zh-CN"/>
        </w:rPr>
        <w:t xml:space="preserve">    时间过得很快，一转瞬试用期就过了，在这段时间以来，我自己也做出了很多的努力，也进步了不少，学到了很多以前接触不到的东西，在这段时间里面，我觉得自己还是比较渴望学习的，在实习培训里面，各位领导和同事对我的关怀也是很大的，对我的态度也很亲切。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在这段时间里面，我始终是勤勤恳恳的工作，虚心的请教问题，也严格的要求自己，作为一名驾驶人员，我也比较爱车子，也定期的检修车子，毕竟平安是第一位，也能努力的做好自己的本职工作。</w:t>
      </w:r>
      <w:r>
        <w:rPr>
          <w:lang w:eastAsia="zh-CN"/>
        </w:rPr>
        <w:br/>
      </w:r>
      <w:r>
        <w:rPr>
          <w:lang w:eastAsia="zh-CN"/>
        </w:rPr>
        <w:t>　　作为一名驾驶员，我可以保证车辆的洁净卫生和干净，娴熟自己所驾驶车辆的性能，依据规章制度办事，不怕吃苦，兢兢业业的干好工作。</w:t>
      </w:r>
      <w:r>
        <w:rPr>
          <w:lang w:eastAsia="zh-CN"/>
        </w:rPr>
        <w:br/>
      </w:r>
      <w:r>
        <w:rPr>
          <w:lang w:eastAsia="zh-CN"/>
        </w:rPr>
        <w:t>　　身为驾驶员应当做到留意保养，定期检查，准时修理，定期对吊车进行保养，保持车身光滑，严格依据保养日程表的项目对车辆进行正规的.定期检查和修理，以确保车辆在行驶中不消逝故障，增加平安性，我还认真学习吊车学问，把握吊车的基本结构和工作原理，发觉特殊尽量找出故障并准时排除。</w:t>
      </w:r>
      <w:r>
        <w:rPr>
          <w:lang w:eastAsia="zh-CN"/>
        </w:rPr>
        <w:br/>
      </w:r>
      <w:r>
        <w:rPr>
          <w:lang w:eastAsia="zh-CN"/>
        </w:rPr>
        <w:t>　　在工作中，始终保持一个糊涂的头脑，集中精力，按章操作，时刻把‘平安’二字放在心中，爱岗尽业，吃苦耐劳，以服务为本，决不让人等车，行车中做到平安第一，作为一名驾驶员，要听从领导的要求与调度支配，遵守公司规章与制度。</w:t>
      </w:r>
      <w:r>
        <w:rPr>
          <w:lang w:eastAsia="zh-CN"/>
        </w:rPr>
        <w:br/>
      </w:r>
      <w:r>
        <w:rPr>
          <w:lang w:eastAsia="zh-CN"/>
        </w:rPr>
        <w:t>　　感谢这段时间领导对我的关怀，让我能够不断地改善自己的工作动力，同事之间的关怀和友情，也是我能够尽快适应这个工作行业的，动力，企业的文化氛围让我的工作更加有信念，我自己还有很多不足的地方，我坚信自己在以后的工作里面能够做得更好。试用期工作总结5</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进入公司以来，在公司领导的精心培育和悉心教导下，通过自身的努力，在思想、学习、工作以及生活上都有了较大收获，现总结如下：</w:t>
      </w:r>
      <w:r>
        <w:rPr>
          <w:lang w:eastAsia="zh-CN"/>
        </w:rPr>
        <w:t xml:space="preserve"> </w:t>
      </w:r>
      <w:r>
        <w:rPr>
          <w:lang w:eastAsia="zh-CN"/>
        </w:rPr>
        <w:br/>
      </w:r>
      <w:r>
        <w:rPr>
          <w:lang w:eastAsia="zh-CN"/>
        </w:rPr>
        <w:t>　　学习上，我本着积极进取的态度，认真工作、虚心请教。在日常生活和工作中，我坚持做个有心人，勤于思考，积极主动地去发现问题和解决问题，通过自学和向他人请教相结合的方式，不断充实自己的业务知识。通过点滴积累，自身业务素质有了较大提高。</w:t>
      </w:r>
      <w:r>
        <w:rPr>
          <w:lang w:eastAsia="zh-CN"/>
        </w:rPr>
        <w:br/>
      </w:r>
      <w:r>
        <w:rPr>
          <w:lang w:eastAsia="zh-CN"/>
        </w:rPr>
        <w:t>　　工作上，对于领导交给我的任务，不管多么琐碎我都会认真对待、用心去完成。生产技术部是一个责任重大且工作内容较繁琐的部门，涉及到的人员和业务范围较广，对员工的综合素质有较高的要求。这段时间，我的主要工作是在熟悉各项业务的同时，负责部分工作的协调以及相关文案的整理和编写。在这个过程中，我逐渐对公司以及本部门有了较全面和深入的了解，对自身的岗位职责有了较清晰的认识，并熟悉了各项业务工作，工作能力得到领导和同事的认可。</w:t>
      </w:r>
      <w:r>
        <w:rPr>
          <w:lang w:eastAsia="zh-CN"/>
        </w:rPr>
        <w:br/>
      </w:r>
      <w:r>
        <w:rPr>
          <w:lang w:eastAsia="zh-CN"/>
        </w:rPr>
        <w:t>　　当然，进入公司之初，由于对工作的认识不够充分，出现了一些小差小错需要领导指正，也认识到自己在工作和为人处事方式上存在一些不得当的地方。但是，通过不断总结经验教训，以及充分的自我认知和自我批评，使得自己不断成熟起来。</w:t>
      </w:r>
      <w:r>
        <w:rPr>
          <w:lang w:eastAsia="zh-CN"/>
        </w:rPr>
        <w:br/>
      </w:r>
      <w:r>
        <w:rPr>
          <w:lang w:eastAsia="zh-CN"/>
        </w:rPr>
        <w:t>　　生活上，热情大方、谦恭的为人处事态度，使我很快融入工作环境，与同事建立起了良好的.关系。领导和同事们在生活上无微不至的关怀和工作上的悉心指导，使我倍感温暖、受益良多。在与领导和同事交往过程中，我也受到潜移默化的影响，人际交往能力和沟通协调能力得到提升。</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之，经过三个月的学习和工作，个人综合素质得到全面的提升。同时，公司良好的氛围和发展前景使我产生了较强的归属感。水务行业与国计民生息息相关，赋予每一名员工神圣的使命感，而且目前的岗位让我有机会深入接触生产一线，对个人专业水平的提升有较大帮助，很符合个人的职业期望。我相信，凭借着自身良好的基本素质和积极进取的工作态度，在这样一个有着很强凝聚力的团队中，我的个人能力将得到进一步提升，在今后的工作中能更好地发挥自己的才干!试用期工作总结6</w:t>
      </w:r>
      <w:r>
        <w:rPr>
          <w:lang w:eastAsia="zh-CN"/>
        </w:rPr>
        <w:br/>
      </w:r>
      <w:r>
        <w:rPr>
          <w:lang w:eastAsia="zh-CN"/>
        </w:rPr>
        <w:t xml:space="preserve">    首先，感谢公司给我一个就业的机会，作为应届生我得到了我的第一份工作，在此我感谢公司和所有帮助过我的人。回顾这3个月的工作，我在公司领导及各位同事的支持与帮助下，严格要求自己，按照公司的要求，较好地完成了自己的本职工作。通过三个月来的学习与工作，工作模式上有了新的突破，工作方式有了较大的改变，现将这三个月来的工作情况总结如下： </w:t>
      </w:r>
      <w:r>
        <w:rPr>
          <w:lang w:eastAsia="zh-CN"/>
        </w:rPr>
        <w:br/>
      </w:r>
      <w:r>
        <w:rPr>
          <w:lang w:eastAsia="zh-CN"/>
        </w:rPr>
        <w:t>　　一、技术支持的日常工作</w:t>
      </w:r>
      <w:r>
        <w:rPr>
          <w:lang w:eastAsia="zh-CN"/>
        </w:rPr>
        <w:br/>
      </w:r>
      <w:r>
        <w:rPr>
          <w:lang w:eastAsia="zh-CN"/>
        </w:rPr>
        <w:t>　　技术支持对于我来说是一个全新的领域，作为一名技术支持工作人员，我确实了解到了：技术支持是公司与客户联系的一个重要层面，虽然，没有直接面对客户，但是我们作为技术支持说出去的每一句话都是在向外界展示我们的形象，我们的专业，我们的服务。</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同时我们肩负着来自市场部同事的殷切希望，当市场部在开发新客户的时候，新客户遇到了问题，希望得到良好的解决，发展潜在的客户。技术部的日常工作大体包括给客户解决问题，上门服务，远程协助。测试软件，书写文档。面对繁杂琐碎的大量事务性工作，自我强化工作意识，注意加快工作节奏，提高工作效率，冷静办理各项事务，力求周全、准确、适度，避免疏漏和差错，至今基本做到了事事有着落。</w:t>
      </w:r>
      <w:r>
        <w:rPr>
          <w:lang w:eastAsia="zh-CN"/>
        </w:rPr>
        <w:br/>
      </w:r>
      <w:r>
        <w:rPr>
          <w:lang w:eastAsia="zh-CN"/>
        </w:rPr>
        <w:t>　　1、切实掌握公司产品的一切功能，技术支持主要工作就是给客户解决问题，如果作为一名技术人员仍然对自己的产品都不甚了解的话，那么别人是无法信服我所说的话，而且如果不熟悉的话，给客户支持的时候说出去的话。也会影响公司的信誉。</w:t>
      </w:r>
      <w:r>
        <w:rPr>
          <w:lang w:eastAsia="zh-CN"/>
        </w:rPr>
        <w:br/>
      </w:r>
      <w:r>
        <w:rPr>
          <w:lang w:eastAsia="zh-CN"/>
        </w:rPr>
        <w:t>　　2、及时给客户回应。客户要求解决问题，必须及时作出反应，想出所有可能解决的办法，快速准确的解答客户的问题，这样在给客户解决问题的时候能够有效的节约时间，给客户很好的用户体验，</w:t>
      </w:r>
      <w:r>
        <w:rPr>
          <w:lang w:eastAsia="zh-CN"/>
        </w:rPr>
        <w:br/>
      </w:r>
      <w:r>
        <w:rPr>
          <w:lang w:eastAsia="zh-CN"/>
        </w:rPr>
        <w:t>　　3、服务意识。不管身处什么样的工作，总是当你尊重别人的同时别人都会尊重你，作为一名技术支持，虽然没有直接面向客户，但是还是会通过电话，QQ和客户联系，所以语气和语调要保持平和，就算在怎么烦恼都不能在电话和QQ理对客户有一丝半点的不耐，要隐藏自己的情绪，不能将情绪带到工作中来。</w:t>
      </w:r>
      <w:r>
        <w:rPr>
          <w:lang w:eastAsia="zh-CN"/>
        </w:rPr>
        <w:br/>
      </w:r>
      <w:r>
        <w:rPr>
          <w:lang w:eastAsia="zh-CN"/>
        </w:rPr>
        <w:t>　　作为一名合格的技术支持人员，需要注意的'地方是很多的，不是三言两语就能描述的完的。个中的经验总结，我都铭记在心</w:t>
      </w:r>
      <w:r>
        <w:rPr>
          <w:lang w:eastAsia="zh-CN"/>
        </w:rPr>
        <w:br/>
      </w:r>
      <w:r>
        <w:rPr>
          <w:lang w:eastAsia="zh-CN"/>
        </w:rPr>
        <w:t>　　二、加强自身的学习，提高业务能力</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由于感到自己工作的特殊性，而自己的学识、能力和阅历与其任职都有一定的距离，所以总不敢掉以轻心，总在学习，向书本学习、向周围的领导学习，向同事学习，这样下来感觉自己三个月来还是有了一定的进步。经过不断学习、不断积累，能够比较从容地处理日常工作中出现的各类问题，综合分析能力、协调办事能力和文字言语表达能力等方面，经过锻炼都有了很大的提高，保证了本岗位各项工作的正常运行，能够以正确的态度对待各项工作任务，热爱本职工作，认真努力贯彻到实际工作中去。积极提高自身各项业务素质，争取工作的主动性，具备较强的责任心，希望能通过努力提高工作效率和工作质量。</w:t>
      </w:r>
      <w:r>
        <w:rPr>
          <w:lang w:eastAsia="zh-CN"/>
        </w:rPr>
        <w:br/>
      </w:r>
      <w:r>
        <w:rPr>
          <w:lang w:eastAsia="zh-CN"/>
        </w:rPr>
        <w:t>　　三、工作的不足和今后努力的方向。</w:t>
      </w:r>
      <w:r>
        <w:rPr>
          <w:lang w:eastAsia="zh-CN"/>
        </w:rPr>
        <w:br/>
      </w:r>
      <w:r>
        <w:rPr>
          <w:lang w:eastAsia="zh-CN"/>
        </w:rPr>
        <w:t>　　对于自己的第一份工作，我存在不少问题，尤为体现上我的表达能力和理解能力上，对于客户的话我可能需要排除多种可能才能理解客户的真实意思。客户可能描述的不够清楚，需要我能迅速找到他要问的方向，理解客户的意思这点也要加强。表达上要根据客户的计算机水平和对产品的了解程度来讲解，</w:t>
      </w:r>
      <w:r>
        <w:rPr>
          <w:lang w:eastAsia="zh-CN"/>
        </w:rPr>
        <w:br/>
      </w:r>
      <w:r>
        <w:rPr>
          <w:lang w:eastAsia="zh-CN"/>
        </w:rPr>
        <w:t>　　这就是我最主要的问题，最后我感谢公司给我这个机会和我的同事给我的协助，今后我会更加努力，争取取得更大的进步。试用期工作总结7</w:t>
      </w:r>
      <w:r>
        <w:rPr>
          <w:lang w:eastAsia="zh-CN"/>
        </w:rPr>
        <w:br/>
      </w:r>
      <w:r>
        <w:rPr>
          <w:lang w:eastAsia="zh-CN"/>
        </w:rPr>
        <w:t xml:space="preserve">    我自20__年12月16日入职公司以来，转眼已过去两个月的时间，试用期的期限也接近了尾声，承蒙公司各部门主要领导的关心和照顾，给予我在工作中莫大的支持，才使我能够顺利完成本职工作，为公司贡献自己的力量。需要特别感谢的是我所在的合规管理中心的郑总及中心的各位同仁，没有他们的帮助，不会有我今天的工作业绩。 </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通过两个月的工作和了解，我对公司的'企业文化和战略定位有了深刻的了解，这是一个富有活力和开创精神的团队，我深深的被公司的每个人所感染。在对待每项领导交办的任务时，我时刻不忘领导的信任和重托，严格要求自己，努力将工作做到最好。在工作中我积极发挥自己的专业优势，与同事交流合作取长补短，高质高效的完成了每一项任务。在完成每项工作的同时，我也时刻不断总结自己的不足之处，积极接受领导和同事的意见，不断的提高自己的工作能力和工作方法，以便以更好的工作状态迎接每天新的工作。未来我希望继</w:t>
      </w:r>
      <w:r>
        <w:rPr>
          <w:lang w:eastAsia="zh-CN"/>
        </w:rPr>
        <w:br/>
      </w:r>
      <w:r>
        <w:rPr>
          <w:lang w:eastAsia="zh-CN"/>
        </w:rPr>
        <w:t>　　续以严谨细致的态度奋斗在自己的工作岗位上，也希望公司的各位领导给于我继续与大家为公司贡献力量的机会，届时我必将继续努力，与同事分享收获，为公司创造价值。试用期工作总结8</w:t>
      </w:r>
      <w:r>
        <w:rPr>
          <w:lang w:eastAsia="zh-CN"/>
        </w:rPr>
        <w:br/>
      </w:r>
      <w:r>
        <w:rPr>
          <w:lang w:eastAsia="zh-CN"/>
        </w:rPr>
        <w:t xml:space="preserve">    我于20__年4月15日进入公司，担任公司总经理助理一职，转瞬之间我已经工作了三个月。因为刚来公司的时候是年底，有两件比较重要的事项跟进，一个是协助总经理做好新店的开业准备，一个是做好年底年终总结会议的召开，对于刚入职的我是个不小的考验。在总经理的指导和公司其他同事的帮助下，顺利的完成了这两项重要任务，也使我无论在工作方法和工作能力上都有了一定的提高，而且也较快的融入到公司的文化氛围。在此非常感谢领导和同事对我的关怀和帮助。 </w:t>
      </w:r>
      <w:r>
        <w:rPr>
          <w:lang w:eastAsia="zh-CN"/>
        </w:rPr>
        <w:br/>
      </w:r>
      <w:r>
        <w:rPr>
          <w:lang w:eastAsia="zh-CN"/>
        </w:rPr>
        <w:t>　　现就这三个月的'工作，我做出如下整理和总结，请领导予以批阅：</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 工作总结</w:t>
      </w:r>
      <w:r>
        <w:rPr>
          <w:lang w:eastAsia="zh-CN"/>
        </w:rPr>
        <w:br/>
      </w:r>
      <w:r>
        <w:rPr>
          <w:lang w:eastAsia="zh-CN"/>
        </w:rPr>
        <w:t>　　1、 积极认真的熟悉公司架构、企业文化和目前工作的操作模式。让自己快速的进入角色，打好开展工作的基础;</w:t>
      </w:r>
      <w:r>
        <w:rPr>
          <w:lang w:eastAsia="zh-CN"/>
        </w:rPr>
        <w:br/>
      </w:r>
      <w:r>
        <w:rPr>
          <w:lang w:eastAsia="zh-CN"/>
        </w:rPr>
        <w:t>　　2、 文件修订工作：</w:t>
      </w:r>
      <w:r>
        <w:rPr>
          <w:lang w:eastAsia="zh-CN"/>
        </w:rPr>
        <w:br/>
      </w:r>
      <w:r>
        <w:rPr>
          <w:lang w:eastAsia="zh-CN"/>
        </w:rPr>
        <w:t>　　1) 协助总经理修订公司20__年提成方案</w:t>
      </w:r>
      <w:r>
        <w:rPr>
          <w:lang w:eastAsia="zh-CN"/>
        </w:rPr>
        <w:br/>
      </w:r>
      <w:r>
        <w:rPr>
          <w:lang w:eastAsia="zh-CN"/>
        </w:rPr>
        <w:t>　　2) 协助总经理修订公司20__年度目标和各部门目标拆分</w:t>
      </w:r>
      <w:r>
        <w:rPr>
          <w:lang w:eastAsia="zh-CN"/>
        </w:rPr>
        <w:br/>
      </w:r>
      <w:r>
        <w:rPr>
          <w:lang w:eastAsia="zh-CN"/>
        </w:rPr>
        <w:t>　　3) 修订目前使用的季度、月度和半月度会议用表格</w:t>
      </w:r>
      <w:r>
        <w:rPr>
          <w:lang w:eastAsia="zh-CN"/>
        </w:rPr>
        <w:br/>
      </w:r>
      <w:r>
        <w:rPr>
          <w:lang w:eastAsia="zh-CN"/>
        </w:rPr>
        <w:t>　　3、 会议组织和召开</w:t>
      </w:r>
      <w:r>
        <w:rPr>
          <w:lang w:eastAsia="zh-CN"/>
        </w:rPr>
        <w:br/>
      </w:r>
      <w:r>
        <w:rPr>
          <w:lang w:eastAsia="zh-CN"/>
        </w:rPr>
        <w:t>　　1) 从20__年4月起，所有业务和采购每月举行2次会议，分别是半月度和月度总结会议，截止目前已经成功召开3次，效果比较理想，反响也不错;</w:t>
      </w:r>
      <w:r>
        <w:rPr>
          <w:lang w:eastAsia="zh-CN"/>
        </w:rPr>
        <w:br/>
      </w:r>
      <w:r>
        <w:rPr>
          <w:lang w:eastAsia="zh-CN"/>
        </w:rPr>
        <w:t>　　2) 每月的部门经理以上总结会议如期举行。</w:t>
      </w:r>
      <w:r>
        <w:rPr>
          <w:lang w:eastAsia="zh-CN"/>
        </w:rPr>
        <w:br/>
      </w:r>
      <w:r>
        <w:rPr>
          <w:lang w:eastAsia="zh-CN"/>
        </w:rPr>
        <w:t>　　4、 协助新店开业</w:t>
      </w:r>
      <w:r>
        <w:rPr>
          <w:lang w:eastAsia="zh-CN"/>
        </w:rPr>
        <w:br/>
      </w:r>
      <w:r>
        <w:rPr>
          <w:lang w:eastAsia="zh-CN"/>
        </w:rPr>
        <w:t>　　1) 新店开业宣传海报、宣传单的制作印刷;</w:t>
      </w:r>
      <w:r>
        <w:rPr>
          <w:lang w:eastAsia="zh-CN"/>
        </w:rPr>
        <w:br/>
      </w:r>
      <w:r>
        <w:rPr>
          <w:lang w:eastAsia="zh-CN"/>
        </w:rPr>
        <w:t>　　2) 新店开业物料的准备和购买;</w:t>
      </w:r>
      <w:r>
        <w:rPr>
          <w:lang w:eastAsia="zh-CN"/>
        </w:rPr>
        <w:br/>
      </w:r>
      <w:r>
        <w:rPr>
          <w:lang w:eastAsia="zh-CN"/>
        </w:rPr>
        <w:t>　　3) 协助总经理新店开业当天事项的跟进和人员安排;</w:t>
      </w:r>
      <w:r>
        <w:rPr>
          <w:lang w:eastAsia="zh-CN"/>
        </w:rPr>
        <w:br/>
      </w:r>
      <w:r>
        <w:rPr>
          <w:lang w:eastAsia="zh-CN"/>
        </w:rPr>
        <w:t>　　4) 协助总经理跟进新店开业的各项事务跟进。</w:t>
      </w:r>
      <w:r>
        <w:rPr>
          <w:lang w:eastAsia="zh-CN"/>
        </w:rPr>
        <w:br/>
      </w:r>
      <w:r>
        <w:rPr>
          <w:lang w:eastAsia="zh-CN"/>
        </w:rPr>
        <w:t>　　5、 处理日常事务与总经理临时交付的工作。</w:t>
      </w:r>
      <w:r>
        <w:rPr>
          <w:lang w:eastAsia="zh-CN"/>
        </w:rPr>
        <w:br/>
      </w:r>
      <w:r>
        <w:rPr>
          <w:lang w:eastAsia="zh-CN"/>
        </w:rPr>
        <w:t>　　二、 工作分析与岗位认识</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作为公司总经理的助理，配合好总经理做好综合协调部门工作和处理日常事务尤为重要，总经理的工作非常繁忙，如何很好的协助总经理做好各项工作，完成公司的年销售目标，是工作的重点和核心，对于工作岗位的认识有以下几点：</w:t>
      </w:r>
      <w:r>
        <w:rPr>
          <w:lang w:eastAsia="zh-CN"/>
        </w:rPr>
        <w:br/>
      </w:r>
      <w:r>
        <w:rPr>
          <w:lang w:eastAsia="zh-CN"/>
        </w:rPr>
        <w:t>　　1、 作为总经理助理要及时收集和了解各部门的工作动态，协助总经理协调各部门之间的业务工作，掌握公司主要活动情况;</w:t>
      </w:r>
      <w:r>
        <w:rPr>
          <w:lang w:eastAsia="zh-CN"/>
        </w:rPr>
        <w:br/>
      </w:r>
      <w:r>
        <w:rPr>
          <w:lang w:eastAsia="zh-CN"/>
        </w:rPr>
        <w:t>　　2、 协助总经理收集各部门重要报表，并校对各项重要数据;</w:t>
      </w:r>
      <w:r>
        <w:rPr>
          <w:lang w:eastAsia="zh-CN"/>
        </w:rPr>
        <w:br/>
      </w:r>
      <w:r>
        <w:rPr>
          <w:lang w:eastAsia="zh-CN"/>
        </w:rPr>
        <w:t>　　3、 负责召集公司办公会议和其他相关会议，做好会议记录，并检查督促会议决议的贯彻实施;</w:t>
      </w:r>
      <w:r>
        <w:rPr>
          <w:lang w:eastAsia="zh-CN"/>
        </w:rPr>
        <w:br/>
      </w:r>
      <w:r>
        <w:rPr>
          <w:lang w:eastAsia="zh-CN"/>
        </w:rPr>
        <w:t>　　4、 负责公司行政文书档案的管理存档以及各部门文书资料收集归档管理工作。</w:t>
      </w:r>
      <w:r>
        <w:rPr>
          <w:lang w:eastAsia="zh-CN"/>
        </w:rPr>
        <w:br/>
      </w:r>
      <w:r>
        <w:rPr>
          <w:lang w:eastAsia="zh-CN"/>
        </w:rPr>
        <w:t>　　三、 总结</w:t>
      </w:r>
      <w:r>
        <w:rPr>
          <w:lang w:eastAsia="zh-CN"/>
        </w:rPr>
        <w:br/>
      </w:r>
      <w:r>
        <w:rPr>
          <w:lang w:eastAsia="zh-CN"/>
        </w:rPr>
        <w:t>　　短短的三个月过去了，在领导和同事的指导帮助下，我努力学习了每项工作，努力提高自己的工作能力。但是在工作过程中，我还是出现了一些问题和不足，幸好总经理能及时的给与指正，这些也是我在日后的工作中需要不断总结和反省。我相信自己会在以后的工作中，充分发挥自己的优势，积极、主动、高效的完成各项工作，为公司的发展奉献自己的力量。试用期工作总结9</w:t>
      </w:r>
      <w:r>
        <w:rPr>
          <w:lang w:eastAsia="zh-CN"/>
        </w:rPr>
        <w:br/>
      </w:r>
      <w:r>
        <w:rPr>
          <w:lang w:eastAsia="zh-CN"/>
        </w:rPr>
        <w:t xml:space="preserve">    作为一名幼教老师，在试用期间，我认真学习、不断反思、不断努力，全力以赴完成每一个工作任务。经过这段时间的工作和体验，我体会到了幼教工作的重要性和难度，同时也感受到了自身的不足和不足之处，这都为我今后的工作提供了有益的借鉴和提升。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首先，在幼教试用期中，我认真学习幼教的理论知识。在实际工作中，我常遇到各种各样的问题，有时候却缺乏专业知识的指导或支持，因此我特别意识到学习理论知识的重要性。我利用闲暇时间，系统地学习有关幼儿教育的理论知识和实践技巧，从中汲取养分，不断提高自己的专业素养和教学水平。</w:t>
      </w:r>
      <w:r>
        <w:rPr>
          <w:lang w:eastAsia="zh-CN"/>
        </w:rPr>
        <w:br/>
      </w:r>
      <w:r>
        <w:rPr>
          <w:lang w:eastAsia="zh-CN"/>
        </w:rPr>
        <w:t>　　其次，在日常工作中，我注重观察和反思。幼儿园教育是一项需要追求创新和变革的工作，靠纯粹“照本宣科”难以取得理想效果。因此，我认为反思是幼教工作的重要环节之一，每天通过观察幼儿的行为和学习情况，不断检视自己的教学方法和效果，找出不足之处，并及时制定改进措施，以实现不断提高自己教育教学质量和效果的目的。</w:t>
      </w:r>
      <w:r>
        <w:rPr>
          <w:lang w:eastAsia="zh-CN"/>
        </w:rPr>
        <w:br/>
      </w:r>
      <w:r>
        <w:rPr>
          <w:lang w:eastAsia="zh-CN"/>
        </w:rPr>
        <w:t>　　最后，在试用期工作的同时，我关注了同事们的工作情况。作为团队成员，共同协作、相互支持、取长补短，是幼教团队成功的重要保障。在工作中，我尽量与同事交流、分享经验，使大家互相学习和进步，也尽可能地帮助同事解决问题，加强团队的凝聚力和合作精神。</w:t>
      </w:r>
      <w:r>
        <w:rPr>
          <w:lang w:eastAsia="zh-CN"/>
        </w:rPr>
        <w:br/>
      </w:r>
      <w:r>
        <w:rPr>
          <w:lang w:eastAsia="zh-CN"/>
        </w:rPr>
        <w:t>　　综合起来，在幼教试用期的'工作中，我通过对幼教理论知识的学习、工作的观察与反思、对团队的关注与支持，全面提高自己的专业素养和学习能力，同时也增强了自信心，更好地为幼儿教育事业做出了自己的贡献。</w:t>
      </w:r>
      <w:r>
        <w:rPr>
          <w:lang w:eastAsia="zh-CN"/>
        </w:rPr>
        <w:br/>
      </w:r>
      <w:r>
        <w:rPr>
          <w:lang w:eastAsia="zh-CN"/>
        </w:rPr>
        <w:t>　　这段时间的工作虽然经历了许多的波折和挫折，但是，我感到十分幸运和荣幸，能够加入这个充满活力和创意的幼儿园教育事业。我深信自己的努力一定会取得成效，未来的幼儿教育之路将会更加美好、充满期待。试用期工作总结10</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我加入广东达安工程项目管理有限公司于20__年__月__日，经过3个月的试用期，现在我想申请成为公司的正式员工，继续在这个团队里做出更多的贡献。一开始我来到公司的时候，我对于如何做好工作感到很迷茫，但是在优秀的工作氛围和企业文化的影响，以及领导和同事们不厌其烦的教导下，我迅速适应了公司的环境，也熟悉了负责项目的操作流程。</w:t>
      </w:r>
      <w:r>
        <w:rPr>
          <w:lang w:eastAsia="zh-CN"/>
        </w:rPr>
        <w:t xml:space="preserve"> </w:t>
      </w:r>
      <w:r>
        <w:rPr>
          <w:lang w:eastAsia="zh-CN"/>
        </w:rPr>
        <w:br/>
      </w:r>
      <w:r>
        <w:rPr>
          <w:lang w:eastAsia="zh-CN"/>
        </w:rPr>
        <w:t>　　在试用期期间，我曾先后负责铁通宽带项目工作和移动南部分公司综合v项目的支撑工作。这些都是我以前从未接触过的业务领域，需要我花费不少的时间去熟悉和适应。然而，各部门领导和同事的'耐心指导和支持，使我在较短的时间内掌握了这些业务，同时也提高了我的专业知识和能力。在工作中，我认真及时地完成每一项任务，并在处理问题时考虑了各方面的因素。对于遇到的专业或非专业上的问题，我都虚心向同事学习请教，不断充实自己。</w:t>
      </w:r>
      <w:r>
        <w:rPr>
          <w:lang w:eastAsia="zh-CN"/>
        </w:rPr>
        <w:br/>
      </w:r>
      <w:r>
        <w:rPr>
          <w:lang w:eastAsia="zh-CN"/>
        </w:rPr>
        <w:t>　　初入职场，难免会出现一些小错误，但是通过这些经历，我逐渐成熟，学会了考虑问题的更全面，并避免了类似的错误。在此，我要特别感谢部门的领导和同事们为我提供的入职指导和帮助。</w:t>
      </w:r>
      <w:r>
        <w:rPr>
          <w:lang w:eastAsia="zh-CN"/>
        </w:rPr>
        <w:br/>
      </w:r>
      <w:r>
        <w:rPr>
          <w:lang w:eastAsia="zh-CN"/>
        </w:rPr>
        <w:t>　　在三个月的试用期期间，我遵守公司的规定并参加了室内覆盖专业89分、管线专业93分和传输设备专业90分的三项专业考试，都已通过。现在我已经能够独立处理工程管理、进度的跟踪、投诉的处理以及协调工作，并从整体上掌握共作流程。然而，我也意识到我的问题处理经验还需要提高，需要更多地学习和拓展专业知识，以提高自己的业务水平。</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相信自己作为正式员工，将会更有机会展现自己的能力和才华，也更加努力地为公司的发展贡献自己的力量。我希望以谦虚、认真和热情的态度，为公司做出更多的贡献，也与公司一起展望美好的未来！试用期工作总结11</w:t>
      </w:r>
      <w:r>
        <w:rPr>
          <w:lang w:eastAsia="zh-CN"/>
        </w:rPr>
        <w:br/>
      </w:r>
      <w:r>
        <w:rPr>
          <w:lang w:eastAsia="zh-CN"/>
        </w:rPr>
        <w:t xml:space="preserve">    20__年__月__日，我有幸来到公司经营管理部从事报批报建工作，在公司领导的关心和指导下，在同事们的热情帮助下，较快熟悉了公司环境，适应了新的工作岗位，现将我试用期的工作情况简要小结如下： </w:t>
      </w:r>
      <w:r>
        <w:rPr>
          <w:lang w:eastAsia="zh-CN"/>
        </w:rPr>
        <w:br/>
      </w:r>
      <w:r>
        <w:rPr>
          <w:lang w:eastAsia="zh-CN"/>
        </w:rPr>
        <w:t>　　一、严格遵守公司各项规章制度。</w:t>
      </w:r>
      <w:r>
        <w:rPr>
          <w:lang w:eastAsia="zh-CN"/>
        </w:rPr>
        <w:br/>
      </w:r>
      <w:r>
        <w:rPr>
          <w:lang w:eastAsia="zh-CN"/>
        </w:rPr>
        <w:t>　　上班伊始，我认真学习了公司《员工手册》及各项管理制度，并严格遵守，做到了无迟到、早退、违规现象。</w:t>
      </w:r>
      <w:r>
        <w:rPr>
          <w:lang w:eastAsia="zh-CN"/>
        </w:rPr>
        <w:br/>
      </w:r>
      <w:r>
        <w:rPr>
          <w:lang w:eastAsia="zh-CN"/>
        </w:rPr>
        <w:t>　　二、主动学习、尽快适应，迅速熟悉环境，了解报批报建工作内容。</w:t>
      </w:r>
      <w:r>
        <w:rPr>
          <w:lang w:eastAsia="zh-CN"/>
        </w:rPr>
        <w:br/>
      </w:r>
      <w:r>
        <w:rPr>
          <w:lang w:eastAsia="zh-CN"/>
        </w:rPr>
        <w:t>　　主动、虚心向领导、同事请教、学习，基本掌握了相关的工作内容，工作流程、工作方法。</w:t>
      </w:r>
      <w:r>
        <w:rPr>
          <w:lang w:eastAsia="zh-CN"/>
        </w:rPr>
        <w:br/>
      </w:r>
      <w:r>
        <w:rPr>
          <w:lang w:eastAsia="zh-CN"/>
        </w:rPr>
        <w:t>　　三、工作积极、认真、负责，通过不断学习、请教，总结积累，较好地完成了领导安排的各项工作任务。</w:t>
      </w:r>
      <w:r>
        <w:rPr>
          <w:lang w:eastAsia="zh-CN"/>
        </w:rPr>
        <w:br/>
      </w:r>
      <w:r>
        <w:rPr>
          <w:lang w:eastAsia="zh-CN"/>
        </w:rPr>
        <w:t>　　1、在领导的安排下，与上海设计部积极沟通和联系，就梅墟项目与政府各相关部门积极沟通和征询，为方案的顺利进行提供了有效帮助。</w:t>
      </w:r>
      <w:r>
        <w:rPr>
          <w:lang w:eastAsia="zh-CN"/>
        </w:rPr>
        <w:br/>
      </w:r>
      <w:r>
        <w:rPr>
          <w:lang w:eastAsia="zh-CN"/>
        </w:rPr>
        <w:t>　　2、凭工作经验和进度，结合公司实际，努力把工作计划与工作进度密切结合，使计划和进度有效、有序进行。</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3、根据项目情况，结合公司一级计划，有预见性地开展工作，努力在条件成熟的情况下把所有与项目有关的事务提前进行并完成。</w:t>
      </w:r>
      <w:r>
        <w:rPr>
          <w:lang w:eastAsia="zh-CN"/>
        </w:rPr>
        <w:br/>
      </w:r>
      <w:r>
        <w:rPr>
          <w:lang w:eastAsia="zh-CN"/>
        </w:rPr>
        <w:t>　　4、尽所能和所掌握的关系，配合并帮助其他部门完成相关工作，提供我所能提供的帮助。</w:t>
      </w:r>
      <w:r>
        <w:rPr>
          <w:lang w:eastAsia="zh-CN"/>
        </w:rPr>
        <w:br/>
      </w:r>
      <w:r>
        <w:rPr>
          <w:lang w:eastAsia="zh-CN"/>
        </w:rPr>
        <w:t>　　5、在计划要求时间内，提前完成立项备案，为项目正常进行提供了条件。</w:t>
      </w:r>
      <w:r>
        <w:rPr>
          <w:lang w:eastAsia="zh-CN"/>
        </w:rPr>
        <w:br/>
      </w:r>
      <w:r>
        <w:rPr>
          <w:lang w:eastAsia="zh-CN"/>
        </w:rPr>
        <w:t>　　6、提前把交通分析、日照分析和环境分析完成前期文本和制作，为下一步工作做好最充分的准备。</w:t>
      </w:r>
      <w:r>
        <w:rPr>
          <w:lang w:eastAsia="zh-CN"/>
        </w:rPr>
        <w:br/>
      </w:r>
      <w:r>
        <w:rPr>
          <w:lang w:eastAsia="zh-CN"/>
        </w:rPr>
        <w:t>　　7、与土地部门积极沟通，加强联系，有效完成了地块高压线路迁移的说服，并在有效时间内敦促政府部门制定了高压线路搬迁方案，为项目进行提供了有利保障。</w:t>
      </w:r>
      <w:r>
        <w:rPr>
          <w:lang w:eastAsia="zh-CN"/>
        </w:rPr>
        <w:br/>
      </w:r>
      <w:r>
        <w:rPr>
          <w:lang w:eastAsia="zh-CN"/>
        </w:rPr>
        <w:t>　　8、配合公司领导对土地交接工作进行积极的跟踪和有效监督，为领导做好参谋，为土地顺利和正常交接提供本人职责范围内所能进行的工作。</w:t>
      </w:r>
      <w:r>
        <w:rPr>
          <w:lang w:eastAsia="zh-CN"/>
        </w:rPr>
        <w:br/>
      </w:r>
      <w:r>
        <w:rPr>
          <w:lang w:eastAsia="zh-CN"/>
        </w:rPr>
        <w:t>　　9、利用个人关系，积极为其他部门提供力所能及的帮助和支持，热情无怨言。</w:t>
      </w:r>
      <w:r>
        <w:rPr>
          <w:lang w:eastAsia="zh-CN"/>
        </w:rPr>
        <w:br/>
      </w:r>
      <w:r>
        <w:rPr>
          <w:lang w:eastAsia="zh-CN"/>
        </w:rPr>
        <w:t>　　与同事之间相处、加强沟通、团结协作，以尽快更好的融入团队。</w:t>
      </w:r>
      <w:r>
        <w:rPr>
          <w:lang w:eastAsia="zh-CN"/>
        </w:rPr>
        <w:br/>
      </w:r>
      <w:r>
        <w:rPr>
          <w:lang w:eastAsia="zh-CN"/>
        </w:rPr>
        <w:t>　　四、存在问题及解决办法：</w:t>
      </w:r>
      <w:r>
        <w:rPr>
          <w:lang w:eastAsia="zh-CN"/>
        </w:rPr>
        <w:br/>
      </w:r>
      <w:r>
        <w:rPr>
          <w:lang w:eastAsia="zh-CN"/>
        </w:rPr>
        <w:t>　　1、由于在原单位主要从事行政、经营和项目管理工作，对于房产公司的工作内容及流程还需要进一步的了解与熟悉。</w:t>
      </w:r>
      <w:r>
        <w:rPr>
          <w:lang w:eastAsia="zh-CN"/>
        </w:rPr>
        <w:br/>
      </w:r>
      <w:r>
        <w:rPr>
          <w:lang w:eastAsia="zh-CN"/>
        </w:rPr>
        <w:t>　　在试用期内还没有完全与公司的习惯和规章相融入，这需要领导和同志们的传帮带。</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2、工作中有时过于自信，对有些复杂工作估量过于简单，造成了工作上的被动，有急于求成之状，求功心切。</w:t>
      </w:r>
      <w:r>
        <w:rPr>
          <w:lang w:eastAsia="zh-CN"/>
        </w:rPr>
        <w:br/>
      </w:r>
      <w:r>
        <w:rPr>
          <w:lang w:eastAsia="zh-CN"/>
        </w:rPr>
        <w:t>　　总之，在短短的三个月时间里，我个人以为取得了一点成绩，但离领导的要求和自我要求尚有很大差距。如果公司认为我试用期内尚算合格并予以转正，我将进一步严格要求自己，克服不足，加强学习，努力提高业务水平，充分发挥所长，积极、热情、认真地完成好每一项工作。</w:t>
      </w:r>
      <w:r>
        <w:rPr>
          <w:lang w:eastAsia="zh-CN"/>
        </w:rPr>
        <w:br/>
      </w:r>
      <w:r>
        <w:rPr>
          <w:lang w:eastAsia="zh-CN"/>
        </w:rPr>
        <w:t>　　试用期的总结3我于__年__月__日成为公司的试用员工，目前从事我司燃煤采制化工作。在这期间，公司组织各相关专业专工对我进行了一系列的培训工作，中间包括对公司企业文化的学习和安规培训，之后，便是紧张的岗位培训。在此过程中，使我对发电厂生产流程以及我司燃煤采制化工作有了比较深刻的认识。现将目前工作情况简要总结</w:t>
      </w:r>
      <w:r>
        <w:rPr>
          <w:lang w:eastAsia="zh-CN"/>
        </w:rPr>
        <w:br/>
      </w:r>
      <w:r>
        <w:rPr>
          <w:lang w:eastAsia="zh-CN"/>
        </w:rPr>
        <w:t>　　1、认真完成了入厂实习培训工作;</w:t>
      </w:r>
      <w:r>
        <w:rPr>
          <w:lang w:eastAsia="zh-CN"/>
        </w:rPr>
        <w:br/>
      </w:r>
      <w:r>
        <w:rPr>
          <w:lang w:eastAsia="zh-CN"/>
        </w:rPr>
        <w:t>　　2、在短时间内掌握了电厂燃煤采制化、油务以及简单的水化验工作;</w:t>
      </w:r>
      <w:r>
        <w:rPr>
          <w:lang w:eastAsia="zh-CN"/>
        </w:rPr>
        <w:br/>
      </w:r>
      <w:r>
        <w:rPr>
          <w:lang w:eastAsia="zh-CN"/>
        </w:rPr>
        <w:t>　　3、入厂至今参与完成了1800多个煤样化验以及500多个煤样的制备工作;</w:t>
      </w:r>
      <w:r>
        <w:rPr>
          <w:lang w:eastAsia="zh-CN"/>
        </w:rPr>
        <w:br/>
      </w:r>
      <w:r>
        <w:rPr>
          <w:lang w:eastAsia="zh-CN"/>
        </w:rPr>
        <w:t>　　4、积极配合化学专工完成了厂区绿化以及项目部移交工作;</w:t>
      </w:r>
      <w:r>
        <w:rPr>
          <w:lang w:eastAsia="zh-CN"/>
        </w:rPr>
        <w:br/>
      </w:r>
      <w:r>
        <w:rPr>
          <w:lang w:eastAsia="zh-CN"/>
        </w:rPr>
        <w:t>　　5、在化学专工的督促下，较好的配合环保助工完成了环保验收、检查、日常环保数据报送等工作;</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6、协助化验室主管定期做好各实验仪器的标定、检查及日常维护工作。</w:t>
      </w:r>
      <w:r>
        <w:rPr>
          <w:lang w:eastAsia="zh-CN"/>
        </w:rPr>
        <w:br/>
      </w:r>
      <w:r>
        <w:rPr>
          <w:lang w:eastAsia="zh-CN"/>
        </w:rPr>
        <w:t>　　并协助整理各类资料的登记、存档等工作;</w:t>
      </w:r>
      <w:r>
        <w:rPr>
          <w:lang w:eastAsia="zh-CN"/>
        </w:rPr>
        <w:br/>
      </w:r>
      <w:r>
        <w:rPr>
          <w:lang w:eastAsia="zh-CN"/>
        </w:rPr>
        <w:t>　　7、机组启动和调试过程中，按主管要求，加班加点完成了燃煤各化验项目，并及时报送了化验结果;</w:t>
      </w:r>
      <w:r>
        <w:rPr>
          <w:lang w:eastAsia="zh-CN"/>
        </w:rPr>
        <w:br/>
      </w:r>
      <w:r>
        <w:rPr>
          <w:lang w:eastAsia="zh-CN"/>
        </w:rPr>
        <w:t>　　8、遵照部门下发的新学员集控学习计划，对发电厂生产流程以及锅炉、汽机、电气等专业理论知识及设备进行了初步认识和学习;</w:t>
      </w:r>
      <w:r>
        <w:rPr>
          <w:lang w:eastAsia="zh-CN"/>
        </w:rPr>
        <w:br/>
      </w:r>
      <w:r>
        <w:rPr>
          <w:lang w:eastAsia="zh-CN"/>
        </w:rPr>
        <w:t>　　在化验岗位工作的这段时间里，我也发现了一些自身的不足和化验过程中出现的若干问题，现总结</w:t>
      </w:r>
      <w:r>
        <w:rPr>
          <w:lang w:eastAsia="zh-CN"/>
        </w:rPr>
        <w:br/>
      </w:r>
      <w:r>
        <w:rPr>
          <w:lang w:eastAsia="zh-CN"/>
        </w:rPr>
        <w:t>　　1、煤化验方面仪器容易发生故障，无备用设备，煤样多时，仪器持续不间断工作容易导致化验结果出现偏差，严重影响了化验结果的准确性。</w:t>
      </w:r>
      <w:r>
        <w:rPr>
          <w:lang w:eastAsia="zh-CN"/>
        </w:rPr>
        <w:br/>
      </w:r>
      <w:r>
        <w:rPr>
          <w:lang w:eastAsia="zh-CN"/>
        </w:rPr>
        <w:t>　　并且经常会延误化验结果的出示，导致报告不能及时发出;</w:t>
      </w:r>
      <w:r>
        <w:rPr>
          <w:lang w:eastAsia="zh-CN"/>
        </w:rPr>
        <w:br/>
      </w:r>
      <w:r>
        <w:rPr>
          <w:lang w:eastAsia="zh-CN"/>
        </w:rPr>
        <w:t>　　2、由于化验、制样、烟气在线数据监控方面部分工作量的加大，参加水化、油务、煤化以及制样等岗位人员短缺，严重影响了正常工作的协调与开展;</w:t>
      </w:r>
      <w:r>
        <w:rPr>
          <w:lang w:eastAsia="zh-CN"/>
        </w:rPr>
        <w:br/>
      </w:r>
      <w:r>
        <w:rPr>
          <w:lang w:eastAsia="zh-CN"/>
        </w:rPr>
        <w:t>　　3、煤化验部分设备老化，由于经常更换配件，工作性能无法达到原技术指标，由此直接影响到化验结果的准确性;(部分损坏配件厂家已停产，无法更换)</w:t>
      </w:r>
      <w:r>
        <w:rPr>
          <w:lang w:eastAsia="zh-CN"/>
        </w:rPr>
        <w:br/>
      </w:r>
      <w:r>
        <w:rPr>
          <w:lang w:eastAsia="zh-CN"/>
        </w:rPr>
        <w:t>　　4、就个人而言，对理论知识的了解还不够扎实，动手操作能力尚有不足，工作经验有待提高，个人交际能力欠佳，与同事以及领导沟通较少;</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化验工作中，我勤奋学习、踏实肯干，认真细心地对待工作，有较强的责任心及自我约束力!从不带任何情绪上班，化验过程中我注重观察和掌握仪器的工作特性，发现故障能及时得以排除，有效的保证了实验进度和实验的`准确性。获得了各专工及主管和同事的认同。当然，在工作中我也出现过一些小的差错和不足，各专工及主管也及时给我指出，由此也进一步促进了我工作的成熟性。在今后的工作学习中我会时刻注意自身的不足，努力克服不足，改正缺点，虚心请教，加强自身综合素质的修养，不断提高自身工作能力，认真的做好自己的本职工作以及领导交办的其他工作。</w:t>
      </w:r>
      <w:r>
        <w:rPr>
          <w:lang w:eastAsia="zh-CN"/>
        </w:rPr>
        <w:br/>
      </w:r>
      <w:r>
        <w:rPr>
          <w:lang w:eastAsia="zh-CN"/>
        </w:rPr>
        <w:t>　　从懵懂的入厂实习到能够独立自主的完成现在的日常本职工作，在这期间，化学专工及化验室主管不辞辛劳，加大培训力度，想尽办法力争在最短的时间内培养了我很快投入工作的能力，借此特别感谢!与此同时，紧张的培训使我在短短三个月的时间里对我司燃煤采制化工作有了比较扎实的了解和掌握，采制化工作看似简单，但直接联系牵扯到我司的经济动脉，同时还是我司机组安全经济运行的有力保障。因此，我深知自己岗位工作的重要性，岗位要求我必须具备过硬的专业理论知识和熟练的动手操作能力，那么认真学习贯通国标，把国标要求落实到日常工作中，细心维护设备，了解设备工作特性就是我必须要做的工作之一。之实习培训后，在平时的日常工作中，我严格结合国标要求，定时标定化验仪器，细化实验环节，从而为我司的经济发展和机组安全经济运行做出了自己应尽的职责。</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总之，经过一年的试用期，我认为我能够积极、主动、熟练的完成自己的工作，并能积极全面的配合公司下达的要求去展开工作，与同事之间能够很好的配合和协调。在以后的工作中我会一如继往，以公司的利益为最大利益，做到诚实守信、言行一致，踏实、勤恳、不弄虚作假，为公司节约成本。与大家互相支持，主动配合他人工作。不断提升自己的工作能力及综合素质，以期为公司的发展尽自己的一份力量。试用期工作总结12</w:t>
      </w:r>
      <w:r>
        <w:rPr>
          <w:lang w:eastAsia="zh-CN"/>
        </w:rPr>
        <w:br/>
      </w:r>
      <w:r>
        <w:rPr>
          <w:lang w:eastAsia="zh-CN"/>
        </w:rPr>
        <w:t xml:space="preserve">    我于20__年__月__日进入公司，根据公司的需要，目前担任__一职，负责__工作。 </w:t>
      </w:r>
      <w:r>
        <w:rPr>
          <w:lang w:eastAsia="zh-CN"/>
        </w:rPr>
        <w:br/>
      </w:r>
      <w:r>
        <w:rPr>
          <w:lang w:eastAsia="zh-CN"/>
        </w:rPr>
        <w:t>　　本人工作认真、细心且具有较强的责任心和进取心，勤勉不懈，极富工作热情;性格开朗，乐于与他人沟通，具有良好和熟练的沟通技巧，有很强的团队协作能力;责任感强，确实完成领导交付的工作，和公司同事之间能够通力合作，关系相处融洽而和睦，配合各部门负责人成功地完成各项工作;积极学习新知识、技能，注重自身发展和进步，平时利用下班时间通过培训学习，来提高自己的.综合素质，目前正在__大就读，以期将来能学以致用，同公司共同发展、进步。</w:t>
      </w:r>
      <w:r>
        <w:rPr>
          <w:lang w:eastAsia="zh-CN"/>
        </w:rPr>
        <w:br/>
      </w:r>
      <w:r>
        <w:rPr>
          <w:lang w:eastAsia="zh-CN"/>
        </w:rPr>
        <w:t>　　两个多月来，我在__总、公司领导和同事们的热心帮助及关爱下取得了一定的进步，综合看来，我觉得自己还有以下的缺点和不足：</w:t>
      </w:r>
      <w:r>
        <w:rPr>
          <w:lang w:eastAsia="zh-CN"/>
        </w:rPr>
        <w:br/>
      </w:r>
      <w:r>
        <w:rPr>
          <w:lang w:eastAsia="zh-CN"/>
        </w:rPr>
        <w:t>　　1、思想上个人主义较强，随意性较大，显得不虚心与散漫，没做到谦虚谨慎，尊重服从。</w:t>
      </w:r>
      <w:r>
        <w:rPr>
          <w:lang w:eastAsia="zh-CN"/>
        </w:rPr>
        <w:br/>
      </w:r>
      <w:r>
        <w:rPr>
          <w:lang w:eastAsia="zh-CN"/>
        </w:rPr>
        <w:t>　　2、有时候办事不够干练，言行举止没注重约束自己。</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3、工作主动性发挥的还是不够，对工作的预见性和创造性不够，离领导的要求还有一定的距离。</w:t>
      </w:r>
      <w:r>
        <w:rPr>
          <w:lang w:eastAsia="zh-CN"/>
        </w:rPr>
        <w:br/>
      </w:r>
      <w:r>
        <w:rPr>
          <w:lang w:eastAsia="zh-CN"/>
        </w:rPr>
        <w:t>　　根据公司规章制度，试用人员在试用期满两个月合格后，即可被录用成为公司正式员工。且本人在工作期间，工作认真、细心且具有较强的责任心和进取心，勤勉不懈，极富工作热情;性格开朗，乐于与他人沟通，具有良好和熟练的沟通技巧，有很强的团队协作能力。因此，我特向公司申请：希望能根据我的工作能力、态度及表现给出合格评价，使我按期转为正式员工。</w:t>
      </w:r>
      <w:r>
        <w:rPr>
          <w:lang w:eastAsia="zh-CN"/>
        </w:rPr>
        <w:br/>
      </w:r>
      <w:r>
        <w:rPr>
          <w:lang w:eastAsia="zh-CN"/>
        </w:rPr>
        <w:t>　　来到这里工作，我最大的收获莫过于在敬业精神、思想境界，还是在业务素质、工作能力上都得到了很大的进步与提高，也激励我在工作中不断前进与完善。我明白了企业的美好明天要靠大家的努力去创造，相信在全体员工的共同努力下，企业的美好明天更辉煌。在以后的工作中我将更加努力上进，希望上级领导批准转正。</w:t>
      </w:r>
      <w:r>
        <w:rPr>
          <w:lang w:eastAsia="zh-CN"/>
        </w:rPr>
        <w:br/>
      </w:r>
      <w:r>
        <w:rPr>
          <w:lang w:eastAsia="zh-CN"/>
        </w:rPr>
        <w:t>申请人：</w:t>
      </w:r>
      <w:r>
        <w:rPr>
          <w:lang w:eastAsia="zh-CN"/>
        </w:rPr>
        <w:br/>
      </w:r>
      <w:r>
        <w:rPr>
          <w:lang w:eastAsia="zh-CN"/>
        </w:rPr>
        <w:t>　　__年__月__日试用期工作总结13</w:t>
      </w:r>
      <w:r>
        <w:rPr>
          <w:lang w:eastAsia="zh-CN"/>
        </w:rPr>
        <w:br/>
      </w:r>
      <w:r>
        <w:rPr>
          <w:lang w:eastAsia="zh-CN"/>
        </w:rPr>
        <w:t xml:space="preserve">    时间一晃而过，转眼间试用期已过去四个月，这段时间是我人生中弥足珍贵的经历，也给我留下了精彩而美好的回忆。记得当初应聘时，公司和和谐、团结向上的氛围深深打动了我，让我感受到和睦的大家庭感觉。进入公司后的三个多月时间里，在同事们的悉心关怀和指导下，通过自身的`不懈努力，各方面均取得了一定的进步，现将我的工作情况作如下汇报： </w:t>
      </w:r>
      <w:r>
        <w:rPr>
          <w:lang w:eastAsia="zh-CN"/>
        </w:rPr>
        <w:br/>
      </w:r>
      <w:r>
        <w:rPr>
          <w:lang w:eastAsia="zh-CN"/>
        </w:rPr>
        <w:t>　　工作成绩：</w:t>
      </w:r>
      <w:r>
        <w:rPr>
          <w:lang w:eastAsia="zh-CN"/>
        </w:rPr>
        <w:br/>
      </w:r>
    </w:p>
    <w:p w:rsidR="001B1F19" w14:textId="27C3F48A">
      <w:pPr>
        <w:rPr>
          <w:lang w:eastAsia="zh-CN"/>
        </w:rPr>
      </w:pPr>
      <w:r>
        <w:rPr>
          <w:lang w:eastAsia="zh-CN"/>
        </w:rPr>
        <w:t>　　1、前期一个多月的时间里，在公司里充当平面设计人员，只要负责公司办公大楼的软装工作，每当看到公司墙面上挂着是我们负责设计制作的软装脑子回想着以前那个对软装一无所知的我，回想着设计包括制作安装软装出错时，领导对我开导，激励我在那里倒下就在那里爬起来，在这个段时间里，学到很多，最主要的是学会了谨慎，学会了多方面去考虑问题。</w:t>
      </w:r>
      <w:r>
        <w:rPr>
          <w:lang w:eastAsia="zh-CN"/>
        </w:rPr>
        <w:br/>
      </w:r>
      <w:r>
        <w:rPr>
          <w:lang w:eastAsia="zh-CN"/>
        </w:rPr>
        <w:t>　　2、后期一个多月的时间里，基本上负责视频制作，以及摄影，其中包括荣阳各户联谊会视频的制作，以及客户联谊会现场的拍摄工作，还有理想连线视频修改，最值得回味的还是荣阳客户联谊会，联谊会期间，从拿到视频文稿到视频着手制作，花的时间比较多的，这个世界主要是花在是视频素材收集上，在后期经过自己跟荣阳同事之间的亲密合作，以及不懈努力，视频最总如期完成。做视频期间，经常的在办公室里通宵，困了学习兔子精神，稍微的眯一下，饿了就吃泡面，虽然这样累了点，但每天过的都是非常充实，我精神上个已经得到了满足。</w:t>
      </w:r>
      <w:r>
        <w:rPr>
          <w:lang w:eastAsia="zh-CN"/>
        </w:rPr>
        <w:br/>
      </w:r>
      <w:r>
        <w:rPr>
          <w:lang w:eastAsia="zh-CN"/>
        </w:rPr>
        <w:t>　　未来工作：</w:t>
      </w:r>
      <w:r>
        <w:rPr>
          <w:lang w:eastAsia="zh-CN"/>
        </w:rPr>
        <w:br/>
      </w:r>
      <w:r>
        <w:rPr>
          <w:lang w:eastAsia="zh-CN"/>
        </w:rPr>
        <w:t>　　这段时间下来，不管是在软装上，还是在视频上，了解和融入理想连线这个大家庭里面，对我现在的工作都是很容易的，所以我接下来的工作重点是不断的加强对企业文化的了解，积极的配合部门完成年会策划工作，晚期完成今年的开场视频、公司优秀员工以及团队的提名视频、还有开场歌曲的MV视频制作。试用期工作总结14</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https://d.book118.com/666041124055010054</w:t>
        </w:r>
      </w:hyperlink>
    </w:p>
    <w:p w:rsidR="001B1F19">
      <w:pPr>
        <w:rPr>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604112405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