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书海无涯勇攀登——小学生读书心得体会800字（34篇）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书海无涯勇攀登——小学生读书心得体会800字（通用34篇）</w:t>
      </w:r>
      <w:r>
        <w:rPr>
          <w:lang w:eastAsia="zh-CN"/>
        </w:rPr>
        <w:br/>
      </w:r>
      <w:r>
        <w:rPr>
          <w:lang w:eastAsia="zh-CN"/>
        </w:rPr>
        <w:t xml:space="preserve">    书海无涯勇攀登——小学生读书心得体会800字 篇1 </w:t>
      </w:r>
      <w:r>
        <w:rPr>
          <w:lang w:eastAsia="zh-CN"/>
        </w:rPr>
        <w:br/>
      </w:r>
      <w:r>
        <w:rPr>
          <w:lang w:eastAsia="zh-CN"/>
        </w:rPr>
        <w:t>　　每每读完《爱和自由》的各个章节，内心都激荡着震撼和深深的思考，并伴随着些许悲哀和无奈。悲哀在于，还有许许多多的家长没有意识到儿童拥有一种积极的精神生活。我们不能再无视儿童的心理和发展，而且必须从一开始就去帮助儿童，这种帮助并不在于塑造儿童，因为这一任务属于自然之神，而是在于观察儿童心理发展的外在表现，在于能为儿童成长提供必要的手段，因为这种手段单靠儿童自己是办不到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爱是土壤、是根基。《爱和自由》中，爱的定义为“给与孩子成长的机会，并让孩子感知到你的爱，为孩子的发展和每一个生活细节提供条件和帮助”。可是这种爱又何尝不是相互的呢，儿童身上也具有爱的能量，儿童在敏感期中那种对周围事物不可抑制的冲动，实际上就是他对所处环境的爱，这种爱不仅仅是情感上的爱，也是智力发展的需求。同时成年人也是儿童爱的对象，他从成年人身上得到自我发展所需要的东西，对儿童来说，成人是令人尊敬的。园长一再叮嘱我们，不停的对孩子表达我爱你，仿佛也唤醒了我自身部分的麻木，儿童也在用他们的爱唤醒着我们，唤醒着快消失的生机和活力，是的，更好的生活，感受爱的气息！</w:t>
      </w:r>
      <w:r>
        <w:rPr>
          <w:lang w:eastAsia="zh-CN"/>
        </w:rPr>
        <w:br/>
      </w:r>
      <w:r>
        <w:rPr>
          <w:lang w:eastAsia="zh-CN"/>
        </w:rPr>
        <w:t>　　《爱和自由》也强调说纪律必须建立在自由上，这个自由的含义很深很广，我对自由的理解为，要相信孩子的自我教育，其实在孩子的成长过程中存在着一种这种能力不是一从与父母的指导，而是自动自发的，尤其是在感觉的练习中，这种自我教育更加重要，在日常生活中，如果这种练习能够重复多次，这种自我教育就会使孩子的心理感觉更加完善，进而帮助他从对事物的感觉转移到对物体的观念。而他只有在这种观念的驱使下，才能学到更多的知识。</w:t>
      </w:r>
      <w:r>
        <w:rPr>
          <w:lang w:eastAsia="zh-CN"/>
        </w:rPr>
        <w:br/>
      </w:r>
      <w:r>
        <w:rPr>
          <w:lang w:eastAsia="zh-CN"/>
        </w:rPr>
        <w:t>　　“爱和自由”仿佛是一个灵魂向导，贯穿于整个蒙氏教育体系。身为一名新老师，务必要以“爱和自由”这个精神向导来要求自己，使之与自己的灵魂相融。</w:t>
      </w:r>
      <w:r>
        <w:rPr>
          <w:lang w:eastAsia="zh-CN"/>
        </w:rPr>
        <w:br/>
      </w:r>
      <w:r>
        <w:rPr>
          <w:lang w:eastAsia="zh-CN"/>
        </w:rPr>
        <w:t xml:space="preserve">    书海无涯勇攀登——小学生读书心得体会800字 篇2 </w:t>
      </w:r>
      <w:r>
        <w:rPr>
          <w:lang w:eastAsia="zh-CN"/>
        </w:rPr>
        <w:br/>
      </w:r>
      <w:r>
        <w:rPr>
          <w:lang w:eastAsia="zh-CN"/>
        </w:rPr>
        <w:t>　　记得，刚放寒假的早晨，那可把我了坏了。是啊，放暑假了，谁会不乐呢?我昨晚把闹钟设在了八点整，因为今天的事情有好多呢!这不，闹钟一响我就赶紧从被窝里爬了起来，以快的速度把衣服穿好后，就洗漱了。我边洗漱边想：一会儿我去书店借哪几本书呢?书店的书这么多，到了那儿再说吧。一切准备就绪，我出门了。</w:t>
      </w:r>
      <w:r>
        <w:rPr>
          <w:lang w:eastAsia="zh-CN"/>
        </w:rPr>
        <w:br/>
      </w:r>
      <w:r>
        <w:rPr>
          <w:lang w:eastAsia="zh-CN"/>
        </w:rPr>
        <w:t>　　妈妈，我去买书了!我边说，便把鞋子穿好。</w:t>
      </w:r>
      <w:r>
        <w:rPr>
          <w:lang w:eastAsia="zh-CN"/>
        </w:rPr>
        <w:br/>
      </w:r>
      <w:r>
        <w:rPr>
          <w:lang w:eastAsia="zh-CN"/>
        </w:rPr>
        <w:t>　　哦，早去早回啊。妈妈说着话就走出来送我。</w:t>
      </w:r>
      <w:r>
        <w:rPr>
          <w:lang w:eastAsia="zh-CN"/>
        </w:rPr>
        <w:br/>
      </w:r>
      <w:r>
        <w:rPr>
          <w:lang w:eastAsia="zh-CN"/>
        </w:rPr>
        <w:t>　　知道了。我打开门走了。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书店就在我家门口，我几步路跨进书店，开始挑书。书店的书，多的数不胜数，这些琳琅满目的书籍顿时让我眼花缭乱，这让我如何下手?嘻嘻，不瞒你说，其实我心理已经有了数，像鬼马少年这一系列的书，我都爱看。因为它们这一系列的书都是带有故事性的，所以很和我的口味。我找到了这一系列的书后，我发出了感叹：确实，这一系列的书很多!我左看看右瞧瞧，失踪没有决定借哪几本书。这样转来转去也不是办法呀，之后我只好决定随机抽取四本书好了。借完书后，我三步并作两步跑回家。</w:t>
      </w:r>
      <w:r>
        <w:rPr>
          <w:lang w:eastAsia="zh-CN"/>
        </w:rPr>
        <w:br/>
      </w:r>
      <w:r>
        <w:rPr>
          <w:lang w:eastAsia="zh-CN"/>
        </w:rPr>
        <w:t>　　莎士比亚曾经说过：书记是人类知识的总统。对于我这样缺少课外知识的女孩而言，它的作用更是不言而喻的。我真样贪婪地阅读大大的广泛了我的课外知识。</w:t>
      </w:r>
      <w:r>
        <w:rPr>
          <w:lang w:eastAsia="zh-CN"/>
        </w:rPr>
        <w:br/>
      </w:r>
      <w:r>
        <w:rPr>
          <w:lang w:eastAsia="zh-CN"/>
        </w:rPr>
        <w:t>　　进了家门我赶紧回到自己的房间，开始囫囵吞枣地读书。这些书籍想一块磁铁，牢牢得吸引了我。这些书中的好词佳句可真多，还好我早有准备，我把这些好词佳句的超载了随身记录本上。我只得慢慢消化，因为如果我一口气全消化了，那样只会导致我消化不良。</w:t>
      </w:r>
      <w:r>
        <w:rPr>
          <w:lang w:eastAsia="zh-CN"/>
        </w:rPr>
        <w:br/>
      </w:r>
      <w:r>
        <w:rPr>
          <w:lang w:eastAsia="zh-CN"/>
        </w:rPr>
        <w:t>　　当然，我阅读也是有方法的。我会把我借来的书，读上十遍百变千遍，我会仔细寻找我忽略了的地方。然后我会把我学到了的东西列一个单子。这好似与书中的主人公，一起去冒险!</w:t>
      </w:r>
      <w:r>
        <w:rPr>
          <w:lang w:eastAsia="zh-CN"/>
        </w:rPr>
        <w:br/>
      </w:r>
      <w:r>
        <w:rPr>
          <w:lang w:eastAsia="zh-CN"/>
        </w:rPr>
        <w:t xml:space="preserve">    书海无涯勇攀登——小学生读书心得体会800字 篇3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书，仿佛是一条路，一条由书铺成的路，一条博学而神秘的路。而在这条路上，短暂而漫长，在这一条路的出发点，似乎也隐约暗示了人生的终点。</w:t>
      </w:r>
      <w:r>
        <w:rPr>
          <w:lang w:eastAsia="zh-CN"/>
        </w:rPr>
        <w:br/>
      </w:r>
      <w:r>
        <w:rPr>
          <w:lang w:eastAsia="zh-CN"/>
        </w:rPr>
        <w:t>　　自读书以来，我从中学到了无穷的知识，但也失去了一些欢乐，这让我感到有些得失之患的感觉。而在读书的这条路中，有苦恼，当然，也有欢乐。只可是，多的一部分还是坎坷。而我务必爬过一座又一座大山，战胜一个又一个的磨难。</w:t>
      </w:r>
      <w:r>
        <w:rPr>
          <w:lang w:eastAsia="zh-CN"/>
        </w:rPr>
        <w:br/>
      </w:r>
      <w:r>
        <w:rPr>
          <w:lang w:eastAsia="zh-CN"/>
        </w:rPr>
        <w:t>　　在这一条的道路上往往已为我们分配三道防线：中学，高中，大学，大学。而我们的任务则是逐一击破这三道防线，因为它们在我们的人生当中充当了转折点这个称号。其实，读书不难也不容易，重点是在于你是以怎样的态度与怎样的学习方法去读书。而读书的成就又分为两大要点：其一是：自我本身的天资，其二是：后天的教育和培养。而我个认为，后者这是对成长跟重要的。大发明家爱迪生以前说过：“99%的汗水+1%的灵感。”这句话固然不错，努力确实是自身成功的重要因素。但在很多现实生活当中，灵感往往比努力重要的多，试问如果不去凭借自身的灵感与细心观察问题的潜力去寻找问题，又怎能凭借那99%的汗水去努力寻找答案，所以，在学习中，我们不仅仅要努力，也要有一双敏锐的眼睛去观察事物与一颗对问题探索，好奇的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读书亦是如此，对任何一门学科都应保着热情的态度去学习，为自我的学习道路中制定一份计划。大哲学家黑格尔在读书时养成了一个独特的习惯，他喜爱做摘录，勤写笔记，广泛读书。由此可见，好的读书习惯不仅仅使人知识丰富，也能培养人的身心修养。有这么一个公式：A=_+Y+Z，含义是：成功=艰苦的努力+正确的方法+少说空话。</w:t>
      </w:r>
      <w:r>
        <w:rPr>
          <w:lang w:eastAsia="zh-CN"/>
        </w:rPr>
        <w:br/>
      </w:r>
      <w:r>
        <w:rPr>
          <w:lang w:eastAsia="zh-CN"/>
        </w:rPr>
        <w:t>　　在读书的过曾，其实，你会发现很多奇妙的事物，引起你的感悟，成为你的心得。</w:t>
      </w:r>
      <w:r>
        <w:rPr>
          <w:lang w:eastAsia="zh-CN"/>
        </w:rPr>
        <w:br/>
      </w:r>
      <w:r>
        <w:rPr>
          <w:lang w:eastAsia="zh-CN"/>
        </w:rPr>
        <w:t xml:space="preserve">    书海无涯勇攀登——小学生读书心得体会800字 篇4 </w:t>
      </w:r>
      <w:r>
        <w:rPr>
          <w:lang w:eastAsia="zh-CN"/>
        </w:rPr>
        <w:br/>
      </w:r>
      <w:r>
        <w:rPr>
          <w:lang w:eastAsia="zh-CN"/>
        </w:rPr>
        <w:t>　　上世纪九十年代起,因事变繁忙,无暇涉及太多作品,只三样杂志实时收藏于心中,那便是《读者》、《小小说选刊》(或《微型小说选刊》)、《故事会》,看似平俗了些,但社会百态、人世冷暖、奇闻轶事尽收眼底。最重要的是文章冗长,不用为故事变节的迂回去费时费力。可惜每月只发行一期,于是每次看过之后,只恨工夫过得太慢,十分困难挨过几天,去报亭询问,效果一般只会有两种:要么来了新的,要么以为买了新的,拿回来仔细一读——看过了的。不知从啥时开始,这些杂志一月出两期了,稍有缓解,可重复购置的现象仍然还是发生过。</w:t>
      </w:r>
      <w:r>
        <w:rPr>
          <w:lang w:eastAsia="zh-CN"/>
        </w:rPr>
        <w:br/>
      </w:r>
      <w:r>
        <w:rPr>
          <w:lang w:eastAsia="zh-CN"/>
        </w:rPr>
        <w:t>　　书,给你插上一对想象的党羽。当你学会肯定的知识就可以自在自在地飞行了,当你又补充了十分多的知识时,再靠一点灵感,大概你就突破蓝天,通往宇宙……当你能够写一本自已的书时,你曾经能在宇宙中发现另一个地球……那时候,你就会写作,又从别的书籍积聚知识,高兴地把想到的写在无声的陆地里,开始用无声的老师传授给下一代……</w:t>
      </w:r>
      <w:r>
        <w:rPr>
          <w:lang w:eastAsia="zh-CN"/>
        </w:rPr>
        <w:br/>
      </w:r>
      <w:r>
        <w:rPr>
          <w:lang w:eastAsia="zh-CN"/>
        </w:rPr>
        <w:t>　　又是一个充满诗意的清早,我又沉浸在知识的陆地里,我感激地从心房里收回如许一个声音:“念书真好”!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虽然那时不懂这句话的深奥之处,但自从我阅读了许多书籍之后,逐步懂得了它的含义。</w:t>
      </w:r>
      <w:r>
        <w:rPr>
          <w:lang w:eastAsia="zh-CN"/>
        </w:rPr>
        <w:br/>
      </w:r>
      <w:r>
        <w:rPr>
          <w:lang w:eastAsia="zh-CN"/>
        </w:rPr>
        <w:t>　　我至今还记得爷爷去世前对我说的话,爷爷盼望我好好念书,将来做一个对社会有效的人。人们说:老人去世前会留给后辈房子、金钱等财富。”但是我却以为“书”便是爷爷留给我的一笔永久也用不完的财富。</w:t>
      </w:r>
      <w:r>
        <w:rPr>
          <w:lang w:eastAsia="zh-CN"/>
        </w:rPr>
        <w:br/>
      </w:r>
      <w:r>
        <w:rPr>
          <w:lang w:eastAsia="zh-CN"/>
        </w:rPr>
        <w:t>　　书,是无声的老师,赐与人们知识。在它的度量中,我就像小鸟一样,在无边无涯的天空中飞行,多么飘逸,多么自在。那时我就觉得天主真好,给了我们书,让我们去自在发明。读书感言</w:t>
      </w:r>
      <w:r>
        <w:rPr>
          <w:lang w:eastAsia="zh-CN"/>
        </w:rPr>
        <w:br/>
      </w:r>
      <w:r>
        <w:rPr>
          <w:lang w:eastAsia="zh-CN"/>
        </w:rPr>
        <w:t>　　我从读小人书、童话书至中国四大名著再到外国书籍,不停汲取知识。我每看一本书就像在知识的陆地中翱翔,那一本本内容丰富的书就像一朵朵翻滚的浪花,悄悄地抚摸我的大脑。当我从知识的陆地中洗浴出来时,觉得充分多了。</w:t>
      </w:r>
      <w:r>
        <w:rPr>
          <w:lang w:eastAsia="zh-CN"/>
        </w:rPr>
        <w:br/>
      </w:r>
      <w:r>
        <w:rPr>
          <w:lang w:eastAsia="zh-CN"/>
        </w:rPr>
        <w:t xml:space="preserve">    书海无涯勇攀登——小学生读书心得体会800字 篇5 </w:t>
      </w:r>
      <w:r>
        <w:rPr>
          <w:lang w:eastAsia="zh-CN"/>
        </w:rPr>
        <w:br/>
      </w:r>
      <w:r>
        <w:rPr>
          <w:lang w:eastAsia="zh-CN"/>
        </w:rPr>
        <w:t>　　如果我是一棵小树，那么书就是灿烂的阳光，它照耀着我，让我快乐地成长;如果我是一条小鱼，那么书就是清清的溪流，它滋润着我，让我快乐的成长;如果我是一只小鸟，那么书就是碧蓝的天空，它支撑着我，让我快乐的成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从小，我就很喜欢看书。记得还在幼儿园时，我便早早地学起了a、o、e。为什么?只是为了能早点捧起我心爱的书本，在书的世界中翱翔。那时，书就像一个缤纷世界，让我流连忘返。在书中，我和小鸟一起飞上蓝天，和小精灵一起唱歌跳舞，和蝴蝶们一起玩捉迷藏随着时光的流逝，我一天天地长大，一本本书更是成了我的好伙伴：我捧起了童话故事，捧起了科幻小说，捧起了百科全书，捧起了世界名著。我常常静静地坐在书桌旁，时而深思，时而幻想，时而快乐，时而忧伤。在《水浒传》里，我结识了忠义宽容的宋江;在《三国演义》里，我认识了足智多谋的诸葛亮;在《鲁滨逊漂流记》里，我懂得了遇事要坚强;在《钢铁是怎样炼成》里，我汲取了战胜困难的力量!读《中华国宝》和《中华国恨》，让我知道了中华民族曾经有过的辉煌历史，也让我知道了中华民族曾经遭受的屈辱!更让我在心中立下了和周恩来总理一样的志愿为中华之崛起而读书!努力读书，振兴中华!书是无穷的宝藏，为我增添了丰富的知识;书是快乐的天堂，让我忘记了所有的忧伤。书犹如冬日里的阳光，带给我春的温暖;书又似沙漠里的绿洲，给予我新的希望!就这样，书陪伴我度过了一年又一年，我在书香中渐渐成长!</w:t>
      </w:r>
      <w:r>
        <w:rPr>
          <w:lang w:eastAsia="zh-CN"/>
        </w:rPr>
        <w:br/>
      </w:r>
      <w:r>
        <w:rPr>
          <w:lang w:eastAsia="zh-CN"/>
        </w:rPr>
        <w:t>　　花朵离不开阳光的呵护，草儿离不开雨露的滋润，做为一名小学生，我更离不开书的滋养。</w:t>
      </w:r>
      <w:r>
        <w:rPr>
          <w:lang w:eastAsia="zh-CN"/>
        </w:rPr>
        <w:br/>
      </w:r>
      <w:r>
        <w:rPr>
          <w:lang w:eastAsia="zh-CN"/>
        </w:rPr>
        <w:t>　　今天，我已成长为一名四年级的小学生，这与我天天读书是分不开的：因为读书我掌握了许多知识，老师都对我竖起了大拇指，还因为读书，我学会了做人，成了老师和同学们都喜爱的学生</w:t>
      </w:r>
      <w:r>
        <w:rPr>
          <w:lang w:eastAsia="zh-CN"/>
        </w:rPr>
        <w:br/>
      </w:r>
      <w:r>
        <w:rPr>
          <w:lang w:eastAsia="zh-CN"/>
        </w:rPr>
        <w:t>　　今天，我仍旧坚定不移的做着一件事：读书!我读书，带着我的梦想去读书，带着我的追求去读书，让我们在快乐的读书氛围中健康成长!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雄鹰要到宽阔的碧空中搏击风雨，鱼儿要到无边无际的海洋里劈波斩浪，我也要到丰富的书籍里去获取精神食粮，在这海阔天空中快乐的成长!</w:t>
      </w:r>
      <w:r>
        <w:rPr>
          <w:lang w:eastAsia="zh-CN"/>
        </w:rPr>
        <w:br/>
      </w:r>
      <w:r>
        <w:rPr>
          <w:lang w:eastAsia="zh-CN"/>
        </w:rPr>
        <w:t xml:space="preserve">    书海无涯勇攀登——小学生读书心得体会800字 篇6 </w:t>
      </w:r>
      <w:r>
        <w:rPr>
          <w:lang w:eastAsia="zh-CN"/>
        </w:rPr>
        <w:br/>
      </w:r>
      <w:r>
        <w:rPr>
          <w:lang w:eastAsia="zh-CN"/>
        </w:rPr>
        <w:t>　　在没有参加《大学》分享活动之前，对《大学》的认知甚少，只知道它是“四书”之一，至于书中所讲，和一无所知差不多，很是惭愧。书中发人深思和给人启示的地方很多，我只想说说“慎独”这一点。</w:t>
      </w:r>
      <w:r>
        <w:rPr>
          <w:lang w:eastAsia="zh-CN"/>
        </w:rPr>
        <w:br/>
      </w:r>
      <w:r>
        <w:rPr>
          <w:lang w:eastAsia="zh-CN"/>
        </w:rPr>
        <w:t>　　其实早在我上幼师时，就从我的班主任柳老师那里第一次听到了“慎独”这一词，当时只是觉得是一个很奇怪的词，从未听过，后来经班主任老师举例解释过之后，才懂了它的意思。“慎独”让我受益很多，以此为我的人生敲响了警钟，让我更加自律，更注意自己的行为。因为我是一个粗枝大叶的人，处事也是粗旷型的，不太注意细节和小节，总觉得那没有必要，只要我问心无愧就行，比如当我的好朋友不在时，我需要用她的东西，我就会很随意的拿起就用，因为我觉得即使她在也会欣然同意，所以就没觉得有什么不妥。还比如当没有人在身边时，我吃东西或者做事情就会不太顾及形象，特别随性，想怎样就怎样，并没有一个约束，我当时还想这才是真我的体现，没什么不妥。在生活中会有很多类似这样自己认为没什么不妥的事情，可“慎独”却让我再次审视自己的思想和行为，真的没什么不妥当的吗？其实不然，没有经过别人的允许就动别人的东西，是对她人极大的不尊重；没人在跟前，就肆无忌惮会助长一些不良习惯的养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作为一名幼儿教师对孩子的影响是任何书籍、任何道德箴言、任何批评和奖励方式都不能代替的一种教育力量。这就要求我们比以往任何时候都要在隐蔽处下功夫，在别人见闻不及之处做到谨慎不苟，严于律己。要对孩子心怀敬畏，应该意识到，我们的一举一动都在最严格的监督之下，孩子们几十双眼睛盯着我们，须知天地之间再也没有什么东西，能比孩子的眼睛更加精细，更加敏捷，再也没有任何人像孩子那样能捉摸一切最细微的事务。因此幼儿教师要发自内心的热爱自己的职业，尊重对面的孩子，审视自己的行为，反思自己的教学，加强自身慎独意识的修养，这样才能用自己健全的人格魅力去影响、塑造孩子美好的心灵。</w:t>
      </w:r>
      <w:r>
        <w:rPr>
          <w:lang w:eastAsia="zh-CN"/>
        </w:rPr>
        <w:br/>
      </w:r>
      <w:r>
        <w:rPr>
          <w:lang w:eastAsia="zh-CN"/>
        </w:rPr>
        <w:t xml:space="preserve">    书海无涯勇攀登——小学生读书心得体会800字 篇7 </w:t>
      </w:r>
      <w:r>
        <w:rPr>
          <w:lang w:eastAsia="zh-CN"/>
        </w:rPr>
        <w:br/>
      </w:r>
      <w:r>
        <w:rPr>
          <w:lang w:eastAsia="zh-CN"/>
        </w:rPr>
        <w:t>　　谈起马克·吐温，人们便会想到他幽默的语言风格，别具一格的写作视角。他那辛辣的语言使得他的形象跃然上纸。而在他众多的作品中，最令我印象深刻的就是《竞选州长》了。</w:t>
      </w:r>
      <w:r>
        <w:rPr>
          <w:lang w:eastAsia="zh-CN"/>
        </w:rPr>
        <w:br/>
      </w:r>
      <w:r>
        <w:rPr>
          <w:lang w:eastAsia="zh-CN"/>
        </w:rPr>
        <w:t>　　这个故事里的吐温先生成了一个臭名昭著的伪证犯、蒙大拿小偷、盗尸犯、酗酒狂、肮脏的贿赂犯和恶心的讹诈犯──这都是“纽约州州长”惹的祸。在这次所谓的“公平公正”的纽约州州长竞选里，他的两位竞争对手耍了一些卑鄙下流的手段，轻而易举地就给可怜的吐温先生按上了些莫须有的罪名，又轻而易举地煽动群众逼吐温先生退出竞选。一切都是这般的“轻易”，不禁让人讽刺一笑：美国的“民主”真廉价啊!但更令我愤怒的是群众的反应。</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当吐温先生被栽赃陷害时，群众只是跟风。他们从未思考过报纸上登载的文章的真实性，甚至有些人还不分青红皂白地闯入吐温先生的家中“烧杀抢掠”。这种与强盗无异的行径引起了我的深思：群众的眼睛真的是雪亮的吗?“被伤害”会成为他们伤害别人的理由吗?就因为他们是被误导的，所以就可以为所欲为地伤害他人而不用负责吗?</w:t>
      </w:r>
      <w:r>
        <w:rPr>
          <w:lang w:eastAsia="zh-CN"/>
        </w:rPr>
        <w:br/>
      </w:r>
      <w:r>
        <w:rPr>
          <w:lang w:eastAsia="zh-CN"/>
        </w:rPr>
        <w:t>　　不，这不能成为你伤害他人理由，人多可不代表你“势众”啊!</w:t>
      </w:r>
      <w:r>
        <w:rPr>
          <w:lang w:eastAsia="zh-CN"/>
        </w:rPr>
        <w:br/>
      </w:r>
      <w:r>
        <w:rPr>
          <w:lang w:eastAsia="zh-CN"/>
        </w:rPr>
        <w:t>　　你不能以一句“不知道”就逃避所有的责任，你不能说一句“无心之过”而否认所犯下的错误，你不能因为别人的冷漠而产生“看客心理”，你不能因为众人的跟风而不加判断地恶意中伤，你不能因为别人错而自己就跟着错……</w:t>
      </w:r>
      <w:r>
        <w:rPr>
          <w:lang w:eastAsia="zh-CN"/>
        </w:rPr>
        <w:br/>
      </w:r>
      <w:r>
        <w:rPr>
          <w:lang w:eastAsia="zh-CN"/>
        </w:rPr>
        <w:t>　　还记得曾看过一则新闻，内容是这样的：一个女孩跳楼，而旁边的人却只是录视频，甚至有人让她快点跳。人们指责女孩轻生的傻，而作为观众的他们呢?不仅不出言制止，而且还火上浇油。他们的挑衅让女孩在花儿般的年纪死去，大众的舆论才是杀死女孩的凶手!</w:t>
      </w:r>
      <w:r>
        <w:rPr>
          <w:lang w:eastAsia="zh-CN"/>
        </w:rPr>
        <w:br/>
      </w:r>
      <w:r>
        <w:rPr>
          <w:lang w:eastAsia="zh-CN"/>
        </w:rPr>
        <w:t>　　“雪崩时没有一片雪花是无辜的。”</w:t>
      </w:r>
      <w:r>
        <w:rPr>
          <w:lang w:eastAsia="zh-CN"/>
        </w:rPr>
        <w:br/>
      </w:r>
      <w:r>
        <w:rPr>
          <w:lang w:eastAsia="zh-CN"/>
        </w:rPr>
        <w:t>　　我们每个人都要为自己的言行举止负责，无论是在现实社会中还是在网络世界中，无论是面对亲朋好友还是面对陌生人，无论是面对人还是其他生物……也许你只是无心之过，但你不会想到，你的一个举动改变了一个人一生的轨迹。所以，永远不要怀着侥幸心理，因为“正义也许会迟到，但正义永远都不会缺席。”</w:t>
      </w:r>
      <w:r>
        <w:rPr>
          <w:lang w:eastAsia="zh-CN"/>
        </w:rPr>
        <w:br/>
      </w:r>
      <w:r>
        <w:rPr>
          <w:lang w:eastAsia="zh-CN"/>
        </w:rPr>
        <w:t xml:space="preserve">    书海无涯勇攀登——小学生读书心得体会800字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我喜欢的书有很多，如《快乐王子》《十万个为什么》《和你在一起》等等，可是我最喜欢的当属曹文轩的《草房子》。</w:t>
      </w:r>
      <w:r>
        <w:rPr>
          <w:lang w:eastAsia="zh-CN"/>
        </w:rPr>
        <w:br/>
      </w:r>
      <w:r>
        <w:rPr>
          <w:lang w:eastAsia="zh-CN"/>
        </w:rPr>
        <w:t>　　这本书主要记述了男孩桑桑刻骨铭心，终身难忘的六年小学生活，书中给读者们讲述了一个又一个催人泪下的感动故事，每当我读完一个故事，我的内心久久不能平复，它总能够给我一种无形的、震撼人心的力量，使我明白了许多发人深省的道理。六年中，桑桑亲眼目睹甚至是亲生经历了一连串看似寻常但又撼动人心的故事：不幸少年杜小康与命运作斗争的感人故事；残疾男孩细马的善良、顽强和他对尊严的执着、坚持…。这一切的一切，历历在目地呈现在少年桑桑的内心世界里。</w:t>
      </w:r>
      <w:r>
        <w:rPr>
          <w:lang w:eastAsia="zh-CN"/>
        </w:rPr>
        <w:br/>
      </w:r>
      <w:r>
        <w:rPr>
          <w:lang w:eastAsia="zh-CN"/>
        </w:rPr>
        <w:t>　　本书的特点是一本适合儿童和家长共同阅读的儿童文学作品。书中让我印象最深刻的人物是杜小康。他曾是油麻地最富有的人家。生长在饭来张口、衣来伸手的红门里。一夜之间，他家里变得一贫如洗，学习名列前茅的他不得不辍学在家和父亲放鸭子，希望一次又一次破灭。但他并没有对生活产生绝望，而是在苦难面前表现得格外勇敢和坚强，毅然地挑起了家庭的`重担，在学校门口摆起了小摊，让每个人都看到了他坚韧之后的美丽与优雅。杜小康与命运相拼时的悲怆与优雅告诉我们：苦难来临时，我们不能逃避，而要满怀希望，微笑面对。</w:t>
      </w:r>
      <w:r>
        <w:rPr>
          <w:lang w:eastAsia="zh-CN"/>
        </w:rPr>
        <w:br/>
      </w:r>
      <w:r>
        <w:rPr>
          <w:lang w:eastAsia="zh-CN"/>
        </w:rPr>
        <w:t>　　我喜欢《草房子》，因为它赠给我许多人生的道理、给我的启发太大了！希望大家都来读一读。在杜小康的身上，我学到了许多东西，在富有时不要浪费，在贫穷时不要卑微，尽自己所能，克服种种困难。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xml:space="preserve">    书海无涯勇攀登——小学生读书心得体会800字 篇9 </w:t>
      </w:r>
      <w:r>
        <w:rPr>
          <w:lang w:eastAsia="zh-CN"/>
        </w:rPr>
        <w:br/>
      </w:r>
      <w:r>
        <w:rPr>
          <w:lang w:eastAsia="zh-CN"/>
        </w:rPr>
        <w:t>　　大家应该都听过《简·;爱》这本书吧!可是提到这本书，我要告诉你：我看过许许多多的书，但是这本书是我最爱看的一本书!</w:t>
      </w:r>
      <w:r>
        <w:rPr>
          <w:lang w:eastAsia="zh-CN"/>
        </w:rPr>
        <w:br/>
      </w:r>
      <w:r>
        <w:rPr>
          <w:lang w:eastAsia="zh-CN"/>
        </w:rPr>
        <w:t>　　《简·;爱》这本书主是夏洛蒂·;勃朗特写的一本长篇小说，这本书主要是讲述了：主人公简·;爱在劳渥德学校毕业后，来到了桑费尔德庄园做家庭教师，并与罗切斯特先生互相产生了爱慕关系。后来发现罗切斯特的妻室是个疯女人，简·;爱逃出庄园，却又不忍，后来又重新回到罗切斯特身边的故事。</w:t>
      </w:r>
      <w:r>
        <w:rPr>
          <w:lang w:eastAsia="zh-CN"/>
        </w:rPr>
        <w:br/>
      </w:r>
      <w:r>
        <w:rPr>
          <w:lang w:eastAsia="zh-CN"/>
        </w:rPr>
        <w:t>　　谁会相信一个平平凡凡的女子竟能在一个环境及其恶劣的学校里学习了整整8年!毕业后，竟会创造出一番事业，这些都是靠着她坚韧不拔的意志和敢于面对厄运的精神。谁又会想到，一个平平凡凡的女子，最后竟能成为一个富人罗切斯特先生的妻子。她是一个不嫌弃罗切斯特先生双目失明，从而陪伴着他走过一生路程的小女子!</w:t>
      </w:r>
      <w:r>
        <w:rPr>
          <w:lang w:eastAsia="zh-CN"/>
        </w:rPr>
        <w:br/>
      </w:r>
      <w:r>
        <w:rPr>
          <w:lang w:eastAsia="zh-CN"/>
        </w:rPr>
        <w:t>　　读完这本《简·;爱》，我就像重新收获了许多知识一样。一个从小就受人虐待，又在困苦的学校里痛苦般的生活了8年的女子，竟然最后都能取得那样的成绩;作为一个生活在现在幸福的孩子，如果在那时候，你无缘无故地受到了别人大骂，那你会怎样做呢?书中的一句话给了我们一个很好的答案：当我们无缘无故地遭到别人的大骂时，我们一定要狠狠地回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我们每个人都有自己的尊严，我们要努力地维护自己的尊严，所以我们要像简·;爱那样，当我们无缘无故地遭到别人的大骂时，我们就应该狠狠地回击!</w:t>
      </w:r>
      <w:r>
        <w:rPr>
          <w:lang w:eastAsia="zh-CN"/>
        </w:rPr>
        <w:br/>
      </w:r>
      <w:r>
        <w:rPr>
          <w:lang w:eastAsia="zh-CN"/>
        </w:rPr>
        <w:t xml:space="preserve">    书海无涯勇攀登——小学生读书心得体会800字 篇10 </w:t>
      </w:r>
      <w:r>
        <w:rPr>
          <w:lang w:eastAsia="zh-CN"/>
        </w:rPr>
        <w:br/>
      </w:r>
      <w:r>
        <w:rPr>
          <w:lang w:eastAsia="zh-CN"/>
        </w:rPr>
        <w:t>　　西游记是吴承恩的作品。他是四大名著之一，它不仅是一本书，还是一部电视剧，这是众所周知的。它主要描写是唐僧五人去西天取经的故事。这里边的五个人分别是唐僧﹑孙悟空﹑沙僧﹑猪八戒﹑白龙马。在取经中，其中的主角应是孙悟空，因为他降妖除魔保护唐僧，沙僧则负责挑行李;白龙马负责驼唐僧，猪八戒负责牵马。有人说是师徒四人，说白龙马不是人，其实并非如此，如果说白龙马不是人那猪八戒就是猪，孙悟空就是猴子了，唯独只有唐僧和沙僧是人，那不就是师徒二人了吗?所以我们不可以说是师徒四人。</w:t>
      </w:r>
      <w:r>
        <w:rPr>
          <w:lang w:eastAsia="zh-CN"/>
        </w:rPr>
        <w:br/>
      </w:r>
      <w:r>
        <w:rPr>
          <w:lang w:eastAsia="zh-CN"/>
        </w:rPr>
        <w:t>　　孙悟空乃天生石猴，因此生性很野，所以才有了孙悟空大闹天空这一段。在西游记中，孙悟空一路斩妖除魔，其中最著名的就是三打白骨精，那白骨精第一次变成一个女孩，被孙悟空火眼金睛识破，把它打了一下，白骨精化作一阵青烟而去，留下一个尸体，唐僧责怪他错杀好人，但念在他是初次放过了他。</w:t>
      </w:r>
      <w:r>
        <w:rPr>
          <w:lang w:eastAsia="zh-CN"/>
        </w:rPr>
        <w:br/>
      </w:r>
      <w:r>
        <w:rPr>
          <w:lang w:eastAsia="zh-CN"/>
        </w:rPr>
        <w:t>　　第二次白骨精变成前一个女孩的母亲，又被孙悟空识破，然后被他打了一下，白骨精又遛，这下唐僧生气了，要将孙悟空逐去，但被沙僧和猪八戒求情饶了他。第三次白骨精又变成女孩的父亲，还有一座房子，孙悟空知道是妖精，举棒要打，被唐僧叫住，最终唐僧被白骨精抓走。孙悟空最后又将救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这里面最受欢迎的.是孙悟空，最不受欢迎的是唐僧。西游记中唐僧每次都要救出，困难重重中，但总有解决的办法，有的人面对困难，则会勇于面对，就像西游记中的孙悟空，虽然一开使顽固，但最后还是被感化了。相反有的人面对困难就会退缩，就像西游记中的猪八戒，唐僧一被捉猪八戒就会分行李回高老庄。唐僧之所以会取经成功，是因为他们有坚持不懈、团结的精神，虽说猪八戒有点贪色，但也起到一点作用，所以《西游记》这部书不愧为四大名著之一。</w:t>
      </w:r>
      <w:r>
        <w:rPr>
          <w:lang w:eastAsia="zh-CN"/>
        </w:rPr>
        <w:br/>
      </w:r>
      <w:r>
        <w:rPr>
          <w:lang w:eastAsia="zh-CN"/>
        </w:rPr>
        <w:t xml:space="preserve">    书海无涯勇攀登——小学生读书心得体会800字 篇11 </w:t>
      </w:r>
      <w:r>
        <w:rPr>
          <w:lang w:eastAsia="zh-CN"/>
        </w:rPr>
        <w:br/>
      </w:r>
      <w:r>
        <w:rPr>
          <w:lang w:eastAsia="zh-CN"/>
        </w:rPr>
        <w:t>　　《洋葱头历险记》是意大利贾里罗大里创作的一篇著名的长篇小说。作者把人们生活中常见的瓜果蔬菜作为主人公，讲述了劳动人民反抗统治者压迫的故事。</w:t>
      </w:r>
      <w:r>
        <w:rPr>
          <w:lang w:eastAsia="zh-CN"/>
        </w:rPr>
        <w:br/>
      </w:r>
      <w:r>
        <w:rPr>
          <w:lang w:eastAsia="zh-CN"/>
        </w:rPr>
        <w:t>　　书中的内容大至是这样的：洋葱头的爸爸老洋葱因无意中踩了柠檬王一脚被关进监狱，洋葱头探监时，老洋葱告诉他监狱里关的都是正直的人;而强盗、杀人犯却在柠檬王的宫廷中养着。洋葱头决心就出监狱里的人。但是，正当他准备营救南瓜老爷和村民时，却被番茄骑士投入了黑牢。在田鼠、小樱桃和小草莓的帮助下，他才被救出来。后来由于青豆律师的背叛，他又一次落入番茄骑士之手，被关进老洋葱所在的监狱里。田鼠打洞到监狱里，救出了他和所有的囚犯，柠檬兵纷纷放下武器，大家共同推翻了柠檬王的统治，获得了属于自己的自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故事中的洋葱头，是一个聪明、机灵、有主张、有正义感的男孩，他团结葡萄师傅、南瓜大爷、小红萝卜，小樱桃等受压迫的朋友，一起反抗柠檬王、樱桃女伯爵、番茄骑士的暴力统治，虽然在斗争中历尽了磨难，但是功夫不负有心人，他们最终取得了胜利。</w:t>
      </w:r>
      <w:r>
        <w:rPr>
          <w:lang w:eastAsia="zh-CN"/>
        </w:rPr>
        <w:br/>
      </w:r>
      <w:r>
        <w:rPr>
          <w:lang w:eastAsia="zh-CN"/>
        </w:rPr>
        <w:t>　　从解放后，一件件事情发生的空前之快。首先是两位樱桃伯爵离开了他们的城堡。橘子男爵瘦得像他原先拿来打仆人的那根鞭子。蜜桔公爵还是老样子，有一点不随就要喊自杀，不过变的是他现在靠的是橘子男爵。南瓜老大爷不再长吁短叹了，他当上了城堡的总园丁。原来的番茄骑士在他手下做事，负责种卷心菜和轧草。而芹菜先生现在在城堡里看门。每当番茄骑士和芹菜先生两个碰面时，总要悄悄抱怨自己的命运，至于那见风使舵的青豆律师呢?早逃到国外去了，继续干着自己的老本行。</w:t>
      </w:r>
      <w:r>
        <w:rPr>
          <w:lang w:eastAsia="zh-CN"/>
        </w:rPr>
        <w:br/>
      </w:r>
      <w:r>
        <w:rPr>
          <w:lang w:eastAsia="zh-CN"/>
        </w:rPr>
        <w:t>　　葡萄师傅如今当了乡长，他将城堡改成了少年宫。那儿有图画室、有木偶剧场、有电影院，有乒乓球室，还有许多各种各样的`玩意儿。当然，那儿有对于儿童来说最好，最有趣，最有用的地方——学校。洋葱头和小樱桃合坐一张课桌椅。他们学算术、语法、地理，历史和种种为了对付坏人和剥削者，不让他们来损害祖国所应当熟悉的科目。</w:t>
      </w:r>
      <w:r>
        <w:rPr>
          <w:lang w:eastAsia="zh-CN"/>
        </w:rPr>
        <w:br/>
      </w:r>
      <w:r>
        <w:rPr>
          <w:lang w:eastAsia="zh-CN"/>
        </w:rPr>
        <w:t>　　要知道：文学是比鸟飞得还远的梦想。比花开得还美的情感。比星闪得还亮的智慧，是我们到了一百岁还忘不掉的信念。文学名著永远是全世界人民的无价之宝，是值得全世界人民，特别是少年儿童和青少年朋友继承和发扬光大的精神财富。</w:t>
      </w:r>
      <w:r>
        <w:rPr>
          <w:lang w:eastAsia="zh-CN"/>
        </w:rPr>
        <w:br/>
      </w:r>
      <w:r>
        <w:rPr>
          <w:lang w:eastAsia="zh-CN"/>
        </w:rPr>
        <w:t xml:space="preserve">    书海无涯勇攀登——小学生读书心得体会800字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散文总是那么暖人心房，《暖爱》这本散文集，像正在缓慢绽放的花儿。阅读它，就像是在闻花香，温暖亲切的文字，就那么诗意地映入眼帘。</w:t>
      </w:r>
      <w:r>
        <w:rPr>
          <w:lang w:eastAsia="zh-CN"/>
        </w:rPr>
        <w:br/>
      </w:r>
      <w:r>
        <w:rPr>
          <w:lang w:eastAsia="zh-CN"/>
        </w:rPr>
        <w:t>　　《暖爱》共分为六辑，第一辑为有一种爱，叫血缘。亲人间哪里会不相干呢，原是你中有我，我中有你，扯也扯不断。这种爱，叫血缘。第一辑中的二十余篇散文，是写亲情。字里行间里血浓于水的亲情，胜过千言万语，只看见爱在心头荡漾。像是雨后，爱的阳光把大地包围着，折射成七种颜色的彩虹。世界也随着它而色彩斑斓。亲情，是最真切的感情，最无私的爱，最动人的力量。《天堂有棵枇杷树》文中的母亲以自己的爱让儿子保持快乐，勇敢面对生活。文章中饱含着挚爱，我的心里充盈着温暖。面对母爱，也有了新的认识和感悟。</w:t>
      </w:r>
      <w:r>
        <w:rPr>
          <w:lang w:eastAsia="zh-CN"/>
        </w:rPr>
        <w:br/>
      </w:r>
      <w:r>
        <w:rPr>
          <w:lang w:eastAsia="zh-CN"/>
        </w:rPr>
        <w:t>　　天堂有棵枇杷树，长满了甜甜的枇杷，甜了文中的孩子，更暖了读者的情。这篇关于天堂的文章里没有眼泪，没有悲伤，只饱含了孩子的感恩、快乐和爱的感动。真情，总能撩人心</w:t>
      </w:r>
      <w:r>
        <w:rPr>
          <w:lang w:eastAsia="zh-CN"/>
        </w:rPr>
        <w:br/>
      </w:r>
      <w:r>
        <w:rPr>
          <w:lang w:eastAsia="zh-CN"/>
        </w:rPr>
        <w:t>　　一天，我在外面玩耍，不料，下起了倾盆大雨。我回到家时，已经全身湿透，不禁连着打起喷嚏来。妈妈看见了，急忙给我去煮了碗生姜茶端过来给我喝。我看了看妈妈，又看了看那碗生姜茶，笑了，接过碗，一口气把生姜茶喝了个精光。虽然我不爱吃生姜，可是那碗生姜茶代表着妈妈对我浓浓的爱意，我不能辜负了妈妈，践踏了她对我的那份爱意。我喝完了生姜茶后，心里感到暖暖的。这不是生姜茶起的作用，而是妈妈对我的那份沉甸甸的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暖爱》这本散文集，真切形象地向我们阐释了什么是爱。原先我们认为，读书让我们认识了书的内容，明白了书上我们所不知道的知识。现在看来，是我们通过读书，通过书里的文章，来认识自己，读懂我们的内心世界，感悟我们不曾感悟的东西，认识另一个自己。</w:t>
      </w:r>
      <w:r>
        <w:rPr>
          <w:lang w:eastAsia="zh-CN"/>
        </w:rPr>
        <w:br/>
      </w:r>
      <w:r>
        <w:rPr>
          <w:lang w:eastAsia="zh-CN"/>
        </w:rPr>
        <w:t>　　爱真是个神奇的情感。它代表了人的七情六欲，也象征着我们自己。</w:t>
      </w:r>
      <w:r>
        <w:rPr>
          <w:lang w:eastAsia="zh-CN"/>
        </w:rPr>
        <w:br/>
      </w:r>
      <w:r>
        <w:rPr>
          <w:lang w:eastAsia="zh-CN"/>
        </w:rPr>
        <w:t xml:space="preserve">    书海无涯勇攀登——小学生读书心得体会800字 篇13 </w:t>
      </w:r>
      <w:r>
        <w:rPr>
          <w:lang w:eastAsia="zh-CN"/>
        </w:rPr>
        <w:br/>
      </w:r>
      <w:r>
        <w:rPr>
          <w:lang w:eastAsia="zh-CN"/>
        </w:rPr>
        <w:t>　　书是打开知识宝库的金钥匙，每一本书都像一个启蒙老师，指引我前进的方向。最近看了《奔跑的幸福》这本书更让我受益匪浅。</w:t>
      </w:r>
      <w:r>
        <w:rPr>
          <w:lang w:eastAsia="zh-CN"/>
        </w:rPr>
        <w:br/>
      </w:r>
      <w:r>
        <w:rPr>
          <w:lang w:eastAsia="zh-CN"/>
        </w:rPr>
        <w:t>　　书中成倩的故事深深地打动了我，她的坚强勇敢，她的善良，她的爱心值得我们好好学习。我觉得现代社会的人注重金钱和权力，很少有人会想着关爱别人，也就是现代社会中缺少爱字。</w:t>
      </w:r>
      <w:r>
        <w:rPr>
          <w:lang w:eastAsia="zh-CN"/>
        </w:rPr>
        <w:br/>
      </w:r>
      <w:r>
        <w:rPr>
          <w:lang w:eastAsia="zh-CN"/>
        </w:rPr>
        <w:t>　　聪明机灵的胡子昂，没有因为他的天资聪明而不思进取，他关心集体，关心他人，不会因小有成就而骄傲，做人谦逊。他身上的这些正是有些人所缺少的，如果他们看了这本书，我相信肯定会被书中的人物感染的。</w:t>
      </w:r>
      <w:r>
        <w:rPr>
          <w:lang w:eastAsia="zh-CN"/>
        </w:rPr>
        <w:br/>
      </w:r>
      <w:r>
        <w:rPr>
          <w:lang w:eastAsia="zh-CN"/>
        </w:rPr>
        <w:t>　　温雅美丽的徐爱，她的事迹感动了我。从小就失去父爱的她，接着又失去了母爱。这双重打击并没有压垮当时还很小的徐爱，她积极向上的精神感染着身边的每一个人。她也以爱的方式，回报养育她的爷爷奶奶和关心她的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看看故事中的徐爱，再看看现在的少年朋友，那可是大不一样的。现在大多数家庭是独生子女，一个个都是小公主小皇帝，真是含在嘴里怕化了，捧在手里怕摔了，不知道怎么宠才好。甚至七八岁还不会穿衣服，更不要提孝顺父母，尊敬老人了。</w:t>
      </w:r>
      <w:r>
        <w:rPr>
          <w:lang w:eastAsia="zh-CN"/>
        </w:rPr>
        <w:br/>
      </w:r>
      <w:r>
        <w:rPr>
          <w:lang w:eastAsia="zh-CN"/>
        </w:rPr>
        <w:t>　　人是万物之灵，人与人之间的关系也只有用爱编织才能天长地久。如果你留意生活的话，你会发现自己每时每刻都在周围的关爱中生活，你是不是也产生了关爱他人的想法?</w:t>
      </w:r>
      <w:r>
        <w:rPr>
          <w:lang w:eastAsia="zh-CN"/>
        </w:rPr>
        <w:br/>
      </w:r>
      <w:r>
        <w:rPr>
          <w:lang w:eastAsia="zh-CN"/>
        </w:rPr>
        <w:t>　　当你坐在明亮的教室中聆听老师讲课时，当你坐在饭桌前吃着可口的饭菜时，你可曾想到从嗷嗷待哺的婴儿成长为今天的你，父母要付出多少血汗?你是否曾想过有一天，你会用你的努力来回报他们?我们中华民族素有礼仪之邦的称号，而礼仪之首便是孝顺父母。</w:t>
      </w:r>
      <w:r>
        <w:rPr>
          <w:lang w:eastAsia="zh-CN"/>
        </w:rPr>
        <w:br/>
      </w:r>
      <w:r>
        <w:rPr>
          <w:lang w:eastAsia="zh-CN"/>
        </w:rPr>
        <w:t>　　让我们珍惜生命中的每一天吧。看时光飞逝，我祈祷明天，愿我们每个小小的梦想都能够慢慢地实现!从现在开始，从我做起，不要因贪玩而浪费了宝贵的时间，健康成长吧，让生命之花永远绽放!</w:t>
      </w:r>
      <w:r>
        <w:rPr>
          <w:lang w:eastAsia="zh-CN"/>
        </w:rPr>
        <w:br/>
      </w:r>
      <w:r>
        <w:rPr>
          <w:lang w:eastAsia="zh-CN"/>
        </w:rPr>
        <w:t>　　这本书让我更加深刻地认识到，我们每个人都要珍惜生命中的每一天，学会关爱，不忘父母养育恩，坚强勇敢也是不可缺少的。</w:t>
      </w:r>
      <w:r>
        <w:rPr>
          <w:lang w:eastAsia="zh-CN"/>
        </w:rPr>
        <w:br/>
      </w:r>
      <w:r>
        <w:rPr>
          <w:lang w:eastAsia="zh-CN"/>
        </w:rPr>
        <w:t xml:space="preserve">    书海无涯勇攀登——小学生读书心得体会800字 篇14 </w:t>
      </w:r>
      <w:r>
        <w:rPr>
          <w:lang w:eastAsia="zh-CN"/>
        </w:rPr>
        <w:br/>
      </w:r>
      <w:r>
        <w:rPr>
          <w:lang w:eastAsia="zh-CN"/>
        </w:rPr>
        <w:t>　　最近，我读完了一本书，书名是《名人传》。这本书是我所看过书中最喜欢之一。是法国著名作家罗曼罗兰的著作。全书分为《贝多芬传》、《米开朗琪罗传》和《托尔斯泰传》。作者罗曼罗兰在全书中描述了这些名人为追求辛福生活、追求理想和困难作斗争的故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在三本传记中的名人中，我最敬佩的就是贝多芬了。贝多芬是一位伟大的优秀的天才音乐家。在贝多芬的一生里经历了数不清的坎坷，这些坎坷要发生在普通人身上，恐怕他早就崩溃了，但贝多芬用他的坚韧的意志克服了挫折。</w:t>
      </w:r>
      <w:r>
        <w:rPr>
          <w:lang w:eastAsia="zh-CN"/>
        </w:rPr>
        <w:br/>
      </w:r>
      <w:r>
        <w:rPr>
          <w:lang w:eastAsia="zh-CN"/>
        </w:rPr>
        <w:t>　　贝多芬的童年就是一个悲剧，贝多芬小时候，他的父亲 逼着他学习音乐，想激发他的音乐才能，完全不顾贝多芬的感受，有时他的父亲甚至把他一个人关在屋子里，只留下一把小提琴给他，让他和小提琴一整天关在一起。不仅父亲逼着他学音乐，在他16岁时，他的母亲不幸去世了，他的父亲也变成了一个酒鬼。深深的打击到了贝多芬的心灵，但他束手无策，也是这些可怕的挫折导致了贝多芬古怪暴躁的脾气。但是贝多芬没有因此而堕落，他把他的全部精力都放在了音乐创作当中了，贝多芬以他过人的天赋，惊人的创作能力，很快的成名了。当他正准备享受音乐带给他的幸福时，挫折又再次降临到贝多芬的身上&amp;&amp;他的耳朵聋了。</w:t>
      </w:r>
      <w:r>
        <w:rPr>
          <w:lang w:eastAsia="zh-CN"/>
        </w:rPr>
        <w:br/>
      </w:r>
      <w:r>
        <w:rPr>
          <w:lang w:eastAsia="zh-CN"/>
        </w:rPr>
        <w:t>　　对于一位音乐家来说最重要的就是耳朵，音乐是用耳朵听的，如果听不到音乐了，那他也做不了音乐家了。对于贝多芬来说这无疑是个致命的打击，但贝多芬没有放弃音乐家的梦想，依然和挫折作斗争，他在这种被疾病困扰下既然创作出的来的不朽作品名垂青史：《英雄交响曲》、《命运交响曲》、《欢乐颂》和《C小调第5交响曲》。这些作品让人们赞叹不已。</w:t>
      </w:r>
      <w:r>
        <w:rPr>
          <w:lang w:eastAsia="zh-CN"/>
        </w:rPr>
        <w:br/>
      </w:r>
      <w:r>
        <w:rPr>
          <w:lang w:eastAsia="zh-CN"/>
        </w:rPr>
        <w:t>　　除了《多芬传》之外还有《米开朗琪罗传》和《托尔斯泰传》，书中的米开朗琪罗与托尔斯泰都是和贝多芬一样家喻户晓的名人，都和贝多芬一样拥有着坚强的意志，都是值得让我们学习的好榜样。</w:t>
      </w:r>
      <w:r>
        <w:rPr>
          <w:lang w:eastAsia="zh-CN"/>
        </w:rPr>
        <w:br/>
      </w:r>
      <w:r>
        <w:rPr>
          <w:lang w:eastAsia="zh-CN"/>
        </w:rPr>
        <w:t>　　让我们永远记住这几个名人，向他们学习，为自己的梦想继续前进。</w:t>
      </w:r>
      <w:r>
        <w:rPr>
          <w:lang w:eastAsia="zh-CN"/>
        </w:rPr>
        <w:br/>
      </w:r>
    </w:p>
    <w:p w:rsidR="001B1F19" w14:textId="27C3F48A">
      <w:pPr>
        <w:rPr>
          <w:rFonts w:hint="eastAsia"/>
          <w:lang w:eastAsia="zh-CN"/>
        </w:rPr>
      </w:pPr>
      <w:r>
        <w:rPr>
          <w:lang w:eastAsia="zh-CN"/>
        </w:rPr>
        <w:t xml:space="preserve">    书海无涯勇攀登——小学生读书心得体会800字 篇15 </w:t>
      </w:r>
      <w:r>
        <w:rPr>
          <w:lang w:eastAsia="zh-CN"/>
        </w:rPr>
        <w:br/>
      </w:r>
      <w:r>
        <w:rPr>
          <w:lang w:eastAsia="zh-CN"/>
        </w:rPr>
        <w:t>　　“书”，我们再也熟悉不过，课桌上的“餐具”，天上的“太阳”，生活中的“水”,我们的“心脏”。书是我们精神中的“钙铁锌锡维生素”，帮助我们的精神“茁壮成长”。它比金子还宝贵，让我们慢慢的品味，细细的品尝······</w:t>
      </w:r>
      <w:r>
        <w:rPr>
          <w:lang w:eastAsia="zh-CN"/>
        </w:rPr>
        <w:br/>
      </w:r>
      <w:r>
        <w:rPr>
          <w:lang w:eastAsia="zh-CN"/>
        </w:rPr>
        <w:t>　　每个人的一生中之所以能不断提高，与其始终如一的学习是分不开的，所谓活到老学到老，庄子说，吾生也有涯，而知无涯。知识是没有穷尽的，坚持学习让人始终处于不败之地。反之，没有知识的不断补充和积累，人便会落后于时代。歌德说过，谁落后于时代，就将承受那个时代所有的痛苦。特别是在现今知识爆炸的年代里，不能接触新的知识便会被时代所淘汰。</w:t>
      </w:r>
      <w:r>
        <w:rPr>
          <w:lang w:eastAsia="zh-CN"/>
        </w:rPr>
        <w:br/>
      </w:r>
      <w:r>
        <w:rPr>
          <w:lang w:eastAsia="zh-CN"/>
        </w:rPr>
        <w:t>　　伟大的文学作家茨威格曾经说过：“书籍是任何一种知识的的基础，是任何一门学科的基础的基础。”让我们仔细认真的每一本书，为我们的学习打好坚固的基础。</w:t>
      </w:r>
      <w:r>
        <w:rPr>
          <w:lang w:eastAsia="zh-CN"/>
        </w:rPr>
        <w:br/>
      </w:r>
      <w:r>
        <w:rPr>
          <w:lang w:eastAsia="zh-CN"/>
        </w:rPr>
        <w:t>　　书是困难时的一双手，是干渴时的一股甘泉，是机器上的一台发动机。或是说，只有他才能使我们的血液流动，促进心脏的呼吸，只有他才能使我们活在这个世界上，我们要“读好书、好读书、读好书”把冰心的言论铭记在心。</w:t>
      </w:r>
      <w:r>
        <w:rPr>
          <w:lang w:eastAsia="zh-CN"/>
        </w:rPr>
        <w:br/>
      </w:r>
      <w:r>
        <w:rPr>
          <w:lang w:eastAsia="zh-CN"/>
        </w:rPr>
        <w:t>　　在暑假中，我读了《朱自清散文精选》，透过这本书，我看到了一个更广阔的视窗。我沉醉于其中，朱自清用他唯美的笔调描绘出了一个完美的意境，不论是美景还是一切生灵，在他笔下，都显得格外生动。</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https://d.book118.com/666054103100010050</w:t>
        </w:r>
      </w:hyperlink>
    </w:p>
    <w:p w:rsidR="001B1F19">
      <w:pPr>
        <w:rPr>
          <w:rFonts w:hint="eastAsia"/>
          <w:lang w:eastAsia="zh-CN"/>
        </w:rPr>
      </w:pPr>
    </w:p>
    <w:sectPr>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6605410310001005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