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2024年学生会宣传部年终工作总结（35篇）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2024年学生会宣传部年终工作总结（精选35篇）</w:t>
      </w:r>
      <w:r>
        <w:rPr>
          <w:lang w:eastAsia="zh-CN"/>
        </w:rPr>
        <w:br/>
      </w:r>
      <w:r>
        <w:rPr>
          <w:lang w:eastAsia="zh-CN"/>
        </w:rPr>
        <w:t xml:space="preserve">    2024年学生会宣传部年终工作总结 篇1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时光悄逝，忙碌中又度过了一个半学年。本着为广大同学服务的宗旨，以树立工程学院形象为目的，在追求完美，创造辉煌的信念指导下，建工系学生会宣传部成员的团结合作，在这半年里不仅出色的完成了上级给予的任务，不管是海报还是贺板上都取得了前所未有的创新还与其它部门建立了紧密而默契的合作关系，协助举办了一系列很成功的活动，自己也独立开展了一系列有质量有意义的活动，经过大半个学期的宣传工作,学期接近尾声,在此时光悄逝，忙碌中又度过了一个半学年。本着为广大同学服务的宗旨，以树立工程学院形象为目的，在追求完美，创造辉煌的信念指导下，建工系学生会宣传部成员的团结合作，在这半年里不仅出色的完成了上级给予的任务，不管是海报还是贺板上都取得了前所未有的创新还与其它部门建立了紧密而默契的合作关系，协助举办了一系列很成功的活动，自己也独立开展了一系列有质量有意义的活动，经过大半个学期的宣传工作,学期接近尾声,在此我部对我们的工作情况做出如下总结:</w:t>
      </w:r>
      <w:r>
        <w:rPr>
          <w:lang w:eastAsia="zh-CN"/>
        </w:rPr>
        <w:br/>
      </w:r>
      <w:r>
        <w:rPr>
          <w:lang w:eastAsia="zh-CN"/>
        </w:rPr>
        <w:t>　　1、本学期加强内部的管理，制定了新的部门成员考核制度和部门值班制度。</w:t>
      </w:r>
      <w:r>
        <w:rPr>
          <w:lang w:eastAsia="zh-CN"/>
        </w:rPr>
        <w:br/>
      </w:r>
      <w:r>
        <w:rPr>
          <w:lang w:eastAsia="zh-CN"/>
        </w:rPr>
        <w:t>　　2、每个星期日召开本部会议，总结当前的工作情况并展望下一阶段的工作。在部门干事的培养上我们也努力实现上个学期的计划，针对每个干事的特殊性，挖掘各自所长、屏蔽各自所短。真正做到善用其才，锻炼其能。每次例会，我们都会找一个启发性的话题进行讨论，让所有人认识到，进入学生会并不是只是为了做事提高能力。我们每个干事，还有一个重要的任务，那就是对自己的深刻认识和了解!通过这些教育使他们认识到自己的责任以及重要性!</w:t>
      </w:r>
      <w:r>
        <w:rPr>
          <w:lang w:eastAsia="zh-CN"/>
        </w:rPr>
        <w:br/>
      </w:r>
      <w:r>
        <w:rPr>
          <w:lang w:eastAsia="zh-CN"/>
        </w:rPr>
        <w:t>　　3、在十月份我部进行了招新，经考核，招 13名新干事，我部现共17人。成员们各有所长，相互学习、取长补短，新鲜血液的注入，营造了一个活泼的积极的工作气氛，大大提高了工作效率。</w:t>
      </w:r>
      <w:r>
        <w:rPr>
          <w:lang w:eastAsia="zh-CN"/>
        </w:rPr>
        <w:br/>
      </w:r>
      <w:r>
        <w:rPr>
          <w:lang w:eastAsia="zh-CN"/>
        </w:rPr>
        <w:t>　　4、本部门在这个学期里，举办了一些海报宣传活动。例如十一月份的大运会创意海报的宣传，但不足的是：我们的海报设计虽有创新但还需改进，下学期我们将重点对海报版面设计的调整。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5、同样本学期本部门也举办了一系列的活动，如：建工系第二届书法绘画比赛此次活动达到了丰富校园文化生活，营造浓厚的校园文化氛围，充分展现中国书画艺术魄力，继承和弘扬传统的国粹文化艺术，提高当代大学生的艺术修养、审美情趣，为书画爱好者提供展现自我价值的平台，促进书画爱好者之间的交流，培养学生各方面的素质，为学生活动增添了乐趣。同时为首届建工杯大学生艺术作品大赛做好了充分的准备!在校庆期间许多展览作品都是我们部门书画比赛的获奖作品，可见我系第二届书画比赛对于我系学生的重要性!</w:t>
      </w:r>
      <w:r>
        <w:rPr>
          <w:lang w:eastAsia="zh-CN"/>
        </w:rPr>
        <w:br/>
      </w:r>
      <w:r>
        <w:rPr>
          <w:lang w:eastAsia="zh-CN"/>
        </w:rPr>
        <w:t>　　6、另外，为迎接我院五十周年校庆，我们部门，配合积极配合好院学生会举办了迎校庆笑脸征集活动和以迎校庆为主题的贺卡征集、美化教室活动;我们系同样也取得了可喜可贺的成绩!我系的作品不仅在数量上满足了院学生会的要求，也在质量上得到了认可，在校庆期间的橱窗展品，大多数是我们系选派的成品。从另一个角度来说，我们部门在此次活动付出了自己的应有力量，认真负责、积极参与!</w:t>
      </w:r>
      <w:r>
        <w:rPr>
          <w:lang w:eastAsia="zh-CN"/>
        </w:rPr>
        <w:br/>
      </w:r>
      <w:r>
        <w:rPr>
          <w:lang w:eastAsia="zh-CN"/>
        </w:rPr>
        <w:t>　　当然，以上所有成绩都是宣传部所有成员共同努力的成果，然而这些都已过去。我们的工作也会存在或多或少的不足与缺点，因此在接下来的工作中我们会更加努力，取长补短，坚持不懈，因为我们相信，只要共同努力，必能乘风破浪，创造出更好的明天。</w:t>
      </w:r>
      <w:r>
        <w:rPr>
          <w:lang w:eastAsia="zh-CN"/>
        </w:rPr>
        <w:br/>
      </w:r>
      <w:r>
        <w:rPr>
          <w:lang w:eastAsia="zh-CN"/>
        </w:rPr>
        <w:t xml:space="preserve">    2024年学生会宣传部年终工作总结 篇2 </w:t>
      </w:r>
      <w:r>
        <w:rPr>
          <w:lang w:eastAsia="zh-CN"/>
        </w:rPr>
        <w:br/>
      </w:r>
      <w:r>
        <w:rPr>
          <w:lang w:eastAsia="zh-CN"/>
        </w:rPr>
        <w:t>　　秋去冬来，雪花飘飘扬扬，不知不觉之中，已经过去了一学期，在过去的这几个月当中，我们宣传部的工作特色：是系学生会的窗口、传话筒，以校园宣传栏位平台，以油墨水彩为武器，用宣传栏和海报展现着精彩的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宣传部作为系学生会众多的部门当中的一个，因为宣传部本身的功能，决定了它不仅要遵循团委及主席团的旨意，而且要配合其他部门开展各种活动。所以不论怎样，宣传部总是充当着一个鼓号手，一个开路先锋的作用。</w:t>
      </w:r>
      <w:r>
        <w:rPr>
          <w:lang w:eastAsia="zh-CN"/>
        </w:rPr>
        <w:br/>
      </w:r>
      <w:r>
        <w:rPr>
          <w:lang w:eastAsia="zh-CN"/>
        </w:rPr>
        <w:t>　　__年的工作即将结束，自开学到现在得我的感觉就是忙!快!每个学期学校都会开展很多活动;活动工作就是最忙最累的时候，尤其是宣传部。但是在忙碌的工作当中，我们收获了不少，也成长了许多;虽然工作中免不了有挫折有缺陷。我们应当开展及参与活动，下面是一些方面的有关总结：</w:t>
      </w:r>
      <w:r>
        <w:rPr>
          <w:lang w:eastAsia="zh-CN"/>
        </w:rPr>
        <w:br/>
      </w:r>
      <w:r>
        <w:rPr>
          <w:lang w:eastAsia="zh-CN"/>
        </w:rPr>
        <w:t>　　第一，在常规工作方面，首先我们能够圆满完成工作任务，工作质量都达标!这个学期我们的主要工作有：1.协助其他部门出海报，做宣传。2.对宣传板，宣传栏的宣传工作。3.对活动报道，报道稿的及时处理。在这三个方面我们根据不同的问题采取了不同的对策，并取得了一定的成功：</w:t>
      </w:r>
      <w:r>
        <w:rPr>
          <w:lang w:eastAsia="zh-CN"/>
        </w:rPr>
        <w:br/>
      </w:r>
      <w:r>
        <w:rPr>
          <w:lang w:eastAsia="zh-CN"/>
        </w:rPr>
        <w:t>　　1. 出海报，通知这一块，主要以海报的形式来告诉全校师生有关活动的一些举办时间、地点等。</w:t>
      </w:r>
      <w:r>
        <w:rPr>
          <w:lang w:eastAsia="zh-CN"/>
        </w:rPr>
        <w:br/>
      </w:r>
      <w:r>
        <w:rPr>
          <w:lang w:eastAsia="zh-CN"/>
        </w:rPr>
        <w:t>　　2. 对宣传板，宣传栏的管理，通过宣传让大家更了解校方一些管理方针，活动举办详情，以及近期有关方针。</w:t>
      </w:r>
      <w:r>
        <w:rPr>
          <w:lang w:eastAsia="zh-CN"/>
        </w:rPr>
        <w:br/>
      </w:r>
      <w:r>
        <w:rPr>
          <w:lang w:eastAsia="zh-CN"/>
        </w:rPr>
        <w:t>　　3. 对报道稿的处理，学校举报一些活动，报道员拍照，并对活动写报道，而且及时有效。</w:t>
      </w:r>
      <w:r>
        <w:rPr>
          <w:lang w:eastAsia="zh-CN"/>
        </w:rPr>
        <w:br/>
      </w:r>
      <w:r>
        <w:rPr>
          <w:lang w:eastAsia="zh-CN"/>
        </w:rPr>
        <w:t>　　第二， 这个学期我们工作内容所设计之处：</w:t>
      </w:r>
      <w:r>
        <w:rPr>
          <w:lang w:eastAsia="zh-CN"/>
        </w:rPr>
        <w:br/>
      </w:r>
      <w:r>
        <w:rPr>
          <w:lang w:eastAsia="zh-CN"/>
        </w:rPr>
        <w:t>　　1. 新生欢迎会</w:t>
      </w:r>
      <w:r>
        <w:rPr>
          <w:lang w:eastAsia="zh-CN"/>
        </w:rPr>
        <w:br/>
      </w:r>
      <w:r>
        <w:rPr>
          <w:lang w:eastAsia="zh-CN"/>
        </w:rPr>
        <w:t>　　2. 教师节晚会明天会更好</w:t>
      </w:r>
      <w:r>
        <w:rPr>
          <w:lang w:eastAsia="zh-CN"/>
        </w:rPr>
        <w:br/>
      </w:r>
      <w:r>
        <w:rPr>
          <w:lang w:eastAsia="zh-CN"/>
        </w:rPr>
        <w:t>　　3. 扬正气 树新风主题班会</w:t>
      </w:r>
      <w:r>
        <w:rPr>
          <w:lang w:eastAsia="zh-CN"/>
        </w:rPr>
        <w:br/>
      </w:r>
      <w:r>
        <w:rPr>
          <w:lang w:eastAsia="zh-CN"/>
        </w:rPr>
        <w:t>　　4. 大绳比赛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5. 对口班联谊</w:t>
      </w:r>
      <w:r>
        <w:rPr>
          <w:lang w:eastAsia="zh-CN"/>
        </w:rPr>
        <w:br/>
      </w:r>
      <w:r>
        <w:rPr>
          <w:lang w:eastAsia="zh-CN"/>
        </w:rPr>
        <w:t>　　6. 青春诗朗诵大赛</w:t>
      </w:r>
      <w:r>
        <w:rPr>
          <w:lang w:eastAsia="zh-CN"/>
        </w:rPr>
        <w:br/>
      </w:r>
      <w:r>
        <w:rPr>
          <w:lang w:eastAsia="zh-CN"/>
        </w:rPr>
        <w:t>　　7. 06级毕业汇报演出&amp;&amp;且行 且谢 且珍惜</w:t>
      </w:r>
      <w:r>
        <w:rPr>
          <w:lang w:eastAsia="zh-CN"/>
        </w:rPr>
        <w:br/>
      </w:r>
      <w:r>
        <w:rPr>
          <w:lang w:eastAsia="zh-CN"/>
        </w:rPr>
        <w:t>　　8. 感恩有你初数09.1班团会</w:t>
      </w:r>
      <w:r>
        <w:rPr>
          <w:lang w:eastAsia="zh-CN"/>
        </w:rPr>
        <w:br/>
      </w:r>
      <w:r>
        <w:rPr>
          <w:lang w:eastAsia="zh-CN"/>
        </w:rPr>
        <w:t>　　9. 小教系欢送毕业生文艺汇演&amp;&amp;追忆年华 放飞梦想</w:t>
      </w:r>
      <w:r>
        <w:rPr>
          <w:lang w:eastAsia="zh-CN"/>
        </w:rPr>
        <w:br/>
      </w:r>
      <w:r>
        <w:rPr>
          <w:lang w:eastAsia="zh-CN"/>
        </w:rPr>
        <w:t>　　10. 全神贯注 集中精神 备战考试</w:t>
      </w:r>
      <w:r>
        <w:rPr>
          <w:lang w:eastAsia="zh-CN"/>
        </w:rPr>
        <w:br/>
      </w:r>
      <w:r>
        <w:rPr>
          <w:lang w:eastAsia="zh-CN"/>
        </w:rPr>
        <w:t>　　第三，在宣传部本人的主要工作是写报道稿，主要写了以下报道稿：</w:t>
      </w:r>
      <w:r>
        <w:rPr>
          <w:lang w:eastAsia="zh-CN"/>
        </w:rPr>
        <w:br/>
      </w:r>
      <w:r>
        <w:rPr>
          <w:lang w:eastAsia="zh-CN"/>
        </w:rPr>
        <w:t>　　1. 扬正气 树新风主题班会小教系报道</w:t>
      </w:r>
      <w:r>
        <w:rPr>
          <w:lang w:eastAsia="zh-CN"/>
        </w:rPr>
        <w:br/>
      </w:r>
      <w:r>
        <w:rPr>
          <w:lang w:eastAsia="zh-CN"/>
        </w:rPr>
        <w:t>　　2. 大绳比赛小教系报道</w:t>
      </w:r>
      <w:r>
        <w:rPr>
          <w:lang w:eastAsia="zh-CN"/>
        </w:rPr>
        <w:br/>
      </w:r>
      <w:r>
        <w:rPr>
          <w:lang w:eastAsia="zh-CN"/>
        </w:rPr>
        <w:t>　　3. 联谊小教系报道</w:t>
      </w:r>
      <w:r>
        <w:rPr>
          <w:lang w:eastAsia="zh-CN"/>
        </w:rPr>
        <w:br/>
      </w:r>
      <w:r>
        <w:rPr>
          <w:lang w:eastAsia="zh-CN"/>
        </w:rPr>
        <w:t>　　4. 诗朗诵大赛小教系报道</w:t>
      </w:r>
      <w:r>
        <w:rPr>
          <w:lang w:eastAsia="zh-CN"/>
        </w:rPr>
        <w:br/>
      </w:r>
      <w:r>
        <w:rPr>
          <w:lang w:eastAsia="zh-CN"/>
        </w:rPr>
        <w:t>　　5. 06级毕业汇报演出小教系报道</w:t>
      </w:r>
      <w:r>
        <w:rPr>
          <w:lang w:eastAsia="zh-CN"/>
        </w:rPr>
        <w:br/>
      </w:r>
      <w:r>
        <w:rPr>
          <w:lang w:eastAsia="zh-CN"/>
        </w:rPr>
        <w:t>　　6. 感恩有你初数09.1班团会小教系报道</w:t>
      </w:r>
      <w:r>
        <w:rPr>
          <w:lang w:eastAsia="zh-CN"/>
        </w:rPr>
        <w:br/>
      </w:r>
      <w:r>
        <w:rPr>
          <w:lang w:eastAsia="zh-CN"/>
        </w:rPr>
        <w:t>　　7. 小学教育系欢送毕业生文艺汇演小教系报道</w:t>
      </w:r>
      <w:r>
        <w:rPr>
          <w:lang w:eastAsia="zh-CN"/>
        </w:rPr>
        <w:br/>
      </w:r>
      <w:r>
        <w:rPr>
          <w:lang w:eastAsia="zh-CN"/>
        </w:rPr>
        <w:t>　　回顾和总结这一学期的工作历程，尽管我工作不是很出色，和大家联系不是很多，希望大家多多谅解，但我深深感到，学生会组织举办的每一项活动，每一声喝彩好每一次微笑，无不包容着学校各级领导的关爱和鼓励，无不凝结着学生会每一位成员的智慧和汗水;离不开与我们风雨同舟，给我们悉心指导的老师们。离不开给予我们真诚理解与大力支持的同学，同时也离不开学校各职能部门对我们工作的关怀及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在过去的一学期里，我们经历过彩虹也经历了风雨，可是我任然坚信：在系团委的指导下，在宣传部长的带领下，在宣传部部员的共同努力下，在未来的日子里，我一定会做得更出色，赢得大家更多的信任。</w:t>
      </w:r>
      <w:r>
        <w:rPr>
          <w:lang w:eastAsia="zh-CN"/>
        </w:rPr>
        <w:br/>
      </w:r>
      <w:r>
        <w:rPr>
          <w:lang w:eastAsia="zh-CN"/>
        </w:rPr>
        <w:t xml:space="preserve">    2024年学生会宣传部年终工作总结 篇3 </w:t>
      </w:r>
      <w:r>
        <w:rPr>
          <w:lang w:eastAsia="zh-CN"/>
        </w:rPr>
        <w:br/>
      </w:r>
      <w:r>
        <w:rPr>
          <w:lang w:eastAsia="zh-CN"/>
        </w:rPr>
        <w:t>　　身处__年度的大一上学期，遥望过去的4个月，工作中的点点滴滴在脑海中浮现，回眸过去的一幕幕，在不知不觉中充满了整个头脑，时间飞快，转眼间就到了年终。</w:t>
      </w:r>
      <w:r>
        <w:rPr>
          <w:lang w:eastAsia="zh-CN"/>
        </w:rPr>
        <w:br/>
      </w:r>
      <w:r>
        <w:rPr>
          <w:lang w:eastAsia="zh-CN"/>
        </w:rPr>
        <w:t>　　这个学期以来，在系团委书记和大二学长学姐的带领下，我参与了一系列的工作和活动，从中我学到了很多东西，各方面的能力都有一个明显的提高，本学期的学生会宣传部工作，我将作出如下总结：</w:t>
      </w:r>
      <w:r>
        <w:rPr>
          <w:lang w:eastAsia="zh-CN"/>
        </w:rPr>
        <w:br/>
      </w:r>
      <w:r>
        <w:rPr>
          <w:lang w:eastAsia="zh-CN"/>
        </w:rPr>
        <w:t>　　本学期我以一个新生的身份加入系学生会宣传部，主要负责班干部会议的通知和海报的写贴，当我接到有关的通知和各方面的结果评比后，我及时响应和以海报的形式写出来。其实对于我一个新成员来说，最主要的问题还是出现在海报上，例如：海报延时张贴、海报的内容出现漏洞。在这方面我没有做好，其实对于我来说，这些事都不难，但可能这跟经验不足有很大的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系学生会的发现和壮大，离不开各部门的积极配合和协助，我系学生会本着分门不分家思想，将学生会的工作紧紧有条的开展，而且还办得那样的出色。一方有难，八方支援，哪个部门有需要，任何一个部门都会积极的配合，我们部门也协助其它部门开展了一些活动，例如：文艺部不久举办的卡拉ok.大合唱和团办公室与学习部策划的辩论赛，我尝试过以前从没有参加的工作，这让我的能力又得到了一个提升，同时也活跃了我的思想和开阔了我的视野。在学生会中，也让我交到了更多的朋友，他们每个人都是一本值得我学习的书，每个人都有他的闪光点，从他们的身上我也学到了很多，受益匪浅。不得不提的是大二匪学长学姐们的那种工作作风，也让我很佩服。跟着他们，我也因此少走了很多弯路。</w:t>
      </w:r>
      <w:r>
        <w:rPr>
          <w:lang w:eastAsia="zh-CN"/>
        </w:rPr>
        <w:br/>
      </w:r>
      <w:r>
        <w:rPr>
          <w:lang w:eastAsia="zh-CN"/>
        </w:rPr>
        <w:t>　　学生会的工作虽然有时候繁琐，我也有过抱怨，但是归根到底，它成为我大学生活的一部分，让我铭记于心。记得主席说过：做什么事都要用心去做。语言通俗易懂，但作为我们可能要用三年的时间去感受和体验这句话的内涵，甚至是一生的时间很不错的一句话，我会一直记得，用它来勉励自己，弥补自己的水平和经验的不足之处，同时我会继续的努力，争取把份内的事做得更好。</w:t>
      </w:r>
      <w:r>
        <w:rPr>
          <w:lang w:eastAsia="zh-CN"/>
        </w:rPr>
        <w:br/>
      </w:r>
      <w:r>
        <w:rPr>
          <w:lang w:eastAsia="zh-CN"/>
        </w:rPr>
        <w:t>　　最后预祝我系明年上半年的学生会工作能顺利的开展，我也将以一个全新的面貌去迎接明年的工作，为学生你会的明天贡献自己的微薄之力。</w:t>
      </w:r>
      <w:r>
        <w:rPr>
          <w:lang w:eastAsia="zh-CN"/>
        </w:rPr>
        <w:br/>
      </w:r>
      <w:r>
        <w:rPr>
          <w:lang w:eastAsia="zh-CN"/>
        </w:rPr>
        <w:t xml:space="preserve">    2024年学生会宣传部年终工作总结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本学期的工作既将结束，也是这届学生会工作的尾声了，在这一年的时间里，我们每个人都收获到了很多东西，取得着各自的进步。每个人的付出与收获，换来了我们学院学生工作的新发展。我们很幸运在学生会宣传部的位子上为学生会的各项工作的建设出一份力。可以这么说：这一年是累的一年，忙的一年，快乐的一年，收获的一年。难忘的一年。</w:t>
      </w:r>
      <w:r>
        <w:rPr>
          <w:lang w:eastAsia="zh-CN"/>
        </w:rPr>
        <w:br/>
      </w:r>
      <w:r>
        <w:rPr>
          <w:lang w:eastAsia="zh-CN"/>
        </w:rPr>
        <w:t>　　自本届学生会成立到现在，宣传部的工作就是一直在进行中。这一点是大家都能看到的。总结起来真的有种不知从何说起的感觉，因为工作性质的差异，我们很少有自己的品牌活动，但是在同各部门配合的过程中，我想我们的认真和责任心就是我们的品牌。</w:t>
      </w:r>
      <w:r>
        <w:rPr>
          <w:lang w:eastAsia="zh-CN"/>
        </w:rPr>
        <w:br/>
      </w:r>
      <w:r>
        <w:rPr>
          <w:lang w:eastAsia="zh-CN"/>
        </w:rPr>
        <w:t>　　这次总结主要从三方面来说：我们宣传部在本职工作中的表现，在发展创新方面的成果，以及同其他兄弟学院宣传部的交流学习。</w:t>
      </w:r>
      <w:r>
        <w:rPr>
          <w:lang w:eastAsia="zh-CN"/>
        </w:rPr>
        <w:br/>
      </w:r>
      <w:r>
        <w:rPr>
          <w:lang w:eastAsia="zh-CN"/>
        </w:rPr>
        <w:t>　　首先是我们的主要工作——出海报。这两个学期我们学院举办了很多活动，我们部可以说是有求必应的，出了多少板，我们早就记不清了，也没法确切的说明，下面举几个代表性的工作，在上学期全校性质的禁烟活动和学风建设表奖晚会中，在迎接新生和举办届校运动会中以及各种关于体育，文艺，演讲，竞赛的比赛，我们都做了大量宣传工作，我们用手中的画笔能让我们院的活动在色彩斑斓中进行，真的感到很欣慰。这宣传板既是学院展示形象的窗口也是我们的挥洒青春的舞台，在这里我们充分发挥各自的特长，凝聚集体的智慧，打造更高质量的海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也许有人不理解，海报不就是个通知吗?内容写上不就行了，其实不然，因为这里所展示的是一个学院的学生工作建设的风貌，我们环境学院一直都走在学校的各项活动的前列，虽说是工科学生，但在艺术文化方面，也是不能逊色的。海报质量的提高是我们用心描绘的成果，在这个过程中我们付出了很多，时间，精力，有时候板很急，我们常会工作到晚上十点，累是肯定的了，但像大大家对我们的信任和自己的劳动成果，还是喜悦大于劳累的。在这一年里，我们同各个部门之间的关系十分融洽，也只有在一个融洽的环境下我们才能把工作做好，相信环境学院学生会一定会更加团结，各项工作一定会有更好的成果。</w:t>
      </w:r>
      <w:r>
        <w:rPr>
          <w:lang w:eastAsia="zh-CN"/>
        </w:rPr>
        <w:br/>
      </w:r>
      <w:r>
        <w:rPr>
          <w:lang w:eastAsia="zh-CN"/>
        </w:rPr>
        <w:t>　　在上学期的社区志愿者活动中，我们部全体成员都体会了一把当家教的感觉，在20级新生入校时又全力配合老师做好新生入学工作，无论是临时的家教还是助理班主任，每一项的工作都是对我们的另一种磨炼，培养了我们对于工作的总体认识和提高了我们处理各种问题的能力，最重要的是让我们知道责任心的可贵，我想不管是从事何种工作，这一点都是很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最后谈一谈同其他兄弟学院宣传部的交流学习，孔子云：“三人行，则必有我师。”而每个学院都有各自的长处，我们要摆正认识态度，承认自身的不足，取他人之长补己之短，才能进步。所以我们在比较中学习，而且找机会进行交流学习，上学期在科技文化节中，院的主体活动之t-shirt涂鸦大赛，以及这学期校社联的尚篮100米涂鸦设计中，我们都积极的参与其中，并且取得了很好的成绩，而更要的是在比赛过程我们同其他学院的选手的相互学习。还有一次难忘的经历，在今年的教师节，我们学院同四院联合出板，规模之大是史无前例的，也许在观赏者的眼里，那只是一张比较大的海报，并没有什么特别意义，而对我们参与者来说，却有着更深一层的含义，这是一次很好的学习过程，学如何与人协作，不同组织之间的合作，配合能力，沟通能力，而且更加强学院学生间的联系，我觉得这种学院间的交流是很好的，应该在更多方面，以更多的形式开展。我们宣传部也必将在虚心的学习中取得更好的，更令人满意的成绩。</w:t>
      </w:r>
      <w:r>
        <w:rPr>
          <w:lang w:eastAsia="zh-CN"/>
        </w:rPr>
        <w:br/>
      </w:r>
      <w:r>
        <w:rPr>
          <w:lang w:eastAsia="zh-CN"/>
        </w:rPr>
        <w:t>　　总体来说，宣传部的工作是繁重、琐碎的、不定的，上学期我们虽然人少，工作多，但我们通过合理的安排学习和工作的时间既保证了学习，又很好的完成了工作，而在今年学生会分会的招新中，我们又多了位20级的新同学，我们会把宣传部的传统灌输给他们，让他们以的姿态迎接新的使命，现在我们的新成员们也加入到了我们的出板工作中，每次活动宣传活动都很积极，我们的海报一张比一张精美。</w:t>
      </w:r>
      <w:r>
        <w:rPr>
          <w:lang w:eastAsia="zh-CN"/>
        </w:rPr>
        <w:br/>
      </w:r>
      <w:r>
        <w:rPr>
          <w:lang w:eastAsia="zh-CN"/>
        </w:rPr>
        <w:t>　　在之前的工作中，宣传部的工作记录做的有些遗憾之处，我们收集了大家的劳动成果，但不是很齐全，我们准备在以后的工作中做好对海报资料的系统的整理，并保留照片，我想这是我们给自己的的礼物了!</w:t>
      </w:r>
      <w:r>
        <w:rPr>
          <w:lang w:eastAsia="zh-CN"/>
        </w:rPr>
        <w:br/>
      </w:r>
      <w:r>
        <w:rPr>
          <w:lang w:eastAsia="zh-CN"/>
        </w:rPr>
        <w:t>　　叙述了这么多，也该停笔了。在过去的日子里，宣传部做所做的工作，只是一个开始，不是高潮，更不是结果。我们正在探索之中，许多制度和安排还需要完善，我们和其部门应借助这次总结的机会，加强学习，加深了解。希望大家广开思路，为学生会的工作出谋划策，把学生会的工作做的更好。为同学们提供更好的服务。</w:t>
      </w:r>
      <w:r>
        <w:rPr>
          <w:lang w:eastAsia="zh-CN"/>
        </w:rPr>
        <w:br/>
      </w:r>
      <w:r>
        <w:rPr>
          <w:lang w:eastAsia="zh-CN"/>
        </w:rPr>
        <w:t xml:space="preserve">    2024年学生会宣传部年终工作总结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身处20年度的大一上学期，遥望过去的个月，工作中的点点滴滴在脑海中浮现，回眸过去的一幕幕，在不知不觉中充满了整个头脑，时间飞快，转眼间就到了年终。</w:t>
      </w:r>
      <w:r>
        <w:rPr>
          <w:lang w:eastAsia="zh-CN"/>
        </w:rPr>
        <w:br/>
      </w:r>
      <w:r>
        <w:rPr>
          <w:lang w:eastAsia="zh-CN"/>
        </w:rPr>
        <w:t>　　这个学期以来，在系团委书记和大二学长学姐的带领下，我参与了一系列的工作和活动，从中我学到了很多东西，各方面的能力都有一个明显的提高，本学期的学生会宣传部工作，我将作出如下总结：</w:t>
      </w:r>
      <w:r>
        <w:rPr>
          <w:lang w:eastAsia="zh-CN"/>
        </w:rPr>
        <w:br/>
      </w:r>
      <w:r>
        <w:rPr>
          <w:lang w:eastAsia="zh-CN"/>
        </w:rPr>
        <w:t>　　本学期我以一个新生的身份加入系学生会宣传部，主要负责班干部会议的通知和海报的写贴，当我接到有关的通知和各方面的结果评比后，我及时响应和以海报的形式写出来。其实对于我一个新成员来说，最主要的问题还是出现在海报上，例如：海报延时张贴、海报的内容出现漏洞。在这方面我没有做好，其实对于我来说，这些事都不难，但…可能这跟经验不足有很大的关系。</w:t>
      </w:r>
      <w:r>
        <w:rPr>
          <w:lang w:eastAsia="zh-CN"/>
        </w:rPr>
        <w:br/>
      </w:r>
      <w:r>
        <w:rPr>
          <w:lang w:eastAsia="zh-CN"/>
        </w:rPr>
        <w:t>　　系学生会的发现和壮大，离不开各部门的积极配合和协助，我系学生会本着“分门不分家”思想，将学生会的工作紧紧有条的开展，而且还办得那样的出色。“一方有难，八方支援”，哪个部门有需要，任何一个部门都会积极的配合，我们部门也协助其它部门开展了一些活动，例如：文艺部不久举办的卡拉ok.大合唱和团办公室与学习部策划的辩论赛，我尝试过以前从没有参加的工作，这让我的能力又得到了一个提升，同时也活跃了我的思想和开阔了我的视野。在学生会中，也让我交到了更多的朋友，他们每个人都是一本值得我学习的“书”，每个人都有他的闪光点，从他们的身上我也学到了很多，受益匪浅。不得不提的是大二匪学长学姐们的那种工作作风，也让我很佩服。跟着他们，我也因此少走了很多弯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学生会的工作虽然有时候繁琐，我也有过抱怨，但是归根到底，它成为我大学生活的一部分，让我铭记于心。记得主席说过：“做什么事都要用心去做。”语言通俗易懂，但作为我们可能要用三年的时间去感受和体验这句话的内涵，甚至是一生的时间…很不错的一句话，我会一直记得，用它来勉励自己，弥补自己的水平和经验的不足之处，同时我会继续的努力，争取把份内的事做得更好。</w:t>
      </w:r>
      <w:r>
        <w:rPr>
          <w:lang w:eastAsia="zh-CN"/>
        </w:rPr>
        <w:br/>
      </w:r>
      <w:r>
        <w:rPr>
          <w:lang w:eastAsia="zh-CN"/>
        </w:rPr>
        <w:t>　　最后预祝我系明年上半年的学生会工作能顺利的开展，我也将以一个全新的面貌去迎接明年的工作，为学生你会的明天贡献自己的微薄之力。</w:t>
      </w:r>
      <w:r>
        <w:rPr>
          <w:lang w:eastAsia="zh-CN"/>
        </w:rPr>
        <w:br/>
      </w:r>
      <w:r>
        <w:rPr>
          <w:lang w:eastAsia="zh-CN"/>
        </w:rPr>
        <w:t xml:space="preserve">    2024年学生会宣传部年终工作总结 篇6 </w:t>
      </w:r>
      <w:r>
        <w:rPr>
          <w:lang w:eastAsia="zh-CN"/>
        </w:rPr>
        <w:br/>
      </w:r>
      <w:r>
        <w:rPr>
          <w:lang w:eastAsia="zh-CN"/>
        </w:rPr>
        <w:t>　　学生会宣传部主要负责对我院的学生会活动的总体宣传及其他有学院关事项的宣传工作，在工作中，我们一直在为引导正确的校园文化而不断创新着。尤其在配合各部门举办各种活动上，我们宣传部始终如一的用积极热情得太对对待每一张板报及相关宣传布置。保证宣传工作的及时，到位，充分发挥学院的窗口作用。让我院的各项工作已更快，更好的方式展现在全校师生的面前，提高环境学院学生会的影响力。每当看到师生驻足于长廊尽头，我们心中就会有一丝的欣慰和感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本学期的工作既将结束，也是这届学生会工作的尾声了，在这一年的时间里，我们每个人都收获到了很多东西，取得着各自的进步。每个人的付出与收获，换来了我们学院学生工作的新发展。我们很幸运在学生会宣传部的位子上为学生会的各项工作的建设出一份力。可以这么说：这一年是累的一年，忙的一年，快乐的一年，收获的一年。难忘的一年。</w:t>
      </w:r>
      <w:r>
        <w:rPr>
          <w:lang w:eastAsia="zh-CN"/>
        </w:rPr>
        <w:br/>
      </w:r>
      <w:r>
        <w:rPr>
          <w:lang w:eastAsia="zh-CN"/>
        </w:rPr>
        <w:t>　　自本届学生会成立到现在，宣传部的工作就是一直在进行中。这一点是大家都能看到的。总结起来真的有种不知从何说起的感觉，因为工作性质的差异，我们很少有自己的品牌活动，但是在同各部门配合的过程中，我想我们的认真和责任心就是我们的品牌。</w:t>
      </w:r>
      <w:r>
        <w:rPr>
          <w:lang w:eastAsia="zh-CN"/>
        </w:rPr>
        <w:br/>
      </w:r>
      <w:r>
        <w:rPr>
          <w:lang w:eastAsia="zh-CN"/>
        </w:rPr>
        <w:t>　　这次总结主要从三方面来说：我们宣传部在本职工作中的表现，在发展创新方面的成果，以及同其他兄弟学院宣传部的交流学习。</w:t>
      </w:r>
      <w:r>
        <w:rPr>
          <w:lang w:eastAsia="zh-CN"/>
        </w:rPr>
        <w:br/>
      </w:r>
      <w:r>
        <w:rPr>
          <w:lang w:eastAsia="zh-CN"/>
        </w:rPr>
        <w:t>　　首先是我们的主要工作&amp;&amp;出海报。这两个学期我们学院举办了很多活动，我们部可以说是有求必应的，出了多少板，我们早就记不清了，也没法确切的说明，下面举几个代表性的工作，在上学期全校性质的禁烟活动和学风建设表奖晚会中，在迎接新生和举办届校运动会中以及各种关于体育，文艺，演讲，竞赛的比赛，我们都做了大量宣传工作，我们用手中的画笔能让我们院的活动在色彩斑斓中进行，真的感到很欣慰。这宣传板既是学院展示形象的窗口也是我们的挥洒青春的舞台，在这里我们充分发挥各自的特长，凝聚集体的智慧，打造更高质量的海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也许有人不理解，海报不就是个通知吗?内容写上不就行了，其实不然，因为这里所展示的是一个学院的学生工作建设的风貌，我们环境学院一直都走在学校的各项活动的前列，虽说是工科学生，但在艺术文化方面，也是不能逊色的。海报质量的提高是我们用心描绘的成果，在这个过程中我们付出了很多，时间，精力，有时候板很急，我们常会工作到晚上十点，累是肯定的了，但像大大家对我们的信任和自己的劳动成果，还是喜悦大于劳累的。在这一年里，我们同各个部门之间的关系十分融洽，也只有在一个融洽的环境下我们才能把工作做好，相信环境学院学生会一定会更加团结，各项工作一定会有更好的成果。</w:t>
      </w:r>
      <w:r>
        <w:rPr>
          <w:lang w:eastAsia="zh-CN"/>
        </w:rPr>
        <w:br/>
      </w:r>
      <w:r>
        <w:rPr>
          <w:lang w:eastAsia="zh-CN"/>
        </w:rPr>
        <w:t>　　在上学期的社区志愿者活动中，我们部全体成员都体会了一把当家教的感觉，在07级新生入校时又全力配合老师做好新生入学工作，无论是临时的家教还是助理班主任，每一项的工作都是对我们的另一种磨炼，培养了我们对于工作的总体认识和提高了我们处理各种问题的能力，最重要的是让我们知道责任心的可贵，我想不管是从事何种工作，这一点都是很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最后谈一谈同其他兄弟学院宣传部的交流学习，孔子云：“三人行，则必有我师。”而每个学院都有各自的长处，我们要摆正认识态度，承认自身的不足，取他人之长补己之短，才能进步。所以我们在比较中学习，而且找机会进行交流学习，上学期在科技文化节中，建院的主体活动之t-shirt涂鸦大赛，以及这学期校社联的尚篮100米涂鸦设计中，我们都积极的参与其中，并且取得了很好的成绩，而更要的是在比赛过程我们同其他学院的选手的相互学习。还有一次难忘的经历，在今年的教师节，我们环境学院同信息，机械，管理四院联合出板，规模之大是史无前例的，也许在观赏者的眼里，那只是一张比较大的海报，并没有什么特别意义，而对我们参与者来说，却有着更深一层的含义，这是一次很好的学习过程，学如何与人协作，不同组织之间的合作，配合能力，沟通能力，而且更加强学院学生间的联系，我觉得这种学院间的交流是很好的，应该在更多方面，以更多的形式开展。我们宣传部也必将在虚心的学习中取得更好的，更令人满意的成绩。</w:t>
      </w:r>
      <w:r>
        <w:rPr>
          <w:lang w:eastAsia="zh-CN"/>
        </w:rPr>
        <w:br/>
      </w:r>
      <w:r>
        <w:rPr>
          <w:lang w:eastAsia="zh-CN"/>
        </w:rPr>
        <w:t>　　总体来说，宣传部的工作是繁重、琐碎的、不定的，上学期我们虽然人少，工作多，但我们通过合理的安排学习和工作的时间既保证了学习，又很好的完成了工作，而在今年学生会分会的招新中，我们又多了8位级的新同学，我们会把宣传部的传统灌输给他们，让他们以的姿态迎接新的使命，现在我们的新成员们也加入到了我们的出板工作中，每次活动宣传活动都很积极，我们的海报一张比一张精美。</w:t>
      </w:r>
      <w:r>
        <w:rPr>
          <w:lang w:eastAsia="zh-CN"/>
        </w:rPr>
        <w:br/>
      </w:r>
      <w:r>
        <w:rPr>
          <w:lang w:eastAsia="zh-CN"/>
        </w:rPr>
        <w:t>　　在之前的工作中，宣传部的工作记录做的有些遗憾之处，我们收集了大家的劳动成果，但不是很齐全，我们准备在以后的工作中做好对海报资料的系统的整理，并保留照片，我想这是我们给自己的的礼物了!</w:t>
      </w:r>
      <w:r>
        <w:rPr>
          <w:lang w:eastAsia="zh-CN"/>
        </w:rPr>
        <w:br/>
      </w:r>
      <w:r>
        <w:rPr>
          <w:lang w:eastAsia="zh-CN"/>
        </w:rPr>
        <w:t xml:space="preserve">    2024年学生会宣传部年终工作总结 篇7 </w:t>
      </w:r>
      <w:r>
        <w:rPr>
          <w:lang w:eastAsia="zh-CN"/>
        </w:rPr>
        <w:br/>
      </w:r>
      <w:r>
        <w:rPr>
          <w:lang w:eastAsia="zh-CN"/>
        </w:rPr>
        <w:t>　　秋去冬来，雪花飘飘扬扬，不知不觉之中，已经过去了一学期，在过去的这几个月当中，我们宣传部的工作特色：是系学生会的窗口、传话筒，以校园宣传栏位平台，以油墨水彩为武器，用宣传栏和海报展现着精彩的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宣传部作为系学生会众多的部门当中的一个，因为宣传部本身的功能，决定了它不仅要遵循团委及主席团的旨意，而且要配合其他部门开展各种活动。所以不论怎样，宣传部总是充当着一个鼓号手，一个开路先锋的作用。</w:t>
      </w:r>
      <w:r>
        <w:rPr>
          <w:lang w:eastAsia="zh-CN"/>
        </w:rPr>
        <w:br/>
      </w:r>
      <w:r>
        <w:rPr>
          <w:lang w:eastAsia="zh-CN"/>
        </w:rPr>
        <w:t>　　20年的工作即将结束，自开学到现在得我的感觉就是忙!快!每个学期学校都会开展很多活动;活动工作就是最忙最累的时候，尤其是宣传部。但是在忙碌的工作当中，我们收获了不少，也成长了许多;虽然工作中免不了有挫折有缺陷。我们应当开展及参与活动，下面是一些方面的有关总结：</w:t>
      </w:r>
      <w:r>
        <w:rPr>
          <w:lang w:eastAsia="zh-CN"/>
        </w:rPr>
        <w:br/>
      </w:r>
      <w:r>
        <w:rPr>
          <w:lang w:eastAsia="zh-CN"/>
        </w:rPr>
        <w:t>　　第一，在常规工作方面，首先我们能够圆满完成工作任务，工作质量都达标!这个学期我们的主要工作有。</w:t>
      </w:r>
      <w:r>
        <w:rPr>
          <w:lang w:eastAsia="zh-CN"/>
        </w:rPr>
        <w:br/>
      </w:r>
      <w:r>
        <w:rPr>
          <w:lang w:eastAsia="zh-CN"/>
        </w:rPr>
        <w:t>　　1.协助其他部门出海报，做宣传。</w:t>
      </w:r>
      <w:r>
        <w:rPr>
          <w:lang w:eastAsia="zh-CN"/>
        </w:rPr>
        <w:br/>
      </w:r>
      <w:r>
        <w:rPr>
          <w:lang w:eastAsia="zh-CN"/>
        </w:rPr>
        <w:t>　　2.对宣传板，宣传栏的宣传工作。</w:t>
      </w:r>
      <w:r>
        <w:rPr>
          <w:lang w:eastAsia="zh-CN"/>
        </w:rPr>
        <w:br/>
      </w:r>
      <w:r>
        <w:rPr>
          <w:lang w:eastAsia="zh-CN"/>
        </w:rPr>
        <w:t>　　3.对活动报道，报道稿的及时处理。</w:t>
      </w:r>
      <w:r>
        <w:rPr>
          <w:lang w:eastAsia="zh-CN"/>
        </w:rPr>
        <w:br/>
      </w:r>
      <w:r>
        <w:rPr>
          <w:lang w:eastAsia="zh-CN"/>
        </w:rPr>
        <w:t>　　在这三个方面我们根据不同的问题采取了不同的对策，并取得了一定的成功：</w:t>
      </w:r>
      <w:r>
        <w:rPr>
          <w:lang w:eastAsia="zh-CN"/>
        </w:rPr>
        <w:br/>
      </w:r>
      <w:r>
        <w:rPr>
          <w:lang w:eastAsia="zh-CN"/>
        </w:rPr>
        <w:t>　　1.出海报，通知这一块，主要以海报的形式来告诉全校师生有关活动的一些举办时间、地点等。</w:t>
      </w:r>
      <w:r>
        <w:rPr>
          <w:lang w:eastAsia="zh-CN"/>
        </w:rPr>
        <w:br/>
      </w:r>
      <w:r>
        <w:rPr>
          <w:lang w:eastAsia="zh-CN"/>
        </w:rPr>
        <w:t>　　2.对宣传板，宣传栏的管理，通过宣传让大家更了解校方一些管理方针，活动举办详情，以及近期有关方针。</w:t>
      </w:r>
      <w:r>
        <w:rPr>
          <w:lang w:eastAsia="zh-CN"/>
        </w:rPr>
        <w:br/>
      </w:r>
      <w:r>
        <w:rPr>
          <w:lang w:eastAsia="zh-CN"/>
        </w:rPr>
        <w:t>　　3.对报道稿的处理，学校举报一些活动，报道员拍照，并对活动写报道，而且及时有效。</w:t>
      </w:r>
      <w:r>
        <w:rPr>
          <w:lang w:eastAsia="zh-CN"/>
        </w:rPr>
        <w:br/>
      </w:r>
      <w:r>
        <w:rPr>
          <w:lang w:eastAsia="zh-CN"/>
        </w:rPr>
        <w:t>　　第二，这个学期我们工作内容所设计之处：</w:t>
      </w:r>
      <w:r>
        <w:rPr>
          <w:lang w:eastAsia="zh-CN"/>
        </w:rPr>
        <w:br/>
      </w:r>
      <w:r>
        <w:rPr>
          <w:lang w:eastAsia="zh-CN"/>
        </w:rPr>
        <w:t>　　1.新生欢迎会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2.教师节晚会“明天会更好”</w:t>
      </w:r>
      <w:r>
        <w:rPr>
          <w:lang w:eastAsia="zh-CN"/>
        </w:rPr>
        <w:br/>
      </w:r>
      <w:r>
        <w:rPr>
          <w:lang w:eastAsia="zh-CN"/>
        </w:rPr>
        <w:t>　　3.扬正气，树新风主题班会</w:t>
      </w:r>
      <w:r>
        <w:rPr>
          <w:lang w:eastAsia="zh-CN"/>
        </w:rPr>
        <w:br/>
      </w:r>
      <w:r>
        <w:rPr>
          <w:lang w:eastAsia="zh-CN"/>
        </w:rPr>
        <w:t>　　4.大绳比赛</w:t>
      </w:r>
      <w:r>
        <w:rPr>
          <w:lang w:eastAsia="zh-CN"/>
        </w:rPr>
        <w:br/>
      </w:r>
      <w:r>
        <w:rPr>
          <w:lang w:eastAsia="zh-CN"/>
        </w:rPr>
        <w:t>　　5.对口班联谊</w:t>
      </w:r>
      <w:r>
        <w:rPr>
          <w:lang w:eastAsia="zh-CN"/>
        </w:rPr>
        <w:br/>
      </w:r>
      <w:r>
        <w:rPr>
          <w:lang w:eastAsia="zh-CN"/>
        </w:rPr>
        <w:t>　　6.青春诗朗诵大赛</w:t>
      </w:r>
      <w:r>
        <w:rPr>
          <w:lang w:eastAsia="zh-CN"/>
        </w:rPr>
        <w:br/>
      </w:r>
      <w:r>
        <w:rPr>
          <w:lang w:eastAsia="zh-CN"/>
        </w:rPr>
        <w:t>　　7.20级毕业汇报演出——“且行，且谢，且珍惜”</w:t>
      </w:r>
      <w:r>
        <w:rPr>
          <w:lang w:eastAsia="zh-CN"/>
        </w:rPr>
        <w:br/>
      </w:r>
      <w:r>
        <w:rPr>
          <w:lang w:eastAsia="zh-CN"/>
        </w:rPr>
        <w:t>　　8.“感恩有你”初数.1班团会</w:t>
      </w:r>
      <w:r>
        <w:rPr>
          <w:lang w:eastAsia="zh-CN"/>
        </w:rPr>
        <w:br/>
      </w:r>
      <w:r>
        <w:rPr>
          <w:lang w:eastAsia="zh-CN"/>
        </w:rPr>
        <w:t>　　9.系欢送毕业生文艺汇演——“追忆年华，放飞梦想”</w:t>
      </w:r>
      <w:r>
        <w:rPr>
          <w:lang w:eastAsia="zh-CN"/>
        </w:rPr>
        <w:br/>
      </w:r>
      <w:r>
        <w:rPr>
          <w:lang w:eastAsia="zh-CN"/>
        </w:rPr>
        <w:t>　　10.全神贯注，集中精神，备战考试</w:t>
      </w:r>
      <w:r>
        <w:rPr>
          <w:lang w:eastAsia="zh-CN"/>
        </w:rPr>
        <w:br/>
      </w:r>
      <w:r>
        <w:rPr>
          <w:lang w:eastAsia="zh-CN"/>
        </w:rPr>
        <w:t>　　第三，在宣传部本人的主要工作是写报道稿，主要写了以下报道稿：</w:t>
      </w:r>
      <w:r>
        <w:rPr>
          <w:lang w:eastAsia="zh-CN"/>
        </w:rPr>
        <w:br/>
      </w:r>
      <w:r>
        <w:rPr>
          <w:lang w:eastAsia="zh-CN"/>
        </w:rPr>
        <w:t>　　1.扬正气，树新风主题班会系报道</w:t>
      </w:r>
      <w:r>
        <w:rPr>
          <w:lang w:eastAsia="zh-CN"/>
        </w:rPr>
        <w:br/>
      </w:r>
      <w:r>
        <w:rPr>
          <w:lang w:eastAsia="zh-CN"/>
        </w:rPr>
        <w:t>　　2.大绳比赛系报道</w:t>
      </w:r>
      <w:r>
        <w:rPr>
          <w:lang w:eastAsia="zh-CN"/>
        </w:rPr>
        <w:br/>
      </w:r>
      <w:r>
        <w:rPr>
          <w:lang w:eastAsia="zh-CN"/>
        </w:rPr>
        <w:t>　　3.谊系报道</w:t>
      </w:r>
      <w:r>
        <w:rPr>
          <w:lang w:eastAsia="zh-CN"/>
        </w:rPr>
        <w:br/>
      </w:r>
      <w:r>
        <w:rPr>
          <w:lang w:eastAsia="zh-CN"/>
        </w:rPr>
        <w:t>　　4.诗朗诵大赛系报道</w:t>
      </w:r>
      <w:r>
        <w:rPr>
          <w:lang w:eastAsia="zh-CN"/>
        </w:rPr>
        <w:br/>
      </w:r>
      <w:r>
        <w:rPr>
          <w:lang w:eastAsia="zh-CN"/>
        </w:rPr>
        <w:t>　　5.20级毕业汇报演出系报道</w:t>
      </w:r>
      <w:r>
        <w:rPr>
          <w:lang w:eastAsia="zh-CN"/>
        </w:rPr>
        <w:br/>
      </w:r>
      <w:r>
        <w:rPr>
          <w:lang w:eastAsia="zh-CN"/>
        </w:rPr>
        <w:t>　　6.感恩有你初数.1班团会系报道</w:t>
      </w:r>
      <w:r>
        <w:rPr>
          <w:lang w:eastAsia="zh-CN"/>
        </w:rPr>
        <w:br/>
      </w:r>
      <w:r>
        <w:rPr>
          <w:lang w:eastAsia="zh-CN"/>
        </w:rPr>
        <w:t>　　7.系欢送毕业生文艺汇演系报道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回顾和总结这一学期的工作历程，尽管我工作不是很出色，和大家联系不是很多，希望大家多多谅解，但我深深感到，学生会组织举办的每一项活动，每一声喝彩好每一次微笑，无不包容着学校各级领导的关爱和鼓励，无不凝结着学生会每一位成员的智慧和汗水;离不开与我们风雨同舟，给我们悉心指导的老师们。离不开给予我们真诚理解与大力支持的同学，同时也离不开学校各职能部门对我们工作的关怀及支持。</w:t>
      </w:r>
      <w:r>
        <w:rPr>
          <w:lang w:eastAsia="zh-CN"/>
        </w:rPr>
        <w:br/>
      </w:r>
      <w:r>
        <w:rPr>
          <w:lang w:eastAsia="zh-CN"/>
        </w:rPr>
        <w:t>　　在过去的一学期里，我们经历过彩虹也经历了风雨，可是我任然坚信：在系团委的指导下，在宣传部长的带领下，在宣传部部员的共同努力下，在未来的日子里，我一定会做得更出色，赢得大家更多的信任。</w:t>
      </w:r>
      <w:r>
        <w:rPr>
          <w:lang w:eastAsia="zh-CN"/>
        </w:rPr>
        <w:br/>
      </w:r>
      <w:r>
        <w:rPr>
          <w:lang w:eastAsia="zh-CN"/>
        </w:rPr>
        <w:t xml:space="preserve">    2024年学生会宣传部年终工作总结 篇8 </w:t>
      </w:r>
      <w:r>
        <w:rPr>
          <w:lang w:eastAsia="zh-CN"/>
        </w:rPr>
        <w:br/>
      </w:r>
      <w:r>
        <w:rPr>
          <w:lang w:eastAsia="zh-CN"/>
        </w:rPr>
        <w:t>　　在社团联合会宣传部在团委老师及主席团的关心与指导下，在新一届部长们及新干事的共同努立下，取得了较优的成绩。现将宣传部近三个月的工作总结如下汇报：</w:t>
      </w:r>
      <w:r>
        <w:rPr>
          <w:lang w:eastAsia="zh-CN"/>
        </w:rPr>
        <w:br/>
      </w:r>
      <w:r>
        <w:rPr>
          <w:lang w:eastAsia="zh-CN"/>
        </w:rPr>
        <w:t>　　一.工作概况</w:t>
      </w:r>
      <w:r>
        <w:rPr>
          <w:lang w:eastAsia="zh-CN"/>
        </w:rPr>
        <w:br/>
      </w:r>
      <w:r>
        <w:rPr>
          <w:lang w:eastAsia="zh-CN"/>
        </w:rPr>
        <w:t>　　宣传部在近三个月的时间里以全面负责校社团联合会各项活动的宣传工作，并协助学生社团做好宣传工作，在积极行使各项宣传职能，规范管理学生社团的宣传活动的同时，继续发扬了社联人认真负责，吃苦耐劳，团结一致，相亲相爱的优良工作作风，坚持了服务于学生社团的健康发展，服务于广大学生的成长成才的宗旨。</w:t>
      </w:r>
      <w:r>
        <w:rPr>
          <w:lang w:eastAsia="zh-CN"/>
        </w:rPr>
        <w:br/>
      </w:r>
      <w:r>
        <w:rPr>
          <w:lang w:eastAsia="zh-CN"/>
        </w:rPr>
        <w:t>　　有条不紊的工作流程: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十月份：招新宣传活动结束，招新进入实质性阶段，通过两轮面试一轮笔试，社团联合会11级干事招新完美落幕，为社团联合会成功招纳一批具有工作热情具有责任心具有扎实技术基础的新干事，也为第八届社团文化暨科技活动节第四次版面设计大赛的前期筹备注入了新的血液。</w:t>
      </w:r>
      <w:r>
        <w:rPr>
          <w:lang w:eastAsia="zh-CN"/>
        </w:rPr>
        <w:br/>
      </w:r>
      <w:r>
        <w:rPr>
          <w:lang w:eastAsia="zh-CN"/>
        </w:rPr>
        <w:t>　　2.十一月份：新干事正式进入试用期阶段，22名优秀新干事成为宣传部新成员，宣传部为第八届社团文化暨科技活动第四次版面设计大赛做前期筹划，负责通知活动宣传版面制作、海报等工作等;积极协助其他部门为11月16日社团文化暨科技活动节启动仪式布置会场及相应的应急工作;与11月17至18日成功举办以青春校园，缤纷社团为主题的第四届版面设计大赛活动并确定此次设计大赛获奖名单;新干事对此次工作进行工作汇报;积极为社联九周年生日做准备：选报节目，布置会场，做会场幕布等;定期开展宣传部内部会议。</w:t>
      </w:r>
      <w:r>
        <w:rPr>
          <w:lang w:eastAsia="zh-CN"/>
        </w:rPr>
        <w:br/>
      </w:r>
      <w:r>
        <w:rPr>
          <w:lang w:eastAsia="zh-CN"/>
        </w:rPr>
        <w:t>　　二.工作体会及感悟</w:t>
      </w:r>
      <w:r>
        <w:rPr>
          <w:lang w:eastAsia="zh-CN"/>
        </w:rPr>
        <w:br/>
      </w:r>
      <w:r>
        <w:rPr>
          <w:lang w:eastAsia="zh-CN"/>
        </w:rPr>
        <w:t>　　11月19日第四届版面设计大赛完满结束，宣传部部长及副部长针对此次活动让各干事作了深刻的体会及感悟。内容如下：</w:t>
      </w:r>
      <w:r>
        <w:rPr>
          <w:lang w:eastAsia="zh-CN"/>
        </w:rPr>
        <w:br/>
      </w:r>
      <w:r>
        <w:rPr>
          <w:lang w:eastAsia="zh-CN"/>
        </w:rPr>
        <w:t>　　1.累并快乐着：据悉有百分之八十的干事提到此次活动时都表示疲惫，但他们却同时强调，这次活动让他们更快乐。</w:t>
      </w:r>
      <w:r>
        <w:rPr>
          <w:lang w:eastAsia="zh-CN"/>
        </w:rPr>
        <w:br/>
      </w:r>
      <w:r>
        <w:rPr>
          <w:lang w:eastAsia="zh-CN"/>
        </w:rPr>
        <w:t>　　2.成长很多，成熟很多：在被问及在社团联合会有什么体会及感悟时，成长很多，成熟很多成为高频词。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团队精神、责任感得到进一步发扬，在社联的这段日子里，是我在许昌学院这段时间里觉得最充实、最有意义的生活。因为在社联里我学到了很多不能从书本里学到的东西，比如团队精神、责任感、交际能力、主人翁精神等，这都让我觉得这是一笔无可估量的财富，也让我明白了工作无小事，事事不懈怠&amp;的道理不少干事如是说。</w:t>
      </w:r>
      <w:r>
        <w:rPr>
          <w:lang w:eastAsia="zh-CN"/>
        </w:rPr>
        <w:br/>
      </w:r>
      <w:r>
        <w:rPr>
          <w:lang w:eastAsia="zh-CN"/>
        </w:rPr>
        <w:t>　　三、工作不足及建议</w:t>
      </w:r>
      <w:r>
        <w:rPr>
          <w:lang w:eastAsia="zh-CN"/>
        </w:rPr>
        <w:br/>
      </w:r>
      <w:r>
        <w:rPr>
          <w:lang w:eastAsia="zh-CN"/>
        </w:rPr>
        <w:t>　　不足1.整体工作效率较低，开会缺席严重较严重，很多规章制度没有落到实处。</w:t>
      </w:r>
      <w:r>
        <w:rPr>
          <w:lang w:eastAsia="zh-CN"/>
        </w:rPr>
        <w:br/>
      </w:r>
      <w:r>
        <w:rPr>
          <w:lang w:eastAsia="zh-CN"/>
        </w:rPr>
        <w:t>　　2.工作经验不足，热情度不足，集体主义观念较弱，工作态度涣散，请假现象较多。</w:t>
      </w:r>
      <w:r>
        <w:rPr>
          <w:lang w:eastAsia="zh-CN"/>
        </w:rPr>
        <w:br/>
      </w:r>
      <w:r>
        <w:rPr>
          <w:lang w:eastAsia="zh-CN"/>
        </w:rPr>
        <w:t>　　3.缺乏胆量与激情，创新意识不强。</w:t>
      </w:r>
      <w:r>
        <w:rPr>
          <w:lang w:eastAsia="zh-CN"/>
        </w:rPr>
        <w:br/>
      </w:r>
      <w:r>
        <w:rPr>
          <w:lang w:eastAsia="zh-CN"/>
        </w:rPr>
        <w:t>　　建议：1.严格规章制度的执行与落实，事实责任制。</w:t>
      </w:r>
      <w:r>
        <w:rPr>
          <w:lang w:eastAsia="zh-CN"/>
        </w:rPr>
        <w:br/>
      </w:r>
      <w:r>
        <w:rPr>
          <w:lang w:eastAsia="zh-CN"/>
        </w:rPr>
        <w:t>　　2.对新干事加强培训，使其快速成长。</w:t>
      </w:r>
      <w:r>
        <w:rPr>
          <w:lang w:eastAsia="zh-CN"/>
        </w:rPr>
        <w:br/>
      </w:r>
      <w:r>
        <w:rPr>
          <w:lang w:eastAsia="zh-CN"/>
        </w:rPr>
        <w:t>　　3.对新干事进行思想道德教育，培养其责任心意识心。</w:t>
      </w:r>
      <w:r>
        <w:rPr>
          <w:lang w:eastAsia="zh-CN"/>
        </w:rPr>
        <w:br/>
      </w:r>
      <w:r>
        <w:rPr>
          <w:lang w:eastAsia="zh-CN"/>
        </w:rPr>
        <w:t>　　4.加强部长与干事，干事与干事之间沟通交流，让各干事找到自己的位置。</w:t>
      </w:r>
      <w:r>
        <w:rPr>
          <w:lang w:eastAsia="zh-CN"/>
        </w:rPr>
        <w:br/>
      </w:r>
      <w:r>
        <w:rPr>
          <w:lang w:eastAsia="zh-CN"/>
        </w:rPr>
        <w:t>　　四、工作展望</w:t>
      </w:r>
      <w:r>
        <w:rPr>
          <w:lang w:eastAsia="zh-CN"/>
        </w:rPr>
        <w:br/>
      </w:r>
      <w:r>
        <w:rPr>
          <w:lang w:eastAsia="zh-CN"/>
        </w:rPr>
        <w:t>　　短期：做好本学年的各项宣传工作。</w:t>
      </w:r>
      <w:r>
        <w:rPr>
          <w:lang w:eastAsia="zh-CN"/>
        </w:rPr>
        <w:br/>
      </w:r>
      <w:r>
        <w:rPr>
          <w:lang w:eastAsia="zh-CN"/>
        </w:rPr>
        <w:t>　　中期：提升社联宣传部的外部形象。</w:t>
      </w:r>
      <w:r>
        <w:rPr>
          <w:lang w:eastAsia="zh-CN"/>
        </w:rPr>
        <w:br/>
      </w:r>
      <w:r>
        <w:rPr>
          <w:lang w:eastAsia="zh-CN"/>
        </w:rPr>
        <w:t>　　长期：提升社联在校组织中的名誉与地位毫不动摇地坚持社联服务学生社团健康发展服务广大学生成长成才的宗旨。</w:t>
      </w:r>
      <w:r>
        <w:rPr>
          <w:lang w:eastAsia="zh-CN"/>
        </w:rPr>
        <w:br/>
      </w:r>
      <w:r>
        <w:rPr>
          <w:lang w:eastAsia="zh-CN"/>
        </w:rPr>
        <w:t xml:space="preserve">    2024年学生会宣传部年终工作总结 篇9 </w:t>
      </w:r>
      <w:r>
        <w:rPr>
          <w:lang w:eastAsia="zh-CN"/>
        </w:rPr>
        <w:br/>
      </w:r>
      <w:r>
        <w:rPr>
          <w:lang w:eastAsia="zh-CN"/>
        </w:rPr>
        <w:t>　　时光荏苒，白驹过隙。伴着明媚的阳光，我们又走过了一个学期，在这段时间里，我们的工作中有酸、有甜、有苦、有辣。不管是阳光明媚还是风雨交加，我们都一路携手前进，挥洒着青春，用我们的真诚去拥抱每一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总的来说，宣传部本学期能依照校团委宣传部和校学生会宣传部的要求和安排，各项工作在计划下顺利进行，业绩稳步前进，取得了具体成效。这是值得肯定的，但直言不讳的说我们的工作也存在一些问题，在以后的工作中我们会进一步改进，使得学生会的工作能够更好的开展。</w:t>
      </w:r>
      <w:r>
        <w:rPr>
          <w:lang w:eastAsia="zh-CN"/>
        </w:rPr>
        <w:br/>
      </w:r>
      <w:r>
        <w:rPr>
          <w:lang w:eastAsia="zh-CN"/>
        </w:rPr>
        <w:t>　　现将宣传部本学期大致工作汇报如下：</w:t>
      </w:r>
      <w:r>
        <w:rPr>
          <w:lang w:eastAsia="zh-CN"/>
        </w:rPr>
        <w:br/>
      </w:r>
      <w:r>
        <w:rPr>
          <w:lang w:eastAsia="zh-CN"/>
        </w:rPr>
        <w:t>　　（一）对学校有关活动的宣传报道</w:t>
      </w:r>
      <w:r>
        <w:rPr>
          <w:lang w:eastAsia="zh-CN"/>
        </w:rPr>
        <w:br/>
      </w:r>
      <w:r>
        <w:rPr>
          <w:lang w:eastAsia="zh-CN"/>
        </w:rPr>
        <w:t>　　1.在每月的宣传板报制作中，我部都会积极收集素材，在板报的版面设计、色彩搭配、格局分布等方面充分做到协调性、新颖性、观赏性的统一，从不同角度、不同侧面反映每期主题重要思想。</w:t>
      </w:r>
      <w:r>
        <w:rPr>
          <w:lang w:eastAsia="zh-CN"/>
        </w:rPr>
        <w:br/>
      </w:r>
      <w:r>
        <w:rPr>
          <w:lang w:eastAsia="zh-CN"/>
        </w:rPr>
        <w:t>　　2.宣传部是学生会的重要部门之一，承载着我系各项工作的对外宣传，是我系的对外窗口。我系的各大中小型活动做好对外宣传工作。采取出宣传板为主要形式，海报设计为辅的宣传手段。形式较为新颖，内容突出，能够很好得起到应有的宣传效果。</w:t>
      </w:r>
      <w:r>
        <w:rPr>
          <w:lang w:eastAsia="zh-CN"/>
        </w:rPr>
        <w:br/>
      </w:r>
      <w:r>
        <w:rPr>
          <w:lang w:eastAsia="zh-CN"/>
        </w:rPr>
        <w:t>　　3.上级通知和协助其他部门出海报，做宣传。这个学期我各个院系举办周末文化广场晚会，这个重要的宣传工作交给了我们宣传部做，要做到要全院的同学知道这是晚会，我们做了大量的工作。通过多次的宣传，我们对我们的工作有了一定的信心，我们也发现了我们的工作仍有很多欠缺的地方，很多不足，如我们考虑的不够全面等，我们以后会注意改进这些问题，来提高我们的工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4.对宣传，宣传海报的制作和管理，我们部门的一项重要工作就是向同学们传达上级领导和其他部门的活动通知，随时等候各部门的活动，为他们制作海报，向同学们宣传通知，让他们做好准备，积极参加。对于一些重要的活动，我们会制作宣传海报，能更形象生动的表现出活动的主题，吸引更多的同学参加，更好的丰富大家的业余生活。</w:t>
      </w:r>
      <w:r>
        <w:rPr>
          <w:lang w:eastAsia="zh-CN"/>
        </w:rPr>
        <w:br/>
      </w:r>
      <w:r>
        <w:rPr>
          <w:lang w:eastAsia="zh-CN"/>
        </w:rPr>
        <w:t>　　5.我们的主要工作——出海报。这两个学期我们学院举办了很多活动，我们部门可以说是有求必应的，出了多少海报，我们早就记不清了，也没法确切的说明，下面举几个代表性的工作：书法绘画、宿舍评比大赛、彩妆大赛、趣味运动会等。特别是在本学期举行的软件学院“第一届书法绘画大赛”中同学们都能积极参与，按时上交作品，而且上交的作品数目比预期中要多，充分体现了同学们对这次书法绘画大赛的热情。得奖作品反映出了学生们对评建工作的关心和支持，对学校提出了许多保贵意见，展现了大学生的精神风貌，取得了较好的成绩。</w:t>
      </w:r>
      <w:r>
        <w:rPr>
          <w:lang w:eastAsia="zh-CN"/>
        </w:rPr>
        <w:br/>
      </w:r>
      <w:r>
        <w:rPr>
          <w:lang w:eastAsia="zh-CN"/>
        </w:rPr>
        <w:t>　　（二）例会</w:t>
      </w:r>
      <w:r>
        <w:rPr>
          <w:lang w:eastAsia="zh-CN"/>
        </w:rPr>
        <w:br/>
      </w:r>
      <w:r>
        <w:rPr>
          <w:lang w:eastAsia="zh-CN"/>
        </w:rPr>
        <w:t>　　1.校宣传部例会</w:t>
      </w:r>
      <w:r>
        <w:rPr>
          <w:lang w:eastAsia="zh-CN"/>
        </w:rPr>
        <w:br/>
      </w:r>
      <w:r>
        <w:rPr>
          <w:lang w:eastAsia="zh-CN"/>
        </w:rPr>
        <w:t>　　我们每周二都会准时的参加校团委和校学生会的例会，并很好的做好会议记录，回去后很好的落实并实行。</w:t>
      </w:r>
      <w:r>
        <w:rPr>
          <w:lang w:eastAsia="zh-CN"/>
        </w:rPr>
        <w:br/>
      </w:r>
      <w:r>
        <w:rPr>
          <w:lang w:eastAsia="zh-CN"/>
        </w:rPr>
        <w:t>　　2.自己的例会</w:t>
      </w:r>
      <w:r>
        <w:rPr>
          <w:lang w:eastAsia="zh-CN"/>
        </w:rPr>
        <w:br/>
      </w:r>
      <w:r>
        <w:rPr>
          <w:lang w:eastAsia="zh-CN"/>
        </w:rPr>
        <w:t>　　我们每逢单周星期三中午都会召开我们自己院系的例会，在会上，我们对各班的宣传委员进行签到考核和上两周的工作总结并对他们两周的工作进行评价还向他们安排并介绍下两周的工作和加强内部交流，最后传达校团委和学生会宣传部的通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（三）配合组织部对团日活动的检查</w:t>
      </w:r>
      <w:r>
        <w:rPr>
          <w:lang w:eastAsia="zh-CN"/>
        </w:rPr>
        <w:br/>
      </w:r>
      <w:r>
        <w:rPr>
          <w:lang w:eastAsia="zh-CN"/>
        </w:rPr>
        <w:t>　　我们每周四下午都会配合组织部对进行团日活动的隔板进行检查，我宣传部主要是对前后板报的质量和创意进行打分，并能做到公平、公正、公开。</w:t>
      </w:r>
      <w:r>
        <w:rPr>
          <w:lang w:eastAsia="zh-CN"/>
        </w:rPr>
        <w:br/>
      </w:r>
      <w:r>
        <w:rPr>
          <w:lang w:eastAsia="zh-CN"/>
        </w:rPr>
        <w:t>　　（四）收集宣传稿</w:t>
      </w:r>
      <w:r>
        <w:rPr>
          <w:lang w:eastAsia="zh-CN"/>
        </w:rPr>
        <w:br/>
      </w:r>
      <w:r>
        <w:rPr>
          <w:lang w:eastAsia="zh-CN"/>
        </w:rPr>
        <w:t>　　在宣传稿的收集中，我院按时的收集手稿和电子稿并按量地向校团委宣传部提供稿件，并保证每次稿件的质量，想方设法提高稿件优秀率，对各班进行有效宣传，切实做到稿件的原创性，杜绝一切抄袭现象的发生。</w:t>
      </w:r>
      <w:r>
        <w:rPr>
          <w:lang w:eastAsia="zh-CN"/>
        </w:rPr>
        <w:br/>
      </w:r>
      <w:r>
        <w:rPr>
          <w:lang w:eastAsia="zh-CN"/>
        </w:rPr>
        <w:t>　　（五）部门会议</w:t>
      </w:r>
      <w:r>
        <w:rPr>
          <w:lang w:eastAsia="zh-CN"/>
        </w:rPr>
        <w:br/>
      </w:r>
      <w:r>
        <w:rPr>
          <w:lang w:eastAsia="zh-CN"/>
        </w:rPr>
        <w:t>　　每月本部门都召开部门总结会议，主要是总结本月的宣传工作及分配下月工作，部长告诉我们一些应该注意的地方及今后还需提高的方面。同时，教给我们一些我们的经验和技能，希望我们在工作中能发挥得更好！本部还制定了一份宣传工作条例，让个我们每个成员更了解自己的工作岗位及各项工作细则，使工作更好地进展。我们每月上交的部门总结及个人工作计划。</w:t>
      </w:r>
      <w:r>
        <w:rPr>
          <w:lang w:eastAsia="zh-CN"/>
        </w:rPr>
        <w:br/>
      </w:r>
      <w:r>
        <w:rPr>
          <w:lang w:eastAsia="zh-CN"/>
        </w:rPr>
        <w:t>　　（六）与班级的联系</w:t>
      </w:r>
      <w:r>
        <w:rPr>
          <w:lang w:eastAsia="zh-CN"/>
        </w:rPr>
        <w:br/>
      </w:r>
      <w:r>
        <w:rPr>
          <w:lang w:eastAsia="zh-CN"/>
        </w:rPr>
        <w:t>　　我们部会定期的对各班宣传委员召开例会，向他们传达上面的通知，并从他们那听取好的建议，做到上情下达，下情上知。将宣传工作做到实处。</w:t>
      </w:r>
      <w:r>
        <w:rPr>
          <w:lang w:eastAsia="zh-CN"/>
        </w:rPr>
        <w:br/>
      </w:r>
      <w:r>
        <w:rPr>
          <w:lang w:eastAsia="zh-CN"/>
        </w:rPr>
        <w:t>　　（七）.部内活动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宣传部本学期的活动主要有部门内部组织聚餐，聚会。通过这些活动使得成员之间有了很好的交流，加深了成员的感情，也让宣传部很好的走出部门，对外展示了部门的形象。</w:t>
      </w:r>
      <w:r>
        <w:rPr>
          <w:lang w:eastAsia="zh-CN"/>
        </w:rPr>
        <w:br/>
      </w:r>
      <w:r>
        <w:rPr>
          <w:lang w:eastAsia="zh-CN"/>
        </w:rPr>
        <w:t xml:space="preserve">    2024年学生会宣传部年终工作总结 篇10 </w:t>
      </w:r>
      <w:r>
        <w:rPr>
          <w:lang w:eastAsia="zh-CN"/>
        </w:rPr>
        <w:br/>
      </w:r>
      <w:r>
        <w:rPr>
          <w:lang w:eastAsia="zh-CN"/>
        </w:rPr>
        <w:t>　　本学期的工作既将结束，自开学到现在给人的第一感觉就是忙，第二就是快!每年的这个学期(上半年)都是学校开展活动最多，最活跃的时期;所以也是学生会工作最忙最累的时间，尤其是宣传部.但是在这忙碌的工作中我们也收获了不少，成长了很多;虽然工作中免不了有挫折缺陷.我们部门的成长可以从日常工作，开展及参与活动，部门管理三个方面来总结：</w:t>
      </w:r>
      <w:r>
        <w:rPr>
          <w:lang w:eastAsia="zh-CN"/>
        </w:rPr>
        <w:br/>
      </w:r>
      <w:r>
        <w:rPr>
          <w:lang w:eastAsia="zh-CN"/>
        </w:rPr>
        <w:t>　　在常规工作方面，首先我们能够圆满完成团委，学生会布置的工作任务，每个月的工作量都基本达标!这个学期我们部门做的主要工作有：1传达上级通知和协助其他部门出海报，做宣传;2对宣传板，宣传栏的管理;</w:t>
      </w:r>
      <w:r>
        <w:rPr>
          <w:lang w:eastAsia="zh-CN"/>
        </w:rPr>
        <w:br/>
      </w:r>
      <w:r>
        <w:rPr>
          <w:lang w:eastAsia="zh-CN"/>
        </w:rPr>
        <w:t>　　1、 出海报，2、 通知这一块，3、 通过与各班宣传委员的交流，4、 我们也采用了劳动责任承包制，5、 每次活动的海报由一个部员负责包下来，6、 由他联系部内人员做帮手完成工作任务.这样一来就很大的提高了部员的工作热情和积极性;既给了干事表现锻炼的机会，同7、 时部门内又形成了一种竞争意识.另一方面就是加强了干事间的联系，8、 促进了干事间的了解，9、 使整个部门更加团结有力!!</w:t>
      </w:r>
      <w:r>
        <w:rPr>
          <w:lang w:eastAsia="zh-CN"/>
        </w:rPr>
        <w:br/>
      </w:r>
      <w:r>
        <w:rPr>
          <w:lang w:eastAsia="zh-CN"/>
        </w:rPr>
        <w:t>　　2、</w:t>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对宣传板，宣传栏的管理，我们分派专门的人员兼以负责(同样要做其他的宣传工作).为管理得更好，保证宣传工作有条不紊的开展，我们还做了以下二步工作:a颁发相关的管理条例，明文规定要求借用宣传板须申请，登记，按时归还.b特别开了一次宣传联盟会议，号召大家一起来做营造宣传氛围，美化宣传环境的工作。</w:t>
      </w:r>
      <w:r>
        <w:rPr>
          <w:lang w:eastAsia="zh-CN"/>
        </w:rPr>
        <w:br/>
      </w:r>
      <w:r>
        <w:rPr>
          <w:lang w:eastAsia="zh-CN"/>
        </w:rPr>
        <w:t>　　本学期我们在工作中可以说是尽心尽力，始终坚持以服务他人超越自我为宗旨.这也赢得了其他部门的尊敬和支持，其中主席和体育部给我们部很大的帮助，也为我部解决了很多棘手的问题。</w:t>
      </w:r>
      <w:r>
        <w:rPr>
          <w:lang w:eastAsia="zh-CN"/>
        </w:rPr>
        <w:br/>
      </w:r>
      <w:r>
        <w:rPr>
          <w:lang w:eastAsia="zh-CN"/>
        </w:rPr>
        <w:t>　　开展活动方面，由于我们部门以服务为主的特殊性，本部门很少有时间开展自己的活动.我们部门在本学期协助我们学生会的每一个部门，如在文化艺术节期间我系开展的种种活动，虽不是我们部门主办，但我部门也积极帮忙，尽自己部门的一份绵薄之力;只要其他部门展开活动，我们一收到指示就积极出海报宣传，提高我系在学校的影响力。</w:t>
      </w:r>
      <w:r>
        <w:rPr>
          <w:lang w:eastAsia="zh-CN"/>
        </w:rPr>
        <w:br/>
      </w:r>
      <w:r>
        <w:rPr>
          <w:lang w:eastAsia="zh-CN"/>
        </w:rPr>
        <w:t>　　第三、协助生活部进行卫生检查，并及时公布检查成绩。我部积极配合生活部的卫生检查，并及时公布检查成绩，信息准、时间紧、不拖拉，为生活部工作的开展起到了一定的作用。</w:t>
      </w:r>
      <w:r>
        <w:rPr>
          <w:lang w:eastAsia="zh-CN"/>
        </w:rPr>
        <w:br/>
      </w:r>
      <w:r>
        <w:rPr>
          <w:lang w:eastAsia="zh-CN"/>
        </w:rPr>
        <w:t>　　回顾本学期宣传部的工作，虽然工作量大，任务较多，但我部上下同心协力，每个人动能以最大的热情投入到工作中去。因此，本学期宣传部工作进行的非常顺利，同时也受到了各部门的好评，而我们也得到了充分的锻炼，每个人都在工作中不断的成长起来。我们会在以后的工作中继续保持这样的工作态度，发扬宣传部不怕苦、累的工作精神，为系科尽到自己的一份力。</w:t>
      </w:r>
      <w:r>
        <w:rPr>
          <w:lang w:eastAsia="zh-CN"/>
        </w:rPr>
        <w:br/>
      </w:r>
      <w:r>
        <w:rPr>
          <w:lang w:eastAsia="zh-CN"/>
        </w:rPr>
        <w:t xml:space="preserve">    2024年学生会宣传部年终工作总结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自20__年6月，我部门历时一年的工作将全部结束。接下来，我们将围绕内部建设和业务能力培训，成果汇报，不足与展望四个方面，进行工作总结与汇报：</w:t>
      </w:r>
      <w:r>
        <w:rPr>
          <w:lang w:eastAsia="zh-CN"/>
        </w:rPr>
        <w:br/>
      </w:r>
      <w:r>
        <w:rPr>
          <w:lang w:eastAsia="zh-CN"/>
        </w:rPr>
        <w:t>　　一、宣传部内部技术建设</w:t>
      </w:r>
      <w:r>
        <w:rPr>
          <w:lang w:eastAsia="zh-CN"/>
        </w:rPr>
        <w:br/>
      </w:r>
      <w:r>
        <w:rPr>
          <w:lang w:eastAsia="zh-CN"/>
        </w:rPr>
        <w:t>　　培训干事业务能力。自20__年9月宣传部招新以来，我们一直重视干事的技术水平。因此，在招募时收纳了4名广告班，1名新闻班，1名文学班干事。在注重技术基础的前提下，均匀分配专业。干事的基础水平，为我们后期的培训打下良好的基础。在培训内容方面，我们将培训细化为海报平面宣传品、视频制作基础、新媒体微信平台运作和通讯拍摄注意事项四大部分。第一学期每周一次进行技术培训、布置作业和作业评价。作业包括主题海报设计、写推送文案、平台制作等。经过一年的学习培训与干事的努力学习，干事已经可以在保质保量的情况下，顺利完成宣传部的日常工作。</w:t>
      </w:r>
      <w:r>
        <w:rPr>
          <w:lang w:eastAsia="zh-CN"/>
        </w:rPr>
        <w:br/>
      </w:r>
      <w:r>
        <w:rPr>
          <w:lang w:eastAsia="zh-CN"/>
        </w:rPr>
        <w:t>　　二、宣传部内部文化建设</w:t>
      </w:r>
      <w:r>
        <w:rPr>
          <w:lang w:eastAsia="zh-CN"/>
        </w:rPr>
        <w:br/>
      </w:r>
      <w:r>
        <w:rPr>
          <w:lang w:eastAsia="zh-CN"/>
        </w:rPr>
        <w:t>　　营造和谐融洽氛围。过去一年内，宣传部注意内部文化建设，继续弘扬铁臂宣传部的内涵与精神。我们通过一系列活动拉近关系，营造和谐的内部工作气氛。这些活动包括，两周一次的例会，每周一次的技术培训;欢乐谷游玩;去中国传媒大学参观广告艺术设计展等等。在工作方面部门成员一丝不苟，不推卸责任，不无故推卸任务等;在私下生活上，部长干事关系亲密打成一片。通过以上方式的交流与接触。宣传部内部成员关系融洽，形成了你中有我，我中有你的良好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三、宣传部成果斐然</w:t>
      </w:r>
      <w:r>
        <w:rPr>
          <w:lang w:eastAsia="zh-CN"/>
        </w:rPr>
        <w:br/>
      </w:r>
      <w:r>
        <w:rPr>
          <w:lang w:eastAsia="zh-CN"/>
        </w:rPr>
        <w:t>　　宣传品质量逐步提高。36届宣传部在已有的高标准上继续提高自身宣传品水准。其中包括海报质量要求和微信推送标准细化。</w:t>
      </w:r>
      <w:r>
        <w:rPr>
          <w:lang w:eastAsia="zh-CN"/>
        </w:rPr>
        <w:br/>
      </w:r>
      <w:r>
        <w:rPr>
          <w:lang w:eastAsia="zh-CN"/>
        </w:rPr>
        <w:t>　　(一)一年的时间里，我们制作50余张各具特色的海报。今年，宣传部改变原有设计风格，在设计中加入更多元素和设计风格，为不同活动讲座设计各类海报，受到一致好评。</w:t>
      </w:r>
      <w:r>
        <w:rPr>
          <w:lang w:eastAsia="zh-CN"/>
        </w:rPr>
        <w:br/>
      </w:r>
      <w:r>
        <w:rPr>
          <w:lang w:eastAsia="zh-CN"/>
        </w:rPr>
        <w:t>　　(二)在微信公众平台运营方面，宣传部依靠大量有自身特色的内容吸引了大量用户。这些内容涉及面广阔，比如迎新招新期间推送新生报到技巧，入学须知，学生会部门介绍等;日常推送加入更原创内容，包括你与春天只有一张地铁票、听说军训与雨天更配哦、那些让你痛哭或偷笑的课程表、没开过地图炮的新生不是好新生和春晚吉祥物，我只能说你清新脱俗了等等优质原创内容。宣传部的在平台方面的硬性要求是：微信公众平台保证头条阅读量在200以上，每条推送的封面均要求原创美观。基于以上的高标准，取得了一定得成绩。在用户数量方面，平台的用户数量从约900人次，达到如今1500人次。除新生200人加入用户，还有400名学院外人士。可想及平台宣传的范围之广。在阅读数量方面，平均每篇阅读量达到200，尼格买提讲座推送创造了1992的好成绩。</w:t>
      </w:r>
      <w:r>
        <w:rPr>
          <w:lang w:eastAsia="zh-CN"/>
        </w:rPr>
        <w:br/>
      </w:r>
      <w:r>
        <w:rPr>
          <w:lang w:eastAsia="zh-CN"/>
        </w:rPr>
        <w:t>　　四、工作不足与建议展望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不足。本年工作的不足，主要表现在与其他部门对接方面。具体来说包括：沟通不足，导致平台与海报印刷这两方面，有时不能按期完成。整体的不足表现为，过分强调部门的技术性，忽略了宣传部门的思想引领性。</w:t>
      </w:r>
      <w:r>
        <w:rPr>
          <w:lang w:eastAsia="zh-CN"/>
        </w:rPr>
        <w:br/>
      </w:r>
      <w:r>
        <w:rPr>
          <w:lang w:eastAsia="zh-CN"/>
        </w:rPr>
        <w:t>　　(二)建议。海报制作建议(提前多少天说);平台文案交接，建议在当天5点前发至宣传部公邮;每项不同质的工作，建议部门内部有具体人员专门负责与对接。以防止信息交叠，任务布置重复等现象。总的来说，宣传部一年的工作较为顺利，虽有不足但确实取得了可喜可贺的成绩。宣传部长远的前途是光明的，期待此部门越来越好。</w:t>
      </w:r>
      <w:r>
        <w:rPr>
          <w:lang w:eastAsia="zh-CN"/>
        </w:rPr>
        <w:br/>
      </w:r>
      <w:r>
        <w:rPr>
          <w:lang w:eastAsia="zh-CN"/>
        </w:rPr>
        <w:t>　　关于学生会宣传部工作总结(2)</w:t>
      </w:r>
      <w:r>
        <w:rPr>
          <w:lang w:eastAsia="zh-CN"/>
        </w:rPr>
        <w:br/>
      </w:r>
      <w:r>
        <w:rPr>
          <w:lang w:eastAsia="zh-CN"/>
        </w:rPr>
        <w:t>　　这一学期来，大学生科协宣传部在团委老师和主席团的领导和带领下，在包括副会长、部长和所有委员的共同努力下，基本上完成了本部门的工作及任务，发挥了宣传、组织及协调等作用，得到了团委老师和主席团以及各职能部门的肯定，完成了学期之初制定的工作计划。我们每个人都收获到了很多东西，取得着各自的进步。每个人的付出与收获，换来了我们学院学生工作的新发展。我们很幸运在大学生科协宣传部的位子上为科协的成长建设出一份力。</w:t>
      </w:r>
      <w:r>
        <w:rPr>
          <w:lang w:eastAsia="zh-CN"/>
        </w:rPr>
        <w:br/>
      </w:r>
      <w:r>
        <w:rPr>
          <w:lang w:eastAsia="zh-CN"/>
        </w:rPr>
        <w:t>　　下面就宣传部在本学年开展的工作，进行总结：</w:t>
      </w:r>
      <w:r>
        <w:rPr>
          <w:lang w:eastAsia="zh-CN"/>
        </w:rPr>
        <w:br/>
      </w:r>
      <w:r>
        <w:rPr>
          <w:lang w:eastAsia="zh-CN"/>
        </w:rPr>
        <w:t>　　一、日常工作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宣传部的日常工作主要是协助大学生科协的各项活动制作相关展板海报和在校园网站博客中的宣传等相关工作。由于大学生科协是今年新成立的组织，而我自己也是今年首抓宣传部的工作，所以我在开展工作前积极向熟悉宣传工作的老部长咨询相关事项，大胆创新多与部员沟通设计内容与主题，使本学期的海报较之其它，在版面设计与色彩搭配等诸方面有明显的自己风格，对宣传起到了积极作用。从我接手到现在，宣传部的工作就是一直在进行中。总结起来真的有种不知从何说起的感觉，因为工作性质的差异，我们很少有自己的品牌活动，但是在同各部门配合的过程中，我想我们的认真和责任心就是我们的品牌。而我们的主要工作&amp;&amp;出海报，我们部门可以说是有求必应的。</w:t>
      </w:r>
      <w:r>
        <w:rPr>
          <w:lang w:eastAsia="zh-CN"/>
        </w:rPr>
        <w:br/>
      </w:r>
      <w:r>
        <w:rPr>
          <w:lang w:eastAsia="zh-CN"/>
        </w:rPr>
        <w:t>　　二、参加活动</w:t>
      </w:r>
      <w:r>
        <w:rPr>
          <w:lang w:eastAsia="zh-CN"/>
        </w:rPr>
        <w:br/>
      </w:r>
      <w:r>
        <w:rPr>
          <w:lang w:eastAsia="zh-CN"/>
        </w:rPr>
        <w:t>　　本学年本部门主要举办的活动较少，主要是协调其他部门活动期间，为其提供人力资源，更主要是负责活动期间的相关宣传活动，如舞会的布置、张贴海报、设计展板、现场摄影等。认真负责地对待每件工作并高效高质地完成了，本学期重中之重就是邯郸学院科技活动月，历时一个月时间举办大型活动十几场，其中大学生科协主管的活动就有三四个，而其中的重头戏就是首届科普知识竞赛。</w:t>
      </w:r>
      <w:r>
        <w:rPr>
          <w:lang w:eastAsia="zh-CN"/>
        </w:rPr>
        <w:br/>
      </w:r>
      <w:r>
        <w:rPr>
          <w:lang w:eastAsia="zh-CN"/>
        </w:rPr>
        <w:t>　　而在此次活动我们负责的是设计展板海报，为竞赛吸引广大师生的踊跃参加，并负责竞赛会场的相关布置，现场摄影，积极尽力做好我们分内的事。由于与其它部门沟通不足，还有部门内部沟通不及时。导致在会场布置上没能及时做完工作，给其他部门增加了压力，最终还是在比赛前做好了准备工作。我部部员在比赛过程中摄像拍照，记下许多精彩时刻，同时也得到锻炼和掌握了不少知识，更有甚者参加了竞赛活动并一举夺得了一等奖。最后在各位主席的颁奖仪式下首届科普知识竞赛圆满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宣传部本学期的活动主要还有部门内部组织聚餐，聚会。通过这些活动使得成员之间有了很好的交流，加深了成员的感情，也让宣传部很好的走出部门，对外展示了部门的形象。</w:t>
      </w:r>
      <w:r>
        <w:rPr>
          <w:lang w:eastAsia="zh-CN"/>
        </w:rPr>
        <w:br/>
      </w:r>
      <w:r>
        <w:rPr>
          <w:lang w:eastAsia="zh-CN"/>
        </w:rPr>
        <w:t>　　三、招新工作</w:t>
      </w:r>
      <w:r>
        <w:rPr>
          <w:lang w:eastAsia="zh-CN"/>
        </w:rPr>
        <w:br/>
      </w:r>
      <w:r>
        <w:rPr>
          <w:lang w:eastAsia="zh-CN"/>
        </w:rPr>
        <w:t>　　一个部门的发展总是需要新鲜血液的注入，才可以更长久更富有生命力。而我们大学生科协是新成立的组织，更是需要大量的人才。通过招新实现发展壮大本部门力量，更好地为同学们服务。在开学之初结合院学生会纳新的大背景，制作了相关介绍本组织的海报宣传板，面向全校学生进行了公开招新。在宣传部方面，由组织推荐和个人申请，我们共收到了二十余份竞聘表。经过初试和复试的竞聘演讲，我们最终录用了六名有较强书法绘画功底或文笔不错组织协调能力的大一新生。</w:t>
      </w:r>
      <w:r>
        <w:rPr>
          <w:lang w:eastAsia="zh-CN"/>
        </w:rPr>
        <w:br/>
      </w:r>
      <w:r>
        <w:rPr>
          <w:lang w:eastAsia="zh-CN"/>
        </w:rPr>
        <w:t>　　四、人员配备及工作情况</w:t>
      </w:r>
      <w:r>
        <w:rPr>
          <w:lang w:eastAsia="zh-CN"/>
        </w:rPr>
        <w:br/>
      </w:r>
      <w:r>
        <w:rPr>
          <w:lang w:eastAsia="zh-CN"/>
        </w:rPr>
        <w:t>　　本学期人员调整配备情况为：部长一名，委员四名是大一新生，并有一名副会长主抓一个部门。部内成员有良好的组织纪律性，工作认真负责。对于每个人具体工作分配问题，我们及时召开了部内的民主会，通过会议，大家互相认识，交流感情，为今后的工作打下了良好的基础。关于笔墨纸和颜料的使用，也对新委员提出了要求。经过一段时间的观察，在此方面，大家也都能做到爱惜不浪费。本学期也采购了一些纸笔等物品。第一届的宣传部人员的工作态度值得肯定，虽然是大一新生，刚参加工作经验不丰富，但在这段时间里，均能按质按量完成自己的任务，并且能大胆创新，运用丰富的色彩彰显我们大学生科协的风采。当然这得益于会长的悉心指导和部内全体成员的积极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以上是宣传部对上学期工作的总结，本学期的工作既将结束，也是宣传部工作的尾声了，在这一年的时间里，我们每个人都收获到了很多东西，取得着各自的进步。我很幸运在协会宣传部为协会的各项工作出一份力。可以这么说：这半年是累的半年，忙的半年，快乐的半年，收获的半年，难忘的半年。工作无小事，事事都不能懈怠。我们干事更要不断地提高自身的素质才能把我们的工作做得更好，才能更好地服务同学。在过去的学期里，我脚踏实地做了一些工作，对于好的方面做得出色，本部门会继续努力、在接在劢。</w:t>
      </w:r>
      <w:r>
        <w:rPr>
          <w:lang w:eastAsia="zh-CN"/>
        </w:rPr>
        <w:br/>
      </w:r>
      <w:r>
        <w:rPr>
          <w:lang w:eastAsia="zh-CN"/>
        </w:rPr>
        <w:t>　　但由于自己的水平和经验不足而导致部门还存在的缺点和不足，例如很多事情没有及时更新信息，对于我们的博客没有及时更新，没有去增加人气，这是我们的失职，对于每次大小活动的总结，没有及时认清这是我们的分内事，而导致通讯稿的断层，在即将结束本学期活动之前急忙去补救。宣传部会认真对待，查漏补缺找出解决问题的关键，不断的改进，不断地更新，为后来的工作做一个创新的准备，进一步提高本部门的工作效率，工作方法，工作质量，以井有序地做好宣传部各项工作及职责，有力的加强宣传力度。</w:t>
      </w:r>
      <w:r>
        <w:rPr>
          <w:lang w:eastAsia="zh-CN"/>
        </w:rPr>
        <w:br/>
      </w:r>
      <w:r>
        <w:rPr>
          <w:lang w:eastAsia="zh-CN"/>
        </w:rPr>
        <w:t xml:space="preserve">    2024年学生会宣传部年终工作总结 篇12 </w:t>
      </w:r>
      <w:r>
        <w:rPr>
          <w:lang w:eastAsia="zh-CN"/>
        </w:rPr>
        <w:br/>
      </w:r>
      <w:r>
        <w:rPr>
          <w:lang w:eastAsia="zh-CN"/>
        </w:rPr>
        <w:t>　　转眼间，又是一个学期将近尾声。在这三个月中，我们经管部团总支学生会举办了大大小小很多次的活动，我们宣传部积极配合各种活动的开展，这让我们部的大一新干事也得到了一次又一次的锻炼，他们在这一个学期中不断地提高，不断地成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工作中，我们是同事。经过了一学期的培养，大一新干事已经成功蜕变。他们已经不像刚开始那么畏惧，工作也没那么生疏。比如在学术部与文娱部共同承办的主持人大赛中，我们宣传部积极配合，完成了六份海报的制作与张贴，并且也让干事两次完成比赛现场黑板的布置工作，并且鼓励他们参与比赛，感受现场;在科技部承办的微操大赛中，我们不仅完成了三份高质量海报，并且在最后的决赛中参与了整场比赛，感受比赛现场的激烈，见证了我们学生会工作人员的团结与能力;在体育部的拔河比赛中，我们部的成员既是选手又是工作人员，他们全力比赛，自觉维持现场秩序，他们辛苦完成海报，努力保护自己的劳动成果;在一年一度的运动会中，我们鼓励干事参加方阵表演以及各种比赛项目来展示自己，也在运动会当天负责通讯报导的完成，在现场呐喊助威。在这一个学期中，我们帮助经管部党支部的一支部和二支部完成创先争优活动的海报宣传以及展板展示，并且在创先争优的活动中布置主报告厅，帮助活动顺利展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内部活动中，我们是一家人。啬园烧烤，我们自己动手，团结合作。在烧烤中体会到团结的力量与家庭的温暖;在游戏环节，整个学生会积极配合，在欢声笑语中认识学生会这个大家庭的成员，啬园烧烤促进了我们宣传部对内增进友谊，对外认识学生会各部成员，达到了活动的目的。内部联谊，我们部向大家展示了情景剧以及舞蹈。在前期排练中，大家克服种种困难，坚持每天晚上去地下车库排练，没有舞蹈基础，就多排多练，没有演戏天赋，就一遍又一遍的研究剧本，每个人都尽力做好自己的工作，并且主动帮助表演不到位的同学纠正动作，坚持就是胜利，我们部的舞蹈取得了满意的效果。内部活动的圆满成功，让我们的感情进一步升华，不断地熟悉，不断地默契。</w:t>
      </w:r>
      <w:r>
        <w:rPr>
          <w:lang w:eastAsia="zh-CN"/>
        </w:rPr>
        <w:br/>
      </w:r>
      <w:r>
        <w:rPr>
          <w:lang w:eastAsia="zh-CN"/>
        </w:rPr>
        <w:t>　　每周一次的例会，除了完成每周的工作布置以及一周工作总结之外，也是我们相互了解的重要机会，从一开始的分开落座到现在的团聚中间，从一开始的各玩各的到现在大家有话可说，可以看出我们部的氛围明显有了改善。除了工作，我们也在例会时间相互诉说生活学习中的小事情，相互帮助，相互促进，我们向他们传授经验，他们向我们提出问题，其乐融融。</w:t>
      </w:r>
      <w:r>
        <w:rPr>
          <w:lang w:eastAsia="zh-CN"/>
        </w:rPr>
        <w:br/>
      </w:r>
      <w:r>
        <w:rPr>
          <w:lang w:eastAsia="zh-CN"/>
        </w:rPr>
        <w:t>　　现在，学生会的工作已经接近尾声，工作量也明显减少，宣传部向学生会交了一份满意的答卷，我们争取在下学期有新的突破，让我们宣传部不仅是经管部团总支学生会对外展示的窗口，也是汇集创新和动力的重要部门。</w:t>
      </w:r>
      <w:r>
        <w:rPr>
          <w:lang w:eastAsia="zh-CN"/>
        </w:rPr>
        <w:br/>
      </w:r>
      <w:r>
        <w:rPr>
          <w:lang w:eastAsia="zh-CN"/>
        </w:rPr>
        <w:t xml:space="preserve">    2024年学生会宣传部年终工作总结 篇13 </w:t>
      </w:r>
      <w:r>
        <w:rPr>
          <w:lang w:eastAsia="zh-CN"/>
        </w:rPr>
        <w:br/>
      </w:r>
      <w:r>
        <w:rPr>
          <w:lang w:eastAsia="zh-CN"/>
        </w:rPr>
        <w:t>　　为了在去年的工作基础上再进一步，我作出了宣传部新学期的个人工作计划。内容如下：</w:t>
      </w:r>
      <w:r>
        <w:rPr>
          <w:lang w:eastAsia="zh-CN"/>
        </w:rPr>
        <w:br/>
      </w:r>
      <w:r>
        <w:rPr>
          <w:lang w:eastAsia="zh-CN"/>
        </w:rPr>
        <w:t>　　一、工作目标：</w:t>
      </w:r>
      <w:r>
        <w:rPr>
          <w:lang w:eastAsia="zh-CN"/>
        </w:rPr>
        <w:br/>
      </w:r>
      <w:r>
        <w:rPr>
          <w:lang w:eastAsia="zh-CN"/>
        </w:rPr>
        <w:t>　　1.加强宣传部的纽带作用，积极配合个方面的工作。</w:t>
      </w:r>
      <w:r>
        <w:rPr>
          <w:lang w:eastAsia="zh-CN"/>
        </w:rPr>
        <w:br/>
      </w:r>
      <w:r>
        <w:rPr>
          <w:lang w:eastAsia="zh-CN"/>
        </w:rPr>
        <w:t>　　加强各部门的联系，积极主动的行使宣传职能，为我校社联的宣传工作再添亮点;</w:t>
      </w:r>
      <w:r>
        <w:rPr>
          <w:lang w:eastAsia="zh-CN"/>
        </w:rPr>
        <w:br/>
      </w:r>
      <w:r>
        <w:rPr>
          <w:lang w:eastAsia="zh-CN"/>
        </w:rPr>
        <w:t>　　2.充分利用好展板，做好活动宣传工作，办好每一个重要节日的宣传版面;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3.把宣传部建设成一个人性化的温暖大家庭，融洽和谐的相处，真正做到“相亲相爱一家人”。</w:t>
      </w:r>
      <w:r>
        <w:rPr>
          <w:lang w:eastAsia="zh-CN"/>
        </w:rPr>
        <w:br/>
      </w:r>
      <w:r>
        <w:rPr>
          <w:lang w:eastAsia="zh-CN"/>
        </w:rPr>
        <w:t>　　二、加强部门自身建设和部门间的交流：</w:t>
      </w:r>
      <w:r>
        <w:rPr>
          <w:lang w:eastAsia="zh-CN"/>
        </w:rPr>
        <w:br/>
      </w:r>
      <w:r>
        <w:rPr>
          <w:lang w:eastAsia="zh-CN"/>
        </w:rPr>
        <w:t>　　1.严格要求自己，按照内部的规章制度办事，多听取他人的意见和建议，不骄不躁，努力提高自己的工作积极性，提高工作质量。</w:t>
      </w:r>
      <w:r>
        <w:rPr>
          <w:lang w:eastAsia="zh-CN"/>
        </w:rPr>
        <w:br/>
      </w:r>
      <w:r>
        <w:rPr>
          <w:lang w:eastAsia="zh-CN"/>
        </w:rPr>
        <w:t>　　2.积极与其他部门成员交往，了解其他部门信息，借鉴他人的好方法，协助其他部门工作的完成，以更好的起到宣传作用。把“高调做事，低调做人”牢记于心。</w:t>
      </w:r>
      <w:r>
        <w:rPr>
          <w:lang w:eastAsia="zh-CN"/>
        </w:rPr>
        <w:br/>
      </w:r>
      <w:r>
        <w:rPr>
          <w:lang w:eastAsia="zh-CN"/>
        </w:rPr>
        <w:t>　　3.认真做好每一次的会议记录，无论是社联例会还是部门内部会议。</w:t>
      </w:r>
      <w:r>
        <w:rPr>
          <w:lang w:eastAsia="zh-CN"/>
        </w:rPr>
        <w:br/>
      </w:r>
      <w:r>
        <w:rPr>
          <w:lang w:eastAsia="zh-CN"/>
        </w:rPr>
        <w:t>　　总结当时会议上大家的发言和后来的一些说话，写下自己的感想，努力向更高的层次提升自己。</w:t>
      </w:r>
      <w:r>
        <w:rPr>
          <w:lang w:eastAsia="zh-CN"/>
        </w:rPr>
        <w:br/>
      </w:r>
      <w:r>
        <w:rPr>
          <w:lang w:eastAsia="zh-CN"/>
        </w:rPr>
        <w:t>　　4.积极行使自己的职权，积极配合本部门的工作。要尽职尽则,要尽心尽力,要以饱满的热情,要以端正的态度去做好每一件工作.</w:t>
      </w:r>
      <w:r>
        <w:rPr>
          <w:lang w:eastAsia="zh-CN"/>
        </w:rPr>
        <w:br/>
      </w:r>
      <w:r>
        <w:rPr>
          <w:lang w:eastAsia="zh-CN"/>
        </w:rPr>
        <w:t>　　对于学校举办的一些活动，我们将全力对活动进行周密详细的策划，让同学们在第一时间里对每一次活动有深刻的了解，以利于他们能针对个人的能力充分展现自我。我部将积极的配合其他部的工作，团结各部以及各成员去应对本学期即将到来的挑战。在今后的工作中肯定会现很多困难，也会遇到很多大型的活动，但这些不是某个部所能独立完成的，它需要各部的亲密合作，它需要全体成员的共同努力。</w:t>
      </w:r>
      <w:r>
        <w:rPr>
          <w:lang w:eastAsia="zh-CN"/>
        </w:rPr>
        <w:br/>
      </w:r>
      <w:r>
        <w:rPr>
          <w:lang w:eastAsia="zh-CN"/>
        </w:rPr>
        <w:t xml:space="preserve">    2024年学生会宣传部年终工作总结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第一学期，通过过去一年，工作的点点滴滴时时在眼前隐现，回眸望去过去的一幕慕，在不知不觉中充实眼睑。似乎初进学校的记忆依然就在心头展现！而匆匆的一个学期又将结束。</w:t>
      </w:r>
      <w:r>
        <w:rPr>
          <w:lang w:eastAsia="zh-CN"/>
        </w:rPr>
        <w:br/>
      </w:r>
      <w:r>
        <w:rPr>
          <w:lang w:eastAsia="zh-CN"/>
        </w:rPr>
        <w:t>　　这个学期我们部门做的主要工作有：</w:t>
      </w:r>
      <w:r>
        <w:rPr>
          <w:lang w:eastAsia="zh-CN"/>
        </w:rPr>
        <w:br/>
      </w:r>
      <w:r>
        <w:rPr>
          <w:lang w:eastAsia="zh-CN"/>
        </w:rPr>
        <w:t>　　1、传达上级通知其他部门出海报，做宣传；</w:t>
      </w:r>
      <w:r>
        <w:rPr>
          <w:lang w:eastAsia="zh-CN"/>
        </w:rPr>
        <w:br/>
      </w:r>
      <w:r>
        <w:rPr>
          <w:lang w:eastAsia="zh-CN"/>
        </w:rPr>
        <w:t>　　2、对宣传板，宣传栏的管理；</w:t>
      </w:r>
      <w:r>
        <w:rPr>
          <w:lang w:eastAsia="zh-CN"/>
        </w:rPr>
        <w:br/>
      </w:r>
      <w:r>
        <w:rPr>
          <w:lang w:eastAsia="zh-CN"/>
        </w:rPr>
        <w:t>　　3、黑板报的评比工作三个方面.</w:t>
      </w:r>
      <w:r>
        <w:rPr>
          <w:lang w:eastAsia="zh-CN"/>
        </w:rPr>
        <w:br/>
      </w:r>
      <w:r>
        <w:rPr>
          <w:lang w:eastAsia="zh-CN"/>
        </w:rPr>
        <w:t>　　工作中出现不少的错误，困难重重，我们整个部门齐心上下一起面对各项的工作。我们也一直在招收新成员加入我们部门，目的使我们部门更加强大、工作效率更高。</w:t>
      </w:r>
      <w:r>
        <w:rPr>
          <w:lang w:eastAsia="zh-CN"/>
        </w:rPr>
        <w:br/>
      </w:r>
      <w:r>
        <w:rPr>
          <w:lang w:eastAsia="zh-CN"/>
        </w:rPr>
        <w:t>　　以过去为鉴，展望未来，在下一学期中，宣传部应继续发挥对外窗口作用，配合其他部门工作，及时准确的把各部门要开展的活动及各种有价值的信息以板报、海报等形式进行宣传，我部将加大宣传力度，拓宽宣传方式，吸取一直以来工作中积累的精华，舍弃糟粕。最后预祝下一年的招新工作顺利展开，我们将以全新的姿态迎接下一届新成员，争取取得更大的成绩。</w:t>
      </w:r>
      <w:r>
        <w:rPr>
          <w:lang w:eastAsia="zh-CN"/>
        </w:rPr>
        <w:br/>
      </w:r>
      <w:r>
        <w:rPr>
          <w:lang w:eastAsia="zh-CN"/>
        </w:rPr>
        <w:t xml:space="preserve">    2024年学生会宣传部年终工作总结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本学期的工作既将结束，自开学到现在给人的第一感觉是忙，第二就是快！每年的这个学期都是学校开展活动最多，最活跃的时期；所以也是学生会工作最忙最累的时间，尤其是宣传部。但是在这忙碌的工作中我们也收获了不少，成长了很多；虽然工作中免不了有挫折缺陷。我们部门的成长可以从日常工作，开展及参与活动，部门治理两个方面来总结：</w:t>
      </w:r>
      <w:r>
        <w:rPr>
          <w:lang w:eastAsia="zh-CN"/>
        </w:rPr>
        <w:br/>
      </w:r>
      <w:r>
        <w:rPr>
          <w:lang w:eastAsia="zh-CN"/>
        </w:rPr>
        <w:t>　　第一、在常规工作方面，首先我们能够圆满完成系里，团学布置的工作任务。这个学期我们部门做的主要工作有：一、传达上级通知和协助其他部门出海报，做宣传；二、舞台的设计、场地的布置；在这两个方面我们根据不同的问题采取了不同的对策，并取得了一定的成功。</w:t>
      </w:r>
      <w:r>
        <w:rPr>
          <w:lang w:eastAsia="zh-CN"/>
        </w:rPr>
        <w:br/>
      </w:r>
      <w:r>
        <w:rPr>
          <w:lang w:eastAsia="zh-CN"/>
        </w:rPr>
        <w:t>　　一、出海报，通知这一块，为了让同学们尽早的知道通知的活动动内容，宣传部在活动之前就将通知贴出，通知尽量写得简洁明了，让同学们一目了然。其中也有写出错别字，漏写等，但都得到了及时的改正</w:t>
      </w:r>
      <w:r>
        <w:rPr>
          <w:lang w:eastAsia="zh-CN"/>
        </w:rPr>
        <w:br/>
      </w:r>
      <w:r>
        <w:rPr>
          <w:lang w:eastAsia="zh-CN"/>
        </w:rPr>
        <w:t>　　本学期的海报：</w:t>
      </w:r>
      <w:r>
        <w:rPr>
          <w:lang w:eastAsia="zh-CN"/>
        </w:rPr>
        <w:br/>
      </w:r>
      <w:r>
        <w:rPr>
          <w:lang w:eastAsia="zh-CN"/>
        </w:rPr>
        <w:t>　　1、新老生交流会。</w:t>
      </w:r>
      <w:r>
        <w:rPr>
          <w:lang w:eastAsia="zh-CN"/>
        </w:rPr>
        <w:br/>
      </w:r>
      <w:r>
        <w:rPr>
          <w:lang w:eastAsia="zh-CN"/>
        </w:rPr>
        <w:t>　　2、干事招聘。</w:t>
      </w:r>
      <w:r>
        <w:rPr>
          <w:lang w:eastAsia="zh-CN"/>
        </w:rPr>
        <w:br/>
      </w:r>
      <w:r>
        <w:rPr>
          <w:lang w:eastAsia="zh-CN"/>
        </w:rPr>
        <w:t>　　3、全院运动会运动员报名。</w:t>
      </w:r>
      <w:r>
        <w:rPr>
          <w:lang w:eastAsia="zh-CN"/>
        </w:rPr>
        <w:br/>
      </w:r>
      <w:r>
        <w:rPr>
          <w:lang w:eastAsia="zh-CN"/>
        </w:rPr>
        <w:t>　　4、系篮球比赛。</w:t>
      </w:r>
      <w:r>
        <w:rPr>
          <w:lang w:eastAsia="zh-CN"/>
        </w:rPr>
        <w:br/>
      </w:r>
      <w:r>
        <w:rPr>
          <w:lang w:eastAsia="zh-CN"/>
        </w:rPr>
        <w:t>　　5、系女排招人。</w:t>
      </w:r>
      <w:r>
        <w:rPr>
          <w:lang w:eastAsia="zh-CN"/>
        </w:rPr>
        <w:br/>
      </w:r>
      <w:r>
        <w:rPr>
          <w:lang w:eastAsia="zh-CN"/>
        </w:rPr>
        <w:t>　　6、系篮球队招人。</w:t>
      </w:r>
      <w:r>
        <w:rPr>
          <w:lang w:eastAsia="zh-CN"/>
        </w:rPr>
        <w:br/>
      </w:r>
      <w:r>
        <w:rPr>
          <w:lang w:eastAsia="zh-CN"/>
        </w:rPr>
        <w:t>　　7、系足球队招人。</w:t>
      </w:r>
      <w:r>
        <w:rPr>
          <w:lang w:eastAsia="zh-CN"/>
        </w:rPr>
        <w:br/>
      </w:r>
      <w:r>
        <w:rPr>
          <w:lang w:eastAsia="zh-CN"/>
        </w:rPr>
        <w:t>　　8、换届大会。</w:t>
      </w:r>
      <w:r>
        <w:rPr>
          <w:lang w:eastAsia="zh-CN"/>
        </w:rPr>
        <w:br/>
      </w:r>
      <w:r>
        <w:rPr>
          <w:lang w:eastAsia="zh-CN"/>
        </w:rPr>
        <w:t>　　9、班歌齐唱活动。</w:t>
      </w:r>
      <w:r>
        <w:rPr>
          <w:lang w:eastAsia="zh-CN"/>
        </w:rPr>
        <w:br/>
      </w:r>
      <w:r>
        <w:rPr>
          <w:lang w:eastAsia="zh-CN"/>
        </w:rPr>
        <w:t>　　10、暖袜暖心田。</w:t>
      </w:r>
      <w:r>
        <w:rPr>
          <w:lang w:eastAsia="zh-CN"/>
        </w:rPr>
        <w:br/>
      </w:r>
      <w:r>
        <w:rPr>
          <w:lang w:eastAsia="zh-CN"/>
        </w:rPr>
        <w:t>　　11、六城联创启动仪式。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12、诚信考试。</w:t>
      </w:r>
      <w:r>
        <w:rPr>
          <w:lang w:eastAsia="zh-CN"/>
        </w:rPr>
        <w:br/>
      </w:r>
      <w:r>
        <w:rPr>
          <w:lang w:eastAsia="zh-CN"/>
        </w:rPr>
        <w:t>　　13、还有各种获奖名单公布等各种海报。</w:t>
      </w:r>
      <w:r>
        <w:rPr>
          <w:lang w:eastAsia="zh-CN"/>
        </w:rPr>
        <w:br/>
      </w:r>
      <w:r>
        <w:rPr>
          <w:lang w:eastAsia="zh-CN"/>
        </w:rPr>
        <w:t>　　二、对于团学各部要求做的宣传海报，我们都尽心尽力完成，得到了老师同学们的好评。按时整理宣传栏</w:t>
      </w:r>
      <w:r>
        <w:rPr>
          <w:lang w:eastAsia="zh-CN"/>
        </w:rPr>
        <w:br/>
      </w:r>
      <w:r>
        <w:rPr>
          <w:lang w:eastAsia="zh-CN"/>
        </w:rPr>
        <w:t>　　第二，开展活动方面，由于我们部门以服务为主，本部门很少有时间开展自己的活动，部门内部治理方面，首先严格按团学治理条例执行，同时采取了一些有效的措施，如定期开会谈谈个人工作感想。并加强宣传部与各部的关系。</w:t>
      </w:r>
      <w:r>
        <w:rPr>
          <w:lang w:eastAsia="zh-CN"/>
        </w:rPr>
        <w:br/>
      </w:r>
      <w:r>
        <w:rPr>
          <w:lang w:eastAsia="zh-CN"/>
        </w:rPr>
        <w:t>　　尽管如此，我们部门还是存在一些问题，工作中难免出现错误与缺陷；在一些细小的方面有待加强.总体而言，我们在工作中尽心尽力，始终坚持以服务他人超越自我为宗旨.本学期的工作是比较成功的，有大胆的创新尝试，有一步一个脚印的塌实认真与负责.相信我们宣传部将越来越好，我们一直在努力，在思考；我们相信有一份耕耘有一份收获。</w:t>
      </w:r>
      <w:r>
        <w:rPr>
          <w:lang w:eastAsia="zh-CN"/>
        </w:rPr>
        <w:br/>
      </w:r>
      <w:r>
        <w:rPr>
          <w:lang w:eastAsia="zh-CN"/>
        </w:rPr>
        <w:t xml:space="preserve">    2024年学生会宣传部年终工作总结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计算机学院学生会是在学院党委领导下，院团委直接指导下的全院性学生自治组织，它的主要功能在于建立党组织、学院与广大同学之间的纽带桥梁，动员和组织广大同学参与学院民主管理，配合和积极参与学院的学风建设。同时，院会在加强“自我管理、自我教育、自我服务、自我约束”的基础上，始终以“服务学院中心工作，服务同学成长成才”为宗旨，强化“正气、朝气、人气”的工作理念，围绕素质教育的主线，结合我院自身特色，组织开展多种形式的富于思想性、教育性的学术、实践、文体等活动，为提高中原大学生素质和繁荣我院文化贡献力量。学生会积极参加社会活动，不断加强和兄弟院系的合作，去年以来，在学院老师的带领下和全体学生会成员的共同努力下，计算机学院开展了形形色色的活动，丰富了同学们的课余生活，开阔了同学们的眼界，提高了同学们的社会实践能力。</w:t>
      </w:r>
      <w:r>
        <w:rPr>
          <w:lang w:eastAsia="zh-CN"/>
        </w:rPr>
        <w:br/>
      </w:r>
      <w:r>
        <w:rPr>
          <w:lang w:eastAsia="zh-CN"/>
        </w:rPr>
        <w:t>　　计算机学院学生会宣传部在院团委老师的正确指导下，在部长的辛勤带领下，我们这这一届的学生会成员积极融入学生会大家庭，与其他部门携手合作，共同为计算机学院全体学子服务，在辛苦的同时更充分的感受到了学生会的团结、和谐、奋进的精神与魅力所在，更坚定了我们在学生会干下去多做贡献的决心。非常感谢各位老师和主席团对我们工作的支持和信任，也感谢各个部门在这一学年中对本部门的大力支持和所提供的帮助。</w:t>
      </w:r>
      <w:r>
        <w:rPr>
          <w:lang w:eastAsia="zh-CN"/>
        </w:rPr>
        <w:br/>
      </w:r>
      <w:r>
        <w:rPr>
          <w:lang w:eastAsia="zh-CN"/>
        </w:rPr>
        <w:t>　　现对本年度宣传部的各项活动工作总结如下：</w:t>
      </w:r>
      <w:r>
        <w:rPr>
          <w:lang w:eastAsia="zh-CN"/>
        </w:rPr>
        <w:br/>
      </w:r>
      <w:r>
        <w:rPr>
          <w:lang w:eastAsia="zh-CN"/>
        </w:rPr>
        <w:t>　　(一)、在常规工作方面</w:t>
      </w:r>
      <w:r>
        <w:rPr>
          <w:lang w:eastAsia="zh-CN"/>
        </w:rPr>
        <w:br/>
      </w:r>
      <w:r>
        <w:rPr>
          <w:lang w:eastAsia="zh-CN"/>
        </w:rPr>
        <w:t>　　1.宣传部按时并按照职务规定参加每次会议，并采取多种形式宣传会议精神，为同学们了解学院会议精神提供有效渠道。</w:t>
      </w:r>
      <w:r>
        <w:rPr>
          <w:lang w:eastAsia="zh-CN"/>
        </w:rPr>
        <w:br/>
      </w:r>
      <w:r>
        <w:rPr>
          <w:lang w:eastAsia="zh-CN"/>
        </w:rPr>
        <w:t>　　2.我部秉承惯例，按照规定张贴海报，并且对海报的书写方面提出了更高的要求。学生会是一个较大的社团，从宣传部出去的宣传材料很大程度上都代表了学生会的形象。</w:t>
      </w:r>
      <w:r>
        <w:rPr>
          <w:lang w:eastAsia="zh-CN"/>
        </w:rPr>
        <w:br/>
      </w:r>
      <w:r>
        <w:rPr>
          <w:lang w:eastAsia="zh-CN"/>
        </w:rPr>
        <w:t>　　3. 我部按照规定使用展板，对展板的内容也有了新的要求，我们要求展板必须色彩鲜明，主题突出，艺术感强。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(二)、开展活动方面</w:t>
      </w:r>
      <w:r>
        <w:rPr>
          <w:lang w:eastAsia="zh-CN"/>
        </w:rPr>
        <w:br/>
      </w:r>
      <w:r>
        <w:rPr>
          <w:lang w:eastAsia="zh-CN"/>
        </w:rPr>
        <w:t>　　1. 在同各部门配合的过程中，我们的认真和责任心就是我们部的品牌。尤其在配合各部门举办各种活动上，我们宣传部始终如一的用积极认真的态度对待每一张板报及相关宣传布置</w:t>
      </w:r>
      <w:r>
        <w:rPr>
          <w:lang w:eastAsia="zh-CN"/>
        </w:rPr>
        <w:br/>
      </w:r>
      <w:r>
        <w:rPr>
          <w:lang w:eastAsia="zh-CN"/>
        </w:rPr>
        <w:t>　　2.在学校及学院的指导和带领下，举办了一些具有典型意义的活动，如棋艺大赛，趣味运动会，宿舍文化节等等。</w:t>
      </w:r>
      <w:r>
        <w:rPr>
          <w:lang w:eastAsia="zh-CN"/>
        </w:rPr>
        <w:br/>
      </w:r>
      <w:r>
        <w:rPr>
          <w:lang w:eastAsia="zh-CN"/>
        </w:rPr>
        <w:t>　　3.在学校的主要大型活动中我部更是表现突出，如在元旦晚会宣传和板报制作上，我部充分发挥了我院的特色以网络为主题设计了一系列的板报和海报，扩大了计算机学院的知名度和影响力。</w:t>
      </w:r>
      <w:r>
        <w:rPr>
          <w:lang w:eastAsia="zh-CN"/>
        </w:rPr>
        <w:br/>
      </w:r>
      <w:r>
        <w:rPr>
          <w:lang w:eastAsia="zh-CN"/>
        </w:rPr>
        <w:t>　　(三)、加强内部管理，培养先进团队</w:t>
      </w:r>
      <w:r>
        <w:rPr>
          <w:lang w:eastAsia="zh-CN"/>
        </w:rPr>
        <w:br/>
      </w:r>
      <w:r>
        <w:rPr>
          <w:lang w:eastAsia="zh-CN"/>
        </w:rPr>
        <w:t>　　1.我部在管理方面制定了内部规章制度，有较为严明的会议制度，我部平时严格要求部门成员，随时随地的教育，确保每一次工作任务都保质保量完成</w:t>
      </w:r>
      <w:r>
        <w:rPr>
          <w:lang w:eastAsia="zh-CN"/>
        </w:rPr>
        <w:br/>
      </w:r>
      <w:r>
        <w:rPr>
          <w:lang w:eastAsia="zh-CN"/>
        </w:rPr>
        <w:t>　　2. 能力培养方面，平时由副部长直接带领成员工作，主动向成员传授工作方法及经验，并授予他们一定的权利，让他们都有锻炼的机会。部长统筹各方面的工作，是负责连通我部和上级组织的桥梁。</w:t>
      </w:r>
      <w:r>
        <w:rPr>
          <w:lang w:eastAsia="zh-CN"/>
        </w:rPr>
        <w:br/>
      </w:r>
      <w:r>
        <w:rPr>
          <w:lang w:eastAsia="zh-CN"/>
        </w:rPr>
        <w:t>　　回顾一年的工作历程，点点滴滴不禁涌上心头，我们的工作取得过辉煌的成绩，为计算机学院的各项活动作出了突出的贡献。但这些成就毫不影响我们对今后工作的干劲，相信在新的一年里，在院团委老师和主席团的带领指导下，计算机学院宣传部将以崭新的面貌，锐意进取的风姿，为学院的各项工作作出更加突出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xml:space="preserve">    2024年学生会宣传部年终工作总结 篇17 </w:t>
      </w:r>
      <w:r>
        <w:rPr>
          <w:lang w:eastAsia="zh-CN"/>
        </w:rPr>
        <w:br/>
      </w:r>
      <w:r>
        <w:rPr>
          <w:lang w:eastAsia="zh-CN"/>
        </w:rPr>
        <w:t>　　时间过的很快，转眼间，学年已近快接近尾声，回首这一年我们走过的路，我想不管是部长还是干事，都会在这一年中收获了许多，也成长了许多。 校学生会宣传部为校学生会的门面，在每一次开展活动时，必须起一个先锋作用，因此宣传部是配合其他部门完成各项工作的重要部门，从流行风这样第一个大型活动，再到尾声的华水大舞台，每一次活动中都有宣传部每位成员的点滴付出。但不管怎样，在这一年中，宣传部各位成员本着全心全意为同学服务的宗旨，大家在一起努力完成自己分配的任务，更为配合其他部门开展各项工作。为本学年校学生会各项工作的顺利的开展中奉献了自己的力量。身为部长，先将本学年校学生会宣传部工作总结如下：</w:t>
      </w:r>
      <w:r>
        <w:rPr>
          <w:lang w:eastAsia="zh-CN"/>
        </w:rPr>
        <w:br/>
      </w:r>
      <w:r>
        <w:rPr>
          <w:lang w:eastAsia="zh-CN"/>
        </w:rPr>
        <w:t>　　本学年宣传部的工作主要有：新生迎新、校学生会招新、教师节送祝福、华水大讲堂宣传、东区杯足球赛宣传、流行风宣传，及现场布置、校礼仪大赛、每周三查字报、女生节系列活动、宿舍文化节宣传、爱我华水-迎校庆60周年海报设计大赛、东区杯宣传、华水大舞台等以及各项常规工作。其具体内容可分为一下几个方面：</w:t>
      </w:r>
      <w:r>
        <w:rPr>
          <w:lang w:eastAsia="zh-CN"/>
        </w:rPr>
        <w:br/>
      </w:r>
      <w:r>
        <w:rPr>
          <w:lang w:eastAsia="zh-CN"/>
        </w:rPr>
        <w:t>　　一、宣传部的改革：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由于宣传部工作的特殊性，也许宣传部是学生会各部门中最繁忙的部门之一，差不多每一项活动的开展都离不开选宣传部的身影。正是由于这种情况，宣传部在去年招新的时候，改变了往年的招新模式，扩招了部分会写文章和其他特长的人员，这些新成员的到来也为宣传部注入了新的力量，本部门在也进行了改革，由传统的画报组、字报组补充了三个新的小组：板报组，文字类组以及网络组，这三个小组的补充，改变了宣传部传统的宣传模式，也为达到一个更好的宣传效果起到一个积极促进的作用。同时，在联系各院、广播站，记者团等协会团体搞联合宣传方面我们也积极开展。当然在人事制度上，也做了相应的调整，让副部有更多的权利，这样大家在分工上也更加明确，办事时效力也就提上来了。</w:t>
      </w:r>
      <w:r>
        <w:rPr>
          <w:lang w:eastAsia="zh-CN"/>
        </w:rPr>
        <w:br/>
      </w:r>
      <w:r>
        <w:rPr>
          <w:lang w:eastAsia="zh-CN"/>
        </w:rPr>
        <w:t>　　二、各成员宣传技能的培养：</w:t>
      </w:r>
      <w:r>
        <w:rPr>
          <w:lang w:eastAsia="zh-CN"/>
        </w:rPr>
        <w:br/>
      </w:r>
      <w:r>
        <w:rPr>
          <w:lang w:eastAsia="zh-CN"/>
        </w:rPr>
        <w:t>　　宣传部是一个技术性的部门，每一位成员必须懂得基本的宣传技能，本学年，我们开展了对出海报技能的学习，把往年的海报拿过来让干事看，字报格式的培训等，在我们几位部长的指导下，干事们已基本懂得了各项宣传技能，从当初的不知所措到现在的有条不紊，这些都是他们的进步。我们积极拓展新的宣传途径，如论坛、贴吧等，让干事更加熟悉新的宣传方式的好处。</w:t>
      </w:r>
      <w:r>
        <w:rPr>
          <w:lang w:eastAsia="zh-CN"/>
        </w:rPr>
        <w:br/>
      </w:r>
      <w:r>
        <w:rPr>
          <w:lang w:eastAsia="zh-CN"/>
        </w:rPr>
        <w:t>　　三、各项宣传工作的开展：</w:t>
      </w:r>
      <w:r>
        <w:rPr>
          <w:lang w:eastAsia="zh-CN"/>
        </w:rPr>
        <w:br/>
      </w:r>
      <w:r>
        <w:rPr>
          <w:lang w:eastAsia="zh-CN"/>
        </w:rPr>
        <w:t>　　宣传部是校学生会开展各项活动的先锋，在每一次活动来临时，宣传部结合海报，板报、文字等宣传方式，让同学们更早的了解信息，如：流行风校园歌手大赛，我们为初赛、复赛、决赛都准备了一张特大号手绘海报，这每一张海报都是干事们精心设计出来的，还有教学楼处的黑板报，也是一个很不错的宣传。在会场布置方面，大家积极讨论，用自己的思想设计出好的方案，这些都达到了不错的效果。还有网络上的宣传，效果也比较好。</w:t>
      </w:r>
      <w:r>
        <w:rPr>
          <w:lang w:eastAsia="zh-CN"/>
        </w:rPr>
        <w:br/>
      </w:r>
      <w:r>
        <w:rPr>
          <w:lang w:eastAsia="zh-CN"/>
        </w:rPr>
        <w:t>　　四、上下学期工作布局调整：</w:t>
      </w:r>
      <w:r>
        <w:rPr>
          <w:lang w:eastAsia="zh-CN"/>
        </w:rPr>
        <w:br/>
      </w:r>
    </w:p>
    <w:p w:rsidR="001B1F19" w14:textId="27C3F48A">
      <w:pPr>
        <w:rPr>
          <w:rFonts w:hint="eastAsia"/>
          <w:lang w:eastAsia="zh-CN"/>
        </w:rPr>
      </w:pPr>
      <w:r>
        <w:rPr>
          <w:lang w:eastAsia="zh-CN"/>
        </w:rPr>
        <w:t>　　在本学年的上半学期，主要工作都为部长带领干事去做，下半学期，为了让干事更好的表现，大部分工作都让干事自己去完成，放开手，让干事承担更多的责任，让他们能独立的思考，独立的去做，真真做到在每一次活动中让他们有重大的收获。我想，这些为今后换届后宣传部的发展以及整个校学生会的发展都会有很重要的意义。</w:t>
      </w:r>
      <w:r>
        <w:rPr>
          <w:lang w:eastAsia="zh-CN"/>
        </w:rPr>
        <w:br/>
      </w:r>
      <w:r>
        <w:rPr>
          <w:lang w:eastAsia="zh-CN"/>
        </w:rPr>
        <w:t>　　五、独立开展本部特色活动：</w:t>
      </w:r>
      <w:r>
        <w:rPr>
          <w:lang w:eastAsia="zh-CN"/>
        </w:rPr>
        <w:br/>
      </w:r>
      <w:r>
        <w:rPr>
          <w:lang w:eastAsia="zh-CN"/>
        </w:rPr>
        <w:t>　　在本学年，宣传部打破往年本部不举办活动的习惯，围绕60周年校庆，开展了爱我华水-迎校庆海报设计大赛活动，此次活动规范了学校的海报设计，为大家提供了一个平台，更好地去展现自己的创新思维和集体智慧，也弘扬了尊校、爱校精神。</w:t>
      </w:r>
      <w:r>
        <w:rPr>
          <w:lang w:eastAsia="zh-CN"/>
        </w:rPr>
        <w:br/>
      </w:r>
      <w:r>
        <w:rPr>
          <w:lang w:eastAsia="zh-CN"/>
        </w:rPr>
        <w:t>　　六、学校海报宣传栏的规范管理</w:t>
      </w:r>
      <w:r>
        <w:rPr>
          <w:lang w:eastAsia="zh-CN"/>
        </w:rPr>
        <w:br/>
      </w:r>
      <w:r>
        <w:rPr>
          <w:lang w:eastAsia="zh-CN"/>
        </w:rPr>
        <w:t>　　在本学年，校宣传部通过定期召开各院系宣传部长会，对海报栏进行统一协商、规范化后。往年海报栏所出现的乱贴、乱盖、乱揭现象大为减少。有的社团协会海报出现问题，直接请我们校宣传部为其协商，我想这也是对咱的信任。说明咱在规范学校海报栏这块起到了带头作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https://d.book118.com/666144220153010044</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614422015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