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学校财务个人工作总结（34篇）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t xml:space="preserve">     </w:t>
      </w:r>
      <w:r>
        <w:rPr>
          <w:lang w:eastAsia="zh-CN"/>
        </w:rPr>
        <w:br/>
      </w:r>
      <w:r>
        <w:rPr>
          <w:lang w:eastAsia="zh-CN"/>
        </w:rPr>
        <w:t xml:space="preserve">    学校财务个人工作总结 篇8 </w:t>
      </w:r>
      <w:r>
        <w:rPr>
          <w:lang w:eastAsia="zh-CN"/>
        </w:rPr>
        <w:br/>
      </w:r>
      <w:r>
        <w:rPr>
          <w:lang w:eastAsia="zh-CN"/>
        </w:rPr>
        <w:t>　　在教育局和小学中心校的指导下，我校20__年在财务工作方面做了很多工作，获得了一定的成绩，同时也有不足之处，下面作以总结。</w:t>
      </w:r>
      <w:r>
        <w:rPr>
          <w:lang w:eastAsia="zh-CN"/>
        </w:rPr>
        <w:br/>
      </w:r>
      <w:r>
        <w:rPr>
          <w:lang w:eastAsia="zh-CN"/>
        </w:rPr>
        <w:t>　　一、脚踏实地，做好财务常常性工作</w:t>
      </w:r>
      <w:r>
        <w:rPr>
          <w:lang w:eastAsia="zh-CN"/>
        </w:rPr>
        <w:br/>
      </w:r>
      <w:r>
        <w:rPr>
          <w:lang w:eastAsia="zh-CN"/>
        </w:rPr>
        <w:t>　　健全民主理财小组，赋予相应的权益和义务，切实做好份内工作，不当摆设。</w:t>
      </w:r>
      <w:r>
        <w:rPr>
          <w:lang w:eastAsia="zh-CN"/>
        </w:rPr>
        <w:br/>
      </w:r>
      <w:r>
        <w:rPr>
          <w:lang w:eastAsia="zh-CN"/>
        </w:rPr>
        <w:t>　　开学前，提早准备好行政事业性收费收据，广泛宣传最新的收费标准，严格按教育局财政局物价局的要求规范收费。</w:t>
      </w:r>
      <w:r>
        <w:rPr>
          <w:lang w:eastAsia="zh-CN"/>
        </w:rPr>
        <w:br/>
      </w:r>
      <w:r>
        <w:rPr>
          <w:lang w:eastAsia="zh-CN"/>
        </w:rPr>
        <w:t>　　要按时记收入支出流水帐，随时与中心小学对帐，经费收支要在学校进行公示。要定期对学校帐目进行抽查或展评，接受教师的监督。</w:t>
      </w:r>
      <w:r>
        <w:rPr>
          <w:lang w:eastAsia="zh-CN"/>
        </w:rPr>
        <w:br/>
      </w:r>
      <w:r>
        <w:rPr>
          <w:lang w:eastAsia="zh-CN"/>
        </w:rPr>
        <w:t>　　积极为学校服务，开学后尽快收齐发票，尽快报帐，不影响学校的正常教育教学工作。</w:t>
      </w:r>
      <w:r>
        <w:rPr>
          <w:lang w:eastAsia="zh-CN"/>
        </w:rPr>
        <w:br/>
      </w:r>
      <w:r>
        <w:rPr>
          <w:lang w:eastAsia="zh-CN"/>
        </w:rPr>
        <w:t>　　每个月将学校收入支出结存等情形打印公布，便于教师核对。</w:t>
      </w:r>
      <w:r>
        <w:rPr>
          <w:lang w:eastAsia="zh-CN"/>
        </w:rPr>
        <w:br/>
      </w:r>
      <w:r>
        <w:rPr>
          <w:lang w:eastAsia="zh-CN"/>
        </w:rPr>
        <w:t>　　二、摸清家底，加强固定资产的管理</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本年，我们根据财政局、教育局的要求，全面核对、清算，对固定资产做了全面的登记，摸清了家底，并在此基础上建立了固定资产明细分类帐，增强了我校保护国有资产的意识，使固定资产的管理进入了正常化管理的轨道。</w:t>
      </w:r>
      <w:r>
        <w:rPr>
          <w:lang w:eastAsia="zh-CN"/>
        </w:rPr>
        <w:br/>
      </w:r>
      <w:r>
        <w:rPr>
          <w:lang w:eastAsia="zh-CN"/>
        </w:rPr>
        <w:t>　　以后再增加的固定资产，随时登记，并刻了固定资产管理章，让校长在发票上签字，引发重视，增强责任心。</w:t>
      </w:r>
      <w:r>
        <w:rPr>
          <w:lang w:eastAsia="zh-CN"/>
        </w:rPr>
        <w:br/>
      </w:r>
      <w:r>
        <w:rPr>
          <w:lang w:eastAsia="zh-CN"/>
        </w:rPr>
        <w:t>　　三、量入为出，增强收支按预算管理的意识</w:t>
      </w:r>
      <w:r>
        <w:rPr>
          <w:lang w:eastAsia="zh-CN"/>
        </w:rPr>
        <w:br/>
      </w:r>
      <w:r>
        <w:rPr>
          <w:lang w:eastAsia="zh-CN"/>
        </w:rPr>
        <w:t>　　根据小学中心校的要求，我校订未来一学期的收入，作详细的测算，对日常公务、教学业务、设备购置、校舍修理等几块支出根据学校规模作出最贴近实际的支出计划，逐级上报批准，并按预算实行。</w:t>
      </w:r>
      <w:r>
        <w:rPr>
          <w:lang w:eastAsia="zh-CN"/>
        </w:rPr>
        <w:br/>
      </w:r>
      <w:r>
        <w:rPr>
          <w:lang w:eastAsia="zh-CN"/>
        </w:rPr>
        <w:t>　　四、财务公布，加大对财务的监督力度</w:t>
      </w:r>
      <w:r>
        <w:rPr>
          <w:lang w:eastAsia="zh-CN"/>
        </w:rPr>
        <w:br/>
      </w:r>
      <w:r>
        <w:rPr>
          <w:lang w:eastAsia="zh-CN"/>
        </w:rPr>
        <w:t>　　我校要四上墙，一是民主理财小组要上墙，二是收费标准要上墙，三是贫困生减免名单要上墙，四是每个月收支情形要上墙。让财务工作公布、透亮，接受教师、学生、家长和社会的监督，不能流于情势。</w:t>
      </w:r>
      <w:r>
        <w:rPr>
          <w:lang w:eastAsia="zh-CN"/>
        </w:rPr>
        <w:br/>
      </w:r>
      <w:r>
        <w:rPr>
          <w:lang w:eastAsia="zh-CN"/>
        </w:rPr>
        <w:t>　　五、腿勤手勤，发挥核算和服务的.职能</w:t>
      </w:r>
      <w:r>
        <w:rPr>
          <w:lang w:eastAsia="zh-CN"/>
        </w:rPr>
        <w:br/>
      </w:r>
      <w:r>
        <w:rPr>
          <w:lang w:eastAsia="zh-CN"/>
        </w:rPr>
        <w:t>　　报帐员每个月按时将报表交给校长，使校长对我校的财务状态心中有数。同时，不怕麻烦，不怕多跑腿，争取让学校有票就可以报销。</w:t>
      </w:r>
      <w:r>
        <w:rPr>
          <w:lang w:eastAsia="zh-CN"/>
        </w:rPr>
        <w:br/>
      </w:r>
      <w:r>
        <w:rPr>
          <w:lang w:eastAsia="zh-CN"/>
        </w:rPr>
        <w:t>　　六、自我充电，提高自身业务素养</w:t>
      </w:r>
      <w:r>
        <w:rPr>
          <w:lang w:eastAsia="zh-CN"/>
        </w:rPr>
        <w:br/>
      </w:r>
      <w:r>
        <w:rPr>
          <w:lang w:eastAsia="zh-CN"/>
        </w:rPr>
        <w:t>　　常常通过各种情势进行业务学习，关注最新的财经制度的变化，学习相干的规章制度，学习新的农村义务教育学校预算编制，进行自我充电，工作中才不至于显现偏差。</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一年来，我校财务工作成绩很多，但更看重的是不足之处。下一年，我要在预算的编制、实行、财务公布等方面做好工作。</w:t>
      </w:r>
      <w:r>
        <w:rPr>
          <w:lang w:eastAsia="zh-CN"/>
        </w:rPr>
        <w:br/>
      </w:r>
      <w:r>
        <w:rPr>
          <w:lang w:eastAsia="zh-CN"/>
        </w:rPr>
        <w:t xml:space="preserve">    学校财务个人工作总结 篇9 </w:t>
      </w:r>
      <w:r>
        <w:rPr>
          <w:lang w:eastAsia="zh-CN"/>
        </w:rPr>
        <w:br/>
      </w:r>
      <w:r>
        <w:rPr>
          <w:lang w:eastAsia="zh-CN"/>
        </w:rPr>
        <w:t>　　时间如梭，转眼间又将跨过一个年度，在20__年中，在领导及同事们的帮助指导下，通过自身的努力，我个人无论是在敬业精神、思想境界,还是在业务素质、工作能力上都得到进一步提高，其工作总结如下：</w:t>
      </w:r>
      <w:r>
        <w:rPr>
          <w:lang w:eastAsia="zh-CN"/>
        </w:rPr>
        <w:br/>
      </w:r>
      <w:r>
        <w:rPr>
          <w:lang w:eastAsia="zh-CN"/>
        </w:rPr>
        <w:t>　　一、日常工作：</w:t>
      </w:r>
      <w:r>
        <w:rPr>
          <w:lang w:eastAsia="zh-CN"/>
        </w:rPr>
        <w:br/>
      </w:r>
      <w:r>
        <w:rPr>
          <w:lang w:eastAsia="zh-CN"/>
        </w:rPr>
        <w:t>　　1、收费</w:t>
      </w:r>
      <w:r>
        <w:rPr>
          <w:lang w:eastAsia="zh-CN"/>
        </w:rPr>
        <w:br/>
      </w:r>
      <w:r>
        <w:rPr>
          <w:lang w:eastAsia="zh-CN"/>
        </w:rPr>
        <w:t>　　2、依据现金收支单据编制收支日报、收入日报、收入月报及出纳帐，由会计员审核签名;</w:t>
      </w:r>
      <w:r>
        <w:rPr>
          <w:lang w:eastAsia="zh-CN"/>
        </w:rPr>
        <w:br/>
      </w:r>
      <w:r>
        <w:rPr>
          <w:lang w:eastAsia="zh-CN"/>
        </w:rPr>
        <w:t>　　3、清点库存现金;</w:t>
      </w:r>
      <w:r>
        <w:rPr>
          <w:lang w:eastAsia="zh-CN"/>
        </w:rPr>
        <w:br/>
      </w:r>
      <w:r>
        <w:rPr>
          <w:lang w:eastAsia="zh-CN"/>
        </w:rPr>
        <w:t>　　4、查询银行余额与帐面余额核对清楚，并查询已开发票的金额是否到帐;</w:t>
      </w:r>
      <w:r>
        <w:rPr>
          <w:lang w:eastAsia="zh-CN"/>
        </w:rPr>
        <w:br/>
      </w:r>
      <w:r>
        <w:rPr>
          <w:lang w:eastAsia="zh-CN"/>
        </w:rPr>
        <w:t>　　5、报销及借支;</w:t>
      </w:r>
      <w:r>
        <w:rPr>
          <w:lang w:eastAsia="zh-CN"/>
        </w:rPr>
        <w:br/>
      </w:r>
      <w:r>
        <w:rPr>
          <w:lang w:eastAsia="zh-CN"/>
        </w:rPr>
        <w:t>　　6、登手工银行日记账及现金日记账;</w:t>
      </w:r>
      <w:r>
        <w:rPr>
          <w:lang w:eastAsia="zh-CN"/>
        </w:rPr>
        <w:br/>
      </w:r>
      <w:r>
        <w:rPr>
          <w:lang w:eastAsia="zh-CN"/>
        </w:rPr>
        <w:t>　　7、支票.法人章及网上银行U盾的保管;</w:t>
      </w:r>
      <w:r>
        <w:rPr>
          <w:lang w:eastAsia="zh-CN"/>
        </w:rPr>
        <w:br/>
      </w:r>
      <w:r>
        <w:rPr>
          <w:lang w:eastAsia="zh-CN"/>
        </w:rPr>
        <w:t>　　8、工资的发放，制工资发放表(转账工资及现金工资)，核对员工的帐号与金额，开支票在银行转帐。</w:t>
      </w:r>
      <w:r>
        <w:rPr>
          <w:lang w:eastAsia="zh-CN"/>
        </w:rPr>
        <w:br/>
      </w:r>
      <w:r>
        <w:rPr>
          <w:lang w:eastAsia="zh-CN"/>
        </w:rPr>
        <w:t>　　二、工作感悟：</w:t>
      </w:r>
      <w:r>
        <w:rPr>
          <w:lang w:eastAsia="zh-CN"/>
        </w:rPr>
        <w:br/>
      </w:r>
      <w:r>
        <w:rPr>
          <w:lang w:eastAsia="zh-CN"/>
        </w:rPr>
        <w:t>　　1.学习、了解和掌握政策法规和学校财务制度，不断提高自己的政策水平。</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2.会计工作需要很强的操作技巧。用电脑、填支票、点钞票等都需要深厚的基本功。作为学校会计，不但要具备处理一般会计事物的财务会计专业基本知识，还要具备较强的数字运算能力。</w:t>
      </w:r>
      <w:r>
        <w:rPr>
          <w:lang w:eastAsia="zh-CN"/>
        </w:rPr>
        <w:br/>
      </w:r>
      <w:r>
        <w:rPr>
          <w:lang w:eastAsia="zh-CN"/>
        </w:rPr>
        <w:t>　　3.做好会计工作首先要热爱出纳工作，要有严谨细致的工作作风和职业道德。</w:t>
      </w:r>
      <w:r>
        <w:rPr>
          <w:lang w:eastAsia="zh-CN"/>
        </w:rPr>
        <w:br/>
      </w:r>
      <w:r>
        <w:rPr>
          <w:lang w:eastAsia="zh-CN"/>
        </w:rPr>
        <w:t>　　4.做为会计要有较强的安全意识，现金、有价证券、票据、各种印鉴，既要有内部的保管分工，各负其责，并相互牵制;也要有对外的保安措施，维护个人安全和学校的利益不受到损失。</w:t>
      </w:r>
      <w:r>
        <w:rPr>
          <w:lang w:eastAsia="zh-CN"/>
        </w:rPr>
        <w:br/>
      </w:r>
      <w:r>
        <w:rPr>
          <w:lang w:eastAsia="zh-CN"/>
        </w:rPr>
        <w:t>　　5.做为会计必须具备良好的职业道德修养，要热爱本职工作，精业、敬业，要竭力为本单位中心工作，为单位的总体利益、为全体职工服务，牢固的树立为人民服务的思想。</w:t>
      </w:r>
      <w:r>
        <w:rPr>
          <w:lang w:eastAsia="zh-CN"/>
        </w:rPr>
        <w:br/>
      </w:r>
      <w:r>
        <w:rPr>
          <w:lang w:eastAsia="zh-CN"/>
        </w:rPr>
        <w:t>　　三、总结的目的：</w:t>
      </w:r>
      <w:r>
        <w:rPr>
          <w:lang w:eastAsia="zh-CN"/>
        </w:rPr>
        <w:br/>
      </w:r>
      <w:r>
        <w:rPr>
          <w:lang w:eastAsia="zh-CN"/>
        </w:rPr>
        <w:t>　　回顾本年度的工作，自己感到仍有不少不足之处，在新的一年里我必须在工作中学习和努力提高业务技能，使自身的工作能力和工作效率得到了迅速提高，在以后的工作和学习中我还将不懈的努力和拼搏，做好自己的本职工作，为学校和全体教职工服务。在此，我要特别感谢学校领导和各位同仁在工作和生活中给予我的支持和关心，这是对我工作最大的肯定和鼓舞，我真诚的表示感谢!</w:t>
      </w:r>
      <w:r>
        <w:rPr>
          <w:lang w:eastAsia="zh-CN"/>
        </w:rPr>
        <w:br/>
      </w:r>
      <w:r>
        <w:rPr>
          <w:lang w:eastAsia="zh-CN"/>
        </w:rPr>
        <w:t xml:space="preserve">    学校财务个人工作总结 篇10 </w:t>
      </w:r>
      <w:r>
        <w:rPr>
          <w:lang w:eastAsia="zh-CN"/>
        </w:rPr>
        <w:br/>
      </w:r>
      <w:r>
        <w:rPr>
          <w:lang w:eastAsia="zh-CN"/>
        </w:rPr>
        <w:t>　　(一)只有摆正自己的位置，下功夫熟悉基本业务，才能尽快适自已的工作岗位;</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(二)只有主动融入集体，处理好各方面的关系，才能在新的环境中保持好的工作状态;</w:t>
      </w:r>
      <w:r>
        <w:rPr>
          <w:lang w:eastAsia="zh-CN"/>
        </w:rPr>
        <w:br/>
      </w:r>
      <w:r>
        <w:rPr>
          <w:lang w:eastAsia="zh-CN"/>
        </w:rPr>
        <w:t>　　(三)只有坚持原则落实制度，认真理材管账，才能履行好财务职责;</w:t>
      </w:r>
      <w:r>
        <w:rPr>
          <w:lang w:eastAsia="zh-CN"/>
        </w:rPr>
        <w:br/>
      </w:r>
      <w:r>
        <w:rPr>
          <w:lang w:eastAsia="zh-CN"/>
        </w:rPr>
        <w:t>　　(四)只有树立服务意识，加强沟通协调，才能把分内的工作做好;</w:t>
      </w:r>
      <w:r>
        <w:rPr>
          <w:lang w:eastAsia="zh-CN"/>
        </w:rPr>
        <w:br/>
      </w:r>
      <w:r>
        <w:rPr>
          <w:lang w:eastAsia="zh-CN"/>
        </w:rPr>
        <w:t>　　(五)只有保持心态平和，取人之长、补己之短，才能不断提高、取得进步。</w:t>
      </w:r>
      <w:r>
        <w:rPr>
          <w:lang w:eastAsia="zh-CN"/>
        </w:rPr>
        <w:br/>
      </w:r>
      <w:r>
        <w:rPr>
          <w:lang w:eastAsia="zh-CN"/>
        </w:rPr>
        <w:t>　　确立工作目标，加强协作</w:t>
      </w:r>
      <w:r>
        <w:rPr>
          <w:lang w:eastAsia="zh-CN"/>
        </w:rPr>
        <w:br/>
      </w:r>
      <w:r>
        <w:rPr>
          <w:lang w:eastAsia="zh-CN"/>
        </w:rPr>
        <w:t>　　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r>
        <w:rPr>
          <w:lang w:eastAsia="zh-CN"/>
        </w:rPr>
        <w:br/>
      </w:r>
      <w:r>
        <w:rPr>
          <w:lang w:eastAsia="zh-CN"/>
        </w:rPr>
        <w:t>　　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r>
        <w:rPr>
          <w:lang w:eastAsia="zh-CN"/>
        </w:rPr>
        <w:br/>
      </w:r>
      <w:r>
        <w:rPr>
          <w:lang w:eastAsia="zh-CN"/>
        </w:rPr>
        <w:t>　　2、实抓应收账款的管理，预防呆账，减少坏账。</w:t>
      </w:r>
      <w:r>
        <w:rPr>
          <w:lang w:eastAsia="zh-CN"/>
        </w:rPr>
        <w:br/>
      </w:r>
      <w:r>
        <w:rPr>
          <w:lang w:eastAsia="zh-CN"/>
        </w:rPr>
        <w:t>　　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学校财务个人工作总结 篇11 </w:t>
      </w:r>
      <w:r>
        <w:rPr>
          <w:lang w:eastAsia="zh-CN"/>
        </w:rPr>
        <w:br/>
      </w:r>
      <w:r>
        <w:rPr>
          <w:lang w:eastAsia="zh-CN"/>
        </w:rPr>
        <w:t>　　本年度，校区财务部围绕着校区、财务处工作重点，着重从增收节支、搞好服务等方面入手，做了以下几项工作：</w:t>
      </w:r>
      <w:r>
        <w:rPr>
          <w:lang w:eastAsia="zh-CN"/>
        </w:rPr>
        <w:br/>
      </w:r>
      <w:r>
        <w:rPr>
          <w:lang w:eastAsia="zh-CN"/>
        </w:rPr>
        <w:t>　　1、增收节支工作：为切实做好校区的增收节支工作，从年初编制校区执行预算着手，在保证校区重点支出的前提下，优先安排有利于校区“节能降耗”项目支出，先后安排投资20余万元，在学生宿舍楼安装磁卡水表、新上学生宿舍智能用电管理系统，上述项目的实施不仅为校区节约了大量的水电费支出，而且还培养了学生的节约意识;特别是学生宿舍智能用电管理系统的安装到位，不仅彻底杜绝了学生宿舍违章用电现象的发生，而且还消除了学生宿舍的安全隐患，效益非常明显;在校区设备采购及零星维修工程等项目的招投标过程中，严格把关，积极参与招投标谈判，千方百计追求设备的最佳性价比，力求使校区有限的资金发挥最大的效益;预算执行过程中，严格按预算办事，坚决杜绝超预算和无预算项目的支出，保证了校区执行预算的顺利完成;积极督促两系学团部门搞好学生收费工作，学生欠费率仅为0.77%是全校所有校区和学院中欠费率最低的;年底，在校区财务人手少、时间紧、任务重的情况下，按时完成了年终财务决算工作。</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服务工作：为给广大师生员工提供便捷的会计服务，本年度着重从提高职工服务意识和业务能力上入手，利用每周二政治学习时间加强职工政治思想教育和业务能力学习，以提高工作人员的服务意识和工作能力，获得了师生们的肯定，取得了良好的效果，为和谐校园建设做出了贡献;为保证在青岛校区购房的职工按时足额缴纳购房款，积极主动地为部分经济困难职工联系银行贷款，使他们能够顺利地交上购房款，解决了他们的后顾之忧，获得了职工的好评;还积极为学校科技开发项目办理免税手续，免交各类税款计5万余元。在完成日常的工作之外，还按时完成了学校及校区事业法人登记证的年检工作，完成了校区银行贷款卡和校办企业营业执照的年检工作。</w:t>
      </w:r>
      <w:r>
        <w:rPr>
          <w:lang w:eastAsia="zh-CN"/>
        </w:rPr>
        <w:br/>
      </w:r>
      <w:r>
        <w:rPr>
          <w:lang w:eastAsia="zh-CN"/>
        </w:rPr>
        <w:t>　　以上是一年来财务部工作中取得的一些成绩，当然也存在许多不足之处，比如：工作服务不到位、个别工作人员有时服务态度不尽人意等现象，需要今后注意加以改正。</w:t>
      </w:r>
      <w:r>
        <w:rPr>
          <w:lang w:eastAsia="zh-CN"/>
        </w:rPr>
        <w:br/>
      </w:r>
      <w:r>
        <w:rPr>
          <w:lang w:eastAsia="zh-CN"/>
        </w:rPr>
        <w:t>　　二、20__年工作计划</w:t>
      </w:r>
      <w:r>
        <w:rPr>
          <w:lang w:eastAsia="zh-CN"/>
        </w:rPr>
        <w:br/>
      </w:r>
      <w:r>
        <w:rPr>
          <w:lang w:eastAsia="zh-CN"/>
        </w:rPr>
        <w:t>　　20__年财务部将围绕校区和财务处工作重点，在完成日常的会计核算工作前提下，要着重做好以下几项工作：</w:t>
      </w:r>
      <w:r>
        <w:rPr>
          <w:lang w:eastAsia="zh-CN"/>
        </w:rPr>
        <w:br/>
      </w:r>
      <w:r>
        <w:rPr>
          <w:lang w:eastAsia="zh-CN"/>
        </w:rPr>
        <w:t>　　1、继续做好服务工作，为构建和谐校园建设做贡献。财务部门作为校区的一个窗口单位，在平时的工作中需要直接与校区广大师生打交道，工作人员的一言一行、服务态度如何直接关系着校区和谐校园的建设问题，因此做好服务工作是财务部门年度工作的第一要务，务必要做细做实。</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做好职工个人的筹融资工作：为解决青年教工的住房问题，校区启动了青年教工安居工程，预计年初就会有较大进展，因此广大职工都面临着住房集资款的筹集问题，特别是青年职工由于收入低又无积蓄，更需要学校帮助解决集资问题，需要财务部事先联系好贷款行，做好前期准备工作，这也是财务部20__年一项重要工作。</w:t>
      </w:r>
      <w:r>
        <w:rPr>
          <w:lang w:eastAsia="zh-CN"/>
        </w:rPr>
        <w:br/>
      </w:r>
      <w:r>
        <w:rPr>
          <w:lang w:eastAsia="zh-CN"/>
        </w:rPr>
        <w:t>　　3、做好校区的增收节支工作。主要是年初要从校区20__年执行预算的编制工作入手，坚持“统筹兼顾，保证重点，勤俭节约”的原则，科学合理配置资源，节约支出，以提高资金的使用效益;加强预算支出的管理工作，特别是各单位预算支出的控制管理工作，要严格按照预算规定的支出用途使用资金;同时也要做好校区年终财务决算工作和学生收费工作，做到应收尽收以确保学校预算的顺利完成。</w:t>
      </w:r>
      <w:r>
        <w:rPr>
          <w:lang w:eastAsia="zh-CN"/>
        </w:rPr>
        <w:br/>
      </w:r>
      <w:r>
        <w:rPr>
          <w:lang w:eastAsia="zh-CN"/>
        </w:rPr>
        <w:t>　　4、做好与财务有关的其他工作。</w:t>
      </w:r>
      <w:r>
        <w:rPr>
          <w:lang w:eastAsia="zh-CN"/>
        </w:rPr>
        <w:br/>
      </w:r>
      <w:r>
        <w:rPr>
          <w:lang w:eastAsia="zh-CN"/>
        </w:rPr>
        <w:t xml:space="preserve">    学校财务个人工作总结 篇12 </w:t>
      </w:r>
      <w:r>
        <w:rPr>
          <w:lang w:eastAsia="zh-CN"/>
        </w:rPr>
        <w:br/>
      </w:r>
      <w:r>
        <w:rPr>
          <w:lang w:eastAsia="zh-CN"/>
        </w:rPr>
        <w:t>　　20__年已过去，这一年学校严格按照上级的经费管理，抓好财务公开，用有限的资金为学校建设做了很多好事，确保了教育经费的使用效益和财务工作的健康发展，具体总结如下：</w:t>
      </w:r>
      <w:r>
        <w:rPr>
          <w:lang w:eastAsia="zh-CN"/>
        </w:rPr>
        <w:br/>
      </w:r>
      <w:r>
        <w:rPr>
          <w:lang w:eastAsia="zh-CN"/>
        </w:rPr>
        <w:t>　　一、为了增强学校财务管理的透明度，学校继续成立了财务管理领导小组。领导小组制定了年度学校财务管理工作计划，明确了工作目标和具体工作措施，同时学校先后制定了学校财务管理意见，校务公开实施方案。日常管理中做到分工明确、责任到人、制度严格、管理到位、监督有效。</w:t>
      </w:r>
      <w:r>
        <w:rPr>
          <w:lang w:eastAsia="zh-CN"/>
        </w:rPr>
        <w:br/>
      </w:r>
      <w:r>
        <w:rPr>
          <w:lang w:eastAsia="zh-CN"/>
        </w:rPr>
        <w:t>　　二、学校每年制订详尽务实的财务工作计划，认真做好财务预算、财务决算工作，细致审核每一笔会计业务，帐务处理正确清晰。加强财务核算和财务分析。及时做好会计档案工作，会计资料细致完整。</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三、严格收入和收费管理。学校严格按照财政部门的规定，杜绝乱收费现象，更无“私存”和“小金库”现象。</w:t>
      </w:r>
      <w:r>
        <w:rPr>
          <w:lang w:eastAsia="zh-CN"/>
        </w:rPr>
        <w:br/>
      </w:r>
      <w:r>
        <w:rPr>
          <w:lang w:eastAsia="zh-CN"/>
        </w:rPr>
        <w:t>　　四、抓好财务公开。学校在每月月底对本月收入，支出明细情况，及时公开，利用板面形式增加透明度。</w:t>
      </w:r>
      <w:r>
        <w:rPr>
          <w:lang w:eastAsia="zh-CN"/>
        </w:rPr>
        <w:br/>
      </w:r>
      <w:r>
        <w:rPr>
          <w:lang w:eastAsia="zh-CN"/>
        </w:rPr>
        <w:t>　　五、加强财务监管。学校经费支出均有一支笔审批、并有相关经手人验收人签字。学校能采取切实有效的措施，严格控制招待费支出。</w:t>
      </w:r>
      <w:r>
        <w:rPr>
          <w:lang w:eastAsia="zh-CN"/>
        </w:rPr>
        <w:br/>
      </w:r>
      <w:r>
        <w:rPr>
          <w:lang w:eastAsia="zh-CN"/>
        </w:rPr>
        <w:t>　　六、节约开支，进行校园美化、安装建设。一年来，我校利用有限的资金，购置了扩音设备，所有教室都按了防盗门，并将整个校园的围墙，窗户、大门等进行了粉刷，使整个校园焕然一新。</w:t>
      </w:r>
      <w:r>
        <w:rPr>
          <w:lang w:eastAsia="zh-CN"/>
        </w:rPr>
        <w:br/>
      </w:r>
      <w:r>
        <w:rPr>
          <w:lang w:eastAsia="zh-CN"/>
        </w:rPr>
        <w:t>　　总之，我校财务工作成绩不少，但更看重的是不足之处。下一年，我要在预算的编制、执行、财务公开等方面做好工作。</w:t>
      </w:r>
      <w:r>
        <w:rPr>
          <w:lang w:eastAsia="zh-CN"/>
        </w:rPr>
        <w:br/>
      </w:r>
      <w:r>
        <w:rPr>
          <w:lang w:eastAsia="zh-CN"/>
        </w:rPr>
        <w:t xml:space="preserve">    学校财务个人工作总结 篇13 </w:t>
      </w:r>
      <w:r>
        <w:rPr>
          <w:lang w:eastAsia="zh-CN"/>
        </w:rPr>
        <w:br/>
      </w:r>
      <w:r>
        <w:rPr>
          <w:lang w:eastAsia="zh-CN"/>
        </w:rPr>
        <w:t>　　20__年即将过云，回顾这一学期的工作，总结如下：</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一个学期本人负责学校财务工作以及培训教师的考勤工作。我爱岗敬业，扎实工作，能遵守学校的各项规章制度，严格遵守上下班打卡制度，从不迟到早退，有事履行请假手续，在工作中坚持原则，客观公正的处理问题；对财务工作做到实事求是，细心审核，加强监督，严格执行财务纪律，使学校财务工作规范化，制度化；对于不真实、不合规的'票据，敢于指出，确保财务的真实、合法、准确、完整，切实发挥财务的核算和监督作用。对于培训人员考勤，我认真记录，如实登记，尽管有许多不理解和怨言，但为了学校发展，我实事求是的按照原则办事。</w:t>
      </w:r>
      <w:r>
        <w:rPr>
          <w:lang w:eastAsia="zh-CN"/>
        </w:rPr>
        <w:br/>
      </w:r>
      <w:r>
        <w:rPr>
          <w:lang w:eastAsia="zh-CN"/>
        </w:rPr>
        <w:t>　　这一个学期以来，我任劳任怨，乐于吃苦，后勤事务比较繁杂，但我还是克服了各种困难，在工作中不计个人得失，不讲报酬，将领导分配的各项工作任务出色地完成。回顾过去的一这学期，虽然取得了一些成绩，但是还有很多不足之处，在今后的工作中，我会努力提高自己，严格要求自己，做好财务工作，树立学校财务工作形象。</w:t>
      </w:r>
      <w:r>
        <w:rPr>
          <w:lang w:eastAsia="zh-CN"/>
        </w:rPr>
        <w:br/>
      </w:r>
      <w:r>
        <w:rPr>
          <w:lang w:eastAsia="zh-CN"/>
        </w:rPr>
        <w:t xml:space="preserve">    学校财务个人工作总结 篇14 </w:t>
      </w:r>
      <w:r>
        <w:rPr>
          <w:lang w:eastAsia="zh-CN"/>
        </w:rPr>
        <w:br/>
      </w:r>
      <w:r>
        <w:rPr>
          <w:lang w:eastAsia="zh-CN"/>
        </w:rPr>
        <w:t>　　在学校党支部，校委会的正确领导下，在镇财政所的正确指导下，较好的完成了本学期的收支计划，保证了学校的日常工作的顺利进行，现将本学期的财务工作总结以下：</w:t>
      </w:r>
      <w:r>
        <w:rPr>
          <w:lang w:eastAsia="zh-CN"/>
        </w:rPr>
        <w:br/>
      </w:r>
      <w:r>
        <w:rPr>
          <w:lang w:eastAsia="zh-CN"/>
        </w:rPr>
        <w:t>　　一、努力学习，提高财会人员的政治素养。</w:t>
      </w:r>
      <w:r>
        <w:rPr>
          <w:lang w:eastAsia="zh-CN"/>
        </w:rPr>
        <w:br/>
      </w:r>
      <w:r>
        <w:rPr>
          <w:lang w:eastAsia="zh-CN"/>
        </w:rPr>
        <w:t>　　财务人员能自学的参加学校的一切政治学习，认真作好学习笔记，不断的提高财会知识和政策水平，能认真贯彻实行实行财务政策，方针、制度，使学校的财会工作能依照国家的政策、法令进行，从而保证财会工作顺利完成学校下达的`各项工作。</w:t>
      </w:r>
      <w:r>
        <w:rPr>
          <w:lang w:eastAsia="zh-CN"/>
        </w:rPr>
        <w:br/>
      </w:r>
      <w:r>
        <w:rPr>
          <w:lang w:eastAsia="zh-CN"/>
        </w:rPr>
        <w:t>　　二、积极工作，努力完成学校的后勤工作</w:t>
      </w:r>
      <w:r>
        <w:rPr>
          <w:lang w:eastAsia="zh-CN"/>
        </w:rPr>
        <w:br/>
      </w:r>
      <w:r>
        <w:rPr>
          <w:lang w:eastAsia="zh-CN"/>
        </w:rPr>
        <w:t>　　后勤工作将影响到学校的一切工作，学校制定了财务制度和上报审批程序，财会人员要做到账目清楚，下账要字迹工事下账时，对学校血口要做到细致明了，为学校要节省每一分钱，本学期积极配合学校完成了年度收支计划，为学校做好强有力的保证。</w:t>
      </w:r>
      <w:r>
        <w:rPr>
          <w:lang w:eastAsia="zh-CN"/>
        </w:rPr>
        <w:br/>
      </w:r>
      <w:r>
        <w:rPr>
          <w:lang w:eastAsia="zh-CN"/>
        </w:rPr>
        <w:t>　　三、查找差距，努力做好后勤工作</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本年度虽然完成学校的各项工作，但还存在一定差距，如：上缴财政各项款项后，申请却很困难，一时半晌申请不回来，耽误了学校的正常工作，使学校工作遭到一定的影响，要想工作做得好，要手勤、眼勤、多动脑筋，要替领导分担一些困难，把后勤工作做好。</w:t>
      </w:r>
      <w:r>
        <w:rPr>
          <w:lang w:eastAsia="zh-CN"/>
        </w:rPr>
        <w:br/>
      </w:r>
      <w:r>
        <w:rPr>
          <w:lang w:eastAsia="zh-CN"/>
        </w:rPr>
        <w:t xml:space="preserve">    学校财务个人工作总结 篇15 </w:t>
      </w:r>
      <w:r>
        <w:rPr>
          <w:lang w:eastAsia="zh-CN"/>
        </w:rPr>
        <w:br/>
      </w:r>
      <w:r>
        <w:rPr>
          <w:lang w:eastAsia="zh-CN"/>
        </w:rPr>
        <w:t>　　20__年春季学期就快要结束了，在这一学期的时间里，本人遵纪守法、认真学习、努力钻研、扎实工作，以勤勤恳恳、兢兢业业的态度对待本职工作，在财务岗位上发挥了应有的作用，做出了贡献。</w:t>
      </w:r>
      <w:r>
        <w:rPr>
          <w:lang w:eastAsia="zh-CN"/>
        </w:rPr>
        <w:br/>
      </w:r>
      <w:r>
        <w:rPr>
          <w:lang w:eastAsia="zh-CN"/>
        </w:rPr>
        <w:t>　　一、爱岗敬业、扎实工作、不怕困难、勇挑重担，热情服务，在本职岗位上发挥出应有的作用。</w:t>
      </w:r>
      <w:r>
        <w:rPr>
          <w:lang w:eastAsia="zh-CN"/>
        </w:rPr>
        <w:br/>
      </w:r>
      <w:r>
        <w:rPr>
          <w:lang w:eastAsia="zh-CN"/>
        </w:rPr>
        <w:t>　　1、坚持原则、客观公正、依法办事。</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r>
        <w:rPr>
          <w:lang w:eastAsia="zh-CN"/>
        </w:rPr>
        <w:br/>
      </w:r>
      <w:r>
        <w:rPr>
          <w:lang w:eastAsia="zh-CN"/>
        </w:rPr>
        <w:t>　　2、任劳任怨、乐于吃苦、甘于奉献。</w:t>
      </w:r>
      <w:r>
        <w:rPr>
          <w:lang w:eastAsia="zh-CN"/>
        </w:rPr>
        <w:br/>
      </w:r>
      <w:r>
        <w:rPr>
          <w:lang w:eastAsia="zh-CN"/>
        </w:rPr>
        <w:t>　　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r>
        <w:rPr>
          <w:lang w:eastAsia="zh-CN"/>
        </w:rPr>
        <w:br/>
      </w:r>
      <w:r>
        <w:rPr>
          <w:lang w:eastAsia="zh-CN"/>
        </w:rPr>
        <w:t>　　二、本学期主要完成的工作。</w:t>
      </w:r>
      <w:r>
        <w:rPr>
          <w:lang w:eastAsia="zh-CN"/>
        </w:rPr>
        <w:br/>
      </w:r>
      <w:r>
        <w:rPr>
          <w:lang w:eastAsia="zh-CN"/>
        </w:rPr>
        <w:t>　　在本学期主要完成的工作有：</w:t>
      </w:r>
      <w:r>
        <w:rPr>
          <w:lang w:eastAsia="zh-CN"/>
        </w:rPr>
        <w:br/>
      </w:r>
      <w:r>
        <w:rPr>
          <w:lang w:eastAsia="zh-CN"/>
        </w:rPr>
        <w:t>　　1、做好学期开学收费的工作。</w:t>
      </w:r>
      <w:r>
        <w:rPr>
          <w:lang w:eastAsia="zh-CN"/>
        </w:rPr>
        <w:br/>
      </w:r>
      <w:r>
        <w:rPr>
          <w:lang w:eastAsia="zh-CN"/>
        </w:rPr>
        <w:t>　　2、做好20__年秋季学期课书清退工作。</w:t>
      </w:r>
      <w:r>
        <w:rPr>
          <w:lang w:eastAsia="zh-CN"/>
        </w:rPr>
        <w:br/>
      </w:r>
      <w:r>
        <w:rPr>
          <w:lang w:eastAsia="zh-CN"/>
        </w:rPr>
        <w:t>　　3、做好每个月工资的发放及教职员工晋升工资的工作。</w:t>
      </w:r>
      <w:r>
        <w:rPr>
          <w:lang w:eastAsia="zh-CN"/>
        </w:rPr>
        <w:br/>
      </w:r>
      <w:r>
        <w:rPr>
          <w:lang w:eastAsia="zh-CN"/>
        </w:rPr>
        <w:t>　　4、办好教职工工作变动时医疗证及住房公积金的换证工作。</w:t>
      </w:r>
      <w:r>
        <w:rPr>
          <w:lang w:eastAsia="zh-CN"/>
        </w:rPr>
        <w:br/>
      </w:r>
      <w:r>
        <w:rPr>
          <w:lang w:eastAsia="zh-CN"/>
        </w:rPr>
        <w:t>　　5、做好黎卫权等名同志的入编及工资的发放。</w:t>
      </w:r>
      <w:r>
        <w:rPr>
          <w:lang w:eastAsia="zh-CN"/>
        </w:rPr>
        <w:br/>
      </w:r>
      <w:r>
        <w:rPr>
          <w:lang w:eastAsia="zh-CN"/>
        </w:rPr>
        <w:t>　　6、做好学校水电的日常的管理。</w:t>
      </w:r>
      <w:r>
        <w:rPr>
          <w:lang w:eastAsia="zh-CN"/>
        </w:rPr>
        <w:br/>
      </w:r>
      <w:r>
        <w:rPr>
          <w:lang w:eastAsia="zh-CN"/>
        </w:rPr>
        <w:t>　　7、做好学期财务报表的填写以及财务档案的管理。</w:t>
      </w:r>
      <w:r>
        <w:rPr>
          <w:lang w:eastAsia="zh-CN"/>
        </w:rPr>
        <w:br/>
      </w:r>
      <w:r>
        <w:rPr>
          <w:lang w:eastAsia="zh-CN"/>
        </w:rPr>
        <w:t>　　8、做好教职工住房公积金的填报工作。</w:t>
      </w:r>
      <w:r>
        <w:rPr>
          <w:lang w:eastAsia="zh-CN"/>
        </w:rPr>
        <w:br/>
      </w:r>
      <w:r>
        <w:rPr>
          <w:lang w:eastAsia="zh-CN"/>
        </w:rPr>
        <w:t>　　9、做好各种报表填报的工作。</w:t>
      </w:r>
      <w:r>
        <w:rPr>
          <w:lang w:eastAsia="zh-CN"/>
        </w:rPr>
        <w:br/>
      </w:r>
      <w:r>
        <w:rPr>
          <w:lang w:eastAsia="zh-CN"/>
        </w:rPr>
        <w:t>　　10、做好20__年秋季学期内宿生生活补助的发放。</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学校财务个人工作总结 篇16 </w:t>
      </w:r>
      <w:r>
        <w:rPr>
          <w:lang w:eastAsia="zh-CN"/>
        </w:rPr>
        <w:br/>
      </w:r>
      <w:r>
        <w:rPr>
          <w:lang w:eastAsia="zh-CN"/>
        </w:rPr>
        <w:t>　　20__年即将过去，一年来，自己在科领导和全体同事的关心、支持和帮助下，坚持自我严格要求、加强学习、踏实工作，在政治思想、工作学习等方面取得了不小的进步，下面把自己各方面的表现向领导和同事们作一下总结。</w:t>
      </w:r>
      <w:r>
        <w:rPr>
          <w:lang w:eastAsia="zh-CN"/>
        </w:rPr>
        <w:br/>
      </w:r>
      <w:r>
        <w:rPr>
          <w:lang w:eastAsia="zh-CN"/>
        </w:rPr>
        <w:t>　　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r>
        <w:rPr>
          <w:lang w:eastAsia="zh-CN"/>
        </w:rPr>
        <w:br/>
      </w:r>
      <w:r>
        <w:rPr>
          <w:lang w:eastAsia="zh-CN"/>
        </w:rPr>
        <w:t>　　在学习及文体活动方面。</w:t>
      </w:r>
      <w:r>
        <w:rPr>
          <w:lang w:eastAsia="zh-CN"/>
        </w:rPr>
        <w:br/>
      </w:r>
      <w:r>
        <w:rPr>
          <w:lang w:eastAsia="zh-CN"/>
        </w:rPr>
        <w:t>　　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二是积极参加局里组织的各项文体活动。其中，代表局机关三支部参加局里组织的羽毛球赛，获得团体第一名好成绩。另外，积极参加全市机关干部才艺大赛，也赢得了荣誉。</w:t>
      </w:r>
      <w:r>
        <w:rPr>
          <w:lang w:eastAsia="zh-CN"/>
        </w:rPr>
        <w:br/>
      </w:r>
      <w:r>
        <w:rPr>
          <w:lang w:eastAsia="zh-CN"/>
        </w:rPr>
        <w:t xml:space="preserve">    学校财务个人工作总结 篇17 </w:t>
      </w:r>
      <w:r>
        <w:rPr>
          <w:lang w:eastAsia="zh-CN"/>
        </w:rPr>
        <w:br/>
      </w:r>
      <w:r>
        <w:rPr>
          <w:lang w:eastAsia="zh-CN"/>
        </w:rPr>
        <w:t>　　20__很快就要过去了，又到了一年的总结时刻，这一年，我兢兢业业，不仅做好了自己本职工作，在佷多的方面都取得了成果，以下是我的总结：</w:t>
      </w:r>
      <w:r>
        <w:rPr>
          <w:lang w:eastAsia="zh-CN"/>
        </w:rPr>
        <w:br/>
      </w:r>
      <w:r>
        <w:rPr>
          <w:lang w:eastAsia="zh-CN"/>
        </w:rPr>
        <w:t>　　认真学习，提高自身业务素质</w:t>
      </w:r>
      <w:r>
        <w:rPr>
          <w:lang w:eastAsia="zh-CN"/>
        </w:rPr>
        <w:br/>
      </w:r>
      <w:r>
        <w:rPr>
          <w:lang w:eastAsia="zh-CN"/>
        </w:rPr>
        <w:t>　　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r>
        <w:rPr>
          <w:lang w:eastAsia="zh-CN"/>
        </w:rPr>
        <w:br/>
      </w:r>
      <w:r>
        <w:rPr>
          <w:lang w:eastAsia="zh-CN"/>
        </w:rPr>
        <w:t>　　任劳任怨，乐于奉献</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始终本着〞认真细致〞的态度来完成每一项工作。</w:t>
      </w:r>
      <w:r>
        <w:rPr>
          <w:lang w:eastAsia="zh-CN"/>
        </w:rPr>
        <w:br/>
      </w:r>
      <w:r>
        <w:rPr>
          <w:lang w:eastAsia="zh-CN"/>
        </w:rPr>
        <w:t>　　认真履行职责，服务于教育教学</w:t>
      </w:r>
      <w:r>
        <w:rPr>
          <w:lang w:eastAsia="zh-CN"/>
        </w:rPr>
        <w:br/>
      </w:r>
      <w:r>
        <w:rPr>
          <w:lang w:eastAsia="zh-CN"/>
        </w:rPr>
        <w:t>　　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r>
        <w:rPr>
          <w:lang w:eastAsia="zh-CN"/>
        </w:rPr>
        <w:br/>
      </w:r>
      <w:r>
        <w:rPr>
          <w:lang w:eastAsia="zh-CN"/>
        </w:rPr>
        <w:t xml:space="preserve">    学校财务个人工作总结 篇18 </w:t>
      </w:r>
      <w:r>
        <w:rPr>
          <w:lang w:eastAsia="zh-CN"/>
        </w:rPr>
        <w:br/>
      </w:r>
      <w:r>
        <w:rPr>
          <w:lang w:eastAsia="zh-CN"/>
        </w:rPr>
        <w:t>　　在学校党支部的正确领导下，在镇财政所的正确指导下，依靠全体教师共同努力，以求真务实，较好的完成了本学期的各项工作，保证了学校的日常工作的顺利进行，现将本学期的财务工作简要总结如下：</w:t>
      </w:r>
      <w:r>
        <w:rPr>
          <w:lang w:eastAsia="zh-CN"/>
        </w:rPr>
        <w:br/>
      </w:r>
      <w:r>
        <w:rPr>
          <w:lang w:eastAsia="zh-CN"/>
        </w:rPr>
        <w:t>　　一、合理安排收支预算，严格预算管理</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单位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r>
        <w:rPr>
          <w:lang w:eastAsia="zh-CN"/>
        </w:rPr>
        <w:br/>
      </w:r>
      <w:r>
        <w:rPr>
          <w:lang w:eastAsia="zh-CN"/>
        </w:rPr>
        <w:t>　　二、认真做好收费、结算工作</w:t>
      </w:r>
      <w:r>
        <w:rPr>
          <w:lang w:eastAsia="zh-CN"/>
        </w:rPr>
        <w:br/>
      </w:r>
      <w:r>
        <w:rPr>
          <w:lang w:eastAsia="zh-CN"/>
        </w:rPr>
        <w:t>　　收费是学校最为繁琐，也是政策的一项工作，为了做好这项工作，我们及早做好申报审批工作，做到收费的依据，严格执行收费标准。及时出具票据，期未做好结算工作，做到多退少不补，同时做好代收费“报告书”的上报。</w:t>
      </w:r>
      <w:r>
        <w:rPr>
          <w:lang w:eastAsia="zh-CN"/>
        </w:rPr>
        <w:br/>
      </w:r>
      <w:r>
        <w:rPr>
          <w:lang w:eastAsia="zh-CN"/>
        </w:rPr>
        <w:t>　　三、认真做好决算工作</w:t>
      </w:r>
      <w:r>
        <w:rPr>
          <w:lang w:eastAsia="zh-CN"/>
        </w:rPr>
        <w:br/>
      </w:r>
      <w:r>
        <w:rPr>
          <w:lang w:eastAsia="zh-CN"/>
        </w:rPr>
        <w:t>　　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r>
        <w:rPr>
          <w:lang w:eastAsia="zh-CN"/>
        </w:rPr>
        <w:br/>
      </w:r>
      <w:r>
        <w:rPr>
          <w:lang w:eastAsia="zh-CN"/>
        </w:rPr>
        <w:t>　　四、努力学习，提高财会人员的自身素质</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财务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r>
        <w:rPr>
          <w:lang w:eastAsia="zh-CN"/>
        </w:rPr>
        <w:br/>
      </w:r>
      <w:r>
        <w:rPr>
          <w:lang w:eastAsia="zh-CN"/>
        </w:rPr>
        <w:t>　　五、努力完成学校的后勤工作</w:t>
      </w:r>
      <w:r>
        <w:rPr>
          <w:lang w:eastAsia="zh-CN"/>
        </w:rPr>
        <w:br/>
      </w:r>
      <w:r>
        <w:rPr>
          <w:lang w:eastAsia="zh-CN"/>
        </w:rPr>
        <w:t>　　后勤工作将直接影响到学校的一切工作，搞好食堂更为重要，为此总在放学前拟定好下学期的伙食收费报表报局计划财务科，严格执行计划财务科核定的标准收取。本着服务于学生目的，规范伙食成本，控制伙食利润，按规定时间上报食堂报表。</w:t>
      </w:r>
      <w:r>
        <w:rPr>
          <w:lang w:eastAsia="zh-CN"/>
        </w:rPr>
        <w:br/>
      </w:r>
      <w:r>
        <w:rPr>
          <w:lang w:eastAsia="zh-CN"/>
        </w:rPr>
        <w:t>　　总之，在__年，财务工作取得了一定成绩，这与学校党支部的正确领导是分开的，在新的一年里，一定更加努力，发杨成绩，改正不足，勤奋务实、开拓进取，为学校建设与发展出谋划策。</w:t>
      </w:r>
      <w:r>
        <w:rPr>
          <w:lang w:eastAsia="zh-CN"/>
        </w:rPr>
        <w:br/>
      </w:r>
      <w:r>
        <w:rPr>
          <w:lang w:eastAsia="zh-CN"/>
        </w:rPr>
        <w:t xml:space="preserve">    学校财务个人工作总结 篇19 </w:t>
      </w:r>
      <w:r>
        <w:rPr>
          <w:lang w:eastAsia="zh-CN"/>
        </w:rPr>
        <w:br/>
      </w:r>
      <w:r>
        <w:rPr>
          <w:lang w:eastAsia="zh-CN"/>
        </w:rPr>
        <w:t>　　一、脚踏实地，做好财务经常性工作</w:t>
      </w:r>
      <w:r>
        <w:rPr>
          <w:lang w:eastAsia="zh-CN"/>
        </w:rPr>
        <w:br/>
      </w:r>
      <w:r>
        <w:rPr>
          <w:lang w:eastAsia="zh-CN"/>
        </w:rPr>
        <w:t>　　健全民主理财小组，赋予相应的权利和义务，切实做好份内工作，不当摆设。</w:t>
      </w:r>
      <w:r>
        <w:rPr>
          <w:lang w:eastAsia="zh-CN"/>
        </w:rPr>
        <w:br/>
      </w:r>
      <w:r>
        <w:rPr>
          <w:lang w:eastAsia="zh-CN"/>
        </w:rPr>
        <w:t>　　开学前，提前准备好行政事业性收费收据，广泛宣传最新的收费标准，严格按教育局财政局物价局的要求规范收费。</w:t>
      </w:r>
      <w:r>
        <w:rPr>
          <w:lang w:eastAsia="zh-CN"/>
        </w:rPr>
        <w:br/>
      </w:r>
      <w:r>
        <w:rPr>
          <w:lang w:eastAsia="zh-CN"/>
        </w:rPr>
        <w:t>　　对贫困生减免课本款，向社会公示减免名单，给各校刻制了减免书款专用章，将国家减免的课本全部盖齐。</w:t>
      </w:r>
      <w:r>
        <w:rPr>
          <w:lang w:eastAsia="zh-CN"/>
        </w:rPr>
        <w:br/>
      </w:r>
      <w:r>
        <w:rPr>
          <w:lang w:eastAsia="zh-CN"/>
        </w:rPr>
        <w:t>　　要求各基层小学要按时记收入支出流水帐，随时与中心小学对帐，经费收支要在学校进行公示。下一步要定期对各校帐目进行抽查或展评，使互相学习、共同进步。</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积极为学校服务，开学后尽快收齐各校发票，尽快报帐，不影响学校的正常教育教学工作。</w:t>
      </w:r>
      <w:r>
        <w:rPr>
          <w:lang w:eastAsia="zh-CN"/>
        </w:rPr>
        <w:br/>
      </w:r>
      <w:r>
        <w:rPr>
          <w:lang w:eastAsia="zh-CN"/>
        </w:rPr>
        <w:t>　　每月中心小学将各校收入支出结存等情况打印公布，便于各校报帐员核对。</w:t>
      </w:r>
      <w:r>
        <w:rPr>
          <w:lang w:eastAsia="zh-CN"/>
        </w:rPr>
        <w:br/>
      </w:r>
      <w:r>
        <w:rPr>
          <w:lang w:eastAsia="zh-CN"/>
        </w:rPr>
        <w:t>　　二、摸清家底，加强固定资产的管理</w:t>
      </w:r>
      <w:r>
        <w:rPr>
          <w:lang w:eastAsia="zh-CN"/>
        </w:rPr>
        <w:br/>
      </w:r>
      <w:r>
        <w:rPr>
          <w:lang w:eastAsia="zh-CN"/>
        </w:rPr>
        <w:t>　　本年，我们依据财政局、教育局的要求，全面核查、清理，对固定资产做了全面的登记，摸清了家底，并在此基础上建立了固定资产明细分类帐，增强了各校保护国有资产的意识，使固定资产的管理进入了正常化管理的轨道。</w:t>
      </w:r>
      <w:r>
        <w:rPr>
          <w:lang w:eastAsia="zh-CN"/>
        </w:rPr>
        <w:br/>
      </w:r>
      <w:r>
        <w:rPr>
          <w:lang w:eastAsia="zh-CN"/>
        </w:rPr>
        <w:t>　　以后再增加的固定资产，随时登记，并刻了固定资产管理章，要求该单位的负责人在发票上签字，引起重视，增强责任心。</w:t>
      </w:r>
      <w:r>
        <w:rPr>
          <w:lang w:eastAsia="zh-CN"/>
        </w:rPr>
        <w:br/>
      </w:r>
      <w:r>
        <w:rPr>
          <w:lang w:eastAsia="zh-CN"/>
        </w:rPr>
        <w:t>　　同时，希望上级业务部门制定出统一的固定资产正常损毁的核减的制度。</w:t>
      </w:r>
      <w:r>
        <w:rPr>
          <w:lang w:eastAsia="zh-CN"/>
        </w:rPr>
        <w:br/>
      </w:r>
      <w:r>
        <w:rPr>
          <w:lang w:eastAsia="zh-CN"/>
        </w:rPr>
        <w:t>　　三、量入为出，增强收支按预算管理的意识</w:t>
      </w:r>
      <w:r>
        <w:rPr>
          <w:lang w:eastAsia="zh-CN"/>
        </w:rPr>
        <w:br/>
      </w:r>
      <w:r>
        <w:rPr>
          <w:lang w:eastAsia="zh-CN"/>
        </w:rPr>
        <w:t>　　根据教育局财政局的要求，各校对未来一学期的收入，作详细的测算，对日常公务、教学业务、设备购置、校舍维修等几块支出根据学校规模作出最贴近实际的支出计划，逐级上报批准，并按预算执行。</w:t>
      </w:r>
      <w:r>
        <w:rPr>
          <w:lang w:eastAsia="zh-CN"/>
        </w:rPr>
        <w:br/>
      </w:r>
      <w:r>
        <w:rPr>
          <w:lang w:eastAsia="zh-CN"/>
        </w:rPr>
        <w:t>　　这项工作在实际执行中，有些学校考虑不太周全，某些项目实际执行与预算相差较大。以后我们预算时要做到更加周密。</w:t>
      </w:r>
      <w:r>
        <w:rPr>
          <w:lang w:eastAsia="zh-CN"/>
        </w:rPr>
        <w:br/>
      </w:r>
      <w:r>
        <w:rPr>
          <w:lang w:eastAsia="zh-CN"/>
        </w:rPr>
        <w:t>　　四、财务公开，加大对财务的监督力度</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要求各校要“四上墙”，一是民主理财小组要上墙，二是收费标准要上墙，三是贫困生减免名单要上墙，四是每月收支情况要上墙。让财务工作公开、透明，接受教师、学生、家长和社会的监督，不能流于形式。</w:t>
      </w:r>
      <w:r>
        <w:rPr>
          <w:lang w:eastAsia="zh-CN"/>
        </w:rPr>
        <w:br/>
      </w:r>
      <w:r>
        <w:rPr>
          <w:lang w:eastAsia="zh-CN"/>
        </w:rPr>
        <w:t>　　五、腿勤手勤，发挥核算和服务的职能</w:t>
      </w:r>
      <w:r>
        <w:rPr>
          <w:lang w:eastAsia="zh-CN"/>
        </w:rPr>
        <w:br/>
      </w:r>
      <w:r>
        <w:rPr>
          <w:lang w:eastAsia="zh-CN"/>
        </w:rPr>
        <w:t>　　中心小学报帐员每月按时将报表交给校长，使校长对本校和所辖学校的财务状况心中有数。同时，不怕麻烦，不怕多跑腿，争取让基层学校有票就能报销。</w:t>
      </w:r>
      <w:r>
        <w:rPr>
          <w:lang w:eastAsia="zh-CN"/>
        </w:rPr>
        <w:br/>
      </w:r>
      <w:r>
        <w:rPr>
          <w:lang w:eastAsia="zh-CN"/>
        </w:rPr>
        <w:t>　　六、自我充电，提高自身业务素质</w:t>
      </w:r>
      <w:r>
        <w:rPr>
          <w:lang w:eastAsia="zh-CN"/>
        </w:rPr>
        <w:br/>
      </w:r>
      <w:r>
        <w:rPr>
          <w:lang w:eastAsia="zh-CN"/>
        </w:rPr>
        <w:t>　　中心小学及各校报帐员经常通过各种形式进行业务学习，关注最新的财经制度的变化，学习相关的规章制度，学习新的农村义务教育学校预算编制，进行自我充电，工作中才不至于出现偏差。</w:t>
      </w:r>
      <w:r>
        <w:rPr>
          <w:lang w:eastAsia="zh-CN"/>
        </w:rPr>
        <w:br/>
      </w:r>
      <w:r>
        <w:rPr>
          <w:lang w:eastAsia="zh-CN"/>
        </w:rPr>
        <w:t>　　一年来，我们中心小学的财务工作成绩不少，但我们更看重的是不足之处。下一年，我们要在预算的编制、执行、财务公开等方面做好工作。</w:t>
      </w:r>
      <w:r>
        <w:rPr>
          <w:lang w:eastAsia="zh-CN"/>
        </w:rPr>
        <w:br/>
      </w:r>
      <w:r>
        <w:rPr>
          <w:lang w:eastAsia="zh-CN"/>
        </w:rPr>
        <w:t xml:space="preserve">    学校财务个人工作总结 篇20 </w:t>
      </w:r>
      <w:r>
        <w:rPr>
          <w:lang w:eastAsia="zh-CN"/>
        </w:rPr>
        <w:br/>
      </w:r>
      <w:r>
        <w:rPr>
          <w:lang w:eastAsia="zh-CN"/>
        </w:rPr>
        <w:t>　　今年，我校财务根据教育局年初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20__年工作任务作出了一定努力。以下是年度主要工作内容总结：</w:t>
      </w:r>
      <w:r>
        <w:rPr>
          <w:lang w:eastAsia="zh-CN"/>
        </w:rPr>
        <w:br/>
      </w:r>
      <w:r>
        <w:rPr>
          <w:lang w:eastAsia="zh-CN"/>
        </w:rPr>
        <w:t>　　一、财务管理方面</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1、积极抓好内部财务管理工作，规范了单位收入与支出，促进财务管理有序发展。</w:t>
      </w:r>
      <w:r>
        <w:rPr>
          <w:lang w:eastAsia="zh-CN"/>
        </w:rPr>
        <w:br/>
      </w:r>
      <w:r>
        <w:rPr>
          <w:lang w:eastAsia="zh-CN"/>
        </w:rPr>
        <w:t>　　2、认真贯彻《义务教育法》，积极落实义务教育界经费管理机制，规范、合理使用了生均公用经费。</w:t>
      </w:r>
      <w:r>
        <w:rPr>
          <w:lang w:eastAsia="zh-CN"/>
        </w:rPr>
        <w:br/>
      </w:r>
      <w:r>
        <w:rPr>
          <w:lang w:eastAsia="zh-CN"/>
        </w:rPr>
        <w:t>　　3、认真履行学校预算管理工作，严格按照常规预算要求编制收支预算，并按预算执行，全面合理安排各项教育经费，为教育发展提供财力支撑。</w:t>
      </w:r>
      <w:r>
        <w:rPr>
          <w:lang w:eastAsia="zh-CN"/>
        </w:rPr>
        <w:br/>
      </w:r>
      <w:r>
        <w:rPr>
          <w:lang w:eastAsia="zh-CN"/>
        </w:rPr>
        <w:t>　　4、配合本校财务收支内部审计工作，对学校行政账和食堂账做到了一期一审，并及时上报了审计报告。</w:t>
      </w:r>
      <w:r>
        <w:rPr>
          <w:lang w:eastAsia="zh-CN"/>
        </w:rPr>
        <w:br/>
      </w:r>
      <w:r>
        <w:rPr>
          <w:lang w:eastAsia="zh-CN"/>
        </w:rPr>
        <w:t>　　5、规范了学校津补贴的发放。</w:t>
      </w:r>
      <w:r>
        <w:rPr>
          <w:lang w:eastAsia="zh-CN"/>
        </w:rPr>
        <w:br/>
      </w:r>
      <w:r>
        <w:rPr>
          <w:lang w:eastAsia="zh-CN"/>
        </w:rPr>
        <w:t>　　6、做到了以收定支，不负债消费。</w:t>
      </w:r>
      <w:r>
        <w:rPr>
          <w:lang w:eastAsia="zh-CN"/>
        </w:rPr>
        <w:br/>
      </w:r>
      <w:r>
        <w:rPr>
          <w:lang w:eastAsia="zh-CN"/>
        </w:rPr>
        <w:t>　　7、认真对待学校的维修工作。根据需要确定维修项目，对小型维修不等不靠，并严把质量关，完善学校教学条件。</w:t>
      </w:r>
      <w:r>
        <w:rPr>
          <w:lang w:eastAsia="zh-CN"/>
        </w:rPr>
        <w:br/>
      </w:r>
      <w:r>
        <w:rPr>
          <w:lang w:eastAsia="zh-CN"/>
        </w:rPr>
        <w:t>　　二、固定资产管理方面</w:t>
      </w:r>
      <w:r>
        <w:rPr>
          <w:lang w:eastAsia="zh-CN"/>
        </w:rPr>
        <w:br/>
      </w:r>
      <w:r>
        <w:rPr>
          <w:lang w:eastAsia="zh-CN"/>
        </w:rPr>
        <w:t>　　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r>
        <w:rPr>
          <w:lang w:eastAsia="zh-CN"/>
        </w:rPr>
        <w:br/>
      </w:r>
      <w:r>
        <w:rPr>
          <w:lang w:eastAsia="zh-CN"/>
        </w:rPr>
        <w:t>　　三、加大经费投入力度</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为了用足、用好各项教育经费投入政策，学校多渠道筹措教育经费，切实为特殊教育发展提供了财力保障。</w:t>
      </w:r>
      <w:r>
        <w:rPr>
          <w:lang w:eastAsia="zh-CN"/>
        </w:rPr>
        <w:br/>
      </w:r>
      <w:r>
        <w:rPr>
          <w:lang w:eastAsia="zh-CN"/>
        </w:rPr>
        <w:t>　　1、争取财政拨款主渠道投入，充分利用政策提供的口子和渠道，争取教育经费。</w:t>
      </w:r>
      <w:r>
        <w:rPr>
          <w:lang w:eastAsia="zh-CN"/>
        </w:rPr>
        <w:br/>
      </w:r>
      <w:r>
        <w:rPr>
          <w:lang w:eastAsia="zh-CN"/>
        </w:rPr>
        <w:t>　　2、积极筹措资金，争取了社会各界和个人捐资助学，充分发挥了教职工的力量，广泛联系，争取预外收入。并管好用好来自各种渠道的捐赠、助残款、助学金。</w:t>
      </w:r>
      <w:r>
        <w:rPr>
          <w:lang w:eastAsia="zh-CN"/>
        </w:rPr>
        <w:br/>
      </w:r>
      <w:r>
        <w:rPr>
          <w:lang w:eastAsia="zh-CN"/>
        </w:rPr>
        <w:t>　　3、力争专项资金，加强了与上级部门及外界联系，争取专项和补助资金对我校的投入。</w:t>
      </w:r>
      <w:r>
        <w:rPr>
          <w:lang w:eastAsia="zh-CN"/>
        </w:rPr>
        <w:br/>
      </w:r>
      <w:r>
        <w:rPr>
          <w:lang w:eastAsia="zh-CN"/>
        </w:rPr>
        <w:t xml:space="preserve">    学校财务个人工作总结 篇21 </w:t>
      </w:r>
      <w:r>
        <w:rPr>
          <w:lang w:eastAsia="zh-CN"/>
        </w:rPr>
        <w:br/>
      </w:r>
      <w:r>
        <w:rPr>
          <w:lang w:eastAsia="zh-CN"/>
        </w:rPr>
        <w:t>　　在教导局和中心校的指导下，我校20__年在财务工作方面做了不少工作，取得了必然的造诣，同时也有不够之处，下面作以总结。</w:t>
      </w:r>
      <w:r>
        <w:rPr>
          <w:lang w:eastAsia="zh-CN"/>
        </w:rPr>
        <w:br/>
      </w:r>
      <w:r>
        <w:rPr>
          <w:lang w:eastAsia="zh-CN"/>
        </w:rPr>
        <w:t>　　一、踏踏实实，做好财务常常性工作</w:t>
      </w:r>
      <w:r>
        <w:rPr>
          <w:lang w:eastAsia="zh-CN"/>
        </w:rPr>
        <w:br/>
      </w:r>
      <w:r>
        <w:rPr>
          <w:lang w:eastAsia="zh-CN"/>
        </w:rPr>
        <w:t>　　健全民主理财小组，付与相应的权利和义务，切实做好份内工作，欠妥摆设。开学前，提前筹备好行政事业性收费收据，普遍鼓吹最新的收费标准，严格按教导局财政局物价局的要求规范收费。每月将学校收入支出结存等环境打印颁布，便于教师核对。</w:t>
      </w:r>
      <w:r>
        <w:rPr>
          <w:lang w:eastAsia="zh-CN"/>
        </w:rPr>
        <w:br/>
      </w:r>
      <w:r>
        <w:rPr>
          <w:lang w:eastAsia="zh-CN"/>
        </w:rPr>
        <w:t>　　二、摸清家底，增强固定资产的治理</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本年，我们根据财政局、教导局的要求，全面核查、清理，对固定资产做了全面的挂号，摸清了家底，并在此根基上树立了固定资产明细分类帐，加强了我校掩护国有资产的意识，使固定资产的治理进入了正常化治理的轨道。以后再增加的固定资产，随时挂号，并刻了固定资产治理章，让校长在发票上具名，引起看重，加强责任心。</w:t>
      </w:r>
      <w:r>
        <w:rPr>
          <w:lang w:eastAsia="zh-CN"/>
        </w:rPr>
        <w:br/>
      </w:r>
      <w:r>
        <w:rPr>
          <w:lang w:eastAsia="zh-CN"/>
        </w:rPr>
        <w:t>　　三、量入为出，加强出入按预算治理的意识</w:t>
      </w:r>
      <w:r>
        <w:rPr>
          <w:lang w:eastAsia="zh-CN"/>
        </w:rPr>
        <w:br/>
      </w:r>
      <w:r>
        <w:rPr>
          <w:lang w:eastAsia="zh-CN"/>
        </w:rPr>
        <w:t>　　依据小学中心校的要求，我校对将来一学期的收入，作详细的测算，对日常公务、教授教化业务、设备购置、校舍维修等几块支出依据学校规模作出最贴近实际的支出计划，逐级上报批准，并按预算执行。</w:t>
      </w:r>
      <w:r>
        <w:rPr>
          <w:lang w:eastAsia="zh-CN"/>
        </w:rPr>
        <w:br/>
      </w:r>
      <w:r>
        <w:rPr>
          <w:lang w:eastAsia="zh-CN"/>
        </w:rPr>
        <w:t>　　四、财务公开，加大对财务的监督力度</w:t>
      </w:r>
      <w:r>
        <w:rPr>
          <w:lang w:eastAsia="zh-CN"/>
        </w:rPr>
        <w:br/>
      </w:r>
      <w:r>
        <w:rPr>
          <w:lang w:eastAsia="zh-CN"/>
        </w:rPr>
        <w:t>　　我校要“四上墙”，一是民主理财小组要上墙，二是收费标准要上墙，三是贫困生减免名单要上墙，四是每月出入环境要上墙。让财务工作公开、透明，接收教师、学生、家长和社会的监督，不能流于形式。</w:t>
      </w:r>
      <w:r>
        <w:rPr>
          <w:lang w:eastAsia="zh-CN"/>
        </w:rPr>
        <w:br/>
      </w:r>
      <w:r>
        <w:rPr>
          <w:lang w:eastAsia="zh-CN"/>
        </w:rPr>
        <w:t>　　五、自我充电，进步自身业务素质</w:t>
      </w:r>
      <w:r>
        <w:rPr>
          <w:lang w:eastAsia="zh-CN"/>
        </w:rPr>
        <w:br/>
      </w:r>
      <w:r>
        <w:rPr>
          <w:lang w:eastAsia="zh-CN"/>
        </w:rPr>
        <w:t>　　常常通过各类形式进行业务学习，关注最新的财经制度的变更，学习相关的规章制度，学习新的农村子义务教导学校预算编制，进行自我充电，工作中才不至于呈现偏差。</w:t>
      </w:r>
      <w:r>
        <w:rPr>
          <w:lang w:eastAsia="zh-CN"/>
        </w:rPr>
        <w:br/>
      </w:r>
      <w:r>
        <w:rPr>
          <w:lang w:eastAsia="zh-CN"/>
        </w:rPr>
        <w:t>　　一年来，我校财务工作造诣不少，但工作中还有地方没能做得令人满意，有待于往后的尽力。坚信，只要本着一颗经心全意为师生办事的心，耿介奉公、任劳任怨、客气学习、苦干实干，就必然会把工作做得更好。</w:t>
      </w:r>
      <w:r>
        <w:rPr>
          <w:lang w:eastAsia="zh-CN"/>
        </w:rPr>
        <w:br/>
      </w:r>
      <w:r>
        <w:rPr>
          <w:lang w:eastAsia="zh-CN"/>
        </w:rPr>
        <w:t>　　在学校党支部，校委会的正确领导下，在镇财政所的正确指导下，较好的完成了本学期的收支计划，保证了学校的日常工作的顺利进行，现将本学期的财务工作总结如下：</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一、努力学习，提高财会人员的政治素质。</w:t>
      </w:r>
      <w:r>
        <w:rPr>
          <w:lang w:eastAsia="zh-CN"/>
        </w:rPr>
        <w:br/>
      </w:r>
      <w:r>
        <w:rPr>
          <w:lang w:eastAsia="zh-CN"/>
        </w:rPr>
        <w:t>　　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r>
        <w:rPr>
          <w:lang w:eastAsia="zh-CN"/>
        </w:rPr>
        <w:br/>
      </w:r>
      <w:r>
        <w:rPr>
          <w:lang w:eastAsia="zh-CN"/>
        </w:rPr>
        <w:t>　　二、积极工作，努力完成学校的后勤工作</w:t>
      </w:r>
      <w:r>
        <w:rPr>
          <w:lang w:eastAsia="zh-CN"/>
        </w:rPr>
        <w:br/>
      </w:r>
      <w:r>
        <w:rPr>
          <w:lang w:eastAsia="zh-CN"/>
        </w:rPr>
        <w:t>　　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r>
        <w:rPr>
          <w:lang w:eastAsia="zh-CN"/>
        </w:rPr>
        <w:br/>
      </w:r>
      <w:r>
        <w:rPr>
          <w:lang w:eastAsia="zh-CN"/>
        </w:rPr>
        <w:t>　　三、查找差距，努力做好后勤工作</w:t>
      </w:r>
      <w:r>
        <w:rPr>
          <w:lang w:eastAsia="zh-CN"/>
        </w:rPr>
        <w:br/>
      </w:r>
      <w:r>
        <w:rPr>
          <w:lang w:eastAsia="zh-CN"/>
        </w:rPr>
        <w:t>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r>
        <w:rPr>
          <w:lang w:eastAsia="zh-CN"/>
        </w:rPr>
        <w:br/>
      </w:r>
      <w:r>
        <w:rPr>
          <w:lang w:eastAsia="zh-CN"/>
        </w:rPr>
        <w:t xml:space="preserve">    学校财务个人工作总结 篇22 </w:t>
      </w:r>
      <w:r>
        <w:rPr>
          <w:lang w:eastAsia="zh-CN"/>
        </w:rPr>
        <w:br/>
      </w:r>
    </w:p>
    <w:p w:rsidR="001B1F19" w14:textId="27C3F48A">
      <w:pPr>
        <w:rPr>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20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20年工作任务作出了一定努力。</w:t>
      </w:r>
      <w:r>
        <w:rPr>
          <w:lang w:eastAsia="zh-CN"/>
        </w:rPr>
        <w:br/>
      </w:r>
      <w:r>
        <w:rPr>
          <w:lang w:eastAsia="zh-CN"/>
        </w:rPr>
        <w:t>　　一、财务管理方面</w:t>
      </w:r>
      <w:r>
        <w:rPr>
          <w:lang w:eastAsia="zh-CN"/>
        </w:rPr>
        <w:br/>
      </w:r>
      <w:r>
        <w:rPr>
          <w:lang w:eastAsia="zh-CN"/>
        </w:rPr>
        <w:t>　　1、积极抓好内部财务管理工作，规范了单位收入与支出，促进财务管理有序发展。</w:t>
      </w:r>
      <w:r>
        <w:rPr>
          <w:lang w:eastAsia="zh-CN"/>
        </w:rPr>
        <w:br/>
      </w:r>
      <w:r>
        <w:rPr>
          <w:lang w:eastAsia="zh-CN"/>
        </w:rPr>
        <w:t>　　2、认真贯彻《义务教育法》，积极落实义务教育界经费管理机制，规范、合理使用了公用经费。</w:t>
      </w:r>
      <w:r>
        <w:rPr>
          <w:lang w:eastAsia="zh-CN"/>
        </w:rPr>
        <w:br/>
      </w:r>
      <w:r>
        <w:rPr>
          <w:lang w:eastAsia="zh-CN"/>
        </w:rPr>
        <w:t>　　3、认真履行学校预算管理工作，严格按照常规预算要求编制收支预算，并按预算执行，全面合理安排各项教育经费，为教育发展提供财力支撑。</w:t>
      </w:r>
      <w:r>
        <w:rPr>
          <w:lang w:eastAsia="zh-CN"/>
        </w:rPr>
        <w:br/>
      </w:r>
      <w:r>
        <w:rPr>
          <w:lang w:eastAsia="zh-CN"/>
        </w:rPr>
        <w:t>　　4、配合本校财务收支内部审计工作，对学校行政账和食堂账做到了一期一审，并及时上报了审计报告。</w:t>
      </w:r>
      <w:r>
        <w:rPr>
          <w:lang w:eastAsia="zh-CN"/>
        </w:rPr>
        <w:br/>
      </w:r>
      <w:r>
        <w:rPr>
          <w:lang w:eastAsia="zh-CN"/>
        </w:rPr>
        <w:t>　　5、规范了学校津补贴的发放。</w:t>
      </w:r>
      <w:r>
        <w:rPr>
          <w:lang w:eastAsia="zh-CN"/>
        </w:rPr>
        <w:br/>
      </w:r>
      <w:r>
        <w:rPr>
          <w:lang w:eastAsia="zh-CN"/>
        </w:rPr>
        <w:t>　　6、做到了以收定支，不负债消费。</w:t>
      </w:r>
      <w:r>
        <w:rPr>
          <w:lang w:eastAsia="zh-CN"/>
        </w:rPr>
        <w:br/>
      </w:r>
      <w:r>
        <w:rPr>
          <w:lang w:eastAsia="zh-CN"/>
        </w:rPr>
        <w:t>　　7、认真对待学校的维修工作，根据需要确定维修项目，对小型维修不等不靠，并严把质量关，完善学校教学条件。</w:t>
      </w:r>
      <w:r>
        <w:rPr>
          <w:lang w:eastAsia="zh-CN"/>
        </w:rPr>
        <w:br/>
      </w:r>
      <w:r>
        <w:rPr>
          <w:lang w:eastAsia="zh-CN"/>
        </w:rPr>
        <w:t>　　二、固定资产管理方面</w:t>
      </w:r>
      <w:r>
        <w:rPr>
          <w:lang w:eastAsia="zh-CN"/>
        </w:rPr>
        <w:br/>
      </w:r>
      <w:r>
        <w:rPr>
          <w:lang w:eastAsia="zh-CN"/>
        </w:rPr>
        <w:t>　　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r>
        <w:rPr>
          <w:lang w:eastAsia="zh-CN"/>
        </w:rPr>
        <w:br/>
      </w:r>
    </w:p>
    <w:p w:rsidR="001B1F19" w14:textId="27C3F48A">
      <w:pPr>
        <w:rPr>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三、加大经费投入力度</w:t>
      </w:r>
      <w:r>
        <w:rPr>
          <w:lang w:eastAsia="zh-CN"/>
        </w:rPr>
        <w:br/>
      </w:r>
      <w:r>
        <w:rPr>
          <w:lang w:eastAsia="zh-CN"/>
        </w:rPr>
        <w:t>　　为了用足用好各项教育经费投入政策，学校多渠道筹措教育经费，切实为特殊教育发展提供了财力保障。</w:t>
      </w:r>
      <w:r>
        <w:rPr>
          <w:lang w:eastAsia="zh-CN"/>
        </w:rPr>
        <w:br/>
      </w:r>
      <w:r>
        <w:rPr>
          <w:lang w:eastAsia="zh-CN"/>
        </w:rPr>
        <w:t>　　1、争取财政拨款主渠道投入，充分利用政策提供的口子和渠道，争取教育经费。</w:t>
      </w:r>
      <w:r>
        <w:rPr>
          <w:lang w:eastAsia="zh-CN"/>
        </w:rPr>
        <w:br/>
      </w:r>
      <w:r>
        <w:rPr>
          <w:lang w:eastAsia="zh-CN"/>
        </w:rPr>
        <w:t>　　2、积极筹措资金，争取了社会各界和个人捐资助学，充分发挥了教职工的力量，广泛联系，争取预外收入。并管好用好来自各种渠道的捐赠、助残款、助学金。</w:t>
      </w:r>
      <w:r>
        <w:rPr>
          <w:lang w:eastAsia="zh-CN"/>
        </w:rPr>
        <w:br/>
      </w:r>
      <w:r>
        <w:rPr>
          <w:lang w:eastAsia="zh-CN"/>
        </w:rPr>
        <w:t>　　3、力争专项资金，加强了与上级部门及外界联系，争取专项和补助资金对我校的投入。</w:t>
      </w:r>
      <w:r>
        <w:rPr>
          <w:lang w:eastAsia="zh-CN"/>
        </w:rPr>
        <w:br/>
      </w:r>
      <w:r>
        <w:rPr>
          <w:lang w:eastAsia="zh-CN"/>
        </w:rPr>
        <w:t>　　四、规范学校收费行为方面</w:t>
      </w:r>
      <w:r>
        <w:rPr>
          <w:lang w:eastAsia="zh-CN"/>
        </w:rPr>
        <w:br/>
      </w:r>
      <w:r>
        <w:rPr>
          <w:lang w:eastAsia="zh-CN"/>
        </w:rPr>
        <w:t>　　1、依规收费。继续免收学费、杂费、寄宿费，只依法收取了适量伙食费。</w:t>
      </w:r>
      <w:r>
        <w:rPr>
          <w:lang w:eastAsia="zh-CN"/>
        </w:rPr>
        <w:br/>
      </w:r>
      <w:r>
        <w:rPr>
          <w:lang w:eastAsia="zh-CN"/>
        </w:rPr>
        <w:t>　　2、规范公示。坚持了伙食费收取前进行公示，按月收取。</w:t>
      </w:r>
      <w:r>
        <w:rPr>
          <w:lang w:eastAsia="zh-CN"/>
        </w:rPr>
        <w:br/>
      </w:r>
      <w:r>
        <w:rPr>
          <w:lang w:eastAsia="zh-CN"/>
        </w:rPr>
        <w:t>　　3、规范了票据。做到使用统一的专用票据，有收有据，一月一开。</w:t>
      </w:r>
      <w:r>
        <w:rPr>
          <w:lang w:eastAsia="zh-CN"/>
        </w:rPr>
        <w:br/>
      </w:r>
      <w:r>
        <w:rPr>
          <w:lang w:eastAsia="zh-CN"/>
        </w:rPr>
        <w:t>　　此外，不断加强业务的学习、认真领会教育文件精神，积极参加教育局及财政局组织的会计培训，提高了业务素质和工作能力，出色完成了本年度的会计工作任务。今后将继续努力，争取将工作做得更好。</w:t>
      </w:r>
      <w:r>
        <w:rPr>
          <w:lang w:eastAsia="zh-CN"/>
        </w:rPr>
        <w:br/>
      </w:r>
      <w:r>
        <w:rPr>
          <w:lang w:eastAsia="zh-CN"/>
        </w:rPr>
        <w:t xml:space="preserve">    学校财务个人工作总结 篇23 </w:t>
      </w:r>
      <w:r>
        <w:rPr>
          <w:lang w:eastAsia="zh-CN"/>
        </w:rPr>
        <w:br/>
      </w:r>
    </w:p>
    <w:p w:rsidR="001B1F19" w14:textId="27C3F48A">
      <w:pPr>
        <w:rPr>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一年来财务处在学校领导的支持与具体指导下，财务工作紧紧围绕学校工作重点，坚持为教学和师生员工服务理念，坚持《会计法》，坚持财经制度和财务准则，合理调配有限资金，限度地保证教职员工的生活及教学工作的顺利开展。20__年，主要开展的工作是：</w:t>
      </w:r>
      <w:r>
        <w:rPr>
          <w:lang w:eastAsia="zh-CN"/>
        </w:rPr>
        <w:br/>
      </w:r>
      <w:r>
        <w:rPr>
          <w:lang w:eastAsia="zh-CN"/>
        </w:rPr>
        <w:t>　　1、按照年初财政经费预算指标，财政拨付我校的正常经费除了保证职工工资外，远远无法满足学校庞大的支出，按照校领导的指示，财务室先后多次从培训部调配资金700多万元，既偿还了富滇银行贷款200万元，同时透过合理安排和使用资金，又保证了教职员工福利待遇和教学的'稳步发展。</w:t>
      </w:r>
      <w:r>
        <w:rPr>
          <w:lang w:eastAsia="zh-CN"/>
        </w:rPr>
        <w:br/>
      </w:r>
      <w:r>
        <w:rPr>
          <w:lang w:eastAsia="zh-CN"/>
        </w:rPr>
        <w:t>　　2、每月按时、按质、按量上报财政部门和人事部门工资信息，使职工能在固定时间领到薪水，生活和工作未受影响。</w:t>
      </w:r>
      <w:r>
        <w:rPr>
          <w:lang w:eastAsia="zh-CN"/>
        </w:rPr>
        <w:br/>
      </w:r>
      <w:r>
        <w:rPr>
          <w:lang w:eastAsia="zh-CN"/>
        </w:rPr>
        <w:t>　　3、紧跟学校春季招生工作的步伐，为13个县市联办学生办理银行储蓄卡3196张，发放助学金__万元，受助人数4637人。助学金发放工作程序严格按照《国家助学金暂行管理办法》相关条款操作办理。同时按照中央涉农专业免交学费的政策规定，办理了20__年秋季学期_人的退费手续，退学费金额__元。</w:t>
      </w:r>
      <w:r>
        <w:rPr>
          <w:lang w:eastAsia="zh-CN"/>
        </w:rPr>
        <w:br/>
      </w:r>
      <w:r>
        <w:rPr>
          <w:lang w:eastAsia="zh-CN"/>
        </w:rPr>
        <w:t>　　4、20__年3月，州政府[20__]30号文件批复我校学生规模数从1600人扩大到3000人，净增1400人。增加学生规模数相应地就应调整追加20__年度经费预算指标。财务室相关人员及时将这一状况向学校领导作了反映，并得到校领导的大力支持，透过与财政部门相关科室用心协调和勾通，最终财政部门同意调整追加我校经费预算指标84万元，必须程度上缓解了学校经费紧张的局面。</w:t>
      </w:r>
      <w:r>
        <w:rPr>
          <w:lang w:eastAsia="zh-CN"/>
        </w:rPr>
        <w:br/>
      </w:r>
    </w:p>
    <w:p w:rsidR="001B1F19" w14:textId="27C3F48A">
      <w:pPr>
        <w:rPr>
          <w:lang w:eastAsia="zh-CN"/>
        </w:rPr>
      </w:pPr>
      <w:r>
        <w:rPr>
          <w:lang w:eastAsia="zh-CN"/>
        </w:rPr>
        <w:t>　　总之，一年来虽然财务处全体人员本着尽心尽力、尽职尽责为全校师生服务的工作态度和工作作风，但工作中难免有不尽人意之处，主要表此刻：</w:t>
      </w:r>
      <w:r>
        <w:rPr>
          <w:lang w:eastAsia="zh-CN"/>
        </w:rPr>
        <w:br/>
      </w:r>
      <w:r>
        <w:rPr>
          <w:lang w:eastAsia="zh-CN"/>
        </w:rPr>
        <w:t>　　一是服务态度还有待进一步提高，二是要加强业务知识的学习，争取为学校的发展做出应有的贡献。</w:t>
      </w:r>
      <w:r>
        <w:rPr>
          <w:lang w:eastAsia="zh-CN"/>
        </w:rPr>
        <w:br/>
      </w:r>
      <w:r>
        <w:rPr>
          <w:lang w:eastAsia="zh-CN"/>
        </w:rPr>
        <w:t xml:space="preserve">    学校财务个人工作总结 篇24 </w:t>
      </w:r>
      <w:r>
        <w:rPr>
          <w:lang w:eastAsia="zh-CN"/>
        </w:rPr>
        <w:br/>
      </w:r>
      <w:r>
        <w:rPr>
          <w:lang w:eastAsia="zh-CN"/>
        </w:rPr>
        <w:t>　　光阴荏苒，眨眼一年将要，回顾一年来的思想工作情况，总感距党和对的要求有差距。现将的情况简述如下：</w:t>
      </w:r>
      <w:r>
        <w:rPr>
          <w:lang w:eastAsia="zh-CN"/>
        </w:rPr>
        <w:br/>
      </w:r>
      <w:r>
        <w:rPr>
          <w:lang w:eastAsia="zh-CN"/>
        </w:rPr>
        <w:t>　　一年来，理论学习，学习的思想和的讲话，重于思想道德修养，用、和书记的讲话武装的头脑，用共产党员的标准要求。能收看新闻，大事，政策法规，同党观点。在学习，也从放松过，本人是半路出家搞财务工作的，对财务知识系统的学习，对财务的知识强烈的求知欲；知识竞争的所迫、不学习将会被时代的列车淘汰；好强、上进的性格，总想把所干的事情搞个名堂，充电成了持久战。几年来，订出了周五晚上雷打不动的学习。除学习知识外，更的是学习计算机知识。几年的努力已了计算机初级证、模块过关证、会计电算化证。计算机成了办公不可缺少的工具，为的任务和地为基层服务奠定了的基础。</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https://d.book118.com/667061035055006051</w:t>
        </w:r>
      </w:hyperlink>
    </w:p>
    <w:p w:rsidR="001B1F19">
      <w:pPr>
        <w:rPr>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67061035055006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