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br/>
        <w:t>好的</w:t>
      </w:r>
      <w:r>
        <w:t xml:space="preserve"> 谢谢你</w:t>
      </w:r>
      <w:r>
        <w:t xml:space="preserve"> 梅勒妮</w:t>
        <w:br/>
        <w:t>Okay.Thank</w:t>
      </w:r>
      <w:r>
        <w:t xml:space="preserve"> you,Melanie</w:t>
        <w:br/>
        <w:t>谢谢你再次眼我们展示你眼皮内部</w:t>
        <w:br/>
        <w:t>for</w:t>
      </w:r>
      <w:r>
        <w:t xml:space="preserve"> showing</w:t>
      </w:r>
      <w:r>
        <w:t xml:space="preserve"> us</w:t>
      </w:r>
      <w:r>
        <w:t xml:space="preserve"> the</w:t>
      </w:r>
      <w:r>
        <w:t xml:space="preserve"> inside</w:t>
      </w:r>
      <w:r>
        <w:t xml:space="preserve"> of</w:t>
      </w:r>
      <w:r>
        <w:t xml:space="preserve"> your</w:t>
      </w:r>
      <w:r>
        <w:t xml:space="preserve"> eyelids</w:t>
      </w:r>
      <w:r>
        <w:t xml:space="preserve"> again.</w:t>
        <w:br/>
        <w:t>好的</w:t>
      </w:r>
      <w:r>
        <w:t xml:space="preserve"> 卡里尔</w:t>
      </w:r>
      <w:r>
        <w:t xml:space="preserve"> 来</w:t>
      </w:r>
      <w:r>
        <w:t xml:space="preserve"> 该你了</w:t>
        <w:br/>
        <w:t>Okay.Khalil,come</w:t>
      </w:r>
      <w:r>
        <w:t xml:space="preserve"> on.You're</w:t>
      </w:r>
      <w:r>
        <w:t xml:space="preserve"> up</w:t>
        <w:br/>
        <w:t>你准备了什么</w:t>
        <w:br/>
        <w:t>What</w:t>
      </w:r>
      <w:r>
        <w:t xml:space="preserve"> you</w:t>
      </w:r>
      <w:r>
        <w:t xml:space="preserve"> got?</w:t>
        <w:br/>
        <w:t>本次的“展讲“活动</w:t>
      </w:r>
      <w:r>
        <w:t xml:space="preserve"> 我带来了一个在外面看到的名人</w:t>
        <w:br/>
        <w:t>For</w:t>
      </w:r>
      <w:r>
        <w:t xml:space="preserve"> Show-and-Tell,I</w:t>
      </w:r>
      <w:r>
        <w:t xml:space="preserve"> brought</w:t>
      </w:r>
      <w:r>
        <w:t xml:space="preserve"> a</w:t>
      </w:r>
      <w:r>
        <w:t xml:space="preserve"> famous</w:t>
      </w:r>
      <w:r>
        <w:t xml:space="preserve"> person</w:t>
      </w:r>
      <w:r>
        <w:t xml:space="preserve"> I</w:t>
      </w:r>
      <w:r>
        <w:t xml:space="preserve"> saw</w:t>
      </w:r>
      <w:r>
        <w:t xml:space="preserve"> outside</w:t>
        <w:br/>
        <w:t>请进</w:t>
        <w:br/>
        <w:t>Come</w:t>
      </w:r>
      <w:r>
        <w:t xml:space="preserve"> on</w:t>
      </w:r>
      <w:r>
        <w:t xml:space="preserve"> in.</w:t>
        <w:br/>
        <w:t>嗨</w:t>
      </w:r>
      <w:r>
        <w:t xml:space="preserve"> 我是布莱德利·库珀</w:t>
      </w:r>
      <w:r>
        <w:t xml:space="preserve"> </w:t>
      </w:r>
      <w:r>
        <w:t xml:space="preserve"> -什么</w:t>
        <w:br/>
        <w:t>Hi,I'm</w:t>
      </w:r>
      <w:r>
        <w:t xml:space="preserve"> Bradley</w:t>
      </w:r>
      <w:r>
        <w:t xml:space="preserve"> Cooper.What?</w:t>
        <w:br/>
        <w:t>你是布莱德利·库珀</w:t>
      </w:r>
      <w:r>
        <w:t xml:space="preserve"> 怎么会是你</w:t>
      </w:r>
      <w:r>
        <w:t xml:space="preserve"> 布莱德利·库珀</w:t>
        <w:br/>
        <w:t>Y-You</w:t>
      </w:r>
      <w:r>
        <w:t xml:space="preserve"> are</w:t>
      </w:r>
      <w:r>
        <w:t xml:space="preserve"> Bradley</w:t>
      </w:r>
      <w:r>
        <w:t xml:space="preserve"> Cooper.Why</w:t>
      </w:r>
      <w:r>
        <w:t xml:space="preserve"> are</w:t>
      </w:r>
      <w:r>
        <w:t xml:space="preserve"> you</w:t>
      </w:r>
      <w:r>
        <w:t xml:space="preserve"> Bradley</w:t>
      </w:r>
      <w:r>
        <w:t xml:space="preserve"> Cooper?</w:t>
        <w:br/>
        <w:t>你为什么在这里</w:t>
        <w:br/>
        <w:t>And</w:t>
      </w:r>
      <w:r>
        <w:t xml:space="preserve"> why</w:t>
      </w:r>
      <w:r>
        <w:t xml:space="preserve"> are</w:t>
      </w:r>
      <w:r>
        <w:t xml:space="preserve"> you</w:t>
      </w:r>
      <w:r>
        <w:t xml:space="preserve"> here?</w:t>
        <w:br/>
        <w:t>我每次来费城</w:t>
        <w:br/>
        <w:t>Uh,well,whenever</w:t>
      </w:r>
      <w:r>
        <w:t xml:space="preserve"> I'm</w:t>
      </w:r>
      <w:r>
        <w:t xml:space="preserve"> in</w:t>
      </w:r>
      <w:r>
        <w:t xml:space="preserve"> Philly,</w:t>
        <w:br/>
        <w:t>你知道街对面那个熟食店吗</w:t>
        <w:br/>
        <w:t>you</w:t>
      </w:r>
      <w:r>
        <w:t xml:space="preserve"> know</w:t>
      </w:r>
      <w:r>
        <w:t xml:space="preserve"> the</w:t>
      </w:r>
      <w:r>
        <w:t xml:space="preserve"> deli</w:t>
      </w:r>
      <w:r>
        <w:t xml:space="preserve"> across</w:t>
      </w:r>
      <w:r>
        <w:t xml:space="preserve"> the</w:t>
      </w:r>
      <w:r>
        <w:t xml:space="preserve"> street?</w:t>
        <w:br/>
        <w:t>那是我的必去之地</w:t>
      </w:r>
      <w:r>
        <w:t xml:space="preserve"> 我爸爸以前常带我找去那儿</w:t>
        <w:br/>
        <w:t>Uh,that's</w:t>
      </w:r>
      <w:r>
        <w:t xml:space="preserve"> my</w:t>
      </w:r>
      <w:r>
        <w:t xml:space="preserve"> first</w:t>
      </w:r>
      <w:r>
        <w:t xml:space="preserve"> stop.My</w:t>
      </w:r>
      <w:r>
        <w:t xml:space="preserve"> dad</w:t>
      </w:r>
      <w:r>
        <w:t xml:space="preserve"> used</w:t>
      </w:r>
      <w:r>
        <w:t xml:space="preserve"> to</w:t>
      </w:r>
      <w:r>
        <w:t xml:space="preserve"> always</w:t>
      </w:r>
      <w:r>
        <w:t xml:space="preserve"> take</w:t>
      </w:r>
      <w:r>
        <w:t xml:space="preserve"> me</w:t>
      </w:r>
      <w:r>
        <w:t xml:space="preserve"> there</w:t>
        <w:br/>
        <w:t>他家有全城最好吃的三明治</w:t>
        <w:br/>
        <w:t>They</w:t>
      </w:r>
      <w:r>
        <w:t xml:space="preserve"> have</w:t>
      </w:r>
      <w:r>
        <w:t xml:space="preserve"> the</w:t>
      </w:r>
      <w:r>
        <w:t xml:space="preserve"> best</w:t>
      </w:r>
      <w:r>
        <w:t xml:space="preserve"> hoagies</w:t>
      </w:r>
      <w:r>
        <w:t xml:space="preserve"> in</w:t>
      </w:r>
      <w:r>
        <w:t xml:space="preserve"> the</w:t>
      </w:r>
      <w:r>
        <w:t xml:space="preserve"> city.</w:t>
        <w:br/>
        <w:t>每个人都在和他合影</w:t>
        <w:br/>
        <w:t>Everybody</w:t>
      </w:r>
      <w:r>
        <w:t xml:space="preserve"> wanted</w:t>
      </w:r>
      <w:r>
        <w:t xml:space="preserve"> to</w:t>
      </w:r>
      <w:r>
        <w:t xml:space="preserve"> take</w:t>
      </w:r>
      <w:r>
        <w:t xml:space="preserve"> a</w:t>
      </w:r>
      <w:r>
        <w:t xml:space="preserve"> picture</w:t>
      </w:r>
      <w:r>
        <w:t xml:space="preserve"> with</w:t>
      </w:r>
      <w:r>
        <w:t xml:space="preserve"> him,</w:t>
        <w:br/>
        <w:t>我觉得他应该挺有名</w:t>
      </w:r>
      <w:r>
        <w:t xml:space="preserve"> </w:t>
      </w:r>
      <w:r>
        <w:t xml:space="preserve"> -他当然有名</w:t>
        <w:br/>
        <w:t>so</w:t>
      </w:r>
      <w:r>
        <w:t xml:space="preserve"> I</w:t>
      </w:r>
      <w:r>
        <w:t xml:space="preserve"> figured</w:t>
      </w:r>
      <w:r>
        <w:t xml:space="preserve"> he</w:t>
      </w:r>
      <w:r>
        <w:t xml:space="preserve"> was</w:t>
      </w:r>
      <w:r>
        <w:t xml:space="preserve"> famous.Yeah,you</w:t>
      </w:r>
      <w:r>
        <w:t xml:space="preserve"> bet</w:t>
      </w:r>
      <w:r>
        <w:t xml:space="preserve"> he</w:t>
      </w:r>
      <w:r>
        <w:t xml:space="preserve"> is</w:t>
        <w:br/>
        <w:t>我只是在给其他老师发短&amp;hearts;信&amp;hearts;</w:t>
      </w:r>
      <w:r>
        <w:t xml:space="preserve"> 不是我爸哈</w:t>
      </w:r>
      <w:r>
        <w:t xml:space="preserve"> </w:t>
      </w:r>
      <w:r>
        <w:t xml:space="preserve"> -没关系</w:t>
        <w:br/>
        <w:t>I'm</w:t>
      </w:r>
      <w:r>
        <w:t xml:space="preserve"> just</w:t>
      </w:r>
      <w:r>
        <w:t xml:space="preserve"> texting</w:t>
      </w:r>
      <w:r>
        <w:t xml:space="preserve"> the</w:t>
      </w:r>
      <w:r>
        <w:t xml:space="preserve"> other</w:t>
      </w:r>
      <w:r>
        <w:t xml:space="preserve"> teachers,not</w:t>
      </w:r>
      <w:r>
        <w:t xml:space="preserve"> paps.That's</w:t>
      </w:r>
      <w:r>
        <w:t xml:space="preserve"> okay</w:t>
        <w:br/>
        <w:t>总之</w:t>
      </w:r>
      <w:r>
        <w:t xml:space="preserve"> 这位小朋友上我眼他过来一下</w:t>
        <w:br/>
        <w:t>Anyway,so</w:t>
      </w:r>
      <w:r>
        <w:t xml:space="preserve"> when</w:t>
      </w:r>
      <w:r>
        <w:t xml:space="preserve"> my</w:t>
      </w:r>
      <w:r>
        <w:t xml:space="preserve"> friend</w:t>
      </w:r>
      <w:r>
        <w:t xml:space="preserve"> here</w:t>
      </w:r>
      <w:r>
        <w:t xml:space="preserve"> asked</w:t>
      </w:r>
      <w:r>
        <w:t xml:space="preserve"> me</w:t>
      </w:r>
      <w:r>
        <w:t xml:space="preserve"> to</w:t>
      </w:r>
      <w:r>
        <w:t xml:space="preserve"> come</w:t>
      </w:r>
      <w:r>
        <w:t xml:space="preserve"> by,</w:t>
        <w:br/>
        <w:t>我正好不忙</w:t>
      </w:r>
      <w:r>
        <w:t xml:space="preserve"> 就想管他呢</w:t>
        <w:br/>
        <w:t>I</w:t>
      </w:r>
      <w:r>
        <w:t xml:space="preserve"> had</w:t>
      </w:r>
      <w:r>
        <w:t xml:space="preserve"> a</w:t>
      </w:r>
      <w:r>
        <w:t xml:space="preserve"> minute,so</w:t>
      </w:r>
      <w:r>
        <w:t xml:space="preserve"> I</w:t>
      </w:r>
      <w:r>
        <w:t xml:space="preserve"> thought,"What</w:t>
      </w:r>
      <w:r>
        <w:t xml:space="preserve"> the</w:t>
      </w:r>
      <w:r>
        <w:t xml:space="preserve"> heck?"</w:t>
        <w:br/>
        <w:t>你很有名吗</w:t>
      </w:r>
      <w:r>
        <w:t xml:space="preserve"> 你演过《蜘蛛侠》吗</w:t>
        <w:br/>
        <w:t>If</w:t>
      </w:r>
      <w:r>
        <w:t xml:space="preserve"> you're</w:t>
      </w:r>
      <w:r>
        <w:t xml:space="preserve"> famous,are</w:t>
      </w:r>
      <w:r>
        <w:t xml:space="preserve"> you</w:t>
      </w:r>
      <w:r>
        <w:t xml:space="preserve"> in</w:t>
      </w:r>
      <w:r>
        <w:t xml:space="preserve"> "Spider-Man"?</w:t>
        <w:br/>
        <w:t>我没演《蛛侠》</w:t>
        <w:br/>
        <w:t>I'm</w:t>
      </w:r>
      <w:r>
        <w:t xml:space="preserve"> not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"Spider-Man,</w:t>
        <w:br/>
        <w:t>但我演过《银河护卫以》</w:t>
        <w:br/>
        <w:t>but</w:t>
      </w:r>
      <w:r>
        <w:t xml:space="preserve"> I</w:t>
      </w:r>
      <w:r>
        <w:t xml:space="preserve"> am</w:t>
      </w:r>
      <w:r>
        <w:t xml:space="preserve"> in</w:t>
      </w:r>
      <w:r>
        <w:t xml:space="preserve"> "Guardians</w:t>
      </w:r>
      <w:r>
        <w:t xml:space="preserve"> of</w:t>
      </w:r>
      <w:r>
        <w:t xml:space="preserve"> the</w:t>
      </w:r>
      <w:r>
        <w:t xml:space="preserve"> Galaxy."</w:t>
        <w:br/>
        <w:t>你才没有</w:t>
        <w:br/>
        <w:t>No,you're</w:t>
      </w:r>
      <w:r>
        <w:t xml:space="preserve"> not!</w:t>
        <w:br/>
        <w:t>你开什么玩笑</w:t>
        <w:br/>
        <w:t>Are</w:t>
      </w:r>
      <w:r>
        <w:t xml:space="preserve"> you</w:t>
      </w:r>
      <w:r>
        <w:t xml:space="preserve"> frickin'kiddin'me?</w:t>
        <w:br/>
        <w:t>我是火箭浣能的配音</w:t>
        <w:br/>
        <w:t>I'm</w:t>
      </w:r>
      <w:r>
        <w:t xml:space="preserve"> the</w:t>
      </w:r>
      <w:r>
        <w:t xml:space="preserve"> voice</w:t>
      </w:r>
      <w:r>
        <w:t xml:space="preserve"> of</w:t>
      </w:r>
      <w:r>
        <w:t xml:space="preserve"> Rocket</w:t>
      </w:r>
      <w:r>
        <w:t xml:space="preserve"> Raccoon!</w:t>
        <w:br/>
        <w:t>也是《双面女间谍》的化言人</w:t>
        <w:br/>
        <w:t>And</w:t>
      </w:r>
      <w:r>
        <w:t xml:space="preserve"> the</w:t>
      </w:r>
      <w:r>
        <w:t xml:space="preserve"> face</w:t>
      </w:r>
      <w:r>
        <w:t xml:space="preserve"> of</w:t>
      </w:r>
      <w:r>
        <w:t xml:space="preserve"> "Alias."</w:t>
        <w:br/>
        <w:t>也不算是代言人吧</w:t>
      </w:r>
      <w:r>
        <w:t xml:space="preserve"> </w:t>
      </w:r>
      <w:r>
        <w:t xml:space="preserve"> -对我而言你就是</w:t>
        <w:br/>
        <w:t>Not</w:t>
      </w:r>
      <w:r>
        <w:t xml:space="preserve"> the</w:t>
      </w:r>
      <w:r>
        <w:t xml:space="preserve"> face</w:t>
      </w:r>
      <w:r>
        <w:t xml:space="preserve"> of.Yeah,you</w:t>
      </w:r>
      <w:r>
        <w:t xml:space="preserve"> were</w:t>
      </w:r>
      <w:r>
        <w:t xml:space="preserve"> the</w:t>
      </w:r>
      <w:r>
        <w:t xml:space="preserve"> face.</w:t>
        <w:br/>
        <w:t>《他没那么喜欢你》</w:t>
        <w:br/>
        <w:t>A-And</w:t>
      </w:r>
      <w:r>
        <w:t xml:space="preserve"> "He's</w:t>
      </w:r>
      <w:r>
        <w:t xml:space="preserve"> Just</w:t>
      </w:r>
      <w:r>
        <w:t xml:space="preserve"> Not</w:t>
      </w:r>
      <w:r>
        <w:t xml:space="preserve"> That</w:t>
      </w:r>
      <w:r>
        <w:t xml:space="preserve"> Into</w:t>
      </w:r>
      <w:r>
        <w:t xml:space="preserve"> You."</w:t>
        <w:br/>
        <w:t>珍妮</w:t>
      </w:r>
      <w:r>
        <w:t xml:space="preserve"> 你太没礼貌了</w:t>
        <w:br/>
        <w:t>Well,Janine,that</w:t>
      </w:r>
      <w:r>
        <w:t xml:space="preserve"> was</w:t>
      </w:r>
      <w:r>
        <w:t xml:space="preserve"> rude.</w:t>
        <w:br/>
        <w:t>不</w:t>
      </w:r>
      <w:r>
        <w:t xml:space="preserve"> 我是说《他没那么喜欢你》</w:t>
        <w:br/>
        <w:t>No,I-I</w:t>
      </w:r>
      <w:r>
        <w:t xml:space="preserve"> mean</w:t>
      </w:r>
      <w:r>
        <w:t xml:space="preserve"> "He's</w:t>
      </w:r>
      <w:r>
        <w:t xml:space="preserve"> Just</w:t>
      </w:r>
      <w:r>
        <w:t xml:space="preserve"> Not</w:t>
      </w:r>
      <w:r>
        <w:t xml:space="preserve"> That</w:t>
      </w:r>
      <w:r>
        <w:t xml:space="preserve"> Into</w:t>
      </w:r>
      <w:r>
        <w:t xml:space="preserve"> You"</w:t>
        <w:br/>
        <w:t>是我最喜欢的布莱德利·库珀的电影</w:t>
        <w:br/>
        <w:t>is</w:t>
      </w:r>
      <w:r>
        <w:t xml:space="preserve"> my</w:t>
      </w:r>
      <w:r>
        <w:t xml:space="preserve"> favorite</w:t>
      </w:r>
      <w:r>
        <w:t xml:space="preserve"> Bradley</w:t>
      </w:r>
      <w:r>
        <w:t xml:space="preserve"> Cooper</w:t>
      </w:r>
      <w:r>
        <w:t xml:space="preserve"> film.</w:t>
        <w:br/>
        <w:t>那是个群像电影啦</w:t>
        <w:br/>
        <w:t>It's</w:t>
      </w:r>
      <w:r>
        <w:t xml:space="preserve"> more</w:t>
      </w:r>
      <w:r>
        <w:t xml:space="preserve"> of</w:t>
      </w:r>
      <w:r>
        <w:t xml:space="preserve"> an</w:t>
      </w:r>
      <w:r>
        <w:t xml:space="preserve"> ensemble,</w:t>
        <w:br/>
        <w:t>但其实仔细想来</w:t>
        <w:br/>
        <w:t>but</w:t>
      </w:r>
      <w:r>
        <w:t xml:space="preserve"> if</w:t>
      </w:r>
      <w:r>
        <w:t xml:space="preserve"> you</w:t>
      </w:r>
      <w:r>
        <w:t xml:space="preserve"> think</w:t>
      </w:r>
      <w:r>
        <w:t xml:space="preserve"> about</w:t>
      </w:r>
      <w:r>
        <w:t xml:space="preserve"> it,</w:t>
        <w:br/>
        <w:t>那其实是贾斯汀·朗的电影</w:t>
        <w:br/>
        <w:t>it's</w:t>
      </w:r>
      <w:r>
        <w:t xml:space="preserve"> Justin</w:t>
      </w:r>
      <w:r>
        <w:t xml:space="preserve"> Long's</w:t>
      </w:r>
      <w:r>
        <w:t xml:space="preserve"> movie</w:t>
        <w:br/>
        <w:t>你直逗</w:t>
      </w:r>
      <w:r>
        <w:t xml:space="preserve"> 布拉德利</w:t>
        <w:br/>
        <w:t>You</w:t>
      </w:r>
      <w:r>
        <w:t xml:space="preserve"> crazy,Bradley.</w:t>
        <w:br/>
        <w:t>我从《湿热的美国之夏》开始就是库珀粉了</w:t>
        <w:br/>
        <w:t>Oh,I've</w:t>
      </w:r>
      <w:r>
        <w:t xml:space="preserve"> been</w:t>
      </w:r>
      <w:r>
        <w:t xml:space="preserve"> a</w:t>
      </w:r>
      <w:r>
        <w:t xml:space="preserve"> Cooper</w:t>
      </w:r>
      <w:r>
        <w:t xml:space="preserve"> Trooper</w:t>
      </w:r>
      <w:r>
        <w:t xml:space="preserve"> since</w:t>
      </w:r>
      <w:r>
        <w:t xml:space="preserve"> "Wet</w:t>
      </w:r>
      <w:r>
        <w:t xml:space="preserve"> Hot</w:t>
      </w:r>
      <w:r>
        <w:t xml:space="preserve"> American</w:t>
      </w:r>
      <w:r>
        <w:t xml:space="preserve"> Summer."</w:t>
        <w:br/>
        <w:t>嗯</w:t>
      </w:r>
      <w:r>
        <w:t xml:space="preserve"> 但你真人看起来不一样</w:t>
        <w:br/>
        <w:t>画用</w:t>
      </w:r>
      <w:r>
        <w:t xml:space="preserve"> Well,you</w:t>
      </w:r>
      <w:r>
        <w:t xml:space="preserve"> look</w:t>
      </w:r>
      <w:r>
        <w:t xml:space="preserve"> different</w:t>
      </w:r>
      <w:r>
        <w:t xml:space="preserve"> in</w:t>
      </w:r>
      <w:r>
        <w:t xml:space="preserve"> person.</w:t>
        <w:br/>
        <w:t>看着不像名人</w:t>
        <w:br/>
        <w:t>You</w:t>
      </w:r>
      <w:r>
        <w:t xml:space="preserve"> don't</w:t>
      </w:r>
      <w:r>
        <w:t xml:space="preserve"> look</w:t>
      </w:r>
      <w:r>
        <w:t xml:space="preserve"> famous.</w:t>
        <w:br/>
        <w:t>你的牙不该更白一点吗</w:t>
        <w:br/>
        <w:t>Yeah.Shouldn't</w:t>
      </w:r>
      <w:r>
        <w:t xml:space="preserve"> your</w:t>
      </w:r>
      <w:r>
        <w:t xml:space="preserve"> teeth</w:t>
      </w:r>
      <w:r>
        <w:t xml:space="preserve"> be</w:t>
      </w:r>
      <w:r>
        <w:t xml:space="preserve"> whiter?</w:t>
        <w:br/>
        <w:t>是该再白点</w:t>
        <w:br/>
        <w:t>They</w:t>
      </w:r>
      <w:r>
        <w:t xml:space="preserve"> should,</w:t>
        <w:br/>
        <w:t>但我牙太敏感了</w:t>
      </w:r>
      <w:r>
        <w:t xml:space="preserve"> 不能美自</w:t>
        <w:br/>
        <w:t>but</w:t>
      </w:r>
      <w:r>
        <w:t xml:space="preserve"> I</w:t>
      </w:r>
      <w:r>
        <w:t xml:space="preserve"> can't</w:t>
      </w:r>
      <w:r>
        <w:t xml:space="preserve"> whiten</w:t>
      </w:r>
      <w:r>
        <w:t xml:space="preserve"> them</w:t>
      </w:r>
      <w:r>
        <w:t xml:space="preserve"> because</w:t>
      </w:r>
      <w:r>
        <w:t xml:space="preserve"> they're</w:t>
      </w:r>
      <w:r>
        <w:t xml:space="preserve"> too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sensitive.</w:t>
        <w:br/>
        <w:t>我很喜欢你在《老友记》里的表演</w:t>
        <w:br/>
        <w:t>Oh.I</w:t>
      </w:r>
      <w:r>
        <w:t xml:space="preserve"> just</w:t>
      </w:r>
      <w:r>
        <w:t xml:space="preserve"> loved</w:t>
      </w:r>
      <w:r>
        <w:t xml:space="preserve"> you</w:t>
      </w:r>
      <w:r>
        <w:t xml:space="preserve"> in</w:t>
      </w:r>
      <w:r>
        <w:t xml:space="preserve"> "The</w:t>
      </w:r>
      <w:r>
        <w:t xml:space="preserve"> Holdovers."</w:t>
        <w:br/>
        <w:t>非常非常暖心</w:t>
        <w:br/>
        <w:t>It</w:t>
      </w:r>
      <w:r>
        <w:t xml:space="preserve"> was</w:t>
      </w:r>
      <w:r>
        <w:t xml:space="preserve"> just</w:t>
      </w:r>
      <w:r>
        <w:t xml:space="preserve"> so</w:t>
      </w:r>
      <w:r>
        <w:t xml:space="preserve"> heartwarming</w:t>
        <w:br/>
        <w:t>那是《宿醉》好吧</w:t>
      </w:r>
      <w:r>
        <w:t xml:space="preserve"> 而且并不暖心</w:t>
        <w:br/>
        <w:t>It's</w:t>
      </w:r>
      <w:r>
        <w:t xml:space="preserve"> "The</w:t>
      </w:r>
      <w:r>
        <w:t xml:space="preserve"> Hangover,"and,no,it's</w:t>
      </w:r>
      <w:r>
        <w:t xml:space="preserve"> not.</w:t>
        <w:br/>
        <w:t>各位</w:t>
      </w:r>
      <w:r>
        <w:t xml:space="preserve"> 他现在就有部广受好评的作品</w:t>
        <w:br/>
        <w:t>Guys,he's</w:t>
      </w:r>
      <w:r>
        <w:t xml:space="preserve"> literally</w:t>
      </w:r>
      <w:r>
        <w:t xml:space="preserve"> in</w:t>
      </w:r>
      <w:r>
        <w:t xml:space="preserve"> a</w:t>
      </w:r>
      <w:r>
        <w:t xml:space="preserve"> critically</w:t>
      </w:r>
      <w:r>
        <w:t xml:space="preserve"> acclaimed</w:t>
      </w:r>
      <w:r>
        <w:t xml:space="preserve"> film</w:t>
        <w:br/>
        <w:t>《奥本海默》</w:t>
        <w:br/>
        <w:t>right</w:t>
      </w:r>
      <w:r>
        <w:t xml:space="preserve"> now."Oppenheimer."</w:t>
        <w:br/>
        <w:t>是讲拿破仑的那部吗</w:t>
        <w:br/>
        <w:t>Is</w:t>
      </w:r>
      <w:r>
        <w:t xml:space="preserve"> that</w:t>
      </w:r>
      <w:r>
        <w:t xml:space="preserve"> the</w:t>
      </w:r>
      <w:r>
        <w:t xml:space="preserve"> one</w:t>
      </w:r>
      <w:r>
        <w:t xml:space="preserve"> about</w:t>
      </w:r>
      <w:r>
        <w:t xml:space="preserve"> Napoleon?</w:t>
        <w:br/>
        <w:t>好吧</w:t>
      </w:r>
      <w:r>
        <w:t xml:space="preserve"> 我应该没演《奥本海默》</w:t>
        <w:br/>
        <w:t>Yes.I</w:t>
      </w:r>
      <w:r>
        <w:t xml:space="preserve"> don't</w:t>
      </w:r>
      <w:r>
        <w:t xml:space="preserve"> think</w:t>
      </w:r>
      <w:r>
        <w:t xml:space="preserve"> so.I'm</w:t>
      </w:r>
      <w:r>
        <w:t xml:space="preserve"> not</w:t>
      </w:r>
      <w:r>
        <w:t xml:space="preserve"> in</w:t>
      </w:r>
      <w:r>
        <w:t xml:space="preserve"> "Oppenheimer."</w:t>
        <w:br/>
        <w:t>你确定吗</w:t>
      </w:r>
      <w:r>
        <w:t xml:space="preserve"> 大家都在看《奥本海默》</w:t>
        <w:br/>
        <w:t>::Are</w:t>
      </w:r>
      <w:r>
        <w:t xml:space="preserve"> you</w:t>
      </w:r>
      <w:r>
        <w:t xml:space="preserve"> sure?Everybody</w:t>
      </w:r>
      <w:r>
        <w:t xml:space="preserve"> was</w:t>
      </w:r>
      <w:r>
        <w:t xml:space="preserve"> in</w:t>
      </w:r>
      <w:r>
        <w:t xml:space="preserve"> "Oppenheimer."</w:t>
        <w:br/>
        <w:t>这里怎么会有像胡</w:t>
        <w:br/>
        <w:t>Why</w:t>
      </w:r>
      <w:r>
        <w:t xml:space="preserve"> are</w:t>
      </w:r>
      <w:r>
        <w:t xml:space="preserve"> there</w:t>
      </w:r>
      <w:r>
        <w:t xml:space="preserve"> cameras</w:t>
      </w:r>
      <w:r>
        <w:t xml:space="preserve"> here?</w:t>
        <w:br/>
        <w:t>这就说来话长了</w:t>
      </w:r>
      <w:r>
        <w:t xml:space="preserve"> 布拉德</w:t>
      </w:r>
      <w:r>
        <w:t xml:space="preserve"> 布拉德利</w:t>
        <w:br/>
        <w:t>It's</w:t>
      </w:r>
      <w:r>
        <w:t xml:space="preserve"> a</w:t>
      </w:r>
      <w:r>
        <w:t xml:space="preserve"> long</w:t>
      </w:r>
      <w:r>
        <w:t xml:space="preserve"> story,Brad.Bradley</w:t>
        <w:br/>
        <w:t>不过</w:t>
      </w:r>
      <w:r>
        <w:t xml:space="preserve"> 既然你来都来了</w:t>
        <w:br/>
        <w:t>Um,but,hey,since</w:t>
      </w:r>
      <w:r>
        <w:t xml:space="preserve"> we</w:t>
      </w:r>
      <w:r>
        <w:t xml:space="preserve"> have</w:t>
      </w:r>
      <w:r>
        <w:t xml:space="preserve"> you--</w:t>
        <w:br/>
        <w:t>好吧</w:t>
      </w:r>
      <w:r>
        <w:t xml:space="preserve"> 我的三明治要好子</w:t>
      </w:r>
      <w:r>
        <w:t xml:space="preserve"> 所以</w:t>
        <w:br/>
        <w:t>Okay,I-I</w:t>
      </w:r>
      <w:r>
        <w:t xml:space="preserve"> do</w:t>
      </w:r>
      <w:r>
        <w:t xml:space="preserve"> you</w:t>
      </w:r>
      <w:r>
        <w:t xml:space="preserve"> have</w:t>
      </w:r>
      <w:r>
        <w:t xml:space="preserve"> to</w:t>
      </w:r>
      <w:r>
        <w:t xml:space="preserve"> get</w:t>
      </w:r>
      <w:r>
        <w:t xml:space="preserve"> that</w:t>
      </w:r>
      <w:r>
        <w:t xml:space="preserve"> hoagie,so,um..</w:t>
        <w:br/>
        <w:t>不过跟你们聊得真开心</w:t>
        <w:br/>
        <w:t>but</w:t>
      </w:r>
      <w:r>
        <w:t xml:space="preserve"> this</w:t>
      </w:r>
      <w:r>
        <w:t xml:space="preserve"> -this</w:t>
      </w:r>
      <w:r>
        <w:t xml:space="preserve"> was</w:t>
      </w:r>
      <w:r>
        <w:t xml:space="preserve"> so</w:t>
      </w:r>
      <w:r>
        <w:t xml:space="preserve"> much</w:t>
      </w:r>
      <w:r>
        <w:t xml:space="preserve"> fun,</w:t>
        <w:br/>
        <w:t>能给卡里尔一个A吗</w:t>
        <w:br/>
        <w:t>and</w:t>
      </w:r>
      <w:r>
        <w:t xml:space="preserve"> does</w:t>
      </w:r>
      <w:r>
        <w:t xml:space="preserve"> Khalil</w:t>
      </w:r>
      <w:r>
        <w:t xml:space="preserve"> get</w:t>
      </w:r>
      <w:r>
        <w:t xml:space="preserve"> an</w:t>
      </w:r>
      <w:r>
        <w:t xml:space="preserve"> "A"?</w:t>
        <w:br/>
        <w:t>当然</w:t>
      </w:r>
      <w:r>
        <w:t xml:space="preserve"> 他当然可以有</w:t>
        <w:br/>
        <w:t>Oh,hell</w:t>
      </w:r>
      <w:r>
        <w:t xml:space="preserve"> yeah,he</w:t>
      </w:r>
      <w:r>
        <w:t xml:space="preserve"> does.</w:t>
        <w:br/>
        <w:t>你走之前能合个影吗</w:t>
        <w:br/>
        <w:t>Um,can</w:t>
      </w:r>
      <w:r>
        <w:t xml:space="preserve"> you</w:t>
      </w:r>
      <w:r>
        <w:t xml:space="preserve"> stay</w:t>
      </w:r>
      <w:r>
        <w:t xml:space="preserve"> and</w:t>
      </w:r>
      <w:r>
        <w:t xml:space="preserve"> take</w:t>
      </w:r>
      <w:r>
        <w:t xml:space="preserve"> just</w:t>
      </w:r>
      <w:r>
        <w:t xml:space="preserve"> one</w:t>
      </w:r>
      <w:r>
        <w:t xml:space="preserve"> picture</w:t>
      </w:r>
      <w:r>
        <w:t xml:space="preserve"> before</w:t>
      </w:r>
      <w:r>
        <w:t xml:space="preserve"> you</w:t>
      </w:r>
      <w:r>
        <w:t xml:space="preserve"> go?</w:t>
        <w:br/>
        <w:t>当然</w:t>
      </w:r>
      <w:r>
        <w:t xml:space="preserve"> </w:t>
      </w:r>
      <w:r>
        <w:t xml:space="preserve"> -谢谢你</w:t>
        <w:br/>
        <w:t>Yeah,of</w:t>
      </w:r>
      <w:r>
        <w:t xml:space="preserve"> course.Okay.Thank</w:t>
      </w:r>
      <w:r>
        <w:t xml:space="preserve"> you.</w:t>
        <w:br/>
        <w:t>我们开始吧</w:t>
      </w:r>
      <w:r>
        <w:t xml:space="preserve"> 都过来</w:t>
      </w:r>
      <w:r>
        <w:t xml:space="preserve"> 都过来</w:t>
        <w:br/>
        <w:t>Let's</w:t>
      </w:r>
      <w:r>
        <w:t xml:space="preserve"> do</w:t>
      </w:r>
      <w:r>
        <w:t xml:space="preserve"> it.Ooh!Get</w:t>
      </w:r>
      <w:r>
        <w:t xml:space="preserve"> in,get</w:t>
      </w:r>
      <w:r>
        <w:t xml:space="preserve"> in,get</w:t>
      </w:r>
      <w:r>
        <w:t xml:space="preserve"> in.</w:t>
        <w:br/>
        <w:t>太兴奋了吧</w:t>
        <w:br/>
        <w:t>Hey.This</w:t>
      </w:r>
      <w:r>
        <w:t xml:space="preserve"> is</w:t>
      </w:r>
      <w:r>
        <w:t xml:space="preserve"> so</w:t>
      </w:r>
      <w:r>
        <w:t xml:space="preserve"> exciting</w:t>
        <w:br/>
        <w:t>我等不及要告诉学区所有人了</w:t>
        <w:br/>
        <w:t>I</w:t>
      </w:r>
      <w:r>
        <w:t xml:space="preserve"> can't</w:t>
      </w:r>
      <w:r>
        <w:t xml:space="preserve"> wait</w:t>
      </w:r>
      <w:r>
        <w:t xml:space="preserve"> to</w:t>
      </w:r>
      <w:r>
        <w:t xml:space="preserve"> tell</w:t>
      </w:r>
      <w:r>
        <w:t xml:space="preserve"> everyone</w:t>
      </w:r>
      <w:r>
        <w:t xml:space="preserve"> at</w:t>
      </w:r>
      <w:r>
        <w:t xml:space="preserve"> the</w:t>
      </w:r>
      <w:r>
        <w:t xml:space="preserve"> district.</w:t>
        <w:br/>
        <w:t>你在学区工作吗</w:t>
      </w:r>
      <w:r>
        <w:t xml:space="preserve"> </w:t>
      </w:r>
      <w:r>
        <w:t xml:space="preserve"> -是的</w:t>
        <w:br/>
        <w:t>Oh,you</w:t>
      </w:r>
      <w:r>
        <w:t xml:space="preserve"> work</w:t>
      </w:r>
      <w:r>
        <w:t xml:space="preserve"> at</w:t>
      </w:r>
      <w:r>
        <w:t xml:space="preserve"> the</w:t>
      </w:r>
      <w:r>
        <w:t xml:space="preserve"> school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district?Yeah.</w:t>
        <w:br/>
        <w:t>你即道这些学校资金严重不足吗</w:t>
        <w:br/>
        <w:t>Oh,you</w:t>
      </w:r>
      <w:r>
        <w:t xml:space="preserve"> know</w:t>
      </w:r>
      <w:r>
        <w:t xml:space="preserve"> that</w:t>
      </w:r>
      <w:r>
        <w:t xml:space="preserve"> these</w:t>
      </w:r>
      <w:r>
        <w:t xml:space="preserve"> schools</w:t>
      </w:r>
      <w:r>
        <w:t xml:space="preserve"> are</w:t>
      </w:r>
      <w:r>
        <w:t xml:space="preserve"> criminally</w:t>
      </w:r>
      <w:r>
        <w:t xml:space="preserve"> underfunded?</w:t>
        <w:br/>
        <w:t>所有证据都显示</w:t>
      </w:r>
      <w:r>
        <w:t xml:space="preserve"> </w:t>
      </w:r>
      <w:r>
        <w:t xml:space="preserve"> -对对对</w:t>
      </w:r>
      <w:r>
        <w:t xml:space="preserve"> 我知道</w:t>
      </w:r>
      <w:r>
        <w:t xml:space="preserve"> 我在努力了</w:t>
        <w:br/>
        <w:t>It's</w:t>
      </w:r>
      <w:r>
        <w:t xml:space="preserve"> proven</w:t>
      </w:r>
      <w:r>
        <w:t xml:space="preserve"> every-</w:t>
      </w:r>
      <w:r>
        <w:t xml:space="preserve"> Yeah.</w:t>
      </w:r>
      <w:r>
        <w:t xml:space="preserve"> Yeah,</w:t>
      </w:r>
      <w:r>
        <w:t xml:space="preserve"> yeah,</w:t>
      </w:r>
      <w:r>
        <w:t xml:space="preserve"> yeah,</w:t>
      </w:r>
      <w:r>
        <w:t xml:space="preserve"> yeah,</w:t>
      </w:r>
      <w:r>
        <w:t xml:space="preserve"> yeah,</w:t>
      </w:r>
      <w:r>
        <w:t xml:space="preserve"> yeah.</w:t>
      </w:r>
      <w:r>
        <w:t xml:space="preserve"> Im</w:t>
      </w:r>
      <w:r>
        <w:t xml:space="preserve"> working</w:t>
      </w:r>
      <w:r>
        <w:t xml:space="preserve"> on</w:t>
      </w:r>
      <w:r>
        <w:t xml:space="preserve"> it.</w:t>
        <w:br/>
        <w:t>先合影好吧</w:t>
        <w:br/>
        <w:t>Let's</w:t>
      </w:r>
      <w:r>
        <w:t xml:space="preserve"> just</w:t>
      </w:r>
      <w:r>
        <w:t xml:space="preserve"> take</w:t>
      </w:r>
      <w:r>
        <w:t xml:space="preserve"> the</w:t>
      </w:r>
      <w:r>
        <w:t xml:space="preserve"> picture.Okay.</w:t>
        <w:br/>
        <w:t>维拉德·R·阿博特</w:t>
        <w:br/>
        <w:t>公立小学</w:t>
        <w:br/>
        <w:t>各位</w:t>
      </w:r>
      <w:r>
        <w:t xml:space="preserve"> 我也不知道啊</w:t>
        <w:br/>
        <w:t>Jacob:Look,guys,I</w:t>
      </w:r>
      <w:r>
        <w:t xml:space="preserve"> don't</w:t>
      </w:r>
      <w:r>
        <w:t xml:space="preserve"> know.</w:t>
        <w:br/>
        <w:t>她说她会带个“特别惊喜”过来</w:t>
        <w:br/>
        <w:t>She</w:t>
      </w:r>
      <w:r>
        <w:t xml:space="preserve"> just</w:t>
      </w:r>
      <w:r>
        <w:t xml:space="preserve"> said</w:t>
      </w:r>
      <w:r>
        <w:t xml:space="preserve"> she's"dropping</w:t>
      </w:r>
      <w:r>
        <w:t xml:space="preserve"> by</w:t>
      </w:r>
      <w:r>
        <w:t xml:space="preserve"> with</w:t>
      </w:r>
      <w:r>
        <w:t xml:space="preserve"> a</w:t>
      </w:r>
      <w:r>
        <w:t xml:space="preserve"> special</w:t>
      </w:r>
      <w:r>
        <w:t xml:space="preserve"> surprise.</w:t>
      </w:r>
      <w:r>
        <w:t xml:space="preserve"> "</w:t>
        <w:br/>
        <w:t>等等</w:t>
      </w:r>
      <w:r>
        <w:t xml:space="preserve"> 谁要来</w:t>
      </w:r>
      <w:r>
        <w:t xml:space="preserve"> 珍妮吗</w:t>
        <w:br/>
        <w:t>Wait,who's</w:t>
      </w:r>
      <w:r>
        <w:t xml:space="preserve"> coming?Janine?</w:t>
        <w:br/>
        <w:t>现在退席还不晚</w:t>
      </w:r>
      <w:r>
        <w:t xml:space="preserve"> 各位</w:t>
        <w:br/>
        <w:t>It's</w:t>
      </w:r>
      <w:r>
        <w:t xml:space="preserve"> not</w:t>
      </w:r>
      <w:r>
        <w:t xml:space="preserve"> too</w:t>
      </w:r>
      <w:r>
        <w:t xml:space="preserve"> late</w:t>
      </w:r>
      <w:r>
        <w:t xml:space="preserve"> to</w:t>
      </w:r>
      <w:r>
        <w:t xml:space="preserve"> leave,</w:t>
      </w:r>
      <w:r>
        <w:t xml:space="preserve"> y'all.</w:t>
        <w:br/>
        <w:t>我们都走掉她也就烦不到我们了</w:t>
        <w:br/>
        <w:t>She</w:t>
      </w:r>
      <w:r>
        <w:t xml:space="preserve"> can't</w:t>
      </w:r>
      <w:r>
        <w:t xml:space="preserve"> annoy</w:t>
      </w:r>
      <w:r>
        <w:t xml:space="preserve"> us</w:t>
      </w:r>
      <w:r>
        <w:t xml:space="preserve"> if</w:t>
      </w:r>
      <w:r>
        <w:t xml:space="preserve"> we're</w:t>
      </w:r>
      <w:r>
        <w:t xml:space="preserve"> not</w:t>
      </w:r>
      <w:r>
        <w:t xml:space="preserve"> here.</w:t>
        <w:br/>
        <w:t>嗨</w:t>
      </w:r>
      <w:r>
        <w:t xml:space="preserve"> 大家好</w:t>
      </w:r>
      <w:r>
        <w:t xml:space="preserve"> 抱歉我们迟到了</w:t>
        <w:br/>
        <w:t>Hello!Hi,everyone!Sorry</w:t>
      </w:r>
      <w:r>
        <w:t xml:space="preserve"> we're</w:t>
      </w:r>
      <w:r>
        <w:t xml:space="preserve"> late</w:t>
        <w:br/>
        <w:t>请注意</w:t>
      </w:r>
      <w:r>
        <w:t xml:space="preserve"> 我们来了一伙儿人</w:t>
      </w:r>
      <w:r>
        <w:t xml:space="preserve"> 很让人兴奋吧</w:t>
        <w:br/>
        <w:t>But</w:t>
      </w:r>
      <w:r>
        <w:t xml:space="preserve"> do</w:t>
      </w:r>
      <w:r>
        <w:t xml:space="preserve"> notice</w:t>
      </w:r>
      <w:r>
        <w:t xml:space="preserve"> that</w:t>
      </w:r>
      <w:r>
        <w:t xml:space="preserve"> we</w:t>
      </w:r>
      <w:r>
        <w:t xml:space="preserve"> are</w:t>
      </w:r>
      <w:r>
        <w:t xml:space="preserve"> a</w:t>
      </w:r>
      <w:r>
        <w:t xml:space="preserve"> we,</w:t>
      </w:r>
      <w:r>
        <w:t xml:space="preserve"> which</w:t>
      </w:r>
      <w:r>
        <w:t xml:space="preserve"> is</w:t>
      </w:r>
      <w:r>
        <w:t xml:space="preserve"> exciting.</w:t>
        <w:br/>
        <w:t>这位是市政厅的琼</w:t>
        <w:br/>
        <w:t>Please</w:t>
      </w:r>
      <w:r>
        <w:t xml:space="preserve"> meet</w:t>
      </w:r>
      <w:r>
        <w:t xml:space="preserve"> Joan</w:t>
      </w:r>
      <w:r>
        <w:t xml:space="preserve"> from</w:t>
      </w:r>
      <w:r>
        <w:t xml:space="preserve"> the</w:t>
      </w:r>
      <w:r>
        <w:t xml:space="preserve"> city.</w:t>
        <w:br/>
        <w:t>你们都该记得教育委员会的</w:t>
        <w:br/>
        <w:t>And</w:t>
      </w:r>
      <w:r>
        <w:t xml:space="preserve"> you'll</w:t>
      </w:r>
      <w:r>
        <w:t xml:space="preserve"> remember</w:t>
      </w:r>
      <w:r>
        <w:t xml:space="preserve"> Elizabeth</w:t>
      </w:r>
      <w:r>
        <w:t xml:space="preserve"> Washington</w:t>
        <w:br/>
        <w:t>伊丽莎白·华盛顿吧</w:t>
        <w:br/>
        <w:t>from</w:t>
      </w:r>
      <w:r>
        <w:t xml:space="preserve"> the</w:t>
      </w:r>
      <w:r>
        <w:t xml:space="preserve"> Education</w:t>
      </w:r>
      <w:r>
        <w:t xml:space="preserve"> Board.</w:t>
        <w:br/>
        <w:t>这是要干嘛</w:t>
      </w:r>
      <w:r>
        <w:t xml:space="preserve"> 因为她上次来的时候</w:t>
        <w:br/>
        <w:t>Okay,</w:t>
      </w:r>
      <w:r>
        <w:t xml:space="preserve"> what's</w:t>
      </w:r>
      <w:r>
        <w:t xml:space="preserve"> up?</w:t>
      </w:r>
      <w:r>
        <w:t xml:space="preserve"> Cause</w:t>
      </w:r>
      <w:r>
        <w:t xml:space="preserve"> last</w:t>
      </w:r>
      <w:r>
        <w:t xml:space="preserve"> time</w:t>
      </w:r>
      <w:r>
        <w:t xml:space="preserve"> she</w:t>
      </w:r>
      <w:r>
        <w:t xml:space="preserve"> was</w:t>
      </w:r>
      <w:r>
        <w:t xml:space="preserve"> here,</w:t>
        <w:br/>
        <w:t>我都要在年度教育者大会上为格雷戈里致悼词了</w:t>
        <w:br/>
        <w:t>I</w:t>
      </w:r>
      <w:r>
        <w:t xml:space="preserve"> had</w:t>
      </w:r>
      <w:r>
        <w:t xml:space="preserve"> to</w:t>
      </w:r>
      <w:r>
        <w:t xml:space="preserve"> eulogize</w:t>
      </w:r>
      <w:r>
        <w:t xml:space="preserve"> Gregory</w:t>
      </w:r>
      <w:r>
        <w:t xml:space="preserve"> at</w:t>
      </w:r>
      <w:r>
        <w:t xml:space="preserve"> the</w:t>
      </w:r>
      <w:r>
        <w:t xml:space="preserve"> Educator</w:t>
      </w:r>
      <w:r>
        <w:t xml:space="preserve"> of</w:t>
      </w:r>
      <w:r>
        <w:t xml:space="preserve"> the</w:t>
      </w:r>
      <w:r>
        <w:t xml:space="preserve"> Year</w:t>
      </w:r>
      <w:r>
        <w:t xml:space="preserve"> thing.</w:t>
        <w:br/>
        <w:t>这不是我的大明星吗</w:t>
        <w:br/>
        <w:t>There's</w:t>
      </w:r>
      <w:r>
        <w:t xml:space="preserve"> my</w:t>
      </w:r>
      <w:r>
        <w:t xml:space="preserve"> star.</w:t>
        <w:br/>
        <w:t>嘿</w:t>
      </w:r>
      <w:r>
        <w:t xml:space="preserve"> 我还没收到你的感谢鲜花哦</w:t>
        <w:br/>
        <w:t>Hey,</w:t>
      </w:r>
      <w:r>
        <w:t xml:space="preserve"> you</w:t>
      </w:r>
      <w:r>
        <w:t xml:space="preserve"> never</w:t>
      </w:r>
      <w:r>
        <w:t xml:space="preserve"> sent</w:t>
      </w:r>
      <w:r>
        <w:t xml:space="preserve"> me</w:t>
      </w:r>
      <w:r>
        <w:t xml:space="preserve"> thank</w:t>
      </w:r>
      <w:r>
        <w:t xml:space="preserve"> you</w:t>
      </w:r>
      <w:r>
        <w:t xml:space="preserve"> flowers.</w:t>
        <w:br/>
        <w:t>真是噩梦了</w:t>
        <w:br/>
        <w:t>Tis</w:t>
      </w:r>
      <w:r>
        <w:t xml:space="preserve"> is</w:t>
      </w:r>
      <w:r>
        <w:t xml:space="preserve"> my</w:t>
      </w:r>
      <w:r>
        <w:t xml:space="preserve"> nightmare.</w:t>
        <w:br/>
        <w:t>真的</w:t>
      </w:r>
      <w:r>
        <w:t xml:space="preserve"> 她是比鬼压床还可怕</w:t>
        <w:br/>
        <w:t>Literally,</w:t>
      </w:r>
      <w:r>
        <w:t xml:space="preserve"> she's</w:t>
      </w:r>
      <w:r>
        <w:t xml:space="preserve"> my</w:t>
      </w:r>
      <w:r>
        <w:t xml:space="preserve"> sleep</w:t>
      </w:r>
      <w:r>
        <w:t xml:space="preserve"> paralysis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demon.</w:t>
        <w:br/>
        <w:t>阿伯特小学将被评定为</w:t>
        <w:br/>
        <w:t>Abbott</w:t>
      </w:r>
      <w:r>
        <w:t xml:space="preserve"> Elementary</w:t>
      </w:r>
      <w:r>
        <w:t xml:space="preserve"> is</w:t>
      </w:r>
      <w:r>
        <w:t xml:space="preserve"> set</w:t>
      </w:r>
      <w:r>
        <w:t xml:space="preserve"> to</w:t>
      </w:r>
      <w:r>
        <w:t xml:space="preserve"> be</w:t>
      </w:r>
      <w:r>
        <w:t xml:space="preserve"> designated</w:t>
        <w:br/>
        <w:t>费城的历史地标</w:t>
        <w:br/>
        <w:t>as</w:t>
      </w:r>
      <w:r>
        <w:t xml:space="preserve"> a</w:t>
      </w:r>
      <w:r>
        <w:t xml:space="preserve"> historical</w:t>
      </w:r>
      <w:r>
        <w:t xml:space="preserve"> landmark</w:t>
      </w:r>
      <w:r>
        <w:t xml:space="preserve"> in</w:t>
      </w:r>
      <w:r>
        <w:t xml:space="preserve"> the</w:t>
      </w:r>
      <w:r>
        <w:t xml:space="preserve"> city</w:t>
      </w:r>
      <w:r>
        <w:t xml:space="preserve"> of</w:t>
      </w:r>
      <w:r>
        <w:t xml:space="preserve"> Philadelphia</w:t>
        <w:br/>
        <w:t>我们要成为历史遗产了</w:t>
        <w:br/>
        <w:t>We're</w:t>
      </w:r>
      <w:r>
        <w:t xml:space="preserve"> gonna</w:t>
      </w:r>
      <w:r>
        <w:t xml:space="preserve"> be</w:t>
      </w:r>
      <w:r>
        <w:t xml:space="preserve"> a</w:t>
      </w:r>
      <w:r>
        <w:t xml:space="preserve"> historical</w:t>
      </w:r>
      <w:r>
        <w:t xml:space="preserve"> place?</w:t>
        <w:br/>
        <w:t>来钱了</w:t>
        <w:br/>
        <w:t>Cha-</w:t>
      </w:r>
      <w:r>
        <w:t xml:space="preserve"> ching!</w:t>
        <w:br/>
        <w:t>怎么啦</w:t>
        <w:br/>
        <w:t>What?</w:t>
        <w:br/>
        <w:t>我们会被分到一笔用于修缮结构的</w:t>
        <w:br/>
        <w:t>It</w:t>
      </w:r>
      <w:r>
        <w:t xml:space="preserve"> comes</w:t>
      </w:r>
      <w:r>
        <w:t xml:space="preserve"> with</w:t>
      </w:r>
      <w:r>
        <w:t xml:space="preserve"> a</w:t>
      </w:r>
      <w:r>
        <w:t xml:space="preserve"> discretionary</w:t>
      </w:r>
      <w:r>
        <w:t xml:space="preserve"> fund</w:t>
        <w:br/>
        <w:t>自&amp;hearts;由&amp;hearts;裁量基金</w:t>
        <w:br/>
        <w:t>for</w:t>
      </w:r>
      <w:r>
        <w:t xml:space="preserve"> structural</w:t>
      </w:r>
      <w:r>
        <w:t xml:space="preserve"> upkeep.</w:t>
        <w:br/>
        <w:t>这是真的</w:t>
        <w:br/>
        <w:t>Yeah,</w:t>
      </w:r>
      <w:r>
        <w:t xml:space="preserve"> that's</w:t>
      </w:r>
      <w:r>
        <w:t xml:space="preserve"> true.</w:t>
        <w:br/>
        <w:t>我姨婆的熏牛肉店也入选了</w:t>
        <w:br/>
        <w:t>My</w:t>
      </w:r>
      <w:r>
        <w:t xml:space="preserve"> great</w:t>
      </w:r>
      <w:r>
        <w:t xml:space="preserve"> aunt's</w:t>
      </w:r>
      <w:r>
        <w:t xml:space="preserve"> pastrami</w:t>
      </w:r>
      <w:r>
        <w:t xml:space="preserve"> shop</w:t>
      </w:r>
      <w:r>
        <w:t xml:space="preserve"> got</w:t>
      </w:r>
      <w:r>
        <w:t xml:space="preserve"> designated</w:t>
        <w:br/>
        <w:t>因为迪克·克拉克曾扒着她家窗户往外看过</w:t>
        <w:br/>
        <w:t>'cause</w:t>
      </w:r>
      <w:r>
        <w:t xml:space="preserve"> Dick</w:t>
      </w:r>
      <w:r>
        <w:t xml:space="preserve"> Clark</w:t>
      </w:r>
      <w:r>
        <w:t xml:space="preserve"> looked</w:t>
      </w:r>
      <w:r>
        <w:t xml:space="preserve"> through</w:t>
      </w:r>
      <w:r>
        <w:t xml:space="preserve"> the</w:t>
      </w:r>
      <w:r>
        <w:t xml:space="preserve"> window</w:t>
      </w:r>
      <w:r>
        <w:t xml:space="preserve"> once.</w:t>
        <w:br/>
        <w:t>迪克·克拉克是一位美国电视和广播名人</w:t>
      </w:r>
      <w:r>
        <w:t xml:space="preserve"> 也是一位制片人</w:t>
        <w:br/>
        <w:t>他最出名的是主持1956年至1989年播出的电视节目《美国舞台》</w:t>
        <w:br/>
        <w:t>我们一直都知道</w:t>
      </w:r>
      <w:r>
        <w:t xml:space="preserve"> 阿伯特有多特别</w:t>
        <w:br/>
        <w:t>We've</w:t>
      </w:r>
      <w:r>
        <w:t xml:space="preserve"> always</w:t>
      </w:r>
      <w:r>
        <w:t xml:space="preserve"> known</w:t>
      </w:r>
      <w:r>
        <w:t xml:space="preserve"> how</w:t>
      </w:r>
      <w:r>
        <w:t xml:space="preserve"> special</w:t>
      </w:r>
      <w:r>
        <w:t xml:space="preserve"> Abbott</w:t>
      </w:r>
      <w:r>
        <w:t xml:space="preserve"> is,</w:t>
        <w:br/>
        <w:t>现在我们真成历史遗产了</w:t>
        <w:br/>
        <w:t>but</w:t>
      </w:r>
      <w:r>
        <w:t xml:space="preserve"> now</w:t>
      </w:r>
      <w:r>
        <w:t xml:space="preserve"> we're</w:t>
      </w:r>
      <w:r>
        <w:t xml:space="preserve"> historic.</w:t>
        <w:br/>
        <w:t>就像《洛基》里那段楼梯</w:t>
        <w:br/>
        <w:t>Like</w:t>
      </w:r>
      <w:r>
        <w:t xml:space="preserve"> the</w:t>
      </w:r>
      <w:r>
        <w:t xml:space="preserve"> "Rocky"stairs.</w:t>
        <w:br/>
        <w:t>那个不算</w:t>
      </w:r>
      <w:r>
        <w:t xml:space="preserve"> 因为洛奇是个虚构的人物</w:t>
        <w:br/>
        <w:t>Not</w:t>
      </w:r>
      <w:r>
        <w:t xml:space="preserve"> quite,</w:t>
      </w:r>
      <w:r>
        <w:t xml:space="preserve"> as</w:t>
      </w:r>
      <w:r>
        <w:t xml:space="preserve"> Rocky</w:t>
      </w:r>
      <w:r>
        <w:t xml:space="preserve"> is</w:t>
      </w:r>
      <w:r>
        <w:t xml:space="preserve"> a</w:t>
      </w:r>
      <w:r>
        <w:t xml:space="preserve"> fictional</w:t>
      </w:r>
      <w:r>
        <w:t xml:space="preserve"> character.</w:t>
        <w:br/>
        <w:t>不如我们把你扔下楼梯</w:t>
        <w:br/>
        <w:t>How</w:t>
      </w:r>
      <w:r>
        <w:t xml:space="preserve"> about</w:t>
      </w:r>
      <w:r>
        <w:t xml:space="preserve"> we</w:t>
      </w:r>
      <w:r>
        <w:t xml:space="preserve"> throw</w:t>
      </w:r>
      <w:r>
        <w:t xml:space="preserve"> you</w:t>
      </w:r>
      <w:r>
        <w:t xml:space="preserve"> down</w:t>
      </w:r>
      <w:r>
        <w:t xml:space="preserve"> those</w:t>
      </w:r>
      <w:r>
        <w:t xml:space="preserve"> stairs,</w:t>
        <w:br/>
        <w:t>你再来告诉我虚构不虚构</w:t>
        <w:br/>
        <w:t>and</w:t>
      </w:r>
      <w:r>
        <w:t xml:space="preserve"> you</w:t>
      </w:r>
      <w:r>
        <w:t xml:space="preserve"> can</w:t>
      </w:r>
      <w:r>
        <w:t xml:space="preserve"> see</w:t>
      </w:r>
      <w:r>
        <w:t xml:space="preserve"> how</w:t>
      </w:r>
      <w:r>
        <w:t xml:space="preserve"> fictional</w:t>
      </w:r>
      <w:r>
        <w:t xml:space="preserve"> they</w:t>
      </w:r>
      <w:r>
        <w:t xml:space="preserve"> feel?</w:t>
      </w:r>
      <w:r>
        <w:t xml:space="preserve"> !</w:t>
        <w:br/>
        <w:t>我想她说的是</w:t>
      </w:r>
      <w:r>
        <w:t xml:space="preserve"> 贝琪·罗斯的家</w:t>
        <w:br/>
        <w:t>I</w:t>
      </w:r>
      <w:r>
        <w:t xml:space="preserve"> think</w:t>
      </w:r>
      <w:r>
        <w:t xml:space="preserve"> she</w:t>
      </w:r>
      <w:r>
        <w:t xml:space="preserve"> just</w:t>
      </w:r>
      <w:r>
        <w:t xml:space="preserve"> means</w:t>
      </w:r>
      <w:r>
        <w:t xml:space="preserve"> like</w:t>
      </w:r>
      <w:r>
        <w:t xml:space="preserve"> the</w:t>
      </w:r>
      <w:r>
        <w:t xml:space="preserve"> home</w:t>
      </w:r>
      <w:r>
        <w:t xml:space="preserve"> of</w:t>
      </w:r>
      <w:r>
        <w:t xml:space="preserve"> Betsy</w:t>
      </w:r>
      <w:r>
        <w:t xml:space="preserve"> Ross.</w:t>
        <w:br/>
        <w:t>贝琪·罗斯（Retsy</w:t>
      </w:r>
      <w:r>
        <w:t xml:space="preserve"> Ross）是一位美国女裁缝和室内装潢师</w:t>
      </w:r>
      <w:r>
        <w:t xml:space="preserve"> 传统上认为她设计和缝制了第一面美国国旗</w:t>
        <w:br/>
        <w:t>对吧</w:t>
      </w:r>
      <w:r>
        <w:t xml:space="preserve"> 好吧</w:t>
        <w:br/>
        <w:t>Right?</w:t>
      </w:r>
      <w:r>
        <w:t xml:space="preserve"> Okay.</w:t>
        <w:br/>
        <w:t>天啊</w:t>
      </w:r>
      <w:r>
        <w:t xml:space="preserve"> 伙计们</w:t>
        <w:br/>
        <w:t>Oh,</w:t>
      </w:r>
      <w:r>
        <w:t xml:space="preserve"> my</w:t>
      </w:r>
      <w:r>
        <w:t xml:space="preserve"> God,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guys,</w:t>
        <w:br/>
        <w:t>我们可能会成为城市徒步的一站</w:t>
        <w:br/>
        <w:t>we're</w:t>
      </w:r>
      <w:r>
        <w:t xml:space="preserve"> probably</w:t>
      </w:r>
      <w:r>
        <w:t xml:space="preserve"> going</w:t>
      </w:r>
      <w:r>
        <w:t xml:space="preserve"> to</w:t>
      </w:r>
      <w:r>
        <w:t xml:space="preserve"> be</w:t>
      </w:r>
      <w:r>
        <w:t xml:space="preserve"> a</w:t>
      </w:r>
      <w:r>
        <w:t xml:space="preserve"> part</w:t>
      </w:r>
      <w:r>
        <w:t xml:space="preserve"> of</w:t>
      </w:r>
      <w:r>
        <w:t xml:space="preserve"> walking</w:t>
      </w:r>
      <w:r>
        <w:t xml:space="preserve"> tours.</w:t>
        <w:br/>
        <w:t>我天</w:t>
      </w:r>
      <w:r>
        <w:t xml:space="preserve"> 谁来当大家的导游呢</w:t>
        <w:br/>
        <w:t>Oh,</w:t>
      </w:r>
      <w:r>
        <w:t xml:space="preserve"> my</w:t>
      </w:r>
      <w:r>
        <w:t xml:space="preserve"> gosh.</w:t>
      </w:r>
      <w:r>
        <w:t xml:space="preserve"> Who's</w:t>
      </w:r>
      <w:r>
        <w:t xml:space="preserve"> gonna</w:t>
      </w:r>
      <w:r>
        <w:t xml:space="preserve"> give</w:t>
      </w:r>
      <w:r>
        <w:t xml:space="preserve"> the</w:t>
      </w:r>
      <w:r>
        <w:t xml:space="preserve"> tour?</w:t>
        <w:br/>
        <w:t>好吧</w:t>
      </w:r>
      <w:r>
        <w:t xml:space="preserve"> 我来</w:t>
      </w:r>
      <w:r>
        <w:t xml:space="preserve"> </w:t>
      </w:r>
      <w:r>
        <w:t xml:space="preserve"> -都静静</w:t>
        <w:br/>
        <w:t>Uh,</w:t>
      </w:r>
      <w:r>
        <w:t xml:space="preserve"> okay.</w:t>
      </w:r>
      <w:r>
        <w:t xml:space="preserve"> I'll</w:t>
      </w:r>
      <w:r>
        <w:t xml:space="preserve"> do</w:t>
      </w:r>
      <w:r>
        <w:t xml:space="preserve"> it.</w:t>
      </w:r>
      <w:r>
        <w:t xml:space="preserve"> Barbara:</w:t>
      </w:r>
      <w:r>
        <w:t xml:space="preserve"> Okay.</w:t>
        <w:br/>
        <w:t>阿伯特的确是座老学校</w:t>
      </w:r>
      <w:r>
        <w:t xml:space="preserve"> 但怎么就成历史遗迹了</w:t>
        <w:br/>
        <w:t>Abbott</w:t>
      </w:r>
      <w:r>
        <w:t xml:space="preserve"> is</w:t>
      </w:r>
      <w:r>
        <w:t xml:space="preserve"> certainly</w:t>
      </w:r>
      <w:r>
        <w:t xml:space="preserve"> old,</w:t>
      </w:r>
      <w:r>
        <w:t xml:space="preserve"> but</w:t>
      </w:r>
      <w:r>
        <w:t xml:space="preserve"> historic?</w:t>
        <w:br/>
        <w:t>威拉德·r·阿伯特本人</w:t>
        <w:br/>
        <w:t>Willard</w:t>
      </w:r>
      <w:r>
        <w:t xml:space="preserve"> R.</w:t>
      </w:r>
      <w:r>
        <w:t xml:space="preserve"> Abbott</w:t>
      </w:r>
      <w:r>
        <w:t xml:space="preserve"> himself</w:t>
        <w:br/>
        <w:t>把我们脚下这栋楼</w:t>
      </w:r>
      <w:r>
        <w:t xml:space="preserve"> 设计为防空洞</w:t>
        <w:br/>
        <w:t>used</w:t>
      </w:r>
      <w:r>
        <w:t xml:space="preserve"> this</w:t>
      </w:r>
      <w:r>
        <w:t xml:space="preserve"> very</w:t>
      </w:r>
      <w:r>
        <w:t xml:space="preserve"> building</w:t>
      </w:r>
      <w:r>
        <w:t xml:space="preserve"> as</w:t>
      </w:r>
      <w:r>
        <w:t xml:space="preserve"> a</w:t>
      </w:r>
      <w:r>
        <w:t xml:space="preserve"> bomb</w:t>
      </w:r>
      <w:r>
        <w:t xml:space="preserve"> shelter.</w:t>
        <w:br/>
        <w:t>随后发现是一场虚惊</w:t>
        <w:br/>
        <w:t>It</w:t>
      </w:r>
      <w:r>
        <w:t xml:space="preserve"> actually</w:t>
      </w:r>
      <w:r>
        <w:t xml:space="preserve"> turned</w:t>
      </w:r>
      <w:r>
        <w:t xml:space="preserve"> out</w:t>
      </w:r>
      <w:r>
        <w:t xml:space="preserve"> to</w:t>
      </w:r>
      <w:r>
        <w:t xml:space="preserve"> be</w:t>
      </w:r>
      <w:r>
        <w:t xml:space="preserve"> a</w:t>
      </w:r>
      <w:r>
        <w:t xml:space="preserve"> false</w:t>
      </w:r>
      <w:r>
        <w:t xml:space="preserve"> alarm.</w:t>
        <w:br/>
        <w:t>尽管如此</w:t>
        <w:br/>
        <w:t>Nevertheless,</w:t>
        <w:br/>
        <w:t>一位伟人</w:t>
      </w:r>
      <w:r>
        <w:t xml:space="preserve"> 选择在这片神圣的土地上遁世</w:t>
        <w:br/>
        <w:t>a</w:t>
      </w:r>
      <w:r>
        <w:t xml:space="preserve"> great</w:t>
      </w:r>
      <w:r>
        <w:t xml:space="preserve"> man</w:t>
      </w:r>
      <w:r>
        <w:t xml:space="preserve"> cowered</w:t>
      </w:r>
      <w:r>
        <w:t xml:space="preserve"> on</w:t>
      </w:r>
      <w:r>
        <w:t xml:space="preserve"> this</w:t>
      </w:r>
      <w:r>
        <w:t xml:space="preserve"> hallowed</w:t>
      </w:r>
      <w:r>
        <w:t xml:space="preserve"> ground.</w:t>
        <w:br/>
        <w:t>没错</w:t>
      </w:r>
      <w:r>
        <w:t xml:space="preserve"> 我们会出名的</w:t>
        <w:br/>
        <w:t>That's</w:t>
      </w:r>
      <w:r>
        <w:t xml:space="preserve"> right.</w:t>
      </w:r>
      <w:r>
        <w:t xml:space="preserve"> We're</w:t>
      </w:r>
      <w:r>
        <w:t xml:space="preserve"> gonna</w:t>
      </w:r>
      <w:r>
        <w:t xml:space="preserve"> be</w:t>
      </w:r>
      <w:r>
        <w:t xml:space="preserve"> famous.</w:t>
        <w:br/>
        <w:t>啊</w:t>
      </w:r>
      <w:r>
        <w:t xml:space="preserve"> 真是太酷了</w:t>
        <w:br/>
        <w:t>Aah!</w:t>
      </w:r>
      <w:r>
        <w:t xml:space="preserve"> This</w:t>
      </w:r>
      <w:r>
        <w:t xml:space="preserve"> is</w:t>
      </w:r>
      <w:r>
        <w:t xml:space="preserve"> so</w:t>
      </w:r>
      <w:r>
        <w:t xml:space="preserve"> cool.</w:t>
        <w:br/>
        <w:t>我在学区工作</w:t>
      </w:r>
      <w:r>
        <w:t xml:space="preserve"> 我们对每所学校都一视同仁</w:t>
        <w:br/>
        <w:t>Working</w:t>
      </w:r>
      <w:r>
        <w:t xml:space="preserve"> at</w:t>
      </w:r>
      <w:r>
        <w:t xml:space="preserve"> the</w:t>
      </w:r>
      <w:r>
        <w:t xml:space="preserve"> district,</w:t>
      </w:r>
      <w:r>
        <w:t xml:space="preserve"> we</w:t>
      </w:r>
      <w:r>
        <w:t xml:space="preserve"> treat</w:t>
      </w:r>
      <w:r>
        <w:t xml:space="preserve"> every</w:t>
      </w:r>
      <w:r>
        <w:t xml:space="preserve"> school</w:t>
      </w:r>
      <w:r>
        <w:t xml:space="preserve"> as</w:t>
      </w:r>
      <w:r>
        <w:t xml:space="preserve"> equal.</w:t>
        <w:br/>
        <w:t>但我一直都知道阿伯特与众不同</w:t>
        <w:br/>
        <w:t>But</w:t>
      </w:r>
      <w:r>
        <w:t xml:space="preserve"> I</w:t>
      </w:r>
      <w:r>
        <w:t xml:space="preserve"> always</w:t>
      </w:r>
      <w:r>
        <w:t xml:space="preserve"> knew</w:t>
      </w:r>
      <w:r>
        <w:t xml:space="preserve"> Abbott</w:t>
      </w:r>
      <w:r>
        <w:t xml:space="preserve"> was</w:t>
      </w:r>
      <w:r>
        <w:t xml:space="preserve"> exceptional.</w:t>
        <w:br/>
        <w:t>现在市政厅也这么认为了</w:t>
        <w:br/>
        <w:t>And</w:t>
      </w:r>
      <w:r>
        <w:t xml:space="preserve"> now</w:t>
      </w:r>
      <w:r>
        <w:t xml:space="preserve"> the</w:t>
      </w:r>
      <w:r>
        <w:t xml:space="preserve"> city</w:t>
      </w:r>
      <w:r>
        <w:t xml:space="preserve"> agrees.</w:t>
        <w:br/>
        <w:t>让学区的其他学校羡慕去吧</w:t>
        <w:br/>
        <w:t>Eat</w:t>
      </w:r>
      <w:r>
        <w:t xml:space="preserve"> it,</w:t>
      </w:r>
      <w:r>
        <w:t xml:space="preserve"> all</w:t>
      </w:r>
      <w:r>
        <w:t xml:space="preserve"> other</w:t>
      </w:r>
      <w:r>
        <w:t xml:space="preserve"> schools</w:t>
      </w:r>
      <w:r>
        <w:t xml:space="preserve"> in</w:t>
      </w:r>
      <w:r>
        <w:t xml:space="preserve"> the</w:t>
      </w:r>
      <w:r>
        <w:t xml:space="preserve"> district!</w:t>
        <w:br/>
        <w:t>这段会掐掉的</w:t>
      </w:r>
      <w:r>
        <w:t xml:space="preserve"> 对吧</w:t>
        <w:br/>
        <w:t>You'll</w:t>
      </w:r>
      <w:r>
        <w:t xml:space="preserve"> cut</w:t>
      </w:r>
      <w:r>
        <w:t xml:space="preserve"> that</w:t>
      </w:r>
      <w:r>
        <w:t xml:space="preserve"> part</w:t>
      </w:r>
      <w:r>
        <w:t xml:space="preserve"> out,</w:t>
      </w:r>
      <w:r>
        <w:t xml:space="preserve"> right?</w:t>
        <w:br/>
        <w:t>阿伯特小学的成员请注意</w:t>
        <w:br/>
        <w:t>Attention</w:t>
      </w:r>
      <w:r>
        <w:t xml:space="preserve"> Abbott</w:t>
      </w:r>
      <w:r>
        <w:t xml:space="preserve"> Elementarians.</w:t>
        <w:br/>
        <w:t>我是你们的船老大</w:t>
      </w:r>
      <w:r>
        <w:t xml:space="preserve"> 科尔曼校长</w:t>
        <w:br/>
        <w:t>it's</w:t>
      </w:r>
      <w:r>
        <w:t xml:space="preserve"> your</w:t>
      </w:r>
      <w:r>
        <w:t xml:space="preserve"> captain,</w:t>
      </w:r>
      <w:r>
        <w:t xml:space="preserve"> Principal</w:t>
      </w:r>
      <w:r>
        <w:t xml:space="preserve"> Coleman,</w:t>
      </w:r>
      <w:r>
        <w:t xml:space="preserve"> speaking.</w:t>
        <w:br/>
        <w:t>请停下笔头</w:t>
        <w:br/>
        <w:t>If</w:t>
      </w:r>
      <w:r>
        <w:t xml:space="preserve"> you're</w:t>
      </w:r>
      <w:r>
        <w:t xml:space="preserve"> learning,</w:t>
      </w:r>
      <w:r>
        <w:t xml:space="preserve"> stop.</w:t>
        <w:br/>
        <w:t>阿伯特小学</w:t>
      </w:r>
      <w:r>
        <w:t xml:space="preserve"> 我辛辛苦苦拉扯大的那所学校</w:t>
        <w:br/>
        <w:t>Abbott</w:t>
      </w:r>
      <w:r>
        <w:t xml:space="preserve"> Elementary,</w:t>
      </w:r>
      <w:r>
        <w:t xml:space="preserve"> the</w:t>
      </w:r>
      <w:r>
        <w:t xml:space="preserve"> school</w:t>
      </w:r>
      <w:r>
        <w:t xml:space="preserve"> that</w:t>
      </w:r>
      <w:r>
        <w:t xml:space="preserve"> I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raised,</w:t>
        <w:br/>
        <w:t>就要成为费城的历史地标了</w:t>
        <w:br/>
        <w:t>is</w:t>
      </w:r>
      <w:r>
        <w:t xml:space="preserve"> becoming</w:t>
      </w:r>
      <w:r>
        <w:t xml:space="preserve"> a</w:t>
      </w:r>
      <w:r>
        <w:t xml:space="preserve"> Philly</w:t>
      </w:r>
      <w:r>
        <w:t xml:space="preserve"> historical</w:t>
      </w:r>
      <w:r>
        <w:t xml:space="preserve"> landmark.</w:t>
        <w:br/>
        <w:t>市里会举办一场揭牌仪式</w:t>
      </w:r>
      <w:r>
        <w:t xml:space="preserve"> 纪念我们学校的命名人</w:t>
        <w:br/>
        <w:t>There</w:t>
      </w:r>
      <w:r>
        <w:t xml:space="preserve"> will</w:t>
      </w:r>
      <w:r>
        <w:t xml:space="preserve"> be</w:t>
      </w:r>
      <w:r>
        <w:t xml:space="preserve"> a</w:t>
      </w:r>
      <w:r>
        <w:t xml:space="preserve"> plaque</w:t>
      </w:r>
      <w:r>
        <w:t xml:space="preserve"> ceremony</w:t>
      </w:r>
      <w:r>
        <w:t xml:space="preserve"> honoring</w:t>
      </w:r>
      <w:r>
        <w:t xml:space="preserve"> our</w:t>
      </w:r>
      <w:r>
        <w:t xml:space="preserve"> school's</w:t>
        <w:br/>
        <w:t>威拉德·r·阿伯特</w:t>
        <w:br/>
        <w:t>namesake,</w:t>
      </w:r>
      <w:r>
        <w:t xml:space="preserve"> Willard</w:t>
      </w:r>
      <w:r>
        <w:t xml:space="preserve"> R.</w:t>
      </w:r>
      <w:r>
        <w:t xml:space="preserve"> Abbott.</w:t>
        <w:br/>
        <w:t>如果你觉得这很无聊</w:t>
        <w:br/>
        <w:t>And</w:t>
      </w:r>
      <w:r>
        <w:t xml:space="preserve"> if</w:t>
      </w:r>
      <w:r>
        <w:t xml:space="preserve"> that</w:t>
      </w:r>
      <w:r>
        <w:t xml:space="preserve"> sounds</w:t>
      </w:r>
      <w:r>
        <w:t xml:space="preserve"> old</w:t>
      </w:r>
      <w:r>
        <w:t xml:space="preserve"> and</w:t>
      </w:r>
      <w:r>
        <w:t xml:space="preserve"> dusty</w:t>
      </w:r>
      <w:r>
        <w:t xml:space="preserve"> to</w:t>
      </w:r>
      <w:r>
        <w:t xml:space="preserve"> you,</w:t>
        <w:br/>
        <w:t>学区还为我们和社区</w:t>
        <w:br/>
        <w:t>the</w:t>
      </w:r>
      <w:r>
        <w:t xml:space="preserve"> district</w:t>
      </w:r>
      <w:r>
        <w:t xml:space="preserve"> is</w:t>
      </w:r>
      <w:r>
        <w:t xml:space="preserve"> also</w:t>
      </w:r>
      <w:r>
        <w:t xml:space="preserve"> throwing</w:t>
      </w:r>
      <w:r>
        <w:t xml:space="preserve"> a</w:t>
      </w:r>
      <w:r>
        <w:t xml:space="preserve"> pre-</w:t>
      </w:r>
      <w:r>
        <w:t xml:space="preserve"> party</w:t>
        <w:br/>
        <w:t>举办了一个预热派对</w:t>
        <w:br/>
        <w:t>for</w:t>
      </w:r>
      <w:r>
        <w:t xml:space="preserve"> us</w:t>
      </w:r>
      <w:r>
        <w:t xml:space="preserve"> and</w:t>
      </w:r>
      <w:r>
        <w:t xml:space="preserve"> the</w:t>
      </w:r>
      <w:r>
        <w:t xml:space="preserve"> neighborhood.</w:t>
        <w:br/>
        <w:t>派对由政&amp;hearts;府&amp;hearts;买&amp;hearts;&amp;hearts;单</w:t>
        <w:br/>
        <w:t>We're</w:t>
      </w:r>
      <w:r>
        <w:t xml:space="preserve"> partying</w:t>
      </w:r>
      <w:r>
        <w:t xml:space="preserve"> on</w:t>
      </w:r>
      <w:r>
        <w:t xml:space="preserve"> the</w:t>
      </w:r>
      <w:r>
        <w:t xml:space="preserve"> district's</w:t>
      </w:r>
      <w:r>
        <w:t xml:space="preserve"> tab.</w:t>
        <w:br/>
        <w:t>哦</w:t>
      </w:r>
      <w:r>
        <w:t xml:space="preserve"> 还有披萨供应</w:t>
        <w:br/>
        <w:t>Oh,</w:t>
      </w:r>
      <w:r>
        <w:t xml:space="preserve"> and</w:t>
      </w:r>
      <w:r>
        <w:t xml:space="preserve"> there</w:t>
      </w:r>
      <w:r>
        <w:t xml:space="preserve"> wijl</w:t>
      </w:r>
      <w:r>
        <w:t xml:space="preserve"> be</w:t>
      </w:r>
      <w:r>
        <w:t xml:space="preserve"> pizza.</w:t>
        <w:br/>
        <w:br/>
        <w:t>不客气</w:t>
        <w:br/>
        <w:t>You're</w:t>
      </w:r>
      <w:r>
        <w:t xml:space="preserve"> welcome.</w:t>
        <w:br/>
        <w:t>你就想想公有多少人</w:t>
      </w:r>
      <w:r>
        <w:t xml:space="preserve"> 举着剪刀手</w:t>
        <w:br/>
        <w:t>Just</w:t>
      </w:r>
      <w:r>
        <w:t xml:space="preserve"> imagine</w:t>
      </w:r>
      <w:r>
        <w:t xml:space="preserve"> how</w:t>
      </w:r>
      <w:r>
        <w:t xml:space="preserve"> many</w:t>
      </w:r>
      <w:r>
        <w:t xml:space="preserve"> people</w:t>
      </w:r>
      <w:r>
        <w:t xml:space="preserve"> are</w:t>
      </w:r>
      <w:r>
        <w:t xml:space="preserve"> gonna</w:t>
      </w:r>
      <w:r>
        <w:t xml:space="preserve"> be</w:t>
      </w:r>
      <w:r>
        <w:t xml:space="preserve"> posing</w:t>
        <w:br/>
        <w:t>跟我们的牌匾合影</w:t>
        <w:br/>
        <w:t>with</w:t>
      </w:r>
      <w:r>
        <w:t xml:space="preserve"> peace</w:t>
      </w:r>
      <w:r>
        <w:t xml:space="preserve"> signs</w:t>
      </w:r>
      <w:r>
        <w:t xml:space="preserve"> out</w:t>
      </w:r>
      <w:r>
        <w:t xml:space="preserve"> by</w:t>
      </w:r>
      <w:r>
        <w:t xml:space="preserve"> the</w:t>
      </w:r>
      <w:r>
        <w:t xml:space="preserve"> plaque.</w:t>
        <w:br/>
        <w:t>不对的</w:t>
      </w:r>
      <w:r>
        <w:t xml:space="preserve"> 大家现在都比心了</w:t>
      </w:r>
      <w:r>
        <w:t xml:space="preserve"> 就这样</w:t>
        <w:br/>
        <w:t>Oh,</w:t>
      </w:r>
      <w:r>
        <w:t xml:space="preserve"> no.</w:t>
      </w:r>
      <w:r>
        <w:t xml:space="preserve"> People</w:t>
      </w:r>
      <w:r>
        <w:t xml:space="preserve"> do</w:t>
      </w:r>
      <w:r>
        <w:t xml:space="preserve"> finger</w:t>
      </w:r>
      <w:r>
        <w:t xml:space="preserve"> hearts</w:t>
      </w:r>
      <w:r>
        <w:t xml:space="preserve"> now.</w:t>
      </w:r>
      <w:r>
        <w:t xml:space="preserve"> Like</w:t>
      </w:r>
      <w:r>
        <w:t xml:space="preserve"> that.</w:t>
        <w:br/>
        <w:t>我必须承认</w:t>
      </w:r>
      <w:r>
        <w:t xml:space="preserve"> 这事挺让人骄傲</w:t>
        <w:br/>
        <w:t>I</w:t>
      </w:r>
      <w:r>
        <w:t xml:space="preserve"> have</w:t>
      </w:r>
      <w:r>
        <w:t xml:space="preserve"> to</w:t>
      </w:r>
      <w:r>
        <w:t xml:space="preserve"> admit,</w:t>
      </w:r>
      <w:r>
        <w:t xml:space="preserve"> this</w:t>
      </w:r>
      <w:r>
        <w:t xml:space="preserve"> is</w:t>
      </w:r>
      <w:r>
        <w:t xml:space="preserve"> impressive.</w:t>
        <w:br/>
        <w:t>我甚至觉得自己更出众了</w:t>
        <w:br/>
        <w:t>I</w:t>
      </w:r>
      <w:r>
        <w:t xml:space="preserve"> already</w:t>
      </w:r>
      <w:r>
        <w:t xml:space="preserve"> feel</w:t>
      </w:r>
      <w:r>
        <w:t xml:space="preserve"> more</w:t>
      </w:r>
      <w:r>
        <w:t xml:space="preserve"> distinguished.</w:t>
        <w:br/>
        <w:t>你连”出众“一词都不会拼</w:t>
        <w:br/>
        <w:t>You</w:t>
      </w:r>
      <w:r>
        <w:t xml:space="preserve"> can't</w:t>
      </w:r>
      <w:r>
        <w:t xml:space="preserve"> even</w:t>
      </w:r>
      <w:r>
        <w:t xml:space="preserve"> spell"distinguished.</w:t>
      </w:r>
      <w:r>
        <w:t xml:space="preserve"> "</w:t>
        <w:br/>
        <w:t>芭芭拉</w:t>
      </w:r>
      <w:r>
        <w:t xml:space="preserve"> 梅丽莎</w:t>
        <w:br/>
        <w:t>Barbara,</w:t>
      </w:r>
      <w:r>
        <w:t xml:space="preserve"> Melissa.</w:t>
        <w:br/>
        <w:t>你们俩反应怎么这么</w:t>
        <w:br/>
        <w:t>That</w:t>
      </w:r>
      <w:r>
        <w:t xml:space="preserve"> was</w:t>
      </w:r>
      <w:r>
        <w:t xml:space="preserve"> your,</w:t>
      </w:r>
      <w:r>
        <w:t xml:space="preserve"> uh,</w:t>
      </w:r>
      <w:r>
        <w:t xml:space="preserve"> "This</w:t>
      </w:r>
      <w:r>
        <w:t xml:space="preserve"> is</w:t>
      </w:r>
      <w:r>
        <w:t xml:space="preserve"> amazing</w:t>
      </w:r>
      <w:r>
        <w:t xml:space="preserve"> look,</w:t>
      </w:r>
      <w:r>
        <w:t xml:space="preserve"> "huh?</w:t>
        <w:br/>
        <w:t>淡定呢</w:t>
        <w:br/>
        <w:t>Right?</w:t>
        <w:br/>
        <w:t>你开心我就开心</w:t>
        <w:br/>
        <w:t>I'm</w:t>
      </w:r>
      <w:r>
        <w:t xml:space="preserve"> so</w:t>
      </w:r>
      <w:r>
        <w:t xml:space="preserve"> happy</w:t>
      </w:r>
      <w:r>
        <w:t xml:space="preserve"> you're</w:t>
      </w:r>
      <w:r>
        <w:t xml:space="preserve"> happy.</w:t>
        <w:br/>
        <w:t>但是呢</w:t>
        <w:br/>
        <w:t>But?</w:t>
        <w:br/>
        <w:t>没有但是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-有但是</w:t>
        <w:br/>
        <w:t>No</w:t>
      </w:r>
      <w:r>
        <w:t xml:space="preserve"> but.</w:t>
      </w:r>
      <w:r>
        <w:t xml:space="preserve"> There's</w:t>
      </w:r>
      <w:r>
        <w:t xml:space="preserve"> a</w:t>
      </w:r>
      <w:r>
        <w:t xml:space="preserve"> but.</w:t>
        <w:br/>
        <w:t>我能感觉到但是（臀部）</w:t>
        <w:br/>
        <w:t>I</w:t>
      </w:r>
      <w:r>
        <w:t xml:space="preserve"> can</w:t>
      </w:r>
      <w:r>
        <w:t xml:space="preserve"> feel</w:t>
      </w:r>
      <w:r>
        <w:t xml:space="preserve"> a</w:t>
      </w:r>
      <w:r>
        <w:t xml:space="preserve"> but.</w:t>
        <w:br/>
        <w:t>天</w:t>
      </w:r>
      <w:r>
        <w:t xml:space="preserve"> 你好变&amp;hearts;态&amp;hearts;</w:t>
        <w:br/>
        <w:t>Damn.</w:t>
      </w:r>
      <w:r>
        <w:t xml:space="preserve"> You</w:t>
      </w:r>
      <w:r>
        <w:t xml:space="preserve"> freaky.</w:t>
        <w:br/>
        <w:t>但是</w:t>
      </w:r>
      <w:r>
        <w:t xml:space="preserve"> </w:t>
      </w:r>
      <w:r>
        <w:t xml:space="preserve"> -我就知道</w:t>
        <w:br/>
        <w:t>But</w:t>
      </w:r>
      <w:r>
        <w:t xml:space="preserve"> Iknew</w:t>
      </w:r>
      <w:r>
        <w:t xml:space="preserve"> it.</w:t>
        <w:br/>
        <w:t>珍妮</w:t>
      </w:r>
      <w:r>
        <w:t xml:space="preserve"> 这只是地方政客的游戏</w:t>
        <w:br/>
        <w:t>Janine,</w:t>
      </w:r>
      <w:r>
        <w:t xml:space="preserve"> this</w:t>
      </w:r>
      <w:r>
        <w:t xml:space="preserve"> is</w:t>
      </w:r>
      <w:r>
        <w:t xml:space="preserve"> just</w:t>
      </w:r>
      <w:r>
        <w:t xml:space="preserve"> local</w:t>
      </w:r>
      <w:r>
        <w:t xml:space="preserve"> politics.</w:t>
        <w:br/>
        <w:t>这和我们学校没有关系</w:t>
        <w:br/>
        <w:t>It's</w:t>
      </w:r>
      <w:r>
        <w:t xml:space="preserve"> got</w:t>
      </w:r>
      <w:r>
        <w:t xml:space="preserve"> nothing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our</w:t>
      </w:r>
      <w:r>
        <w:t xml:space="preserve"> school.</w:t>
        <w:br/>
        <w:t>对啊</w:t>
      </w:r>
      <w:r>
        <w:t xml:space="preserve"> 再说这里是费城</w:t>
        <w:br/>
        <w:t>Melissa:</w:t>
      </w:r>
      <w:r>
        <w:t xml:space="preserve"> Yeah.</w:t>
      </w:r>
      <w:r>
        <w:t xml:space="preserve"> Plus</w:t>
      </w:r>
      <w:r>
        <w:t xml:space="preserve"> this</w:t>
      </w:r>
      <w:r>
        <w:t xml:space="preserve"> is</w:t>
      </w:r>
      <w:r>
        <w:t xml:space="preserve"> Philly.</w:t>
        <w:br/>
        <w:t>吐口唾沫都能砸中个</w:t>
        <w:br/>
        <w:t>I</w:t>
      </w:r>
      <w:r>
        <w:t xml:space="preserve"> mean,</w:t>
      </w:r>
      <w:r>
        <w:t xml:space="preserve"> you</w:t>
      </w:r>
      <w:r>
        <w:t xml:space="preserve"> can't</w:t>
      </w:r>
      <w:r>
        <w:t xml:space="preserve"> hock</w:t>
      </w:r>
      <w:r>
        <w:t xml:space="preserve"> a</w:t>
      </w:r>
      <w:r>
        <w:t xml:space="preserve"> loogie</w:t>
      </w:r>
      <w:r>
        <w:t xml:space="preserve"> without</w:t>
      </w:r>
      <w:r>
        <w:t xml:space="preserve"> hitting</w:t>
        <w:br/>
        <w:t>历史遗迹的地方</w:t>
        <w:br/>
        <w:t>something</w:t>
      </w:r>
      <w:r>
        <w:t xml:space="preserve"> historic</w:t>
      </w:r>
      <w:r>
        <w:t xml:space="preserve"> around</w:t>
      </w:r>
      <w:r>
        <w:t xml:space="preserve"> here.</w:t>
        <w:br/>
        <w:t>我天</w:t>
      </w:r>
      <w:r>
        <w:t xml:space="preserve"> 拜托</w:t>
        <w:br/>
        <w:t>Oh,</w:t>
      </w:r>
      <w:r>
        <w:t xml:space="preserve"> my</w:t>
      </w:r>
      <w:r>
        <w:t xml:space="preserve"> God,</w:t>
      </w:r>
      <w:r>
        <w:t xml:space="preserve"> please.</w:t>
        <w:br/>
        <w:t>能不能开心一回啊</w:t>
      </w:r>
      <w:r>
        <w:t xml:space="preserve"> 把芭氏阴雨云和梅记扫兴丸先放一边</w:t>
        <w:br/>
        <w:t>Just</w:t>
      </w:r>
      <w:r>
        <w:t xml:space="preserve"> one</w:t>
      </w:r>
      <w:r>
        <w:t xml:space="preserve"> parade</w:t>
      </w:r>
      <w:r>
        <w:t xml:space="preserve"> without</w:t>
      </w:r>
      <w:r>
        <w:t xml:space="preserve"> Barbara</w:t>
      </w:r>
      <w:r>
        <w:t xml:space="preserve"> clouds</w:t>
      </w:r>
      <w:r>
        <w:t xml:space="preserve"> and</w:t>
      </w:r>
      <w:r>
        <w:t xml:space="preserve"> Melissa</w:t>
      </w:r>
      <w:r>
        <w:t xml:space="preserve"> meatballs.</w:t>
        <w:br/>
        <w:t>想让我丢肉丸</w:t>
      </w:r>
      <w:r>
        <w:t xml:space="preserve"> 你想的倒美</w:t>
        <w:br/>
        <w:t>You</w:t>
      </w:r>
      <w:r>
        <w:t xml:space="preserve"> wish</w:t>
      </w:r>
      <w:r>
        <w:t xml:space="preserve"> it</w:t>
      </w:r>
      <w:r>
        <w:t xml:space="preserve"> rained</w:t>
      </w:r>
      <w:r>
        <w:t xml:space="preserve"> my</w:t>
      </w:r>
      <w:r>
        <w:t xml:space="preserve"> meatballs.</w:t>
        <w:br/>
        <w:t>再说了</w:t>
      </w:r>
      <w:r>
        <w:t xml:space="preserve"> 是你先问的</w:t>
        <w:br/>
        <w:t>And</w:t>
      </w:r>
      <w:r>
        <w:t xml:space="preserve"> let</w:t>
      </w:r>
      <w:r>
        <w:t xml:space="preserve"> me</w:t>
      </w:r>
      <w:r>
        <w:t xml:space="preserve"> remind</w:t>
      </w:r>
      <w:r>
        <w:t xml:space="preserve"> you,</w:t>
      </w:r>
      <w:r>
        <w:t xml:space="preserve"> you</w:t>
      </w:r>
      <w:r>
        <w:t xml:space="preserve"> asked.</w:t>
        <w:br/>
        <w:t>没错</w:t>
      </w:r>
      <w:r>
        <w:t xml:space="preserve"> 但那是之前</w:t>
        <w:br/>
        <w:t>Uh,</w:t>
      </w:r>
      <w:r>
        <w:t xml:space="preserve"> yes,</w:t>
      </w:r>
      <w:r>
        <w:t xml:space="preserve"> but</w:t>
      </w:r>
      <w:r>
        <w:t xml:space="preserve"> that</w:t>
      </w:r>
      <w:r>
        <w:t xml:space="preserve"> was</w:t>
      </w:r>
      <w:r>
        <w:t xml:space="preserve"> before</w:t>
        <w:br/>
        <w:t>我以为自己想回答的时候</w:t>
        <w:br/>
        <w:t>when</w:t>
      </w:r>
      <w:r>
        <w:t xml:space="preserve"> I</w:t>
      </w:r>
      <w:r>
        <w:t xml:space="preserve"> thought</w:t>
      </w:r>
      <w:r>
        <w:t xml:space="preserve"> I</w:t>
      </w:r>
      <w:r>
        <w:t xml:space="preserve"> would</w:t>
      </w:r>
      <w:r>
        <w:t xml:space="preserve"> like</w:t>
      </w:r>
      <w:r>
        <w:t xml:space="preserve"> to</w:t>
      </w:r>
      <w:r>
        <w:t xml:space="preserve"> answer.</w:t>
        <w:br/>
        <w:t>倒也不是说这种毫无意义的奖</w:t>
        <w:br/>
        <w:t>No</w:t>
      </w:r>
      <w:r>
        <w:t xml:space="preserve"> one</w:t>
      </w:r>
      <w:r>
        <w:t xml:space="preserve"> is</w:t>
      </w:r>
      <w:r>
        <w:t xml:space="preserve"> saying</w:t>
      </w:r>
      <w:r>
        <w:t xml:space="preserve"> that</w:t>
      </w:r>
      <w:r>
        <w:t xml:space="preserve"> meaningless</w:t>
      </w:r>
      <w:r>
        <w:t xml:space="preserve"> accolades</w:t>
        <w:br/>
        <w:t>不是双赢啦</w:t>
      </w:r>
      <w:r>
        <w:t xml:space="preserve"> 但是</w:t>
        <w:br/>
        <w:t>can't</w:t>
      </w:r>
      <w:r>
        <w:t xml:space="preserve"> be</w:t>
      </w:r>
      <w:r>
        <w:t xml:space="preserve"> a</w:t>
      </w:r>
      <w:r>
        <w:t xml:space="preserve"> win-</w:t>
      </w:r>
      <w:r>
        <w:t xml:space="preserve"> win,</w:t>
      </w:r>
      <w:r>
        <w:t xml:space="preserve"> but</w:t>
        <w:br/>
        <w:t>在我们眼里</w:t>
      </w:r>
      <w:r>
        <w:t xml:space="preserve"> 更像是双双不在乎</w:t>
        <w:br/>
        <w:t>No,</w:t>
      </w:r>
      <w:r>
        <w:t xml:space="preserve"> it's</w:t>
      </w:r>
      <w:r>
        <w:t xml:space="preserve"> more</w:t>
      </w:r>
      <w:r>
        <w:t xml:space="preserve"> like</w:t>
      </w:r>
      <w:r>
        <w:t xml:space="preserve"> a</w:t>
      </w:r>
      <w:r>
        <w:t xml:space="preserve"> don't</w:t>
      </w:r>
      <w:r>
        <w:t xml:space="preserve"> care</w:t>
      </w:r>
      <w:r>
        <w:t xml:space="preserve"> don't</w:t>
      </w:r>
      <w:r>
        <w:t xml:space="preserve"> care.</w:t>
        <w:br/>
        <w:t>如我所言</w:t>
        <w:br/>
        <w:t>Like</w:t>
      </w:r>
      <w:r>
        <w:t xml:space="preserve"> I</w:t>
      </w:r>
      <w:r>
        <w:t xml:space="preserve"> said,</w:t>
        <w:br/>
        <w:t>囚为你开心</w:t>
      </w:r>
      <w:r>
        <w:t xml:space="preserve"> 所以我开心</w:t>
        <w:br/>
        <w:t>I</w:t>
      </w:r>
      <w:r>
        <w:t xml:space="preserve"> am</w:t>
      </w:r>
      <w:r>
        <w:t xml:space="preserve"> so</w:t>
      </w:r>
      <w:r>
        <w:t xml:space="preserve"> happy</w:t>
      </w:r>
      <w:r>
        <w:t xml:space="preserve"> you</w:t>
      </w:r>
      <w:r>
        <w:t xml:space="preserve"> are</w:t>
      </w:r>
      <w:r>
        <w:t xml:space="preserve"> happy.</w:t>
        <w:br/>
        <w:t>可不是吗</w:t>
      </w:r>
      <w:r>
        <w:t xml:space="preserve"> 我们欣喜若狂</w:t>
      </w:r>
      <w:r>
        <w:t xml:space="preserve"> 为了你</w:t>
        <w:br/>
        <w:t>Yeah,</w:t>
      </w:r>
      <w:r>
        <w:t xml:space="preserve"> we're</w:t>
      </w:r>
      <w:r>
        <w:t xml:space="preserve"> ecstatic.</w:t>
      </w:r>
      <w:r>
        <w:t xml:space="preserve"> For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you.</w:t>
        <w:br/>
        <w:t>行吧</w:t>
      </w:r>
      <w:r>
        <w:t xml:space="preserve"> 那就好</w:t>
        <w:br/>
        <w:t>Okay,</w:t>
      </w:r>
      <w:r>
        <w:t xml:space="preserve"> well,</w:t>
      </w:r>
      <w:r>
        <w:t xml:space="preserve"> that's</w:t>
      </w:r>
      <w:r>
        <w:t xml:space="preserve"> good,</w:t>
        <w:br/>
        <w:t>这本身就是一件幸事</w:t>
        <w:br/>
        <w:t>because</w:t>
      </w:r>
      <w:r>
        <w:t xml:space="preserve"> it</w:t>
      </w:r>
      <w:r>
        <w:t xml:space="preserve"> is</w:t>
      </w:r>
      <w:r>
        <w:t xml:space="preserve"> objectively</w:t>
      </w:r>
      <w:r>
        <w:t xml:space="preserve"> cool</w:t>
        <w:br/>
        <w:t>阿伯特小学不再会被人看轻</w:t>
        <w:br/>
        <w:t>that</w:t>
      </w:r>
      <w:r>
        <w:t xml:space="preserve"> Abbott</w:t>
      </w:r>
      <w:r>
        <w:t xml:space="preserve"> won't</w:t>
      </w:r>
      <w:r>
        <w:t xml:space="preserve"> be</w:t>
      </w:r>
      <w:r>
        <w:t xml:space="preserve"> able</w:t>
      </w:r>
      <w:r>
        <w:t xml:space="preserve"> to</w:t>
      </w:r>
      <w:r>
        <w:t xml:space="preserve"> be</w:t>
      </w:r>
      <w:r>
        <w:t xml:space="preserve"> overlooked</w:t>
      </w:r>
      <w:r>
        <w:t xml:space="preserve"> anymore.</w:t>
        <w:br/>
        <w:t>我们终丁得到了应有的认可</w:t>
        <w:br/>
        <w:t>You</w:t>
      </w:r>
      <w:r>
        <w:t xml:space="preserve"> know?</w:t>
      </w:r>
      <w:r>
        <w:t xml:space="preserve"> We're</w:t>
      </w:r>
      <w:r>
        <w:t xml:space="preserve"> finally</w:t>
      </w:r>
      <w:r>
        <w:t xml:space="preserve"> getting</w:t>
      </w:r>
      <w:r>
        <w:t xml:space="preserve"> the</w:t>
      </w:r>
      <w:r>
        <w:t xml:space="preserve"> recognition</w:t>
      </w:r>
      <w:r>
        <w:t xml:space="preserve"> we</w:t>
      </w:r>
      <w:r>
        <w:t xml:space="preserve"> deserve.</w:t>
        <w:br/>
        <w:t>你迕”应有”都不会拼</w:t>
        <w:br/>
        <w:t>ou</w:t>
      </w:r>
      <w:r>
        <w:t xml:space="preserve"> can't</w:t>
      </w:r>
      <w:r>
        <w:t xml:space="preserve"> even</w:t>
      </w:r>
      <w:r>
        <w:t xml:space="preserve"> spell"deserve.</w:t>
      </w:r>
      <w:r>
        <w:t xml:space="preserve"> "</w:t>
        <w:br/>
        <w:t>好了</w:t>
        <w:br/>
        <w:t>There</w:t>
      </w:r>
      <w:r>
        <w:t xml:space="preserve"> you</w:t>
      </w:r>
      <w:r>
        <w:t xml:space="preserve"> go.</w:t>
        <w:br/>
        <w:t>噢</w:t>
      </w:r>
      <w:r>
        <w:t xml:space="preserve"> 嘿</w:t>
        <w:br/>
        <w:t>Ooh!</w:t>
      </w:r>
      <w:r>
        <w:t xml:space="preserve"> Hey.</w:t>
        <w:br/>
        <w:t>我爱会有威拉德·r·阿伯特的纸杯蛋糕</w:t>
      </w:r>
      <w:r>
        <w:t xml:space="preserve"> </w:t>
      </w:r>
      <w:r>
        <w:t xml:space="preserve"> -当然了</w:t>
        <w:br/>
        <w:t>"I'heart</w:t>
      </w:r>
      <w:r>
        <w:t xml:space="preserve"> Willard</w:t>
      </w:r>
      <w:r>
        <w:t xml:space="preserve"> R</w:t>
      </w:r>
      <w:r>
        <w:t xml:space="preserve"> Abbott"cupcakes!</w:t>
      </w:r>
      <w:r>
        <w:t xml:space="preserve"> You</w:t>
      </w:r>
      <w:r>
        <w:t xml:space="preserve"> know</w:t>
      </w:r>
      <w:r>
        <w:t xml:space="preserve"> it.</w:t>
        <w:br/>
        <w:t>来配我的”我爱威拉德·r·阿伯特”内搭</w:t>
        <w:br/>
        <w:t>To</w:t>
      </w:r>
      <w:r>
        <w:t xml:space="preserve"> match</w:t>
      </w:r>
      <w:r>
        <w:t xml:space="preserve"> my"I'heart</w:t>
      </w:r>
      <w:r>
        <w:t xml:space="preserve"> Willard</w:t>
      </w:r>
      <w:r>
        <w:t xml:space="preserve"> R.</w:t>
      </w:r>
      <w:r>
        <w:t xml:space="preserve"> Abbott"shirt.</w:t>
        <w:br/>
        <w:t>好漂亮</w:t>
      </w:r>
      <w:r>
        <w:t xml:space="preserve"> </w:t>
      </w:r>
      <w:r>
        <w:t xml:space="preserve"> -你还把中间的首字母</w:t>
        <w:br/>
        <w:t>I</w:t>
      </w:r>
      <w:r>
        <w:t xml:space="preserve"> love</w:t>
      </w:r>
      <w:r>
        <w:t xml:space="preserve"> that</w:t>
      </w:r>
      <w:r>
        <w:t xml:space="preserve"> Gregory:</w:t>
      </w:r>
      <w:r>
        <w:t xml:space="preserve"> You</w:t>
      </w:r>
      <w:r>
        <w:t xml:space="preserve"> know,</w:t>
      </w:r>
      <w:r>
        <w:t xml:space="preserve"> I</w:t>
      </w:r>
      <w:r>
        <w:t xml:space="preserve"> really</w:t>
      </w:r>
      <w:r>
        <w:t xml:space="preserve"> admire</w:t>
        <w:br/>
        <w:t>也印上了</w:t>
      </w:r>
      <w:r>
        <w:t xml:space="preserve"> 深表敬意</w:t>
        <w:br/>
        <w:t>the</w:t>
      </w:r>
      <w:r>
        <w:t xml:space="preserve"> commitment</w:t>
      </w:r>
      <w:r>
        <w:t xml:space="preserve"> to</w:t>
      </w:r>
      <w:r>
        <w:t xml:space="preserve"> the</w:t>
      </w:r>
      <w:r>
        <w:t xml:space="preserve"> middle</w:t>
      </w:r>
      <w:r>
        <w:t xml:space="preserve"> initial</w:t>
        <w:br/>
        <w:t>但有人知道这个“r“代表什么吗</w:t>
        <w:br/>
        <w:t>but</w:t>
      </w:r>
      <w:r>
        <w:t xml:space="preserve"> does</w:t>
      </w:r>
      <w:r>
        <w:t xml:space="preserve"> anyone</w:t>
      </w:r>
      <w:r>
        <w:t xml:space="preserve"> know</w:t>
      </w:r>
      <w:r>
        <w:t xml:space="preserve"> what</w:t>
      </w:r>
      <w:r>
        <w:t xml:space="preserve"> the</w:t>
      </w:r>
      <w:r>
        <w:t xml:space="preserve"> "R"stands</w:t>
      </w:r>
      <w:r>
        <w:t xml:space="preserve"> for?</w:t>
        <w:br/>
        <w:t>也许是拉希德</w:t>
        <w:br/>
        <w:t>Uh,</w:t>
      </w:r>
      <w:r>
        <w:t xml:space="preserve"> maybe</w:t>
      </w:r>
      <w:r>
        <w:t xml:space="preserve"> Rashid?</w:t>
        <w:br/>
        <w:t>不会</w:t>
      </w:r>
      <w:r>
        <w:t xml:space="preserve"> 也许</w:t>
      </w:r>
      <w:r>
        <w:t xml:space="preserve"> 是罗伯特吧</w:t>
        <w:br/>
        <w:t>No.</w:t>
      </w:r>
      <w:r>
        <w:t xml:space="preserve"> ProbablyProbably</w:t>
      </w:r>
      <w:r>
        <w:t xml:space="preserve"> Robert.</w:t>
        <w:br/>
        <w:t>阿伯特小学及社区成员</w:t>
      </w:r>
      <w:r>
        <w:t xml:space="preserve"> 大家好</w:t>
        <w:br/>
        <w:t>Hello,</w:t>
      </w:r>
      <w:r>
        <w:t xml:space="preserve"> Abbott</w:t>
      </w:r>
      <w:r>
        <w:t xml:space="preserve"> Elementary</w:t>
      </w:r>
      <w:r>
        <w:t xml:space="preserve"> and</w:t>
      </w:r>
      <w:r>
        <w:t xml:space="preserve"> community!</w:t>
        <w:br/>
        <w:t>我叫伊丽莎白·华盛顿</w:t>
        <w:br/>
        <w:t>My</w:t>
      </w:r>
      <w:r>
        <w:t xml:space="preserve"> name</w:t>
      </w:r>
      <w:r>
        <w:t xml:space="preserve"> is</w:t>
      </w:r>
      <w:r>
        <w:t xml:space="preserve"> Elizabeth</w:t>
      </w:r>
      <w:r>
        <w:t xml:space="preserve"> Washington,</w:t>
        <w:br/>
        <w:t>我是本市的首席教育官</w:t>
        <w:br/>
        <w:t>and</w:t>
      </w:r>
      <w:r>
        <w:t xml:space="preserve"> I</w:t>
      </w:r>
      <w:r>
        <w:t xml:space="preserve"> am</w:t>
      </w:r>
      <w:r>
        <w:t xml:space="preserve"> the</w:t>
      </w:r>
      <w:r>
        <w:t xml:space="preserve"> Chief</w:t>
      </w:r>
      <w:r>
        <w:t xml:space="preserve"> Education</w:t>
      </w:r>
      <w:r>
        <w:t xml:space="preserve"> Officer.</w:t>
        <w:br/>
        <w:t>非常感谢大家来参加</w:t>
        <w:br/>
        <w:t>I</w:t>
      </w:r>
      <w:r>
        <w:t xml:space="preserve"> want</w:t>
      </w:r>
      <w:r>
        <w:t xml:space="preserve"> to</w:t>
      </w:r>
      <w:r>
        <w:t xml:space="preserve"> thank</w:t>
      </w:r>
      <w:r>
        <w:t xml:space="preserve"> you</w:t>
      </w:r>
      <w:r>
        <w:t xml:space="preserve"> all</w:t>
      </w:r>
      <w:r>
        <w:t xml:space="preserve"> so</w:t>
      </w:r>
      <w:r>
        <w:t xml:space="preserve"> much</w:t>
      </w:r>
      <w:r>
        <w:t xml:space="preserve"> for</w:t>
      </w:r>
      <w:r>
        <w:t xml:space="preserve"> joining</w:t>
      </w:r>
      <w:r>
        <w:t xml:space="preserve"> us</w:t>
        <w:br/>
        <w:t>这个记者招</w:t>
        <w:br/>
        <w:t>at</w:t>
      </w:r>
      <w:r>
        <w:t xml:space="preserve"> this</w:t>
      </w:r>
      <w:r>
        <w:t xml:space="preserve"> press</w:t>
      </w:r>
      <w:r>
        <w:t xml:space="preserve"> opp-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-</w:t>
        <w:br/>
        <w:t>派对</w:t>
        <w:br/>
        <w:t>...party.</w:t>
        <w:br/>
        <w:t>派对</w:t>
        <w:br/>
        <w:t>Party.</w:t>
        <w:br/>
        <w:t>我想请我的徒弟</w:t>
        <w:br/>
        <w:t>And</w:t>
      </w:r>
      <w:r>
        <w:t xml:space="preserve"> I</w:t>
      </w:r>
      <w:r>
        <w:t xml:space="preserve"> want</w:t>
      </w:r>
      <w:r>
        <w:t xml:space="preserve"> to</w:t>
      </w:r>
      <w:r>
        <w:t xml:space="preserve"> welcome</w:t>
      </w:r>
      <w:r>
        <w:t xml:space="preserve"> my</w:t>
      </w:r>
      <w:r>
        <w:t xml:space="preserve"> mentee</w:t>
        <w:br/>
        <w:t>以及阿伯特小学的珍妮·提格斯老师</w:t>
        <w:br/>
        <w:t>and</w:t>
      </w:r>
      <w:r>
        <w:t xml:space="preserve"> Abbott's</w:t>
      </w:r>
      <w:r>
        <w:t xml:space="preserve"> own</w:t>
      </w:r>
      <w:r>
        <w:t xml:space="preserve"> Janine</w:t>
      </w:r>
      <w:r>
        <w:t xml:space="preserve"> Teagues</w:t>
        <w:br/>
        <w:t>上台致开幕词</w:t>
        <w:br/>
        <w:t>to</w:t>
      </w:r>
      <w:r>
        <w:t xml:space="preserve"> the</w:t>
      </w:r>
      <w:r>
        <w:t xml:space="preserve"> stage</w:t>
      </w:r>
      <w:r>
        <w:t xml:space="preserve"> for</w:t>
      </w:r>
      <w:r>
        <w:t xml:space="preserve"> opening</w:t>
      </w:r>
      <w:r>
        <w:t xml:space="preserve"> remarks.</w:t>
        <w:br/>
        <w:t>谢谢你</w:t>
      </w:r>
      <w:r>
        <w:t xml:space="preserve"> 伊丽莎</w:t>
        <w:br/>
        <w:t>Um,</w:t>
      </w:r>
      <w:r>
        <w:t xml:space="preserve"> thank</w:t>
      </w:r>
      <w:r>
        <w:t xml:space="preserve"> you.</w:t>
      </w:r>
      <w:r>
        <w:t xml:space="preserve"> Thank</w:t>
      </w:r>
      <w:r>
        <w:t xml:space="preserve"> you,</w:t>
      </w:r>
      <w:r>
        <w:t xml:space="preserve"> Elizab-</w:t>
      </w:r>
      <w:r>
        <w:t xml:space="preserve"> -</w:t>
        <w:br/>
        <w:t>谢谢</w:t>
      </w:r>
      <w:r>
        <w:t xml:space="preserve"> 伊丽莎白</w:t>
      </w:r>
      <w:r>
        <w:t xml:space="preserve"> 感谢大家</w:t>
        <w:br/>
        <w:t>Thank</w:t>
      </w:r>
      <w:r>
        <w:t xml:space="preserve"> you,</w:t>
      </w:r>
      <w:r>
        <w:t xml:space="preserve"> Elizabeth,</w:t>
      </w:r>
      <w:r>
        <w:t xml:space="preserve"> and</w:t>
      </w:r>
      <w:r>
        <w:t xml:space="preserve"> thank</w:t>
      </w:r>
      <w:r>
        <w:t xml:space="preserve"> you,</w:t>
      </w:r>
      <w:r>
        <w:t xml:space="preserve"> everyone,</w:t>
        <w:br/>
        <w:t>来参加我们的庆祝活动</w:t>
        <w:br/>
        <w:t>for</w:t>
      </w:r>
      <w:r>
        <w:t xml:space="preserve"> joining</w:t>
      </w:r>
      <w:r>
        <w:t xml:space="preserve"> us</w:t>
      </w:r>
      <w:r>
        <w:t xml:space="preserve"> in</w:t>
      </w:r>
      <w:r>
        <w:t xml:space="preserve"> this</w:t>
      </w:r>
      <w:r>
        <w:t xml:space="preserve"> celebration.</w:t>
        <w:br/>
        <w:t>我们一直都明白</w:t>
      </w:r>
      <w:r>
        <w:t xml:space="preserve"> 阿伯特小学是个特别的存在</w:t>
        <w:br/>
        <w:t>We</w:t>
      </w:r>
      <w:r>
        <w:t xml:space="preserve"> have</w:t>
      </w:r>
      <w:r>
        <w:t xml:space="preserve"> always</w:t>
      </w:r>
      <w:r>
        <w:t xml:space="preserve"> known</w:t>
      </w:r>
      <w:r>
        <w:t xml:space="preserve"> how</w:t>
      </w:r>
      <w:r>
        <w:t xml:space="preserve"> special</w:t>
      </w:r>
      <w:r>
        <w:t xml:space="preserve"> Abbott</w:t>
      </w:r>
      <w:r>
        <w:t xml:space="preserve"> Elementary</w:t>
      </w:r>
      <w:r>
        <w:t xml:space="preserve"> is,</w:t>
        <w:br/>
        <w:t>让我们欣慰的是</w:t>
      </w:r>
      <w:r>
        <w:t xml:space="preserve"> 这一点从今日起</w:t>
      </w:r>
      <w:r>
        <w:t xml:space="preserve"> 将刻入史册</w:t>
        <w:br/>
        <w:t>but</w:t>
      </w:r>
      <w:r>
        <w:t xml:space="preserve"> we</w:t>
      </w:r>
      <w:r>
        <w:t xml:space="preserve"> are</w:t>
      </w:r>
      <w:r>
        <w:t xml:space="preserve"> grateful</w:t>
      </w:r>
      <w:r>
        <w:t xml:space="preserve"> that</w:t>
      </w:r>
      <w:r>
        <w:t xml:space="preserve"> what</w:t>
      </w:r>
      <w:r>
        <w:t xml:space="preserve"> we</w:t>
      </w:r>
      <w:r>
        <w:t xml:space="preserve"> know</w:t>
      </w:r>
      <w:r>
        <w:t xml:space="preserve"> will</w:t>
      </w:r>
      <w:r>
        <w:t xml:space="preserve"> now</w:t>
      </w:r>
      <w:r>
        <w:t xml:space="preserve"> be</w:t>
      </w:r>
      <w:r>
        <w:t xml:space="preserve"> set</w:t>
      </w:r>
      <w:r>
        <w:t xml:space="preserve"> in</w:t>
      </w:r>
      <w:r>
        <w:t xml:space="preserve"> stone.</w:t>
        <w:br/>
        <w:t>我在牌匾上玩了个谐音梗</w:t>
        <w:br/>
        <w:t>That</w:t>
      </w:r>
      <w:r>
        <w:t xml:space="preserve"> s</w:t>
      </w:r>
      <w:r>
        <w:t xml:space="preserve"> a</w:t>
      </w:r>
      <w:r>
        <w:t xml:space="preserve"> plaque</w:t>
      </w:r>
      <w:r>
        <w:t xml:space="preserve"> pun.</w:t>
        <w:br/>
        <w:t>谢谢你</w:t>
      </w:r>
      <w:r>
        <w:t xml:space="preserve"> 琼</w:t>
        <w:br/>
        <w:t>Thank</w:t>
      </w:r>
      <w:r>
        <w:t xml:space="preserve"> you,</w:t>
      </w:r>
      <w:r>
        <w:t xml:space="preserve"> Joan.</w:t>
        <w:br/>
        <w:t>是的</w:t>
        <w:br/>
        <w:t>Yeah.</w:t>
        <w:br/>
        <w:t>我在此要感谢一下已故的</w:t>
        <w:br/>
        <w:t>And,finally,I'm</w:t>
      </w:r>
      <w:r>
        <w:t xml:space="preserve"> gonna</w:t>
      </w:r>
      <w:r>
        <w:t xml:space="preserve"> give</w:t>
      </w:r>
      <w:r>
        <w:t xml:space="preserve"> a</w:t>
      </w:r>
      <w:r>
        <w:t xml:space="preserve"> posthumous</w:t>
      </w:r>
      <w:r>
        <w:t xml:space="preserve"> thank</w:t>
      </w:r>
      <w:r>
        <w:t xml:space="preserve"> you</w:t>
        <w:br/>
        <w:t>阿伯特小学的冠名校长威拉德·「·阿伯特</w:t>
        <w:br/>
        <w:t>to</w:t>
      </w:r>
      <w:r>
        <w:t xml:space="preserve"> Abbott</w:t>
      </w:r>
      <w:r>
        <w:t xml:space="preserve"> Elementary's</w:t>
      </w:r>
      <w:r>
        <w:t xml:space="preserve"> namesake,Willard</w:t>
      </w:r>
      <w:r>
        <w:t xml:space="preserve"> R.Abbott,</w:t>
        <w:br/>
        <w:t>曾以一种历史的姿态</w:t>
        <w:br/>
        <w:t>who</w:t>
      </w:r>
      <w:r>
        <w:t xml:space="preserve"> famously</w:t>
      </w:r>
      <w:r>
        <w:t xml:space="preserve"> crawled</w:t>
      </w:r>
      <w:r>
        <w:t xml:space="preserve"> these</w:t>
      </w:r>
      <w:r>
        <w:t xml:space="preserve"> very</w:t>
      </w:r>
      <w:r>
        <w:t xml:space="preserve"> halls</w:t>
        <w:br/>
        <w:t>爬过这座大厅</w:t>
        <w:br/>
        <w:t>in</w:t>
      </w:r>
      <w:r>
        <w:t xml:space="preserve"> a</w:t>
      </w:r>
      <w:r>
        <w:t xml:space="preserve"> historical</w:t>
      </w:r>
      <w:r>
        <w:t xml:space="preserve"> manner.</w:t>
        <w:br/>
        <w:t>谢谢你我们爱你威拉德</w:t>
        <w:br/>
        <w:t>Thank</w:t>
      </w:r>
      <w:r>
        <w:t xml:space="preserve"> you.We</w:t>
      </w:r>
      <w:r>
        <w:t xml:space="preserve"> love</w:t>
      </w:r>
      <w:r>
        <w:t xml:space="preserve"> you,Willard!</w:t>
        <w:br/>
        <w:t>没错</w:t>
        <w:br/>
        <w:t>Elizabeth:Hey!Yes!</w:t>
        <w:br/>
        <w:t>嘿</w:t>
      </w:r>
      <w:r>
        <w:t xml:space="preserve"> 威拉德··阿博特是个种族主义者</w:t>
        <w:br/>
        <w:t>Hey.</w:t>
      </w:r>
      <w:r>
        <w:t xml:space="preserve"> H-</w:t>
      </w:r>
      <w:r>
        <w:t xml:space="preserve"> Hey,</w:t>
      </w:r>
      <w:r>
        <w:t xml:space="preserve"> Willard</w:t>
      </w:r>
      <w:r>
        <w:t xml:space="preserve"> R.</w:t>
      </w:r>
      <w:r>
        <w:t xml:space="preserve"> Abbott</w:t>
      </w:r>
      <w:r>
        <w:t xml:space="preserve"> was</w:t>
      </w:r>
      <w:r>
        <w:t xml:space="preserve"> a</w:t>
      </w:r>
      <w:r>
        <w:t xml:space="preserve"> racist.</w:t>
        <w:br/>
        <w:t>我天</w:t>
      </w:r>
      <w:r>
        <w:t xml:space="preserve"> </w:t>
      </w:r>
      <w:r>
        <w:t xml:space="preserve"> -大家说话要讲究证据的</w:t>
        <w:br/>
        <w:t>Oh,</w:t>
      </w:r>
      <w:r>
        <w:t xml:space="preserve"> my.</w:t>
      </w:r>
      <w:r>
        <w:t xml:space="preserve"> Okay.</w:t>
      </w:r>
      <w:r>
        <w:t xml:space="preserve"> So,</w:t>
      </w:r>
      <w:r>
        <w:t xml:space="preserve"> we</w:t>
      </w:r>
      <w:r>
        <w:t xml:space="preserve"> can't</w:t>
      </w:r>
      <w:r>
        <w:t xml:space="preserve"> just</w:t>
      </w:r>
      <w:r>
        <w:t xml:space="preserve"> shout</w:t>
      </w:r>
      <w:r>
        <w:t xml:space="preserve"> things</w:t>
      </w:r>
      <w:r>
        <w:t xml:space="preserve"> out</w:t>
        <w:br/>
        <w:t>不能信口开河</w:t>
      </w:r>
      <w:r>
        <w:t xml:space="preserve"> </w:t>
      </w:r>
      <w:r>
        <w:t xml:space="preserve"> -是真的</w:t>
        <w:br/>
        <w:t>because</w:t>
      </w:r>
      <w:r>
        <w:t xml:space="preserve"> it's</w:t>
      </w:r>
      <w:r>
        <w:t xml:space="preserve"> fun</w:t>
      </w:r>
      <w:r>
        <w:t xml:space="preserve"> to</w:t>
      </w:r>
      <w:r>
        <w:t xml:space="preserve"> shout.</w:t>
      </w:r>
      <w:r>
        <w:t xml:space="preserve"> It's</w:t>
      </w:r>
    </w:p>
    <w:p>
      <w:r>
        <w:t xml:space="preserve"> true!</w:t>
        <w:br/>
        <w:t>去学学历史吧</w:t>
        <w:br/>
        <w:t>Know</w:t>
      </w:r>
      <w:r>
        <w:t xml:space="preserve"> your</w:t>
      </w:r>
      <w:r>
        <w:t xml:space="preserve"> history!</w:t>
        <w:br/>
        <w:t>好吧</w:t>
      </w:r>
      <w:r>
        <w:t xml:space="preserve"> 这就</w:t>
      </w:r>
      <w:r>
        <w:t xml:space="preserve"> 别激动</w:t>
        <w:br/>
        <w:t>Okay.</w:t>
      </w:r>
      <w:r>
        <w:t xml:space="preserve"> That's</w:t>
      </w:r>
      <w:r>
        <w:t xml:space="preserve"> Easy.</w:t>
        <w:br/>
        <w:t>请大家都冷静好吗</w:t>
      </w:r>
      <w:r>
        <w:t xml:space="preserve"> 深呼吸</w:t>
        <w:br/>
        <w:t>I</w:t>
      </w:r>
      <w:r>
        <w:t xml:space="preserve"> want</w:t>
      </w:r>
      <w:r>
        <w:t xml:space="preserve"> everybody</w:t>
      </w:r>
      <w:r>
        <w:t xml:space="preserve"> to</w:t>
      </w:r>
      <w:r>
        <w:t xml:space="preserve"> just</w:t>
      </w:r>
      <w:r>
        <w:t xml:space="preserve"> calm</w:t>
      </w:r>
      <w:r>
        <w:t xml:space="preserve"> down</w:t>
      </w:r>
      <w:r>
        <w:t xml:space="preserve"> and</w:t>
      </w:r>
      <w:r>
        <w:t xml:space="preserve"> take</w:t>
      </w:r>
      <w:r>
        <w:t xml:space="preserve"> a</w:t>
      </w:r>
      <w:r>
        <w:t xml:space="preserve"> breath</w:t>
        <w:br/>
        <w:t>行</w:t>
      </w:r>
      <w:r>
        <w:t xml:space="preserve"> 至少现在知道R是啥的缩写了</w:t>
        <w:br/>
        <w:t>Well,</w:t>
      </w:r>
      <w:r>
        <w:t xml:space="preserve"> now</w:t>
      </w:r>
      <w:r>
        <w:t xml:space="preserve"> we</w:t>
      </w:r>
      <w:r>
        <w:t xml:space="preserve"> know</w:t>
      </w:r>
      <w:r>
        <w:t xml:space="preserve"> what</w:t>
      </w:r>
      <w:r>
        <w:t xml:space="preserve"> the"R"stands</w:t>
      </w:r>
      <w:r>
        <w:t xml:space="preserve"> for.</w:t>
      </w:r>
      <w:r>
        <w:t xml:space="preserve"> ...and</w:t>
      </w:r>
      <w:r>
        <w:t xml:space="preserve"> then</w:t>
      </w:r>
      <w:r>
        <w:t xml:space="preserve"> welcome,</w:t>
      </w:r>
      <w:r>
        <w:t xml:space="preserve"> uh,</w:t>
        <w:br/>
        <w:t>欢迎不同的观点</w:t>
        <w:br/>
        <w:t>dialoguing</w:t>
      </w:r>
      <w:r>
        <w:t xml:space="preserve"> and</w:t>
      </w:r>
      <w:r>
        <w:t xml:space="preserve"> different</w:t>
      </w:r>
      <w:r>
        <w:t xml:space="preserve"> poin-</w:t>
      </w:r>
      <w:r>
        <w:t xml:space="preserve"> -</w:t>
        <w:br/>
        <w:t>你说的种族歧视</w:t>
      </w:r>
      <w:r>
        <w:t xml:space="preserve"> 是种族歧视的那种歧视吗</w:t>
        <w:br/>
        <w:t>And</w:t>
      </w:r>
      <w:r>
        <w:t xml:space="preserve"> when</w:t>
      </w:r>
      <w:r>
        <w:t xml:space="preserve"> you</w:t>
      </w:r>
      <w:r>
        <w:t xml:space="preserve"> say</w:t>
      </w:r>
      <w:r>
        <w:t xml:space="preserve"> racist,</w:t>
      </w:r>
      <w:r>
        <w:t xml:space="preserve"> you</w:t>
      </w:r>
      <w:r>
        <w:t xml:space="preserve"> mean</w:t>
      </w:r>
      <w:r>
        <w:t xml:space="preserve"> like</w:t>
      </w:r>
      <w:r>
        <w:t xml:space="preserve"> racist</w:t>
      </w:r>
      <w:r>
        <w:t xml:space="preserve"> racist?</w:t>
        <w:br/>
        <w:t>种族歧视说一遍就够了</w:t>
      </w:r>
      <w:r>
        <w:t xml:space="preserve"> 你不觉得吗</w:t>
        <w:br/>
        <w:t>One</w:t>
      </w:r>
      <w:r>
        <w:t xml:space="preserve"> racist</w:t>
      </w:r>
      <w:r>
        <w:t xml:space="preserve"> is</w:t>
      </w:r>
      <w:r>
        <w:t xml:space="preserve"> racist</w:t>
      </w:r>
      <w:r>
        <w:t xml:space="preserve"> enough,</w:t>
      </w:r>
      <w:r>
        <w:t xml:space="preserve"> don't</w:t>
      </w:r>
      <w:r>
        <w:t xml:space="preserve"> you</w:t>
      </w:r>
      <w:r>
        <w:t xml:space="preserve"> think?</w:t>
        <w:br/>
        <w:t>很抱歉</w:t>
      </w:r>
      <w:r>
        <w:t xml:space="preserve"> BLACKS.</w:t>
      </w:r>
      <w:r>
        <w:t xml:space="preserve"> 这是啥意思</w:t>
        <w:br/>
        <w:t>I'msorry.</w:t>
      </w:r>
      <w:r>
        <w:t xml:space="preserve"> B.</w:t>
      </w:r>
      <w:r>
        <w:t xml:space="preserve"> L.</w:t>
      </w:r>
      <w:r>
        <w:t xml:space="preserve"> A.</w:t>
      </w:r>
      <w:r>
        <w:t xml:space="preserve"> C.</w:t>
      </w:r>
      <w:r>
        <w:t xml:space="preserve"> K.</w:t>
      </w:r>
      <w:r>
        <w:t xml:space="preserve"> S.</w:t>
      </w:r>
      <w:r>
        <w:t xml:space="preserve"> ?</w:t>
      </w:r>
      <w:r>
        <w:t xml:space="preserve"> What</w:t>
      </w:r>
      <w:r>
        <w:t xml:space="preserve"> does</w:t>
      </w:r>
      <w:r>
        <w:t xml:space="preserve"> that</w:t>
      </w:r>
      <w:r>
        <w:t xml:space="preserve"> even</w:t>
      </w:r>
      <w:r>
        <w:t xml:space="preserve"> stand</w:t>
      </w:r>
      <w:r>
        <w:t xml:space="preserve"> for?</w:t>
        <w:br/>
        <w:t>营造一个有爱和对孩子来说安全空间</w:t>
        <w:br/>
        <w:t>Building</w:t>
      </w:r>
      <w:r>
        <w:t xml:space="preserve"> Love</w:t>
      </w:r>
      <w:r>
        <w:t xml:space="preserve"> And</w:t>
      </w:r>
      <w:r>
        <w:t xml:space="preserve"> Creating</w:t>
      </w:r>
      <w:r>
        <w:t xml:space="preserve"> Kids</w:t>
      </w:r>
      <w:r>
        <w:t xml:space="preserve"> Safety,</w:t>
      </w:r>
      <w:r>
        <w:t xml:space="preserve"> obviously.</w:t>
        <w:br/>
        <w:t>不要试图转移话题</w:t>
        <w:br/>
        <w:t>And</w:t>
      </w:r>
      <w:r>
        <w:t xml:space="preserve"> don't</w:t>
      </w:r>
      <w:r>
        <w:t xml:space="preserve"> be</w:t>
      </w:r>
      <w:r>
        <w:t xml:space="preserve"> trying</w:t>
      </w:r>
      <w:r>
        <w:t xml:space="preserve"> to</w:t>
      </w:r>
      <w:r>
        <w:t xml:space="preserve"> change</w:t>
      </w:r>
      <w:r>
        <w:t xml:space="preserve"> the</w:t>
      </w:r>
      <w:r>
        <w:t xml:space="preserve"> subject.</w:t>
        <w:br/>
        <w:t>威拉德·r·阿伯特是个城市规划师</w:t>
        <w:br/>
        <w:t>Now,</w:t>
      </w:r>
      <w:r>
        <w:t xml:space="preserve"> Willard</w:t>
      </w:r>
      <w:r>
        <w:t xml:space="preserve"> R.</w:t>
      </w:r>
      <w:r>
        <w:t xml:space="preserve"> Abbott</w:t>
      </w:r>
      <w:r>
        <w:t xml:space="preserve"> was</w:t>
      </w:r>
      <w:r>
        <w:t xml:space="preserve"> a</w:t>
      </w:r>
      <w:r>
        <w:t xml:space="preserve"> city</w:t>
      </w:r>
      <w:r>
        <w:t xml:space="preserve"> planner</w:t>
        <w:br/>
        <w:t>而他的城市规划就是维护种族隔离</w:t>
        <w:br/>
        <w:t>and</w:t>
      </w:r>
      <w:r>
        <w:t xml:space="preserve"> his</w:t>
      </w:r>
      <w:r>
        <w:t xml:space="preserve"> city</w:t>
      </w:r>
      <w:r>
        <w:t xml:space="preserve"> plan</w:t>
      </w:r>
      <w:r>
        <w:t xml:space="preserve"> was</w:t>
      </w:r>
      <w:r>
        <w:t xml:space="preserve"> to</w:t>
      </w:r>
      <w:r>
        <w:t xml:space="preserve"> uphold</w:t>
      </w:r>
      <w:r>
        <w:t xml:space="preserve"> segregation</w:t>
        <w:br/>
        <w:t>并在整个费城划出隔离红线</w:t>
        <w:br/>
        <w:t>while</w:t>
      </w:r>
      <w:r>
        <w:t xml:space="preserve"> red</w:t>
      </w:r>
      <w:r>
        <w:t xml:space="preserve"> lining</w:t>
      </w:r>
      <w:r>
        <w:t xml:space="preserve"> all</w:t>
      </w:r>
      <w:r>
        <w:t xml:space="preserve"> of</w:t>
      </w:r>
      <w:r>
        <w:t xml:space="preserve"> Philadelphia.</w:t>
        <w:br/>
        <w:t>天啊</w:t>
      </w:r>
      <w:r>
        <w:t xml:space="preserve"> 我怎么会不知道呢</w:t>
        <w:br/>
        <w:t>Oh,</w:t>
      </w:r>
      <w:r>
        <w:t xml:space="preserve"> my</w:t>
      </w:r>
      <w:r>
        <w:t xml:space="preserve"> God.</w:t>
      </w:r>
      <w:r>
        <w:t xml:space="preserve"> How</w:t>
      </w:r>
      <w:r>
        <w:t xml:space="preserve"> did</w:t>
      </w:r>
      <w:r>
        <w:t xml:space="preserve"> I</w:t>
      </w:r>
      <w:r>
        <w:t xml:space="preserve"> not</w:t>
      </w:r>
      <w:r>
        <w:t xml:space="preserve"> know</w:t>
      </w:r>
      <w:r>
        <w:t xml:space="preserve"> that?</w:t>
        <w:br/>
        <w:t>我真的学好历史了吗</w:t>
        <w:br/>
        <w:t>Am</w:t>
      </w:r>
      <w:r>
        <w:t xml:space="preserve"> I</w:t>
      </w:r>
      <w:r>
        <w:t xml:space="preserve"> bad</w:t>
      </w:r>
      <w:r>
        <w:t xml:space="preserve"> at</w:t>
      </w:r>
      <w:r>
        <w:t xml:space="preserve"> history?</w:t>
        <w:br/>
        <w:t>他们有各种美化自己的方式</w:t>
        <w:br/>
        <w:t>They</w:t>
      </w:r>
      <w:r>
        <w:t xml:space="preserve"> have</w:t>
      </w:r>
      <w:r>
        <w:t xml:space="preserve"> all</w:t>
      </w:r>
      <w:r>
        <w:t xml:space="preserve"> kind</w:t>
      </w:r>
      <w:r>
        <w:t xml:space="preserve"> of</w:t>
      </w:r>
      <w:r>
        <w:t xml:space="preserve"> methods</w:t>
      </w:r>
      <w:r>
        <w:t xml:space="preserve"> for</w:t>
      </w:r>
      <w:r>
        <w:t xml:space="preserve"> rewriting</w:t>
      </w:r>
      <w:r>
        <w:t xml:space="preserve"> legacies.</w:t>
        <w:br/>
        <w:t>比如用自己为学校冠名</w:t>
        <w:br/>
        <w:t>You</w:t>
      </w:r>
      <w:r>
        <w:t xml:space="preserve"> know,</w:t>
      </w:r>
      <w:r>
        <w:t xml:space="preserve"> like</w:t>
      </w:r>
      <w:r>
        <w:t xml:space="preserve"> getting</w:t>
      </w:r>
      <w:r>
        <w:t xml:space="preserve"> schools</w:t>
      </w:r>
      <w:r>
        <w:t xml:space="preserve"> named</w:t>
      </w:r>
      <w:r>
        <w:t xml:space="preserve"> after</w:t>
      </w:r>
      <w:r>
        <w:t xml:space="preserve"> themselves.</w:t>
        <w:br/>
        <w:t>在那个时代</w:t>
      </w:r>
      <w:r>
        <w:t xml:space="preserve"> 是个白人</w:t>
        <w:br/>
        <w:t>I</w:t>
      </w:r>
      <w:r>
        <w:t xml:space="preserve"> guess</w:t>
      </w:r>
      <w:r>
        <w:t xml:space="preserve"> we</w:t>
      </w:r>
      <w:r>
        <w:t xml:space="preserve"> shouldn't</w:t>
      </w:r>
      <w:r>
        <w:t xml:space="preserve"> be</w:t>
      </w:r>
      <w:r>
        <w:t xml:space="preserve"> surprised</w:t>
        <w:br/>
        <w:t>就是种族主义者</w:t>
      </w:r>
      <w:r>
        <w:t xml:space="preserve"> 我们不该太惊讶吧</w:t>
        <w:br/>
        <w:t>that</w:t>
      </w:r>
      <w:r>
        <w:t xml:space="preserve"> a</w:t>
      </w:r>
      <w:r>
        <w:t xml:space="preserve"> white</w:t>
      </w:r>
      <w:r>
        <w:t xml:space="preserve"> man</w:t>
      </w:r>
      <w:r>
        <w:t xml:space="preserve"> of</w:t>
      </w:r>
      <w:r>
        <w:t xml:space="preserve"> that</w:t>
      </w:r>
      <w:r>
        <w:t xml:space="preserve"> era</w:t>
      </w:r>
      <w:r>
        <w:t xml:space="preserve"> was</w:t>
      </w:r>
      <w:r>
        <w:t xml:space="preserve"> racist.</w:t>
        <w:br/>
        <w:t>所以你们谁都没想到要调查一下这个人的背景吗</w:t>
        <w:br/>
        <w:t>And</w:t>
      </w:r>
      <w:r>
        <w:t xml:space="preserve"> so</w:t>
      </w:r>
      <w:r>
        <w:t xml:space="preserve"> none</w:t>
      </w:r>
      <w:r>
        <w:t xml:space="preserve"> of</w:t>
      </w:r>
      <w:r>
        <w:t xml:space="preserve"> you</w:t>
      </w:r>
      <w:r>
        <w:t xml:space="preserve"> thought</w:t>
      </w:r>
      <w:r>
        <w:t xml:space="preserve"> to,</w:t>
      </w:r>
      <w:r>
        <w:t xml:space="preserve"> like,</w:t>
      </w:r>
      <w:r>
        <w:t xml:space="preserve"> background-</w:t>
      </w:r>
      <w:r>
        <w:t xml:space="preserve"> check</w:t>
      </w:r>
      <w:r>
        <w:t xml:space="preserve"> this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https://d.book118.com/667140161165006053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6714016116500605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