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教师暑期学习心得体会</w:t>
      </w:r>
    </w:p>
    <w:p>
      <w:pPr>
        <w:spacing w:before="100" w:after="200" w:line="360" w:lineRule="auto"/>
        <w:ind w:firstLine="576"/>
        <w:jc w:val="left"/>
      </w:pPr>
      <w:r>
        <w:rPr>
          <w:rFonts w:ascii="宋体" w:eastAsia="宋体" w:hAnsi="宋体"/>
          <w:sz w:val="28"/>
        </w:rPr>
        <w:t>南京师范大学的杨启亮教授非常客观地审视了我国教师职业道德的现状，道出我们所有老师的辛酸与无奈，让人时而深省，时而自责，时而又会心一笑。短短一天的培训就像是一面镜子映照着自己过去教师职业生涯的点点滴滴，让我分明看清了自己的得与失。</w:t>
      </w:r>
    </w:p>
    <w:p>
      <w:pPr>
        <w:spacing w:before="100" w:after="200" w:line="360" w:lineRule="auto"/>
        <w:ind w:firstLine="576"/>
        <w:jc w:val="left"/>
      </w:pPr>
      <w:r>
        <w:rPr>
          <w:rFonts w:ascii="宋体" w:eastAsia="宋体" w:hAnsi="宋体"/>
          <w:sz w:val="28"/>
        </w:rPr>
        <w:t>杨教授说，教师职业道德发展有三个境界，分别是遵守职业道德境界、拷问良心道德境界、体验幸福道德境界。我很惊奇地发现，从教没几年的自己似乎已经到达了最高境界--体验幸福道德境界。怎么回事？终于，杨教授在讲座的尾声拨开了我心头的疑云：教师职业不是享受着学生对自己的感激，而是要学会去感激学生。享受着学生对自己的感激，那不是幸福，而是欣慰。原来“欣慰”一词还可以如此解释，而这一解释之于我是多么得精妙啊！</w:t>
      </w:r>
    </w:p>
    <w:p>
      <w:pPr>
        <w:spacing w:before="100" w:after="200" w:line="360" w:lineRule="auto"/>
        <w:ind w:firstLine="576"/>
        <w:jc w:val="left"/>
      </w:pPr>
      <w:r>
        <w:rPr>
          <w:rFonts w:ascii="宋体" w:eastAsia="宋体" w:hAnsi="宋体"/>
          <w:sz w:val="28"/>
        </w:rPr>
        <w:t>总是听身边的前辈说，学生都是没有良心的，尤其是那些好学生，你待他们如珠如宝，而他们很多根本不懂得感恩，以后看见你都当做没看见。他们的观点我并不赞同，可又无言反驳，因为我不曾经历，以后的事情谁也不知道，况且我也没有想过以后需要他们怎么感激我。</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好学生的冷漠常常让老师们遭遇挫败感，感觉自己的付出无法得到相应的情感回报。正是这种患得患失被动接受的心理让他们格外珍视“欣慰”这一情感体验，而忽视了去主动追求“幸福”的滋味。我似乎意识到了为什么在这么繁琐的事务和阴晴不定的情绪中，我依然觉得教师职业是幸福的。因为对于那帮在别人眼中既不聪明也不听话的学生，除却满腹的牢骚与抱怨，我也从来没有吝惜过自己的感激。</w:t>
      </w:r>
    </w:p>
    <w:p>
      <w:pPr>
        <w:spacing w:before="100" w:after="200" w:line="360" w:lineRule="auto"/>
        <w:ind w:firstLine="576"/>
        <w:jc w:val="left"/>
      </w:pPr>
      <w:r>
        <w:rPr>
          <w:rFonts w:ascii="宋体" w:eastAsia="宋体" w:hAnsi="宋体"/>
          <w:sz w:val="28"/>
        </w:rPr>
        <w:t>感谢他们都能把字写得工工整整，更感谢他们中的很多还能写得很漂亮；感谢他们能够自己布置教室，越来越不需要我动手，更感谢他们能够出齐心协力出好精美的黑板报，手抄报；感谢他们能够用文字记下每天我们之间发生的点点滴滴的感动，更感谢他们将这些感动化成了实实在在的行动。感动他们平安夜偷偷放在宿舍门口的一个个苹果，明明我已经认出了他们的笔迹，他们却还在那里一个个装作一脸迷茫的样子；感动他看见我匆匆在雨中跑过送来的崭新的雨伞；感动她不留心将班级的盆栽养枯萎后送上的满怀的歉意；更感动他们交谈中习惯性的用语总是如此自豪的“我们老师”。</w:t>
      </w:r>
    </w:p>
    <w:p>
      <w:pPr>
        <w:spacing w:before="100" w:after="200" w:line="360" w:lineRule="auto"/>
        <w:ind w:firstLine="576"/>
        <w:jc w:val="left"/>
      </w:pPr>
      <w:r>
        <w:rPr>
          <w:rFonts w:ascii="宋体" w:eastAsia="宋体" w:hAnsi="宋体"/>
          <w:sz w:val="28"/>
        </w:rPr>
        <w:t>感谢他如此得热爱班集体，于是我让他在家长会上向全体家长介绍我们班级；感谢他如此得勤奋踏实，他让我确信“只要肯努力，一切皆有可能”；感谢她如此得贴心懂事，在每个失落的时刻，总会想起她甜甜和声音和迷糊的样子；感谢他如此阳光灿烂的笑脸还有以前经常因吃辣条而变得臭哄哄的嘴，给我们的教室增添了太多的欢声笑语……</w:t>
      </w:r>
    </w:p>
    <w:p>
      <w:pPr>
        <w:spacing w:before="100" w:after="200" w:line="360" w:lineRule="auto"/>
        <w:ind w:firstLine="576"/>
        <w:jc w:val="left"/>
      </w:pPr>
      <w:r>
        <w:rPr>
          <w:rFonts w:ascii="宋体" w:eastAsia="宋体" w:hAnsi="宋体"/>
          <w:sz w:val="28"/>
        </w:rPr>
        <w:t>没有了批评和职责，没有了愤懑和抱怨，也抛开了委屈和泪水，蓦然回首，才发现正是这么多的“感谢”编织着我幸福的五年，真真切切的痛但又确确实实地快乐着，而我最幸福的时候正是我最感激他们的时候。</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前苏联教育家苏霍姆林斯基曾指出："教师的人格是进行教育的基石。"所以，从其中一种意义上讲，教师的职业道德不仅是个人意义上的品德问题，而且赋有深刻的社会意义。它关系到千百万青少年一代的健康成长，关系于祖国的未来。今天，在开放和社会主义市场经济的新形势下，在深入进行教育、全面实施素质教育的新形势下，进一步加强师德建设显得极为重要。</w:t>
      </w:r>
    </w:p>
    <w:p>
      <w:pPr>
        <w:spacing w:before="100" w:after="200" w:line="360" w:lineRule="auto"/>
        <w:ind w:firstLine="576"/>
        <w:jc w:val="left"/>
      </w:pPr>
      <w:r>
        <w:rPr>
          <w:rFonts w:ascii="宋体" w:eastAsia="宋体" w:hAnsi="宋体"/>
          <w:sz w:val="28"/>
        </w:rPr>
        <w:t>教师是一种社会职业，它可以是一些人所热爱的事业，也可以是谋生的手段。同志在《关于教育问题的谈话》中指出："教师作为“人类灵魂的工程师”，不仅要教好书，还要育好人。"这句话道出了党和国家对教师的基本要求。要达到这个要求，关键是要提高教师自身思想政治素质和道德水平。当今正面临着一个竞争激烈的社会，教育同时也面临激烈竞争。学校要发展、壮大，必须要有一个良好的师德师风环境作后盾。</w:t>
      </w:r>
    </w:p>
    <w:p>
      <w:pPr>
        <w:spacing w:before="100" w:after="200" w:line="360" w:lineRule="auto"/>
        <w:jc w:val="left"/>
      </w:pPr>
      <w:r>
        <w:rPr>
          <w:rFonts w:ascii="宋体 (中文正文)" w:eastAsia="宋体" w:hAnsi="宋体 (中文正文)"/>
          <w:b/>
          <w:sz w:val="28"/>
        </w:rPr>
        <w:t>一、充分认识了加强师德师风建设的重要意义</w:t>
      </w:r>
    </w:p>
    <w:p>
      <w:pPr>
        <w:spacing w:before="100" w:after="200" w:line="360" w:lineRule="auto"/>
        <w:ind w:firstLine="576"/>
        <w:jc w:val="left"/>
      </w:pPr>
      <w:r>
        <w:rPr>
          <w:rFonts w:ascii="宋体" w:eastAsia="宋体" w:hAnsi="宋体"/>
          <w:sz w:val="28"/>
        </w:rPr>
        <w:t>人们常说：学高为师，德高为范。我们教师的天职就是教书育人，这就要求我们不仅要有较高的科学文化素养，而且还要具备较高的道德品质修养。我们是一支师德师风高尚的队伍，是一支善于作战的队伍，但同时也或多或少的存在一些问题，俗话说：金无足赤，人无完人。话虽如此，但我们的工作就需要我们能尽可能的做好，尽可能的不出任何差错，尤其是在思想道德素质方面。这就要求我们不断的学习，不断的提高，才能胜任自己的工作，才能适应社会不断发展变化的需求。学生本是一块无暇的玉石，需要靠我们去精心呵护，去精雕细琢，方能成大器，由此可见提高教师职业道德教育的重要性。</w:t>
      </w:r>
    </w:p>
    <w:p>
      <w:pPr>
        <w:spacing w:before="100" w:after="200" w:line="360" w:lineRule="auto"/>
        <w:jc w:val="left"/>
      </w:pPr>
      <w:r>
        <w:rPr>
          <w:rFonts w:ascii="宋体 (中文正文)" w:eastAsia="宋体" w:hAnsi="宋体 (中文正文)"/>
          <w:b/>
          <w:sz w:val="28"/>
        </w:rPr>
        <w:t>二、自静其心，摆正位置</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在物欲横流的当今社会，一个人如果稍有放松，就有可能把握不住自己而走上歧途，这对我们教师的考验相对来说就更大，因为在有的人眼里看来，教师是一个收入不高、工作烦琐、责任重大的职业。我认为，既然选择了教师这个职业，就意味着要有更多的付出而不求回报，要淡泊名利。一位古人曾经说过：自静其心延寿命，无求于物长精神。人不管干什么工作，首先需要的是摆正自己的心态，踏踏实实工作，只要自己认真了、努力了，那回报自然也就有了，因为这个回报不仅仅是物质方面的，更重要的是精神方面的。</w:t>
      </w:r>
    </w:p>
    <w:p>
      <w:pPr>
        <w:spacing w:before="100" w:after="200" w:line="360" w:lineRule="auto"/>
        <w:jc w:val="left"/>
      </w:pPr>
      <w:r>
        <w:rPr>
          <w:rFonts w:ascii="宋体 (中文正文)" w:eastAsia="宋体" w:hAnsi="宋体 (中文正文)"/>
          <w:b/>
          <w:sz w:val="28"/>
        </w:rPr>
        <w:t>三、遵章守则，认真工作</w:t>
      </w:r>
    </w:p>
    <w:p>
      <w:pPr>
        <w:spacing w:before="100" w:after="200" w:line="360" w:lineRule="auto"/>
        <w:ind w:firstLine="576"/>
        <w:jc w:val="left"/>
      </w:pPr>
      <w:r>
        <w:rPr>
          <w:rFonts w:ascii="宋体" w:eastAsia="宋体" w:hAnsi="宋体"/>
          <w:sz w:val="28"/>
        </w:rPr>
        <w:t>在以后的工作中，我将继续一如既往的认真工作，坚持做到以下各方面的要求：</w:t>
      </w:r>
    </w:p>
    <w:p>
      <w:pPr>
        <w:spacing w:before="100" w:after="200" w:line="360" w:lineRule="auto"/>
        <w:ind w:firstLine="576"/>
        <w:jc w:val="left"/>
      </w:pPr>
      <w:r>
        <w:rPr>
          <w:rFonts w:ascii="宋体" w:eastAsia="宋体" w:hAnsi="宋体"/>
          <w:sz w:val="28"/>
        </w:rPr>
        <w:t>1、谦虚谨慎，顾全大局;</w:t>
      </w:r>
    </w:p>
    <w:p>
      <w:pPr>
        <w:spacing w:before="100" w:after="200" w:line="360" w:lineRule="auto"/>
        <w:ind w:firstLine="576"/>
        <w:jc w:val="left"/>
      </w:pPr>
      <w:r>
        <w:rPr>
          <w:rFonts w:ascii="宋体" w:eastAsia="宋体" w:hAnsi="宋体"/>
          <w:sz w:val="28"/>
        </w:rPr>
        <w:t>2、尊重同志，相互学习、相互帮助，维护其他教师在学生中的威信;</w:t>
      </w:r>
    </w:p>
    <w:p>
      <w:pPr>
        <w:spacing w:before="100" w:after="200" w:line="360" w:lineRule="auto"/>
        <w:ind w:firstLine="576"/>
        <w:jc w:val="left"/>
      </w:pPr>
      <w:r>
        <w:rPr>
          <w:rFonts w:ascii="宋体" w:eastAsia="宋体" w:hAnsi="宋体"/>
          <w:sz w:val="28"/>
        </w:rPr>
        <w:t>3、关心集体，积极投身集体活动，维护学校荣誉，有强烈的集体荣誉感;</w:t>
      </w:r>
    </w:p>
    <w:p>
      <w:pPr>
        <w:spacing w:before="100" w:after="200" w:line="360" w:lineRule="auto"/>
        <w:ind w:firstLine="576"/>
        <w:jc w:val="left"/>
      </w:pPr>
      <w:r>
        <w:rPr>
          <w:rFonts w:ascii="宋体" w:eastAsia="宋体" w:hAnsi="宋体"/>
          <w:sz w:val="28"/>
        </w:rPr>
        <w:t>5、不以职谋私，不私自以补课、辅导，复习等各种理由收受学生和家长钱物，不利用学生家长的关系为自己谋取私利;</w:t>
      </w:r>
    </w:p>
    <w:p>
      <w:pPr>
        <w:spacing w:before="100" w:after="200" w:line="360" w:lineRule="auto"/>
        <w:ind w:firstLine="576"/>
        <w:jc w:val="left"/>
      </w:pPr>
      <w:r>
        <w:rPr>
          <w:rFonts w:ascii="宋体" w:eastAsia="宋体" w:hAnsi="宋体"/>
          <w:sz w:val="28"/>
        </w:rPr>
        <w:t>6、不乱收费，不向学生和家长推销商品和课外书刊，教辅资料;</w:t>
      </w:r>
    </w:p>
    <w:p>
      <w:pPr>
        <w:spacing w:before="100" w:after="200" w:line="360" w:lineRule="auto"/>
        <w:ind w:firstLine="576"/>
        <w:jc w:val="left"/>
      </w:pPr>
      <w:r>
        <w:rPr>
          <w:rFonts w:ascii="宋体" w:eastAsia="宋体" w:hAnsi="宋体"/>
          <w:sz w:val="28"/>
        </w:rPr>
        <w:t>7、未经组织批准，不从事经商活动，影响正常教育教学工作;</w:t>
      </w:r>
    </w:p>
    <w:p>
      <w:pPr>
        <w:spacing w:before="100" w:after="200" w:line="360" w:lineRule="auto"/>
        <w:ind w:firstLine="576"/>
        <w:jc w:val="left"/>
      </w:pPr>
      <w:r>
        <w:rPr>
          <w:rFonts w:ascii="宋体" w:eastAsia="宋体" w:hAnsi="宋体"/>
          <w:sz w:val="28"/>
        </w:rPr>
        <w:t>8、品行端正，诚实正直，言行一致，表里如一，严于律己，以身作则;</w:t>
      </w:r>
    </w:p>
    <w:p>
      <w:pPr>
        <w:spacing w:before="100" w:after="200" w:line="360" w:lineRule="auto"/>
        <w:ind w:firstLine="576"/>
        <w:jc w:val="left"/>
      </w:pPr>
      <w:r>
        <w:rPr>
          <w:rFonts w:ascii="宋体" w:eastAsia="宋体" w:hAnsi="宋体"/>
          <w:sz w:val="28"/>
        </w:rPr>
        <w:t>9、加强师德修养和教育行风建设，礼貌从事、文明施教，严格按教学六认真要求，认真做好各个环节的工作;</w:t>
      </w:r>
    </w:p>
    <w:p>
      <w:pPr>
        <w:spacing w:before="100" w:after="200" w:line="360" w:lineRule="auto"/>
        <w:ind w:firstLine="576"/>
        <w:jc w:val="left"/>
      </w:pPr>
      <w:r>
        <w:rPr>
          <w:rFonts w:ascii="宋体" w:eastAsia="宋体" w:hAnsi="宋体"/>
          <w:sz w:val="28"/>
        </w:rPr>
        <w:t>10、奉公守法，模范遵守社会公德和法规法纪，不违法乱纪。</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这次学习，对于我来说是一次难忘的充电机会，由衷感谢领导为我们搭建了一个很好的学习提高的平台，每天的讲座都以鲜活的实例、丰富的知识内涵及精湛的理论阐述打动了我的心，使我的思想重新焕发了激情，燃起了斗志，确实感到受益匪浅。</w:t>
      </w:r>
    </w:p>
    <w:p>
      <w:pPr>
        <w:spacing w:before="100" w:after="200" w:line="360" w:lineRule="auto"/>
        <w:ind w:firstLine="576"/>
        <w:jc w:val="left"/>
      </w:pPr>
      <w:r>
        <w:rPr>
          <w:rFonts w:ascii="宋体" w:eastAsia="宋体" w:hAnsi="宋体"/>
          <w:sz w:val="28"/>
        </w:rPr>
        <w:t>通过学习，使我更加深刻地了解了基础教育课程的背景及教育意义，信息化的社会来临对教育提出又一次挑战，课程为教师专业化的成长提供了一个平台，特别是培养学生综合素质的有效途径，同时也让我明确了本次培训的目标、内容，力求使自己由专业型、经验型教师向研究型教师转变。</w:t>
      </w:r>
    </w:p>
    <w:p>
      <w:pPr>
        <w:spacing w:before="100" w:after="200" w:line="360" w:lineRule="auto"/>
        <w:ind w:firstLine="576"/>
        <w:jc w:val="left"/>
      </w:pPr>
      <w:r>
        <w:rPr>
          <w:rFonts w:ascii="宋体" w:eastAsia="宋体" w:hAnsi="宋体"/>
          <w:sz w:val="28"/>
        </w:rPr>
        <w:t>新课程强调，教学过程是师生交往、积极互动、共同发展的过程，教师的教学要从重结论转变为更重过程，因为过程比结果更重要。以人为本的教学要求教师要去关注每一位学生、尊重每一位学生，多去赞赏他们、而少去批评责罚他们，要用真爱去关心他们，还要时刻注意自己的言行并时刻留意关心学生的反应和变化，以身作则，为学生树立好的榜样，使他们改正不良的学习习惯。在教育过程中多给学生一片属于他们能力表现的天地，让每一个孩子都充满阳光。</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理解教师职业，提升自我素养。教师代表着“学生的老师”，也代表着“学生的学生”。作为教师，师德是必备的。在新课程理念的指引下，首先，教师是文化的传递者，“师者，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作为教师，不仅具有一定的专业水准，更要具有优秀的心理品质与道德意识。</w:t>
      </w:r>
    </w:p>
    <w:p>
      <w:pPr>
        <w:spacing w:before="100" w:after="200" w:line="360" w:lineRule="auto"/>
        <w:ind w:firstLine="576"/>
        <w:jc w:val="left"/>
      </w:pPr>
      <w:r>
        <w:rPr>
          <w:rFonts w:ascii="宋体" w:eastAsia="宋体" w:hAnsi="宋体"/>
          <w:sz w:val="28"/>
        </w:rPr>
        <w:t>用新教育教学理念以及心理学基础指引自己的工作。培训为我即将面临的实际工作提供了许多方法和策略。在培训中，几位有丰富教学经验的同志根据自己的实际经验给我们介绍了在《新课程标准》理念下一些当好教师的要点和方法，给我留下了深刻的印象。在谈到教师的发展问题上，他们都强调了适时调整和更新自身知识结构、终身学习的做法;在谈到面对困难如何克服的问题上，还提出了如何加强教师之间合作的方法;在教学教法经验方面，通过说课的指导，让我更加明确上好一堂课的标准，适时改进教学方法和策略，以艺术的眼光去对待教学，争取精益求精;通过班主任工作的指导，让我从方法上得到了一些深化，尤其是对待学生与管理班级。一些具体的事例，让我深刻地意识到做好育人工作，首先要提升自己的感悟能力。</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学习使我对未来的工作充满了信心、动力和热情。在本次培训中，尤其是教师心理调适方面得到了很大的平衡，并获得了更多的方法，这对自己是一种鼓励。鼓励我们教师适应教学环境、生活环境、人际关系环境;鼓励我们要更加理性地认识社会、认识自己的角色;鼓励我们要做一名终身学习型老师，做一名能够不断适应新知识新问题新环境的老师;鼓励我们要坚持创新，在教学中发挥自己的聪明和才智，争取在教学中获得更大的发展。这些鼓励，使我对未来的工作充满了信心和动力。</w:t>
      </w:r>
    </w:p>
    <w:p>
      <w:pPr>
        <w:spacing w:before="100" w:after="200" w:line="360" w:lineRule="auto"/>
        <w:ind w:firstLine="576"/>
        <w:jc w:val="left"/>
      </w:pPr>
      <w:r>
        <w:rPr>
          <w:rFonts w:ascii="宋体" w:eastAsia="宋体" w:hAnsi="宋体"/>
          <w:sz w:val="28"/>
        </w:rPr>
        <w:t>通过本次学习，使我体会到教师要热爱这个职业，热爱学生，热爱教育事业，在教育教学过程中不断地学习不断地提高自己，在工作中不求回报，刻苦地钻研下去，一切为的就是一份热爱和执着，在教学中，不能墨守陈规，要不断地发展，不断去思索适合自己学生的教学方式，这样，最终自身的价值才能够得以体现。</w:t>
      </w:r>
    </w:p>
    <w:p>
      <w:pPr>
        <w:spacing w:before="100" w:after="200" w:line="360" w:lineRule="auto"/>
        <w:ind w:firstLine="576"/>
        <w:jc w:val="left"/>
      </w:pPr>
      <w:r>
        <w:rPr>
          <w:rFonts w:ascii="宋体" w:eastAsia="宋体" w:hAnsi="宋体"/>
          <w:sz w:val="28"/>
        </w:rPr>
        <w:t>学会终身学习，提高自身能力。.终身学习，我们不仅要提升自身的专业知识，还要学习更多方面，如教育学、心理学、课程理念等等。同时我们也要学会做事与人际交往。教师从事的是和人打交道的工作，如果能善于观察、研究、思考;处理好与学生、家长、同事之间的关系，那么相对来说，工作起来就会更得心应手。我还体会到作为一名教师，首先要让学生喜欢你，喜欢听你的课，进而喜欢听你的指导。这就要求个人魅力不断提升，在积累经验中获得一种平和优雅的心境，在和学生相处的过程中获得学生的信赖。书是最好的老师，多读书，提升自己，在实践中反思自我，做一位优秀的人民教师。</w:t>
      </w:r>
    </w:p>
    <w:p>
      <w:pPr>
        <w:spacing w:before="100" w:after="200" w:line="360" w:lineRule="auto"/>
        <w:ind w:firstLine="576"/>
        <w:jc w:val="left"/>
      </w:pPr>
      <w:r>
        <w:rPr>
          <w:rFonts w:ascii="宋体" w:eastAsia="宋体" w:hAnsi="宋体"/>
          <w:sz w:val="28"/>
        </w:rPr>
        <w:t>要热爱学生，真诚可以是一面镜子，也可以是一种无敌的武器，对待学生，对待花样年龄的青少年，除了真诚还能用什么方式来打动他们，获得他们的信任呢要不断反思，要想从工作中不断提高自己的教学水平就少不了这个环节;不断的反思、改进。教师职业没有最好，只有更好。在不断的反思与积累中获得属于自己的经验与方法，并且能将这种方法深化为一种理论，这便是做一名教师的最高境界了。</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新的起点需要新的奋斗，新的奋斗需要旗帜作为引导，这次学习就是一面很好的旗帜，在思想、行动和实践工作上给了我切实的指导和鼓励。让我有了明确的定位、坚定的信念、奉献的精神、良好的心态、高度的责任心、热爱学生的行动、进取的意识并且不断地规范自己的行为，做一名真正合格的教师。</w:t>
      </w:r>
    </w:p>
    <w:p>
      <w:pPr>
        <w:spacing w:before="100" w:after="200" w:line="360" w:lineRule="auto"/>
        <w:ind w:firstLine="576"/>
        <w:jc w:val="left"/>
      </w:pPr>
      <w:r>
        <w:rPr>
          <w:rFonts w:ascii="宋体" w:eastAsia="宋体" w:hAnsi="宋体"/>
          <w:sz w:val="28"/>
        </w:rPr>
        <w:t>8月22日至8月24日，陕西师范大学绿地浐灞小学有幸请到张志艳讲师、李创斌教授和牛文明教授为我们教师进行了短期培训。培训的主题有《走进课堂观察》、《小学教师专业标准》与教师发展等。这次培训，让我懂得了作为一名教师，尤其是小学教师，并非所想象的那么容易，因为我们肩负着培养祖国未来栋梁的重任，而小学正是学生成长的关键时期。在小学，我们不仅仅要让孩子学习到应有的文化知识，还要丰富孩子的课余内容，更要培养孩子良好的行为习惯、更高的道德素养，因为教育不仅仅是教书，更重要的是育人。</w:t>
      </w:r>
    </w:p>
    <w:p>
      <w:pPr>
        <w:spacing w:before="100" w:after="200" w:line="360" w:lineRule="auto"/>
        <w:ind w:firstLine="576"/>
        <w:jc w:val="left"/>
      </w:pPr>
      <w:r>
        <w:rPr>
          <w:rFonts w:ascii="宋体" w:eastAsia="宋体" w:hAnsi="宋体"/>
          <w:sz w:val="28"/>
        </w:rPr>
        <w:t>张志艳讲师所讲的《走进课堂观察》让我了解到，听课并不是只听教师是怎么讲课的，更要观察学生在整个课堂的反应，做到更精细的有效听课。以前我在听课的时候，只注重了教师对整堂课程的安排以及流程衔接和学生的整体反应，并没有细化到每一位学生。其实，听课不是看学生的整体反应，而是要看学困生与学优生的差距到底在哪里，以便自己在讲课的时候注意到这些不足，并在以后的课堂设计上要对学困生和学优生提供同样的帮助，这样才能让每一位学生都有所进步。</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精细的有效听课还能不断的提高教师自身教学的素养。在听别的教师上课的时候，伴随着自身思考，更能提高自己在上课的不足。我在设置课堂提问的时候，就出现过零碎问题过多的状况，每次提出的问题过于琐碎且没有质量，耽误了短暂的课堂时间。其实，一堂课的问题不用太多，但质量要高，要给予学生充分思考的时间。而且，问题的难度也要有明显的层次区分，这样才能让学困生、学优生同时思考，不会把任何一个学生落下。要做到这些，在备课时就要多考虑学生情况，按照学生接受程度来进行备课，这样的课堂才算完整。</w:t>
      </w:r>
    </w:p>
    <w:p>
      <w:pPr>
        <w:spacing w:before="100" w:after="200" w:line="360" w:lineRule="auto"/>
        <w:ind w:firstLine="576"/>
        <w:jc w:val="left"/>
      </w:pPr>
      <w:r>
        <w:rPr>
          <w:rFonts w:ascii="宋体" w:eastAsia="宋体" w:hAnsi="宋体"/>
          <w:sz w:val="28"/>
        </w:rPr>
        <w:t>作为一名教师，尤其是语文老师，一定要对文字非常敏感，并且懂得使用语言的技巧，这样才能让学生耳濡目染，更快的吸取语言及文字运用的方法，如果教师不爱读书，那怎么能够当好学生的榜样，让孩子也爱上读书呢？</w:t>
      </w:r>
    </w:p>
    <w:p>
      <w:pPr>
        <w:spacing w:before="100" w:after="200" w:line="360" w:lineRule="auto"/>
        <w:ind w:firstLine="576"/>
        <w:jc w:val="left"/>
      </w:pPr>
      <w:r>
        <w:rPr>
          <w:rFonts w:ascii="宋体" w:eastAsia="宋体" w:hAnsi="宋体"/>
          <w:sz w:val="28"/>
        </w:rPr>
        <w:t>教师这个职业，是一个终身学习的职业，不但要积淀一定的文化底蕴，更要在日常生活中学习经验，这样才能够让学生讲课堂所学到的知识与生活紧密相联，才能激发学生学习的兴趣。</w:t>
      </w:r>
    </w:p>
    <w:p>
      <w:pPr>
        <w:spacing w:before="100" w:after="200" w:line="360" w:lineRule="auto"/>
        <w:ind w:firstLine="576"/>
        <w:jc w:val="left"/>
      </w:pPr>
      <w:r>
        <w:rPr>
          <w:rFonts w:ascii="宋体" w:eastAsia="宋体" w:hAnsi="宋体"/>
          <w:sz w:val="28"/>
        </w:rPr>
        <w:t>在培训中，李创斌教授说到：虽然人们评论教师时总和医生相比，但是，教师的教学素质并没有医生那么专业。医生可以专治一种病，并取得巨大的成就，而教师并不行。面对不同的学生，很多教师都只能用同一种方法去对待，并不能像医生那样，用不同的药物和医疗手段去解决不同的患者。教师应不断提高自我修养，面对不同程度的学生，对症下药，这样才能培养出更优秀的人才。</w:t>
      </w:r>
    </w:p>
    <w:p>
      <w:pPr>
        <w:spacing w:before="100" w:after="200" w:line="360" w:lineRule="auto"/>
        <w:ind w:firstLine="576"/>
        <w:jc w:val="left"/>
      </w:pPr>
      <w:r>
        <w:rPr>
          <w:rFonts w:ascii="宋体" w:eastAsia="宋体" w:hAnsi="宋体"/>
          <w:sz w:val="28"/>
        </w:rPr>
        <w:t>通过这次培训，我深知自己还有很多的不足，勤奋是必须的，但也一定要做一名有智慧的教师，用各种方法去激励不同的学生，这样才能使所有学生得到应有的帮助，并且茁壮成长。</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20xx年xx月xx日，—xx月xx日，我县在双语实验小学开展了以“网络大集体备课”为主题的暑期培训活动，我有幸参加了这次培训活动。培训的内容涉及方方面面，精彩纷呈。有朱建淑老师的“如何搞好集体备课”、林鹏飞老师的“集体备课经验介绍”、夏萍老师的“小学语文课程标准的理解与认识”、王慧老师的外出学习汇报、名师课堂观摩以及台上台下的互动交流活动。这是与时俱进的、是迎合新课程大背景下，促进教师专业成长的适时培训。在这次学习活动中，我积极认真的投入学习，可谓收获颇多，感受颇深。</w:t>
      </w:r>
    </w:p>
    <w:p>
      <w:pPr>
        <w:spacing w:before="100" w:after="200" w:line="360" w:lineRule="auto"/>
        <w:ind w:firstLine="576"/>
        <w:jc w:val="left"/>
      </w:pPr>
      <w:r>
        <w:rPr>
          <w:rFonts w:ascii="宋体" w:eastAsia="宋体" w:hAnsi="宋体"/>
          <w:sz w:val="28"/>
        </w:rPr>
        <w:t>这次网络大集体备课的开展是适应新课程发展要求的，是当前教育形式所必需的，是促进教师专业发展的有效途径。我觉得网络集体备课有诸多的优势：</w:t>
      </w:r>
    </w:p>
    <w:p>
      <w:pPr>
        <w:spacing w:before="100" w:after="200" w:line="360" w:lineRule="auto"/>
        <w:ind w:firstLine="576"/>
        <w:jc w:val="left"/>
      </w:pPr>
      <w:r>
        <w:rPr>
          <w:rFonts w:ascii="宋体" w:eastAsia="宋体" w:hAnsi="宋体"/>
          <w:sz w:val="28"/>
        </w:rPr>
        <w:t>（1）开阔教师眼界，拓展教学思路。教师查阅网上教案、选择优与劣的过程其实就是一个深入分析教材的过程。教师原本在头脑中已经对教材有了自己的理解，在阅读到同一节课不同的教学方案时，他人的教学设计与自己的预设方案（包括设计过程、教材内容的把握等）在头脑中相互碰撞，在对碰中容易产生自己的新见解。</w:t>
      </w:r>
    </w:p>
    <w:p>
      <w:pPr>
        <w:spacing w:before="100" w:after="200" w:line="360" w:lineRule="auto"/>
        <w:ind w:firstLine="576"/>
        <w:jc w:val="left"/>
      </w:pPr>
      <w:r>
        <w:rPr>
          <w:rFonts w:ascii="宋体" w:eastAsia="宋体" w:hAnsi="宋体"/>
          <w:sz w:val="28"/>
        </w:rPr>
        <w:t>（2）营造研究氛围，提高业务能力。网络备课过程就是与更多教师交流互动的过程。以往备课是教师个人的工作，教师对着一本或多本教参，没有合作也无法合作；如今借鉴网络资源就不同了，它将校内、校外的教师相互连接起来，间接地、直接地实现了相互对话与合作。通过相互交流与切磋，参与网络备课的教师既可以学习到他人的长处，又可以找到自己的不足，通过扬长避短，实现共同提高。同时，网络备课的开展，一方面促使青年教师尽快成熟起来，另一方面也促进老教师不断进取与提高。</w:t>
      </w:r>
    </w:p>
    <w:p>
      <w:pPr>
        <w:spacing w:before="100" w:after="200" w:line="360" w:lineRule="auto"/>
        <w:ind w:firstLine="576"/>
        <w:jc w:val="left"/>
      </w:pPr>
      <w:r>
        <w:rPr>
          <w:rFonts w:ascii="宋体" w:eastAsia="宋体" w:hAnsi="宋体"/>
          <w:sz w:val="28"/>
        </w:rPr>
        <w:t>（3）制定教学方案，服务于教学。通过网络备课最终形成的教学方案是集体智慧的结晶，它与个人备课相比，对教材的把握更加准确，对学情的分析更加细致。因此，网络备课预设的教学方案会更切合学生的实际要求，更有利于提高课堂教学效果。</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4）减轻教师负担，增加工作热情。网络备课减轻了教师写教案的负担，让教师有更多的精力学习理论、收累资料、总结经验、提升业务水平，提高课堂教学效果，增强了教师的工作责任心和研发教学资源的自觉性。</w:t>
      </w:r>
    </w:p>
    <w:p>
      <w:pPr>
        <w:spacing w:before="100" w:after="200" w:line="360" w:lineRule="auto"/>
        <w:ind w:firstLine="576"/>
        <w:jc w:val="left"/>
      </w:pPr>
      <w:r>
        <w:rPr>
          <w:rFonts w:ascii="宋体" w:eastAsia="宋体" w:hAnsi="宋体"/>
          <w:sz w:val="28"/>
        </w:rPr>
        <w:t>（5）了解教改动态，加速素质提升。以前，教师仅仅参考一本教参，根本不能了解外面的世界，更别说学习新的方法和理念了。而网络的高速度信息流动，可以时刻展示给我们新的先进教学思想、教育理念。组织教师通过网络备课的查阅（尤其是查阅名师的教学设计），就能及时捕捉到这些教育新理念、新方法以及优秀的教学方案。</w:t>
      </w:r>
    </w:p>
    <w:p>
      <w:pPr>
        <w:spacing w:before="100" w:after="200" w:line="360" w:lineRule="auto"/>
        <w:ind w:firstLine="576"/>
        <w:jc w:val="left"/>
      </w:pPr>
      <w:r>
        <w:rPr>
          <w:rFonts w:ascii="宋体" w:eastAsia="宋体" w:hAnsi="宋体"/>
          <w:sz w:val="28"/>
        </w:rPr>
        <w:t>（6）网络反思开放，易于课后改进。课后反思是教师专业成长的有效途径。网络备课反思为教师开辟新的反思天地。这样的反思具有更强的开放性，对自己、对别人的专业成长提高都很有好处。同时也为下一年度的备课者提供宝贵的经验，真正实现备课、反思资源共享。</w:t>
      </w:r>
    </w:p>
    <w:p>
      <w:pPr>
        <w:spacing w:before="100" w:after="200" w:line="360" w:lineRule="auto"/>
        <w:ind w:firstLine="576"/>
        <w:jc w:val="left"/>
      </w:pPr>
      <w:r>
        <w:rPr>
          <w:rFonts w:ascii="宋体" w:eastAsia="宋体" w:hAnsi="宋体"/>
          <w:sz w:val="28"/>
        </w:rPr>
        <w:t>网络备课优势甚多，而最主要的还是我们老师们的重视与坚持！我想我会努力使自己树立终身学习观，不断克服各种困难，坚持搞好网络集体备课。我想这也是我们的共同追求。</w:t>
      </w:r>
    </w:p>
    <w:p>
      <w:pPr>
        <w:spacing w:before="100" w:after="200" w:line="360" w:lineRule="auto"/>
        <w:ind w:firstLine="576"/>
        <w:jc w:val="left"/>
      </w:pPr>
      <w:r>
        <w:rPr>
          <w:rFonts w:ascii="宋体" w:eastAsia="宋体" w:hAnsi="宋体"/>
          <w:sz w:val="28"/>
        </w:rPr>
        <w:t>8月3日在双语实验学校参加了暑期培训，对习作教学策略感受如下：</w:t>
      </w:r>
    </w:p>
    <w:p>
      <w:pPr>
        <w:spacing w:before="100" w:after="200" w:line="360" w:lineRule="auto"/>
        <w:ind w:firstLine="576"/>
        <w:jc w:val="left"/>
      </w:pPr>
      <w:r>
        <w:rPr>
          <w:rFonts w:ascii="宋体" w:eastAsia="宋体" w:hAnsi="宋体"/>
          <w:sz w:val="28"/>
        </w:rPr>
        <w:t>一．加强日常积累，丰富习作素材。</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同时，教师适时引导学生对古诗词和一些优美的篇章进行熟读成诵，也可以增加阅读积累的容量。记得巴金先生曾说过一段话，大意如下：他说他很感激从前教他的先生。小时候先生逼着他背诵了许多不求甚解的诗词篇章，这些东西在经历了若干年之后，在他的头脑中发酵膨胀，进而成为一笔丰厚的精神食粮。使得他在以后的写作生涯中总能信手拈来、挥洒自如。</w:t>
      </w:r>
    </w:p>
    <w:p>
      <w:pPr>
        <w:spacing w:before="100" w:after="200" w:line="360" w:lineRule="auto"/>
        <w:jc w:val="left"/>
      </w:pPr>
      <w:r>
        <w:rPr>
          <w:rFonts w:ascii="宋体 (中文正文)" w:eastAsia="宋体" w:hAnsi="宋体 (中文正文)"/>
          <w:b/>
          <w:sz w:val="28"/>
        </w:rPr>
        <w:t>二、激发习作兴趣，鼓励自由表达。</w:t>
      </w:r>
    </w:p>
    <w:p>
      <w:pPr>
        <w:spacing w:before="100" w:after="200" w:line="360" w:lineRule="auto"/>
        <w:ind w:firstLine="576"/>
        <w:jc w:val="left"/>
      </w:pPr>
      <w:r>
        <w:rPr>
          <w:rFonts w:ascii="宋体" w:eastAsia="宋体" w:hAnsi="宋体"/>
          <w:sz w:val="28"/>
        </w:rPr>
        <w:t>习作教学要激发学生的情感，启迪学生的悟性。在感悟中培养学生的观察能力，大自然中的一草一木、社会生活中的平凡小事，都可引发我们的思考。可是，面对美丽的大自然孩子们却无动于衷，或虽感到美，却又写不出来。生活中每天发生的事情非常多，孩子们往往求大，忽略了身边值得关注的小事，所以，也造成了无话可说，无事可写的情况。对农村学生来说，农村的风景优美，乡土气息浓厚。美丽的大自然又孕育了千姿百态的动植物。这既是习作教学的直观教具，又为作文教学提供了取之不尽、用之不竭的写作素材。我利用这种优势，引导学生仔细观察，使他们“见景生情”。把这种情景教育引进习作教学中，收到了事半功倍的效果。如写一写家中养的鸡，教师可引导学生观察鸡吃食、鸡打架、鸡下蛋等等，帮他们列出观察项目，学生就会有目的的观察，写作时就不会无话可说了。让学生每天回忆发生的事，说一说、议一议，久而久之，学生就知道了什么事是有价值的了。事不在大小，在事情的内容。指导学生写自己熟悉而又真实的生活，而不是写那些“虚构生活”让学生知道，说真话、写事实、叙真情就是作文。</w:t>
      </w:r>
    </w:p>
    <w:p>
      <w:pPr>
        <w:spacing w:before="100" w:after="200" w:line="360" w:lineRule="auto"/>
        <w:jc w:val="left"/>
      </w:pPr>
      <w:r>
        <w:rPr>
          <w:rFonts w:ascii="宋体 (中文正文)" w:eastAsia="宋体" w:hAnsi="宋体 (中文正文)"/>
          <w:b/>
          <w:sz w:val="28"/>
        </w:rPr>
        <w:t>三、“拳不离手，曲不离口。</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每个学生的观察角度不同，语言文字的表达能力不同，写出习作的中心立意就会不同。要让每个同学都受感染，达到习作的目的，这仍要语文教师的正确引导。我做了以下尝试：一是激励学生坚持每天写日记。写日记不但可以锻炼孩子坚韧不拔的毅力，而且可以达到练笔的目的。二是平时教学习作训练，通过学文，进行仿写、改写、续写、缩写、扩写等练习。加强学生练笔训练。三是要求学生写读书笔记、心得体会等练习。总之，语文教师要从多方面训练学生动手写，养成笔不离手的好习惯。</w:t>
      </w:r>
    </w:p>
    <w:p>
      <w:pPr>
        <w:spacing w:before="100" w:after="200" w:line="360" w:lineRule="auto"/>
        <w:jc w:val="left"/>
      </w:pPr>
      <w:r>
        <w:rPr>
          <w:rFonts w:ascii="宋体 (中文正文)" w:eastAsia="宋体" w:hAnsi="宋体 (中文正文)"/>
          <w:b/>
          <w:sz w:val="28"/>
        </w:rPr>
        <w:t>四、回归生活本质，落实习作训练。</w:t>
      </w:r>
    </w:p>
    <w:p>
      <w:pPr>
        <w:spacing w:before="100" w:after="200" w:line="360" w:lineRule="auto"/>
        <w:ind w:firstLine="576"/>
        <w:jc w:val="left"/>
      </w:pPr>
      <w:r>
        <w:rPr>
          <w:rFonts w:ascii="宋体" w:eastAsia="宋体" w:hAnsi="宋体"/>
          <w:sz w:val="28"/>
        </w:rPr>
        <w:t>作文是什么？作文就是我手写我心。什么是心？就是用心观察生活，一切心之所得，均源于生活。皮之不存，毛将焉附？生活就是“皮”，我们的心是“毛”。</w:t>
      </w:r>
    </w:p>
    <w:p>
      <w:pPr>
        <w:spacing w:before="100" w:after="200" w:line="360" w:lineRule="auto"/>
        <w:ind w:firstLine="576"/>
        <w:jc w:val="left"/>
      </w:pPr>
      <w:r>
        <w:rPr>
          <w:rFonts w:ascii="宋体" w:eastAsia="宋体" w:hAnsi="宋体"/>
          <w:sz w:val="28"/>
        </w:rPr>
        <w:t>因此，我们第一要训练的，便是学生留心观察生活的敏锐。指导学生观察生活，不能留于“要留心观察生活”一句话的要求，而是要在每一次习作教学中，在平时的学习生活中，教给学生观察些什么，怎样去观察，以及记笔记、写日记等留住观察所得的方法。</w:t>
      </w:r>
    </w:p>
    <w:p>
      <w:pPr>
        <w:spacing w:before="100" w:after="200" w:line="360" w:lineRule="auto"/>
        <w:ind w:firstLine="576"/>
        <w:jc w:val="left"/>
      </w:pPr>
      <w:r>
        <w:rPr>
          <w:rFonts w:ascii="宋体" w:eastAsia="宋体" w:hAnsi="宋体"/>
          <w:sz w:val="28"/>
        </w:rPr>
        <w:t>其次，在训练学生口头表达的基础上，落实口头表达向书面表达的转化。既要注重学生书面表达的兴趣的培养，又要注重教会学生坚持不懈的优秀学习品质，不断提高自己运用和驾驭文字的能力。</w:t>
      </w:r>
    </w:p>
    <w:p>
      <w:pPr>
        <w:spacing w:before="100" w:after="200" w:line="360" w:lineRule="auto"/>
        <w:ind w:firstLine="576"/>
        <w:jc w:val="left"/>
      </w:pPr>
      <w:r>
        <w:rPr>
          <w:rFonts w:ascii="宋体" w:eastAsia="宋体" w:hAnsi="宋体"/>
          <w:sz w:val="28"/>
        </w:rPr>
        <w:t>接着，是落实学生思维能力的训练。一方面，要在阅读教学中培养学生的多元理解能力，拓展学生对事物的个性认知。试想，学生的脑子里早已塞满“铁棒磨成针”就一定是执着勤奋，狐狸一定是狡猾的，春天一定是美好的这样的固化认知，创新的空间还有多少？又有多少儿童的童趣童真被暗暗扼杀？另一方面，在习作教学中一定允许甚至鼓励学生的个性认识。千万不要狭隘化了“主题积极”和“健康向上”的本意，小学生作文不需要变成“唱颂歌”，从反面得出积极的、健康向上的主题也是完全可以的，学生们有一定的正确的批判意识是好事。训练学生习作思维能力有方方面面，但阅读和习作这一进一出两方面是最重要的。</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再次，就是要落实习作修改训练。玉雕为饰，文改为章。好文章都是改出来的。一次落实的习作修改练习，效果决不低于一次习作练习。教师的帮助或指导要针对学生的年段特点，不同的年段修改重心不同。修改方法也多种多样，或自斟自改，或相互取长补短，或现写现改，或放置一段时间再改。老师特别要注意的是，老师只能点拨，不能代劳，否则又可能是老师改得辛苦，学生付之一笑，满纸圈点付之东流。</w:t>
      </w:r>
    </w:p>
    <w:p>
      <w:pPr>
        <w:spacing w:before="100" w:after="200" w:line="360" w:lineRule="auto"/>
        <w:ind w:firstLine="576"/>
        <w:jc w:val="left"/>
      </w:pPr>
      <w:r>
        <w:rPr>
          <w:rFonts w:ascii="宋体" w:eastAsia="宋体" w:hAnsi="宋体"/>
          <w:sz w:val="28"/>
        </w:rPr>
        <w:t>总之作文教学目标的实现就是靠一点一点扎扎实实的累积，有先进的教育理念，又有扎实的教学，相信我们的孩子一定会爱上写作文，能用笔书写属于自己的东西，在广阔的生活中放飞心灵。我们期待着。</w:t>
      </w:r>
    </w:p>
    <w:p>
      <w:pPr>
        <w:spacing w:before="100" w:after="200" w:line="360" w:lineRule="auto"/>
        <w:ind w:firstLine="576"/>
        <w:jc w:val="left"/>
      </w:pPr>
      <w:r>
        <w:rPr>
          <w:rFonts w:ascii="宋体" w:eastAsia="宋体" w:hAnsi="宋体"/>
          <w:sz w:val="28"/>
        </w:rPr>
        <w:t>每年的暑期培训都是一次充电，一次思想的盛宴。今年的暑期培训也充满了智慧和温情，有经验丰富、谈吐幽默的A老师的精彩讲座，也有研究教育教学多年的B教授的谆谆教诲，还有学科组内对课标、教材的分享和讨论。除了这些感触颇深、收获颇多的讲座，最让我印象深刻的是全体年轻教师参加的读书演讲活动“读教育名著，做智慧教师”。</w:t>
      </w:r>
    </w:p>
    <w:p>
      <w:pPr>
        <w:spacing w:before="100" w:after="200" w:line="360" w:lineRule="auto"/>
        <w:ind w:firstLine="576"/>
        <w:jc w:val="left"/>
      </w:pPr>
      <w:r>
        <w:rPr>
          <w:rFonts w:ascii="宋体" w:eastAsia="宋体" w:hAnsi="宋体"/>
          <w:sz w:val="28"/>
        </w:rPr>
        <w:t>在学校大礼堂里，一百多位老师一起参与进读书演讲活动。每位老师都在假期里认真研读了苏霍姆林斯基的两本著作，凝聚成一篇篇充满教育智慧的演讲稿，声情并茂地与每位老师分享。在我阅读完这两本著作后，我对苏大师反复提到的阅读感悟颇深。</w:t>
      </w:r>
    </w:p>
    <w:p>
      <w:pPr>
        <w:spacing w:before="100" w:after="200" w:line="360" w:lineRule="auto"/>
        <w:ind w:firstLine="576"/>
        <w:jc w:val="left"/>
      </w:pPr>
      <w:r>
        <w:rPr>
          <w:rFonts w:ascii="宋体" w:eastAsia="宋体" w:hAnsi="宋体"/>
          <w:sz w:val="28"/>
        </w:rPr>
        <w:t>在利用阅读帮助学生学习方面，苏霍姆林斯基有许多独到的方法。比如说，在转化“后进生”方面，苏霍姆林斯基有着一套背道而驰的方法。一般老师的做法是给这些孩子更少的知识量和习题量，觉得他们在学习上已经有困难了，那就减少他们的负担，争取让他们把这少量的知识点掌握就好。但是，苏霍姆林斯基却认为，帮助后进生最有效的手段就是扩大他们的阅读范围。让这些儿童的头脑里产生尽可能多的关于周围世界的疑问，积累尽可能多的信息素材，这将是他们开始思考的契机，也将是他们维持学习兴趣的不竭动力。</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不仅是后进生需要广泛阅读，每个孩子在智力发展上，都需要阅读的介入。如果一个学生广泛地阅读，那么在课堂上所讲解的任何一个新概念、新现象，就会纳入他从各种书籍里汲取到的知识体系里去。在这种情况下，课堂上所讲授的知识就具有特殊的吸引力：学生感到这些知识是帮助他把“头脑里已有的”东西弄得更加清楚所必不可少的。</w:t>
      </w:r>
    </w:p>
    <w:p>
      <w:pPr>
        <w:spacing w:before="100" w:after="200" w:line="360" w:lineRule="auto"/>
        <w:ind w:firstLine="576"/>
        <w:jc w:val="left"/>
      </w:pPr>
      <w:r>
        <w:rPr>
          <w:rFonts w:ascii="宋体" w:eastAsia="宋体" w:hAnsi="宋体"/>
          <w:sz w:val="28"/>
        </w:rPr>
        <w:t>当然，教师更要阅读，要成为孩子们读书的榜样。苏霍姆林斯基谈到一位老教师上的一堂公开课，十分精彩，听课的老师们也全都投入进了课堂而忘记做记录。课后询问这位教师这堂课准备了多久，老教师说他花了15分钟构思了这节课，但是却是一辈子都在备这节课。教师的阅读就是备课，教师要一生都在备课。我也是个爱读书的人，而苏霍姆林斯基和这位老教师就是激励我继续广泛阅读的良师。苏霍姆林斯基在《给刚参加学校工作的教师的几点建议》中，提出的第一条建议便是读书，而且这种读书是有方向性的，有目的性的。每个月读三本书：一本是学科方面的书，一本是榜样人物事迹的书，还有一本是心理学方面的书。日积月累，持之以恒，三五十年后，教科书在教师的眼里看来自然就浅易得像识字课本一样了。</w:t>
      </w:r>
    </w:p>
    <w:p>
      <w:pPr>
        <w:spacing w:before="100" w:after="200" w:line="360" w:lineRule="auto"/>
        <w:ind w:firstLine="576"/>
        <w:jc w:val="left"/>
      </w:pPr>
      <w:r>
        <w:rPr>
          <w:rFonts w:ascii="宋体" w:eastAsia="宋体" w:hAnsi="宋体"/>
          <w:sz w:val="28"/>
        </w:rPr>
        <w:t>阅读对每个人来说都是积累智慧的最佳途径，阅读也是指引我们教师教书育人的明星。</w:t>
      </w:r>
    </w:p>
    <w:p>
      <w:pPr>
        <w:spacing w:before="100" w:after="200" w:line="360" w:lineRule="auto"/>
        <w:ind w:firstLine="576"/>
        <w:jc w:val="left"/>
      </w:pPr>
      <w:r>
        <w:rPr>
          <w:rFonts w:ascii="宋体" w:eastAsia="宋体" w:hAnsi="宋体"/>
          <w:sz w:val="28"/>
        </w:rPr>
        <w:t>暑期，我们进行了理论学习，还聆听了十几位教育专家、名校长的报告。这段时间里，我的心始终是充实的，因为这里有热情的伙伴和老师，有先进的理念和知识。专家们鲜活的实例、丰富的知识内涵及精湛的理论阐述都使我这次暑期培训之行受益匪浅。</w:t>
      </w:r>
    </w:p>
    <w:p>
      <w:pPr>
        <w:spacing w:before="100" w:after="200" w:line="360" w:lineRule="auto"/>
        <w:jc w:val="left"/>
      </w:pPr>
      <w:r>
        <w:rPr>
          <w:rFonts w:ascii="宋体 (中文正文)" w:eastAsia="宋体" w:hAnsi="宋体 (中文正文)"/>
          <w:b/>
          <w:sz w:val="28"/>
        </w:rPr>
        <w:t>一、不断提高自己的教学水平</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教师要教育学生勤奋刻苦，好学进去，自己必须勤奋好学，广学博览，精益求精。静下心来好好思考，发现自己教学上有缺点有待改进。回顾自己几年来的教学，做得多思考得少。几个星期的培训，我的体会之一就是要与自己的昨天告别，要多反思，做一个反思型的老师，不断提高自己的教学水平。我将从以下方面做起：</w:t>
      </w:r>
    </w:p>
    <w:p>
      <w:pPr>
        <w:spacing w:before="100" w:after="200" w:line="360" w:lineRule="auto"/>
        <w:ind w:firstLine="576"/>
        <w:jc w:val="left"/>
      </w:pPr>
      <w:r>
        <w:rPr>
          <w:rFonts w:ascii="宋体" w:eastAsia="宋体" w:hAnsi="宋体"/>
          <w:sz w:val="28"/>
        </w:rPr>
        <w:t>1、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spacing w:before="100" w:after="200" w:line="360" w:lineRule="auto"/>
        <w:ind w:firstLine="576"/>
        <w:jc w:val="left"/>
      </w:pPr>
      <w:r>
        <w:rPr>
          <w:rFonts w:ascii="宋体" w:eastAsia="宋体" w:hAnsi="宋体"/>
          <w:sz w:val="28"/>
        </w:rPr>
        <w:t>2、加强文化业务学习，提高理论水平。如果一个教师对自己的教学行为缺乏理论的指导，教师的业务水平低下，谈得上反思教学吗？一个课上得好的教师，缺乏理论的指导，不善于总结，更谈不上反思自己的教学行为，这就不能成为一个真正的好教师。只有不断学习，不断充电，才能掌握扎实的理论知识，用理论来指导教学行为，才能成为反思型教师。</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3、加强专业知识的学习。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spacing w:before="100" w:after="200" w:line="360" w:lineRule="auto"/>
        <w:ind w:firstLine="576"/>
        <w:jc w:val="left"/>
      </w:pPr>
      <w:r>
        <w:rPr>
          <w:rFonts w:ascii="宋体" w:eastAsia="宋体" w:hAnsi="宋体"/>
          <w:sz w:val="28"/>
        </w:rPr>
        <w:t>4、丰富反思内容，提高反思能力。教师应根据实践情况及时地用不同的方法进行反思，可以是一堂课，一个教学环节，一个教学内容的反思，可以是对成功的教学；也可以是对“失败”的反思。今后，我将尽可能地使自己的反思落到实处。</w:t>
      </w:r>
    </w:p>
    <w:p>
      <w:pPr>
        <w:spacing w:before="100" w:after="200" w:line="360" w:lineRule="auto"/>
        <w:jc w:val="left"/>
      </w:pPr>
      <w:r>
        <w:rPr>
          <w:rFonts w:ascii="宋体 (中文正文)" w:eastAsia="宋体" w:hAnsi="宋体 (中文正文)"/>
          <w:b/>
          <w:sz w:val="28"/>
        </w:rPr>
        <w:t>二、让学生成为课堂的真正主人</w:t>
      </w:r>
    </w:p>
    <w:p>
      <w:pPr>
        <w:spacing w:before="100" w:after="200" w:line="360" w:lineRule="auto"/>
        <w:ind w:firstLine="576"/>
        <w:jc w:val="left"/>
      </w:pPr>
      <w:r>
        <w:rPr>
          <w:rFonts w:ascii="宋体" w:eastAsia="宋体" w:hAnsi="宋体"/>
          <w:sz w:val="28"/>
        </w:rPr>
        <w:t>新课程以来，好多教师包括我，换汤不换药的把自己的教学方法变为启发式教学，整个课堂完全在老师的思维指引下一问一答，表面看好像将课堂还给了学生，其实学生很少有自己思维的空间。我们教师教的很累，学生学得更累。那么该怎样培养学生的创新意识呢？专家们的讲座大多围绕一个主线：那就是让学生真正成为课堂的主人！</w:t>
      </w:r>
    </w:p>
    <w:p>
      <w:pPr>
        <w:spacing w:before="100" w:after="200" w:line="360" w:lineRule="auto"/>
        <w:ind w:firstLine="576"/>
        <w:jc w:val="left"/>
      </w:pPr>
      <w:r>
        <w:rPr>
          <w:rFonts w:ascii="宋体" w:eastAsia="宋体" w:hAnsi="宋体"/>
          <w:sz w:val="28"/>
        </w:rPr>
        <w:t>1、做好教学设计。作为老师不但要吃透教材，而且要尽量地搜集与教材有关的知识。积极源于兴趣，教学设计的过程是把教材转变成学生易懂易学的过程。因此教师要恰如其分地把握教材，使学生能够逐步自主发展，自主探究知识。这样才有利于提高学生参与教学全过程的程度。</w:t>
      </w:r>
    </w:p>
    <w:p>
      <w:pPr>
        <w:spacing w:before="100" w:after="200" w:line="360" w:lineRule="auto"/>
        <w:ind w:firstLine="576"/>
        <w:jc w:val="left"/>
      </w:pPr>
      <w:r>
        <w:rPr>
          <w:rFonts w:ascii="宋体" w:eastAsia="宋体" w:hAnsi="宋体"/>
          <w:sz w:val="28"/>
        </w:rPr>
        <w:t>2、让学生积极讨论。真正有效的课堂教学不是简单地让学习者占有别人的知识，而是要建构自己的知识经验，形成自己的见解。讨论是学生参与教学过程的一种有效方法。在讨论过程中，学生互相启发、互相帮助、互相学习，让不同的学生各抒己见，集思广益，解决疑难问题。讨论过程中要避免“优生唱主角、中等生是配角、差生当听众”的现象。</w:t>
      </w:r>
    </w:p>
    <w:p>
      <w:pPr>
        <w:spacing w:before="100" w:after="200" w:line="360" w:lineRule="auto"/>
        <w:ind w:firstLine="576"/>
        <w:jc w:val="left"/>
      </w:pPr>
      <w:r>
        <w:rPr>
          <w:rFonts w:ascii="宋体" w:eastAsia="宋体" w:hAnsi="宋体"/>
          <w:sz w:val="28"/>
        </w:rPr>
        <w:t>3、养成习惯教会方法</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https://d.book118.com/668044126112006046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8044126112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