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关于节约粮食杜绝浪费的优秀发言稿（32篇）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关于节约粮食杜绝浪费的优秀发言稿（精选32篇）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 </w:t>
      </w:r>
      <w:r>
        <w:rPr>
          <w:lang w:eastAsia="zh-CN"/>
        </w:rPr>
        <w:br/>
      </w:r>
      <w:r>
        <w:rPr>
          <w:lang w:eastAsia="zh-CN"/>
        </w:rPr>
        <w:t>　　亲爱的同学们：</w:t>
      </w:r>
      <w:r>
        <w:rPr>
          <w:lang w:eastAsia="zh-CN"/>
        </w:rPr>
        <w:br/>
      </w:r>
      <w:r>
        <w:rPr>
          <w:lang w:eastAsia="zh-CN"/>
        </w:rPr>
        <w:t>　　大家好！今天我所分享的题目是：《勿以米微而略之，勿以筵盛而遗之》。</w:t>
      </w:r>
      <w:r>
        <w:rPr>
          <w:lang w:eastAsia="zh-CN"/>
        </w:rPr>
        <w:br/>
      </w:r>
      <w:r>
        <w:rPr>
          <w:lang w:eastAsia="zh-CN"/>
        </w:rPr>
        <w:t>　　阅读了上面几句话，相信大家对于粮食浪费一定有了深刻的认识吧？然而，我国现在的粮食浪费情况却不容乐观。小到家庭聚会，大到宴请贵客，待到餐桌上觥筹交错之后，留下的，必定是满桌的残羹剩饭。每每从包间的门缝中瞥见服务员一盘一盘地将食物倒入泔水桶时，我总是感到一阵心酸。曾有数据显示，若世界上的人将一年的剩饭剩菜收集起来，便足够贫困地区的6亿人口吃一年！多么令人胆战的数字啊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烈日炎炎，他走在狭窄的田坎上，凝视着在不远处辛勤劳作的农民，锄头没入苗根，发出“嘎嘣嘎嘣”的声音，农夫弯着腰背，发出“呼哧呼哧”的喘息；而从他们的鼻尖、下巴上摔落在泥土中的汗水，却悄无声息。“锄禾日当午，汗滴禾下土。”他轻轻吟唱。他扭头朝家的方向走去，微微叹息着；他叹息农民们的辛苦如同滴入泥土中的汗水一般，在被端上餐桌后便被悄然无息地遗忘了。回到家，他坐到了餐桌前，语重心长地对儿女们道：“谁知盘中餐，粒粒皆辛苦。”真可谓是“勿以米微而略之！”</w:t>
      </w:r>
      <w:r>
        <w:rPr>
          <w:lang w:eastAsia="zh-CN"/>
        </w:rPr>
        <w:br/>
      </w:r>
      <w:r>
        <w:rPr>
          <w:lang w:eastAsia="zh-CN"/>
        </w:rPr>
        <w:t>　　李绅曾在将近一千年前发出了“粒粒皆辛苦”的感慨，一千年后，我们终于接收到了他所表达的信息，并做出了一些行动。</w:t>
      </w:r>
      <w:r>
        <w:rPr>
          <w:lang w:eastAsia="zh-CN"/>
        </w:rPr>
        <w:br/>
      </w:r>
      <w:r>
        <w:rPr>
          <w:lang w:eastAsia="zh-CN"/>
        </w:rPr>
        <w:t>　　“我们打包。”在一次单位聚餐后，刘强东对服务员吐出这几个字。京东职员们面面相觑，不敢相信腰缠万贯的大老板也要打包剩饭剩菜。剩菜被一样一样打包好，刘强东请在座的同事挑一样自己爱吃的剩菜带走。“打包不是抠门，是一种美德。”当在一次采访中被问及此事时，刘强东笑道。单位聚餐，玉盘珍馐满席，而将残羹冷炙打包又多么罕见！这真的是“勿以筵盛而遗之！”</w:t>
      </w:r>
      <w:r>
        <w:rPr>
          <w:lang w:eastAsia="zh-CN"/>
        </w:rPr>
        <w:br/>
      </w:r>
      <w:r>
        <w:rPr>
          <w:lang w:eastAsia="zh-CN"/>
        </w:rPr>
        <w:t>　　近年来，国家大力倡导“光盘行动”，餐饮行业纷纷响应号召，在菜单上添加了“半份”与“小份”这类选项。“您这桌八个人，点十个菜有些多了。”在服务员口中常常听到诸如此类的温馨提示。为了更加科学地指导人们点餐，专家更是推出了“N-1”式点餐法。在社会各界的共同努力下，我国的粮食浪费状况终于有所改观，实在可喜可贺。</w:t>
      </w:r>
      <w:r>
        <w:rPr>
          <w:lang w:eastAsia="zh-CN"/>
        </w:rPr>
        <w:br/>
      </w:r>
      <w:r>
        <w:rPr>
          <w:lang w:eastAsia="zh-CN"/>
        </w:rPr>
        <w:t>　　节约粮食，从我做起。也许您剩下的不起眼的几粒米，在别人看来，却如同“救命良药”。一粥一饭，当思来之不易，愿你我都能做到“勿以米微而略之，勿以筵盛而遗之”，使节约之风盛行，弘扬中华美德！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我的分享完毕，谢谢大家！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篇2 </w:t>
      </w:r>
      <w:r>
        <w:rPr>
          <w:lang w:eastAsia="zh-CN"/>
        </w:rPr>
        <w:br/>
      </w:r>
      <w:r>
        <w:rPr>
          <w:lang w:eastAsia="zh-CN"/>
        </w:rPr>
        <w:t>　　尊敬的老师、亲爱的同学们：</w:t>
      </w:r>
      <w:r>
        <w:rPr>
          <w:lang w:eastAsia="zh-CN"/>
        </w:rPr>
        <w:br/>
      </w:r>
      <w:r>
        <w:rPr>
          <w:lang w:eastAsia="zh-CN"/>
        </w:rPr>
        <w:t>　　大家好！很荣幸也很开心能站在善美中学的这里为大家进行演讲，今天我要演讲的主题是“以节约粮食为荣，以浪费粮食为耻”。</w:t>
      </w:r>
      <w:r>
        <w:rPr>
          <w:lang w:eastAsia="zh-CN"/>
        </w:rPr>
        <w:br/>
      </w:r>
      <w:r>
        <w:rPr>
          <w:lang w:eastAsia="zh-CN"/>
        </w:rPr>
        <w:t>　　“俭，德之共也;侈，恶之大也”，古往今来，勤俭节约就是中华民族的传统美德。粮食是人命之本，也是立国之基，所以我们应该要节约每一滴粮食，养成不浪费粮食的好习惯。可是在现实生活中，却有一些人对节约粮食和珍惜粮食有错误的认识。有的认为倒掉一点点饭菜也没有什么关系;有的认为我国是世界上最大的产粮国，粮食生产又连年丰收，不愁没有粮食吃;还有的认为即使没有粮食，可以花钱到国外去买……这些错误的认识引起了我的思考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粮食来之不易，我们要尊重每一个人的劳动成果。也许我们都会认为粮食产量很多，粮食连年丰收，可是它也不是轻轻松松就能得到的，它是经过辛苦的劳动换来的。“谁知盘中餐，粒粒皆辛苦”，这句耳熟能详的诗句早已向我们揭露了粮食是辛苦得来的，现在我们桌上摆放着的“盛宴”，就是通过无数人的汗水和辛勤的劳作换来的。也许做饭、吃饭的过程很容易也很简单，可是它的前提是相对繁琐复杂却很有意义的劳动。“一粥一饭，当思来之不易;半丝半缕，恒念物力维艰”，粮食并不来得那么容易，而且要是遇到什么灾害，丰收的心愿和粮食的产量都会遭受到打击，因此我们要了解粮食的来之不易，要尊重每一个人辛辛苦苦的劳动成果，不能随意浪费和糟蹋粮食。</w:t>
      </w:r>
      <w:r>
        <w:rPr>
          <w:lang w:eastAsia="zh-CN"/>
        </w:rPr>
        <w:br/>
      </w:r>
      <w:r>
        <w:rPr>
          <w:lang w:eastAsia="zh-CN"/>
        </w:rPr>
        <w:t>　　粮食是珍贵的，是重要的，因此我们要珍惜和节约每一滴粮食。粮食是一个人的立命之本，也是一个国家的立国之基，没有了粮食，一个人无法正常地生活下去;没有了粮食，一个国家无法变得繁荣富强起来，可以说，粮食是每一个人、每一个国家想要立足的必备的物品。大家可以想象一下，如今我们的生活很幸福，也很富足，想要什么就可以得到什么。当我们坐在餐桌上狼吞虎咽，面对大鱼大肉和丰盛的饭菜大快朵颐时，世界上的另一个角落里有人正在挨着饥饿，吃不饱、穿不暖，甚至不知道怎么解决自己的饭菜问题，有的一天连一顿也吃不上。我十分同情她们的遭遇，心里更加坚定了要节约粮食的心。我们也要认识到粮食是珍贵的，珍惜每一点一滴的粮食。</w:t>
      </w:r>
      <w:r>
        <w:rPr>
          <w:lang w:eastAsia="zh-CN"/>
        </w:rPr>
        <w:br/>
      </w:r>
      <w:r>
        <w:rPr>
          <w:lang w:eastAsia="zh-CN"/>
        </w:rPr>
        <w:t>　　其实在现实生活中，我们也能看到以下这些现象：食堂里，有些同学因为打了过多的饭菜以至于吃不完了，就把它们倒掉了;餐厅里，有些人点了一大桌子东西，可是吃的人却很少，离开的时候也没有打包带走，只剩下几盘好好的、还有余热的饭菜摆放在桌子上;家中的餐桌上，也有些人抱怨饭菜不合胃口而挑食，不想吃饭;还有人把粮食看作可有可无的东西，随意对待……每每当我看到这些现象的时候，心里是悲痛万分的，我痛心那些粮食最后的遭遇，也感慨这些人浪费粮食的行为。可以说，浪费和糟蹋粮食的行为是不道德的，也是不文明的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勤俭节约一直是中华民族的传统美德，从古绵延至今，身为一名有担当、有责任心的老师和学生，我们应该要积极传承这种良好的传统美德，为别人做一个好榜样。我们要主动了解粮食的珍贵和来之不易，自觉做到勤俭节约，远离奢侈浪费的行为，以节约粮食为荣，以浪费粮食为耻，争做一个珍惜粮食、勤俭节约的文明人。</w:t>
      </w:r>
      <w:r>
        <w:rPr>
          <w:lang w:eastAsia="zh-CN"/>
        </w:rPr>
        <w:br/>
      </w:r>
      <w:r>
        <w:rPr>
          <w:lang w:eastAsia="zh-CN"/>
        </w:rPr>
        <w:t>　　我的演讲到此结束，谢谢大家的用心聆听！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篇3 </w:t>
      </w:r>
      <w:r>
        <w:rPr>
          <w:lang w:eastAsia="zh-CN"/>
        </w:rPr>
        <w:br/>
      </w:r>
      <w:r>
        <w:rPr>
          <w:lang w:eastAsia="zh-CN"/>
        </w:rPr>
        <w:t>　　尊敬的各位老师，亲爱的同学们：</w:t>
      </w:r>
      <w:r>
        <w:rPr>
          <w:lang w:eastAsia="zh-CN"/>
        </w:rPr>
        <w:br/>
      </w:r>
      <w:r>
        <w:rPr>
          <w:lang w:eastAsia="zh-CN"/>
        </w:rPr>
        <w:t>　　大家早上好！今天我讲话的题目是《节约粮食，传承美德》。为什么会选这样一个题目呢？因为，在上一周，我在食堂看到了这样的一幕：一个同学手里拿着一个包子，一边走一边咬了一口，随后就把它扔到了垃圾桶里，大摇大摆地走了。扔的是那么“自然”，走得是那么的无所谓。再看看泔水桶里厚厚的一层馒头和包子，有的吃了一半，有的甚至是完整的。随后的几天里，我注意观察了食堂的泔水桶，每天中午同学们倒掉的米饭和菜都要装上满满的一桶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同学们都会背那首李绅的《悯农》吧？“锄禾日当午，汗滴禾下土，谁知盘中餐，粒粒皆辛苦。”先不说农民种粮食有多么不容易。就是我们的父母每天辛辛苦苦上班、打工，从事着各种各样的工作，他们何曾这样大手大脚，这样随意浪费呢。有的同学可能会说，我在食堂吃饭是花了钱的，吃不完倒掉又能怎样？这并不是我们浪费的理由，难道我们花钱了，就可以扔掉美德吗？就可以把我们民族的优良基因扔掉吗？有的同学很挑食，总觉得食堂的饭菜不可口，扒了几口饭就倒掉了，说自己不爱吃。还有的同学着急去玩，简单吃几口，不饱不饿，急三火四，等下午饿了再买吃的。这即不利于健康，还是一种浪费。其实这些同学往往是馋虫在作怪，惦记着买零食，小食品。我们本来可以不花这份零花钱，可以把它攒起来买几本书，或者父母过生日的时候买件小礼物孝敬一下他们，但我们都这样无端地浪费了。可能有的同学会说，在食堂吃饭那么多人，我一个人浪费那点算什么，大家都不浪费才行。是的！但，我们不从自身做起又怎么来要求别人呢。所以，我提出倡议：从我做起，坚持光盘行动！</w:t>
      </w:r>
      <w:r>
        <w:rPr>
          <w:lang w:eastAsia="zh-CN"/>
        </w:rPr>
        <w:br/>
      </w:r>
      <w:r>
        <w:rPr>
          <w:lang w:eastAsia="zh-CN"/>
        </w:rPr>
        <w:t>　　1.珍惜粮食，避免剩饭，能吃多少盛多少。</w:t>
      </w:r>
      <w:r>
        <w:rPr>
          <w:lang w:eastAsia="zh-CN"/>
        </w:rPr>
        <w:br/>
      </w:r>
      <w:r>
        <w:rPr>
          <w:lang w:eastAsia="zh-CN"/>
        </w:rPr>
        <w:t>　　2.不偏食，不挑食，吃好每一顿饭。</w:t>
      </w:r>
      <w:r>
        <w:rPr>
          <w:lang w:eastAsia="zh-CN"/>
        </w:rPr>
        <w:br/>
      </w:r>
      <w:r>
        <w:rPr>
          <w:lang w:eastAsia="zh-CN"/>
        </w:rPr>
        <w:t>　　3.看到浪费的现象主动劝阻。</w:t>
      </w:r>
      <w:r>
        <w:rPr>
          <w:lang w:eastAsia="zh-CN"/>
        </w:rPr>
        <w:br/>
      </w:r>
      <w:r>
        <w:rPr>
          <w:lang w:eastAsia="zh-CN"/>
        </w:rPr>
        <w:t>　　4.在家里或外出就餐时，也做到节约适度，不浪费。</w:t>
      </w:r>
      <w:r>
        <w:rPr>
          <w:lang w:eastAsia="zh-CN"/>
        </w:rPr>
        <w:br/>
      </w:r>
      <w:r>
        <w:rPr>
          <w:lang w:eastAsia="zh-CN"/>
        </w:rPr>
        <w:t>　　同学们，节约是美德，节约是品质，节约更是责任。节约光荣，浪费可耻。“一粥一饭，当思来自不易；半丝半缕，恒念物力为艰”，希望大家能从讲话中得到启发，让节约这一传统美德在我们五镇人的身上传承下去。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篇4 </w:t>
      </w:r>
      <w:r>
        <w:rPr>
          <w:lang w:eastAsia="zh-CN"/>
        </w:rPr>
        <w:br/>
      </w:r>
      <w:r>
        <w:rPr>
          <w:lang w:eastAsia="zh-CN"/>
        </w:rPr>
        <w:t>　　大家早上好，10月16日是“世界粮食日”，今天我国旗下演讲的题目是《节约从粮食开始》。</w:t>
      </w:r>
      <w:r>
        <w:rPr>
          <w:lang w:eastAsia="zh-CN"/>
        </w:rPr>
        <w:br/>
      </w:r>
      <w:r>
        <w:rPr>
          <w:lang w:eastAsia="zh-CN"/>
        </w:rPr>
        <w:t>　　大家都会熟背“锄禾日当午，汗滴禾下土。谁知盘中餐，粒粒皆辛苦”这首诗，可有多少人真正去想过，我们所吃的饭菜经过了多少辛苦的劳动，流下了多少人辛勤的汗水？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随着时代的发展，没饭吃、吃不饱饭的事已成了遥远的故事，那是爷爷和父亲的故事了。对我们而言，吃饭早已不再是一个问题。然而我们的生活水平是提高了，但生活中的浪费现象却也增加了。据有关部门估计，全国每年浪费的粮食，足够五千万人吃一年，多么惊人的浪费啊！古人尚有“谁知盘中餐，粒粒皆辛苦”的彻骨感受，我们就更应该从中领悟粮食的珍贵。你可知道，一粒粒粮食从播种到收割，再加工成成品粮，至少要经过20道工序，这中间包含了农民多少辛勤的劳动，每一粒粮食都浸透了农民伯伯多少心血和汗水啊！土地资源有限，粮食作物有限，人口在增长，粮食越来越宝贵，它是人类生存生活生命之源泉，我们要爱惜粮食，把节约粮食看作生活中的大事，使勤俭节约成为每一个同学的良好品德。让饭桌上、地面上、垃圾桶里不再有剩余饭菜的影子，看不到它们悲伤的身影，哭泣的声音。同学们，你们是未来的建筑者，你们身上有沉甸甸的责任。人们把你们比作雏鹰，是希望你们能舒展理想的翅膀，在祖国的大地上飞翔，建设美好的家园，千万不能让“浪费”压住你们稚嫩的羽翼，不能让“奢侈”迷住你们奋斗的方向。</w:t>
      </w:r>
      <w:r>
        <w:rPr>
          <w:lang w:eastAsia="zh-CN"/>
        </w:rPr>
        <w:br/>
      </w:r>
      <w:r>
        <w:rPr>
          <w:lang w:eastAsia="zh-CN"/>
        </w:rPr>
        <w:t>　　同学们，行动起来，珍惜粮食，从我做起，从现在做起，从不乱倒剩饭做起，以节约为荣，以浪费为耻，自觉养成爱惜粮食，节约粮食的好习惯。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篇5 </w:t>
      </w:r>
      <w:r>
        <w:rPr>
          <w:lang w:eastAsia="zh-CN"/>
        </w:rPr>
        <w:br/>
      </w:r>
      <w:r>
        <w:rPr>
          <w:lang w:eastAsia="zh-CN"/>
        </w:rPr>
        <w:t>　　尊敬的老师们，亲爱的同学们：</w:t>
      </w:r>
      <w:r>
        <w:rPr>
          <w:lang w:eastAsia="zh-CN"/>
        </w:rPr>
        <w:br/>
      </w:r>
      <w:r>
        <w:rPr>
          <w:lang w:eastAsia="zh-CN"/>
        </w:rPr>
        <w:t>　　大家上午好！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今天我演讲的主题是《节约粮食，从我做起！》</w:t>
      </w:r>
      <w:r>
        <w:rPr>
          <w:lang w:eastAsia="zh-CN"/>
        </w:rPr>
        <w:br/>
      </w:r>
      <w:r>
        <w:rPr>
          <w:lang w:eastAsia="zh-CN"/>
        </w:rPr>
        <w:t>　　自从1981年起，每年的10月16日被定为“世界粮食日”。其宗旨在于唤起全世界对发展粮食和农业生产的高度重视。增强公众对于世界饥饿问题的认识；促进向发展中国家转让技术，加强国际和国家对战胜饥饿、营养不良和贫困的声援，关注粮食和农业发展方面的成就。</w:t>
      </w:r>
      <w:r>
        <w:rPr>
          <w:lang w:eastAsia="zh-CN"/>
        </w:rPr>
        <w:br/>
      </w:r>
      <w:r>
        <w:rPr>
          <w:lang w:eastAsia="zh-CN"/>
        </w:rPr>
        <w:t>　　“民以食为天，食以粮为本”这句话说明了粮食是人们生存的必需品，也是让一个国家稳定的基础，更是人们的生活支柱。</w:t>
      </w:r>
      <w:r>
        <w:rPr>
          <w:lang w:eastAsia="zh-CN"/>
        </w:rPr>
        <w:br/>
      </w:r>
      <w:r>
        <w:rPr>
          <w:lang w:eastAsia="zh-CN"/>
        </w:rPr>
        <w:t>　　在日常生活中，随处可以见到浪费粮食的现象。也许你并未意识到自己在浪费，也许你认为浪费这一点点算不了什么，也许你仍然以为我们的祖国地大物博。可是据联合国粮农组织统计，在全球9.25亿人吃不饱肚皮的情况下，每年有大约13亿吨粮食或被浪费、或遭人为流失，这一规模相当于全球粮食产量的三分之一，超过全球谷物产量的一半。1998年我国谷物、棉花，肉类的产量均占世界第一位。可是按人口平均，人均有粮食仅362公斤，比世界平均水平还低，甚至低于一些发展中的国家。据有关部门估计，全国每年浪费的粮食，足够五千万人吃一年，那是多么惊人的浪费啊。以中国有全世界五分之一人口来计算，全世界每年浪费的粮食足够两亿人以上吃一年。全球每年流失或浪费的粮食多达13亿吨，近乎占全球粮食产量的三分之一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现在生活水平提高了，还有必要从一粒米上节约吗？有的同学可能会有这样的疑问。表面上看，掉几粒米是小事，可世界上的任何财富，都是劳动者以自己的心血和汗水创造的。珍惜这种创造的成果，不仅是对社会财富的爱护，也是对劳动的尊重、对创造的尊重、对劳动者的尊重。粮食是劳动者付出辛勤劳动、大自然消耗大量资源产生的财富，浪费它就是白白丢弃劳动成果、无端牺牲生态环境，最终受害的还是人类自己。一位学者就曾指出：“可持续发展，这句话在今天的世界上首先是指粮食。”我们浪费一粒米，扔掉一个馒头，实际上丢弃的是中华民族勤俭节约的传统美德，丢弃的是对劳动人民的一片真挚情感，丢弃的是做人的一种品格和精神。我国现在的一些贫困地区还有将近3000万人尚未解决温饱问题。人皆有食，也并不是每个公民都曾实现了的梦想。世界性缺粮的状况在今后相当长的时间内也不会得到根本转变。因此，浪费一粒粮食也是很可耻的行为。“饮水要思源，吃饭要节俭”。</w:t>
      </w:r>
      <w:r>
        <w:rPr>
          <w:lang w:eastAsia="zh-CN"/>
        </w:rPr>
        <w:br/>
      </w:r>
      <w:r>
        <w:rPr>
          <w:lang w:eastAsia="zh-CN"/>
        </w:rPr>
        <w:t>　　所以我们要做到爱惜粮食，避免剩餐，减少浪费，把碗里的饭吃干净。不偏食，不挑食。以节约粮食为荣，以浪费粮食为耻。就餐时保持安静，文明就餐，爱护餐具，保持餐桌卫生。积极监督身边的同学和朋友，及时制止浪费粮食的现象。希望同学们积极响应，自觉履行倡议，从我做起，从现在开始，文明就餐，节约粮食，养成良好的社会公德。</w:t>
      </w:r>
      <w:r>
        <w:rPr>
          <w:lang w:eastAsia="zh-CN"/>
        </w:rPr>
        <w:br/>
      </w:r>
      <w:r>
        <w:rPr>
          <w:lang w:eastAsia="zh-CN"/>
        </w:rPr>
        <w:t>　　节约是一种美德，节约是一种智慧，节约更是一种责任，一种品质。“一粥一饭，当思来之不易；半丝半缕，恒念物力维艰。”</w:t>
      </w:r>
      <w:r>
        <w:rPr>
          <w:lang w:eastAsia="zh-CN"/>
        </w:rPr>
        <w:br/>
      </w:r>
      <w:r>
        <w:rPr>
          <w:lang w:eastAsia="zh-CN"/>
        </w:rPr>
        <w:t>　　建设节约型社会，关系到我们每一个人，是每个公民应尽的义务。节约资源，健康生活，让我们从节约粮食开始做起吧。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   关于节约粮食杜绝浪费的优秀发言稿 篇6 </w:t>
      </w:r>
      <w:r>
        <w:rPr>
          <w:lang w:eastAsia="zh-CN"/>
        </w:rPr>
        <w:br/>
      </w:r>
      <w:r>
        <w:rPr>
          <w:lang w:eastAsia="zh-CN"/>
        </w:rPr>
        <w:t>　　尊敬的老师、亲爱的同学们：</w:t>
      </w:r>
      <w:r>
        <w:rPr>
          <w:lang w:eastAsia="zh-CN"/>
        </w:rPr>
        <w:br/>
      </w:r>
      <w:r>
        <w:rPr>
          <w:lang w:eastAsia="zh-CN"/>
        </w:rPr>
        <w:t>　　大家好！</w:t>
      </w:r>
      <w:r>
        <w:rPr>
          <w:lang w:eastAsia="zh-CN"/>
        </w:rPr>
        <w:br/>
      </w:r>
      <w:r>
        <w:rPr>
          <w:lang w:eastAsia="zh-CN"/>
        </w:rPr>
        <w:t>　　我今天要演讲的题目是，勤俭节约，不浪费粮食。</w:t>
      </w:r>
      <w:r>
        <w:rPr>
          <w:lang w:eastAsia="zh-CN"/>
        </w:rPr>
        <w:br/>
      </w:r>
      <w:r>
        <w:rPr>
          <w:lang w:eastAsia="zh-CN"/>
        </w:rPr>
        <w:t>　　勤俭节约自古就是中华民族的美德。穷人勤俭节约可以过上好日子。富人勤俭节约，大人可以教育孩子，小孩可以养成良好的习惯。</w:t>
      </w:r>
      <w:r>
        <w:rPr>
          <w:lang w:eastAsia="zh-CN"/>
        </w:rPr>
        <w:br/>
      </w:r>
      <w:r>
        <w:rPr>
          <w:lang w:eastAsia="zh-CN"/>
        </w:rPr>
        <w:t>　　不浪费粮食，就是勤俭节约的重要方面，而且天天可以做到。</w:t>
      </w:r>
      <w:r>
        <w:rPr>
          <w:lang w:eastAsia="zh-CN"/>
        </w:rPr>
        <w:br/>
      </w:r>
      <w:r>
        <w:rPr>
          <w:lang w:eastAsia="zh-CN"/>
        </w:rPr>
        <w:t>　　“锄禾日当午，汗滴禾下土。谁知盘中餐，粒粒皆辛苦。”我们现在的`同学们，有谁吃饭的时候想到种粮人的艰辛呢？</w:t>
      </w:r>
      <w:r>
        <w:rPr>
          <w:lang w:eastAsia="zh-CN"/>
        </w:rPr>
        <w:br/>
      </w:r>
      <w:r>
        <w:rPr>
          <w:lang w:eastAsia="zh-CN"/>
        </w:rPr>
        <w:t>　　不浪费粮食，天天可做，顿顿可以做到。大家看看我就知道，“I am so fat，right？”，是的。我应该减肥。要减肥，是不是每次都应该把饭吃一半，剩下一半倒掉呢？不是的。每次老师打饭的时候，给老师提个醒，少打一点。自己盛的时候，吃多少盛多少。每次都吃得干干净净。这样减肥，节俭两不误。</w:t>
      </w:r>
      <w:r>
        <w:rPr>
          <w:lang w:eastAsia="zh-CN"/>
        </w:rPr>
        <w:br/>
      </w:r>
      <w:r>
        <w:rPr>
          <w:lang w:eastAsia="zh-CN"/>
        </w:rPr>
        <w:t>　　同学们，相信你们每一位，吃饭肯定不是问题。一般来说，想吃什么就有什么。可不是每个中国孩子，每个家庭都这样。广西电视台今年5月曾播出了这样一则故事。一个14岁男孩杨六斤，6岁时父亲去世，母亲改嫁，10岁爷爷奶奶相继去世，他成了孤儿。他只能青草填肚，捕鱼解馋。</w:t>
      </w:r>
      <w:r>
        <w:rPr>
          <w:lang w:eastAsia="zh-CN"/>
        </w:rPr>
        <w:br/>
      </w:r>
      <w:r>
        <w:rPr>
          <w:lang w:eastAsia="zh-CN"/>
        </w:rPr>
        <w:t>　　其实，我们节约的`粮食，可以帮助很多无助的孩子。</w:t>
      </w:r>
      <w:r>
        <w:rPr>
          <w:lang w:eastAsia="zh-CN"/>
        </w:rPr>
        <w:br/>
      </w:r>
      <w:r>
        <w:rPr>
          <w:lang w:eastAsia="zh-CN"/>
        </w:rPr>
        <w:t>　　勤俭节约，从不浪费粮食做起！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   关于节约粮食杜绝浪费的优秀发言稿 篇7 </w:t>
      </w:r>
      <w:r>
        <w:rPr>
          <w:lang w:eastAsia="zh-CN"/>
        </w:rPr>
        <w:br/>
      </w:r>
      <w:r>
        <w:rPr>
          <w:lang w:eastAsia="zh-CN"/>
        </w:rPr>
        <w:t>　　亲爱的老师们，亲爱的学生们：</w:t>
      </w:r>
      <w:r>
        <w:rPr>
          <w:lang w:eastAsia="zh-CN"/>
        </w:rPr>
        <w:br/>
      </w:r>
      <w:r>
        <w:rPr>
          <w:lang w:eastAsia="zh-CN"/>
        </w:rPr>
        <w:t>　　大家好，今天我在国旗下演讲的题目是：节约粮食，传承中华美德。</w:t>
      </w:r>
      <w:r>
        <w:rPr>
          <w:lang w:eastAsia="zh-CN"/>
        </w:rPr>
        <w:br/>
      </w:r>
      <w:r>
        <w:rPr>
          <w:lang w:eastAsia="zh-CN"/>
        </w:rPr>
        <w:t>　　节约粮食是中华民族的传统美德。中国是一个有五千年历史的文明古国，粮食是人民生活的保障，是国家发展的基础。中国虽然是农业大国，但长期以来人均粮食占有量处于较低水平，而中国人口仍在增长，土地资源有限，耕地逐年减少。粮食生产受到时间和空间的严格限制，再加上天灾人祸。所以中国的粮食也很有限，需要我们珍惜和节约。</w:t>
      </w:r>
      <w:r>
        <w:rPr>
          <w:lang w:eastAsia="zh-CN"/>
        </w:rPr>
        <w:br/>
      </w:r>
      <w:r>
        <w:rPr>
          <w:lang w:eastAsia="zh-CN"/>
        </w:rPr>
        <w:t>　　古代劳动人民非常重视粮食，古人有诗“午间锄草，汗流浃背，五谷入土”，警醒我们珍惜粮食。现在，我们也应该珍惜食物。第20届粮农组织大会决定将10月16日定为“世界粮食日”，以引起世界对粮食生产和农业发展的高度重视。</w:t>
      </w:r>
      <w:r>
        <w:rPr>
          <w:lang w:eastAsia="zh-CN"/>
        </w:rPr>
        <w:br/>
      </w:r>
      <w:r>
        <w:rPr>
          <w:lang w:eastAsia="zh-CN"/>
        </w:rPr>
        <w:t>　　节约粮食可以让更多的人吃饱饭。我们学校食堂每天给学生提供很多好吃的菜，每天消耗几百斤的粮食和蔬菜来给学生提供充足的营养，但是还是有学生往泔水桶里倒一些粮食。每天看着整碗饭倒掉真的很心疼。甚至还有浪费食物堵塞下水道的事件。</w:t>
      </w:r>
      <w:r>
        <w:rPr>
          <w:lang w:eastAsia="zh-CN"/>
        </w:rPr>
        <w:br/>
      </w:r>
      <w:r>
        <w:rPr>
          <w:lang w:eastAsia="zh-CN"/>
        </w:rPr>
        <w:t>　　省吃俭用不能因为谁有钱而浪费。不是钱的问题，是道德修养的问题。节约更多的食物可以给贫穷的孩子带来更多的希望。因此，我们应该树立“节约粮食是光荣的，浪费粮食是可耻的”的观念，培养勤俭节约的好习惯。浪费就在我们身边，节约食物也很简单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吃饭的时候，能吃多少就吃多少，能灌多少就灌多少，不留食物，随意倾倒食物。吃饭要注意，认真吃饭，不要挑食。把父母做的或者学校提供的饭菜都吃了。这样既能让我们的身体得到全面的营养，又能节省食物，一举两得。</w:t>
      </w:r>
      <w:r>
        <w:rPr>
          <w:lang w:eastAsia="zh-CN"/>
        </w:rPr>
        <w:br/>
      </w:r>
      <w:r>
        <w:rPr>
          <w:lang w:eastAsia="zh-CN"/>
        </w:rPr>
        <w:t>　　节约是一种美德，一种修养，一种品质，一种智慧。节约资源，健康生活，从节约食物开始吧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篇8 </w:t>
      </w:r>
      <w:r>
        <w:rPr>
          <w:lang w:eastAsia="zh-CN"/>
        </w:rPr>
        <w:br/>
      </w:r>
      <w:r>
        <w:rPr>
          <w:lang w:eastAsia="zh-CN"/>
        </w:rPr>
        <w:t>　　尊敬的各位老师，亲爱的同学们：</w:t>
      </w:r>
      <w:r>
        <w:rPr>
          <w:lang w:eastAsia="zh-CN"/>
        </w:rPr>
        <w:br/>
      </w:r>
      <w:r>
        <w:rPr>
          <w:lang w:eastAsia="zh-CN"/>
        </w:rPr>
        <w:t>　　大家下午好！</w:t>
      </w:r>
      <w:r>
        <w:rPr>
          <w:lang w:eastAsia="zh-CN"/>
        </w:rPr>
        <w:br/>
      </w:r>
      <w:r>
        <w:rPr>
          <w:lang w:eastAsia="zh-CN"/>
        </w:rPr>
        <w:t>　　本人能够站在这里与大家分享这些，全都是因为我这个人出了名的节俭，当然，在有些时候，我的节俭会被别人认为是一种抠门，但更多的时候，我的节俭还是可以给大家树立一个好的榜样的。因为我家是军人家庭，从小，我在家吃饭时，都是一粒米也不能剩，更不能撒在餐桌上的，每次撒在桌上的米，我的爸爸都能给我讲一个关于粮食的故事，告诉我粮食的珍贵，以及珍惜粮食的必要。在撒过米听过故事，也挨过打后，我再也不敢浪费粮食了，甚至于每次看见一粒米，都能看见锄禾日当午里那些农民伯伯的汗水在我眼前低滴落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同学们，你们也许没有这么严厉的爸爸，但你们一定都浪费过米饭，浪费过食物。那些我们浪费的粮食，如果收集在一起的话，多到可以养活一个孩子，甚至养活一个穷人家庭的一屋人。的确，我们这一代人的出身是幸福的，再不济的生活也不至于让我们饿肚子。然而，我们的祖辈都是饿着肚子挺过来的，他们都是饿过肚子也要把我们这些血脉传承下来的人，我们这么想的话，还会浪费粮食吗？也许我们浪费的粮食足以救活我们过去因为饥饿而逝去的祖辈，这样想的话，我们还觉得一粒米不足以让我们珍惜吗？</w:t>
      </w:r>
      <w:r>
        <w:rPr>
          <w:lang w:eastAsia="zh-CN"/>
        </w:rPr>
        <w:br/>
      </w:r>
      <w:r>
        <w:rPr>
          <w:lang w:eastAsia="zh-CN"/>
        </w:rPr>
        <w:t>　　节约粮食吧！同学们，老师们！我们只有把节约粮食从我做起了，我们的粮食才不会因此被浪费，农民伯伯的血汗才没有白流，我们的祖辈们才没有白白挨饿。世事是无常的，像这一次疫情的发生，我们谁也不知道哪一天我们就会在家里“弹尽粮绝”，我们谁也不知道哪一天我们又会出现粮食紧缺的现象，所以，珍惜吧！节约粮食吧！就当是为我们未来落难的某一刻储存粮食，就当是为我们自己未来吃不上饭的某一天储备米饭，这样那一天到来时，我们才不会因为自己曾经没有珍惜粮食而后悔！</w:t>
      </w:r>
      <w:r>
        <w:rPr>
          <w:lang w:eastAsia="zh-CN"/>
        </w:rPr>
        <w:br/>
      </w:r>
      <w:r>
        <w:rPr>
          <w:lang w:eastAsia="zh-CN"/>
        </w:rPr>
        <w:t>　　节约粮食，从我做起。我已经做到了，你们呢？一起来吧！</w:t>
      </w:r>
      <w:r>
        <w:rPr>
          <w:lang w:eastAsia="zh-CN"/>
        </w:rPr>
        <w:br/>
      </w:r>
      <w:r>
        <w:rPr>
          <w:lang w:eastAsia="zh-CN"/>
        </w:rPr>
        <w:t>　　我的演讲完毕，谢谢大家！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篇9 </w:t>
      </w:r>
      <w:r>
        <w:rPr>
          <w:lang w:eastAsia="zh-CN"/>
        </w:rPr>
        <w:br/>
      </w:r>
      <w:r>
        <w:rPr>
          <w:lang w:eastAsia="zh-CN"/>
        </w:rPr>
        <w:t>　　各位老师，各位同学：</w:t>
      </w:r>
      <w:r>
        <w:rPr>
          <w:lang w:eastAsia="zh-CN"/>
        </w:rPr>
        <w:br/>
      </w:r>
      <w:r>
        <w:rPr>
          <w:lang w:eastAsia="zh-CN"/>
        </w:rPr>
        <w:t>　　大家好!</w:t>
      </w:r>
      <w:r>
        <w:rPr>
          <w:lang w:eastAsia="zh-CN"/>
        </w:rPr>
        <w:br/>
      </w:r>
      <w:r>
        <w:rPr>
          <w:lang w:eastAsia="zh-CN"/>
        </w:rPr>
        <w:t>　　今天，我们国旗下的题目是《节约粮食，从我做起》。每年的10月16日是“世界粮食日”为什么要设立这样一个节日呢?很显然，是呼吁我们每一个人都要节约粮食!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lang w:eastAsia="zh-CN"/>
        </w:rPr>
        <w:t>　　说到，节约粮食，我想起《悯农》这首诗，“锄禾日当午，汗滴禾下土。谁知盘中餐，粒粒皆辛苦。”同学们都很熟悉，农民伯伯种田很辛苦!我们大家要节约粮食，可是我们真的做到节约粮食了吗?</w:t>
      </w:r>
      <w:r>
        <w:rPr>
          <w:lang w:eastAsia="zh-CN"/>
        </w:rPr>
        <w:br/>
      </w:r>
      <w:r>
        <w:rPr>
          <w:lang w:eastAsia="zh-CN"/>
        </w:rPr>
        <w:t>　　中午的时候，我经常看到一些同学，将所打的饭菜吃得干干净净，今天在这里，我要对着话筒大声地表扬他们。可是，我也看见有的同学有浪费粮食的现象，看见白白的米饭和剩菜被倒掉，真是让人心疼呀!</w:t>
      </w:r>
      <w:r>
        <w:rPr>
          <w:lang w:eastAsia="zh-CN"/>
        </w:rPr>
        <w:br/>
      </w:r>
      <w:r>
        <w:rPr>
          <w:lang w:eastAsia="zh-CN"/>
        </w:rPr>
        <w:t>　　同学们，你们知道吗?饥荒已成为地球人的第1号杀手，每年全球会有很多人因为饥饿失去了生命。因此节约粮食值得我们深思。我们浪费一粒米，扔掉一个馒头，实际上丢弃的是中华民族勤俭节约的传统美德。</w:t>
      </w:r>
      <w:r>
        <w:rPr>
          <w:lang w:eastAsia="zh-CN"/>
        </w:rPr>
        <w:br/>
      </w:r>
      <w:r>
        <w:rPr>
          <w:lang w:eastAsia="zh-CN"/>
        </w:rPr>
        <w:t>　　同学们，节约是美德，珍惜是品质。现在全国都在提倡“光盘行动”，从我们开始做起，珍惜每一粒粮食，珍惜农民伯伯的劳动成果，让我们一起践行“光盘行动”。谢谢大家!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篇10 </w:t>
      </w:r>
      <w:r>
        <w:rPr>
          <w:lang w:eastAsia="zh-CN"/>
        </w:rPr>
        <w:br/>
      </w:r>
      <w:r>
        <w:rPr>
          <w:lang w:eastAsia="zh-CN"/>
        </w:rPr>
        <w:t>　　各位老师，各位同学：</w:t>
      </w:r>
      <w:r>
        <w:rPr>
          <w:lang w:eastAsia="zh-CN"/>
        </w:rPr>
        <w:br/>
      </w:r>
      <w:r>
        <w:rPr>
          <w:lang w:eastAsia="zh-CN"/>
        </w:rPr>
        <w:t>　　您们好！</w:t>
      </w:r>
      <w:r>
        <w:rPr>
          <w:lang w:eastAsia="zh-CN"/>
        </w:rPr>
        <w:br/>
      </w:r>
      <w:r>
        <w:rPr>
          <w:lang w:eastAsia="zh-CN"/>
        </w:rPr>
        <w:t>　　大家知道吗？我国是一个人口大国，种种的浪费现象如果继续下去的话，其后果将不堪设想！13亿人口，全世界人口的四分之一！如果每人每月节约一斤粮食，一年全国就节约了65万吨粮食！积沙成堆，积水成河。如果我们每天都能够节约一点点的话，就不会出现巨大的浪费了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lang w:eastAsia="zh-CN"/>
        </w:rPr>
        <w:t>　　会节约是真正的简朴美！如果你长得美若天仙，可是你只会浪费，而不会节约，你是个外表美而内心丑陋的人！如果你会节约，你的心灵会比任何人都美！虽然你家庭生活条件好，很富裕，但是不知道去节约，你照样是一个不值的“穷光蛋”！如果你会节约，在你的方面，你是一个拥有亿万金钱的大富翁！</w:t>
      </w:r>
      <w:r>
        <w:rPr>
          <w:lang w:eastAsia="zh-CN"/>
        </w:rPr>
        <w:br/>
      </w:r>
      <w:r>
        <w:rPr>
          <w:lang w:eastAsia="zh-CN"/>
        </w:rPr>
        <w:t>　　千里之行始于足下。从今天开始，从小事做起，只要人人都能节约一点点，我们的生活会更美好。</w:t>
      </w:r>
      <w:r>
        <w:rPr>
          <w:lang w:eastAsia="zh-CN"/>
        </w:rPr>
        <w:br/>
      </w:r>
      <w:r>
        <w:rPr>
          <w:lang w:eastAsia="zh-CN"/>
        </w:rPr>
        <w:t>　　谢谢大家，我的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篇11 </w:t>
      </w:r>
      <w:r>
        <w:rPr>
          <w:lang w:eastAsia="zh-CN"/>
        </w:rPr>
        <w:br/>
      </w:r>
      <w:r>
        <w:rPr>
          <w:lang w:eastAsia="zh-CN"/>
        </w:rPr>
        <w:t>　　各位老师、亲爱的同学们：</w:t>
      </w:r>
      <w:r>
        <w:rPr>
          <w:lang w:eastAsia="zh-CN"/>
        </w:rPr>
        <w:br/>
      </w:r>
      <w:r>
        <w:rPr>
          <w:lang w:eastAsia="zh-CN"/>
        </w:rPr>
        <w:t>　　大家好！</w:t>
      </w:r>
      <w:r>
        <w:rPr>
          <w:lang w:eastAsia="zh-CN"/>
        </w:rPr>
        <w:br/>
      </w:r>
      <w:r>
        <w:rPr>
          <w:lang w:eastAsia="zh-CN"/>
        </w:rPr>
        <w:t>　　俗话说：“珍惜粮食就是热爱生命。”我们不仅仅要热爱自我的生命，更要热爱全世界人民的生命。</w:t>
      </w:r>
      <w:r>
        <w:rPr>
          <w:lang w:eastAsia="zh-CN"/>
        </w:rPr>
        <w:br/>
      </w:r>
      <w:r>
        <w:rPr>
          <w:lang w:eastAsia="zh-CN"/>
        </w:rPr>
        <w:t>　　记得我小时候十分不注意节约粮食、珍惜农民伯伯汗水换来的成果。每次吃饭，白花花的米饭掉得桌子上、凳子上、地上到处都是，对其他食物也是爱吃就吃，不爱吃就扔掉不吃。可是，去年在奶奶家发生的一件事彻底改变了我，使我懂得要节约粮食、珍惜粮食、热爱生命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lang w:eastAsia="zh-CN"/>
        </w:rPr>
        <w:t>　　那是一个阳光灿烂的日子，爸爸带我去乡下奶奶家玩。奶奶家有几只小狗。我十分喜欢小狗，和小狗一齐玩耍，吃饭时，小狗还围着我的脚脖子转来转去，我一时兴起，把吃的鸡腿、排骨等一股劲扔在地上喂给小狗吃。这一切都被奶奶看到了，她生气地说：“奶奶小时候连饭都吃不饱，三年自然灾害中也不知饿死多少人啊！此刻的小孩倒好！竟不懂得粮食来之不易！米饭吃得到处都是不说，还拿菜去喂狗！”这时，爸爸也板着脸对我说：“粮食来之不易，你背一遍《锄禾》给我听一听！”“锄禾日当午，汗滴禾下土。谁知盘中餐，粒粒皆辛苦——”我背完这首古诗，明白自我错了，低下了头。</w:t>
      </w:r>
      <w:r>
        <w:rPr>
          <w:lang w:eastAsia="zh-CN"/>
        </w:rPr>
        <w:br/>
      </w:r>
      <w:r>
        <w:rPr>
          <w:lang w:eastAsia="zh-CN"/>
        </w:rPr>
        <w:t>　　爸爸见我羞愧的样貌，语气也缓和了下来：“你明白‘民以食为天’这句话吗我国人口已达十三亿，而我国的耕地面积仅仅占世界耕地面积百分之七。世界耕地面积百分之七要养活世界百分之二十二的人口。这么多人的吃饭问题是我国第一大问题。还有，在发展中国家，每五人中就有一人长期营养不良，有20%的发展中国家人口粮食无保障。你此刻的生活很》幸福，衣来伸手饭来张口。</w:t>
      </w:r>
      <w:r>
        <w:rPr>
          <w:lang w:eastAsia="zh-CN"/>
        </w:rPr>
        <w:br/>
      </w:r>
      <w:r>
        <w:rPr>
          <w:lang w:eastAsia="zh-CN"/>
        </w:rPr>
        <w:t>　　可是你真是身在福中不知福啊！你想想在世界上还有那么多地方，异常是在非洲的人们吃不饱饭，穿不暖衣呀！”听了爸爸的话，我觉得一下子》长大了许多。是呀！我以前这样浪费粮食实在是太可耻了。地球资源每一天在减少，人类的需求每一天在增加，为了让更多挨饿的人们有饭吃，为了热爱更多人的生命，今后我必须要节约粮食、珍惜粮食！</w:t>
      </w:r>
      <w:r>
        <w:rPr>
          <w:lang w:eastAsia="zh-CN"/>
        </w:rPr>
        <w:br/>
      </w:r>
      <w:r>
        <w:rPr>
          <w:lang w:eastAsia="zh-CN"/>
        </w:rPr>
        <w:t>　　节约粮食、珍惜粮食值得我们深思啊！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篇12 </w:t>
      </w:r>
      <w:r>
        <w:rPr>
          <w:lang w:eastAsia="zh-CN"/>
        </w:rPr>
        <w:br/>
      </w:r>
      <w:r>
        <w:rPr>
          <w:lang w:eastAsia="zh-CN"/>
        </w:rPr>
        <w:t>　　各位: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lang w:eastAsia="zh-CN"/>
        </w:rPr>
        <w:t>　　今日，我演说的题型是《节约粮食，从我做起》。谷物是农民伯伯辛勤劳动的结晶体，是农民伯伯洒下的汗液，凝固出的果子。走入饭堂，扑入眼帘的是谁知盘中餐粒粒皆辛苦。这种不言而喻的节约粮食宣传语。但是有几个是真实意识到并行動的呢？校园内里，教师常常跟大家提到节约粮食这类品行，但是下午用餐的情况下，我依然见到有很多同学们由于挑食，感觉这种菜不合味口也不盛了，也有一些荣写盛的情况下盛了许多</w:t>
      </w:r>
      <w:r>
        <w:rPr>
          <w:lang w:eastAsia="zh-CN"/>
        </w:rPr>
        <w:t xml:space="preserve"> ，可没吃两口就把菜盘端出去扔掉了。不仅校园内里，在饭店里、酒店里，因为我见到的许多浪费粮食的个人行为。在饭店里，有许多人都点了一大餐桌的菜，看是吃起來只不过是喝过一写饮品、酒哪些的，大部分的時间都会闲聊，吃地差不多了就抽了多张餐巾纸回身离开了，剩下了一大餐桌没吃是多少的菜。</w:t>
      </w:r>
      <w:r>
        <w:rPr>
          <w:lang w:eastAsia="zh-CN"/>
        </w:rPr>
        <w:br/>
      </w:r>
      <w:r>
        <w:rPr>
          <w:lang w:eastAsia="zh-CN"/>
        </w:rPr>
        <w:t>　　这种习惯养成全是不太好的，假如任何人都像她们那样的话，那也要这么多谷物来干什么呢？那农民伯伯那么起早摸黑的辛勤劳动又有何意义呢？你应该知道，全世界有几个已经忍受着挨饿的挤压，每一粒米，每一粒粮全是她们生命的期盼。使我们从如今做起，节约粮食，从我做起，从大伙儿做起！</w:t>
      </w:r>
      <w:r>
        <w:rPr>
          <w:lang w:eastAsia="zh-CN"/>
        </w:rPr>
        <w:br/>
      </w:r>
      <w:r>
        <w:rPr>
          <w:lang w:eastAsia="zh-CN"/>
        </w:rPr>
        <w:t>　　谢谢大家，我的演说告一段落。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篇13 </w:t>
      </w:r>
      <w:r>
        <w:rPr>
          <w:lang w:eastAsia="zh-CN"/>
        </w:rPr>
        <w:br/>
      </w:r>
      <w:r>
        <w:rPr>
          <w:lang w:eastAsia="zh-CN"/>
        </w:rPr>
        <w:t>　　各位老师，各位同学：</w:t>
      </w:r>
      <w:r>
        <w:rPr>
          <w:lang w:eastAsia="zh-CN"/>
        </w:rPr>
        <w:br/>
      </w:r>
      <w:r>
        <w:rPr>
          <w:lang w:eastAsia="zh-CN"/>
        </w:rPr>
        <w:t>　　您们好！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大家知道吗？我国是一个人口大国，种种的浪费现象如果继续下去的话，其后果将不堪设想！13亿人口，全世界人口的四分之一！如果每人每月节约一斤粮食，一年全国就节约了65万吨粮食！积沙成堆，积水成河。如果我们每天都能够节约一点点的话，就不会出现巨大的浪费了！</w:t>
      </w:r>
      <w:r>
        <w:rPr>
          <w:lang w:eastAsia="zh-CN"/>
        </w:rPr>
        <w:br/>
      </w:r>
      <w:r>
        <w:rPr>
          <w:lang w:eastAsia="zh-CN"/>
        </w:rPr>
        <w:t>　　会节约是真正的简朴美！如果你长得美若天仙，可是你只会浪费，而不会节约，你是个外表美而内心丑陋的人！如果你会节约，你的心灵会比任何人都美！虽然你家庭生活条件好，很富裕，但是不知道去节约，你照样是一个不值的“穷光蛋”！如果你会节约，在你的方面，你是一个拥有亿万金钱的大富翁！</w:t>
      </w:r>
      <w:r>
        <w:rPr>
          <w:lang w:eastAsia="zh-CN"/>
        </w:rPr>
        <w:br/>
      </w:r>
      <w:r>
        <w:rPr>
          <w:lang w:eastAsia="zh-CN"/>
        </w:rPr>
        <w:t>　　千里之行始于足下。从今天开始，从小事做起，只要人人都能节约一点点，我们的生活会更美好。</w:t>
      </w:r>
      <w:r>
        <w:rPr>
          <w:lang w:eastAsia="zh-CN"/>
        </w:rPr>
        <w:br/>
      </w:r>
      <w:r>
        <w:rPr>
          <w:lang w:eastAsia="zh-CN"/>
        </w:rPr>
        <w:t>　　谢谢大家，我的完了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篇14 </w:t>
      </w:r>
      <w:r>
        <w:rPr>
          <w:lang w:eastAsia="zh-CN"/>
        </w:rPr>
        <w:br/>
      </w:r>
      <w:r>
        <w:rPr>
          <w:lang w:eastAsia="zh-CN"/>
        </w:rPr>
        <w:t>　　最近，我常在一些路边上看见一些人在垃圾堆里找吃的;我也在一本书上知道了非洲的一些国家连水都没有，更别说吃的了!我还看见一幅图上，两个青年小心翼翼地扶着一个骨瘦如柴的孩子过马路。他们走得好慢，好无力啊!</w:t>
      </w:r>
      <w:r>
        <w:rPr>
          <w:lang w:eastAsia="zh-CN"/>
        </w:rPr>
        <w:br/>
      </w:r>
      <w:r>
        <w:rPr>
          <w:lang w:eastAsia="zh-CN"/>
        </w:rPr>
        <w:t>　　因为没有吃的，他才骨瘦如柴的，但是他们多坚强啊!的确，世界上有很多人连吃都吃不饱，哪像我们现在这么幸福啊，有各种各样的美食、零食!可是我们有些人一点儿都不珍惜粮食，不光挑食，还浪费食物，这真的是一种不好的行为啊!在这里，我想说：“请节约粮食!”</w:t>
      </w:r>
      <w:r>
        <w:rPr>
          <w:lang w:eastAsia="zh-CN"/>
        </w:rPr>
        <w:br/>
      </w:r>
      <w:r>
        <w:rPr>
          <w:lang w:eastAsia="zh-CN"/>
        </w:rPr>
        <w:t>　　来吧，让我们一起做个珍惜粮食的好孩子!</w:t>
      </w:r>
      <w:r>
        <w:rPr>
          <w:lang w:eastAsia="zh-CN"/>
        </w:rPr>
        <w:br/>
      </w:r>
      <w:r>
        <w:rPr>
          <w:lang w:eastAsia="zh-CN"/>
        </w:rPr>
        <w:t xml:space="preserve">    关于节约粮食杜绝浪费的优秀发言稿 篇15 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https://d.book118.com/668125126111006043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68125126111006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