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安全宣传主题活动总结（20篇）</w:t>
      </w:r>
    </w:p>
    <w:p>
      <w:pPr>
        <w:spacing w:before="100" w:after="200" w:line="360" w:lineRule="auto"/>
        <w:ind w:firstLine="576"/>
        <w:jc w:val="left"/>
      </w:pPr>
      <w:r>
        <w:rPr>
          <w:rFonts w:ascii="宋体" w:eastAsia="宋体" w:hAnsi="宋体"/>
          <w:sz w:val="28"/>
        </w:rPr>
        <w:t>根据市局文件精神和县安委会的相关要求，我局立足“科学发展、安全发展”，本着大宣传、大教育、进基层、重实效的要求，把安全管理作为一项重中之重工作加以落实，使“安全生产月”活动卓有成效，进一步增强了干部职工的安全意识，大大促进了全县交通运输安全的持续稳定。现将“安全生产月”活动开展情况汇报如下：</w:t>
      </w:r>
    </w:p>
    <w:p>
      <w:pPr>
        <w:spacing w:before="100" w:after="200" w:line="360" w:lineRule="auto"/>
        <w:jc w:val="left"/>
      </w:pPr>
      <w:r>
        <w:rPr>
          <w:rFonts w:ascii="宋体 (中文正文)" w:eastAsia="宋体" w:hAnsi="宋体 (中文正文)"/>
          <w:b/>
          <w:sz w:val="28"/>
        </w:rPr>
        <w:t>一、组织保障，确保“安全生产月”活动顺利进行</w:t>
      </w:r>
    </w:p>
    <w:p>
      <w:pPr>
        <w:spacing w:before="100" w:after="200" w:line="360" w:lineRule="auto"/>
        <w:ind w:firstLine="576"/>
        <w:jc w:val="left"/>
      </w:pPr>
      <w:r>
        <w:rPr>
          <w:rFonts w:ascii="宋体" w:eastAsia="宋体" w:hAnsi="宋体"/>
          <w:sz w:val="28"/>
        </w:rPr>
        <w:t>我局印发了《关于开展交通运输行业“安全生产月”活动的通知》，组织召开了安全生产月专题会议，对开展“安全生产月”活动进行认真的部署，为保证活动的各项措施落实到位，成立了由局长任组长、分管副局长任副组长、局属各单位主要负责人为成员的活动领导小组，领导小组下设办公室，具体负责“安全生产月”活动的组织实施。局属各单位也相应成立活动领导小组，并把开展“安全生产月”活动作为近期安全工作的重要内容来抓。在活动中，主要领导积极参与，亲自组织指挥开展工作，对推动和有效开展各项安全生产活动提供了有力保障。</w:t>
      </w:r>
    </w:p>
    <w:p>
      <w:pPr>
        <w:spacing w:before="100" w:after="200" w:line="360" w:lineRule="auto"/>
        <w:jc w:val="left"/>
      </w:pPr>
      <w:r>
        <w:rPr>
          <w:rFonts w:ascii="宋体 (中文正文)" w:eastAsia="宋体" w:hAnsi="宋体 (中文正文)"/>
          <w:b/>
          <w:sz w:val="28"/>
        </w:rPr>
        <w:t>二、重在落实，开展形式多样的安全生产宣教活动</w:t>
      </w:r>
    </w:p>
    <w:p>
      <w:pPr>
        <w:spacing w:before="100" w:after="200" w:line="360" w:lineRule="auto"/>
        <w:ind w:firstLine="576"/>
        <w:jc w:val="left"/>
      </w:pPr>
      <w:r>
        <w:rPr>
          <w:rFonts w:ascii="宋体" w:eastAsia="宋体" w:hAnsi="宋体"/>
          <w:sz w:val="28"/>
        </w:rPr>
        <w:t>在“安全生产月”活动中，局属各单位纷纷开展了以“加强安全法治、保障安全生产”为主题的安全生产宣教活动。</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1、开展安全生产事故警示教育活动。我局举办了安全法规宣传班，为参培人员普及了交通安全法律法规，通报了省、市、县上半年发生的安全事故案例，观看了安全生产事故警示教育片，一幕幕惨痛的事故案例，使大家高度认识到安全生产的重要性。通过安全警示教育、事故分析讨论，与会的安全员表示，将时刻不忘安全生产，严格安全监管，认真排查事故隐患，一定要做到对自己负责、对家人负责、对单位负责、对社会负责，确保不发生安全生产事故。</w:t>
      </w:r>
    </w:p>
    <w:p>
      <w:pPr>
        <w:spacing w:before="100" w:after="200" w:line="360" w:lineRule="auto"/>
        <w:ind w:firstLine="576"/>
        <w:jc w:val="left"/>
      </w:pPr>
      <w:r>
        <w:rPr>
          <w:rFonts w:ascii="宋体" w:eastAsia="宋体" w:hAnsi="宋体"/>
          <w:sz w:val="28"/>
        </w:rPr>
        <w:t>2、加强宣传，营造宣传氛围。各单位充分利用广播、电视、报刊等新闻媒体，多形式、多角度的宣传交通安全法律法规和安全常识。在公交车、出租车上，张贴了“文明交通、安全行车”的安全警示标语;在车站、码头等客货流量较大的重点区域，悬挂了多条安全宣传横幅;在客运站的电子显示屏上，安全口号在滚动播出，安全生产宣教活动的开展，营造了良好的交通安全氛围。</w:t>
      </w:r>
    </w:p>
    <w:p>
      <w:pPr>
        <w:spacing w:before="100" w:after="200" w:line="360" w:lineRule="auto"/>
        <w:ind w:firstLine="576"/>
        <w:jc w:val="left"/>
      </w:pPr>
      <w:r>
        <w:rPr>
          <w:rFonts w:ascii="宋体" w:eastAsia="宋体" w:hAnsi="宋体"/>
          <w:sz w:val="28"/>
        </w:rPr>
        <w:t>3、开展驾驶人员的安全培训教育。各运输企业召开安全会议，对客货运从业人员、危化品运输驾驶员进行安全教育培训，目前，各运输企业在针对经营业主、驾驶人员的培训教育上，已经摸索出了一套比较规范且已形成贯例性的管理方式和学习教育制度，在驾驶人员中已形成了主动参与、自觉加入，从行政要求转化到驾驶员个人需要学习的自觉行为。</w:t>
      </w:r>
    </w:p>
    <w:p>
      <w:pPr>
        <w:spacing w:before="100" w:after="200" w:line="360" w:lineRule="auto"/>
        <w:ind w:firstLine="576"/>
        <w:jc w:val="left"/>
      </w:pPr>
      <w:r>
        <w:rPr>
          <w:rFonts w:ascii="宋体" w:eastAsia="宋体" w:hAnsi="宋体"/>
          <w:sz w:val="28"/>
        </w:rPr>
        <w:t>安全教育是学校德育工作的重要组成部分，按照区教育局《安全教育月活动方案》中提出的各项工作要求，学校以多种安全教育的形式开展了安全教育月活动，取得了可喜的成果。</w:t>
      </w:r>
    </w:p>
    <w:p>
      <w:pPr>
        <w:spacing w:before="100" w:after="200" w:line="360" w:lineRule="auto"/>
        <w:jc w:val="left"/>
      </w:pPr>
      <w:r>
        <w:rPr>
          <w:rFonts w:ascii="宋体 (中文正文)" w:eastAsia="宋体" w:hAnsi="宋体 (中文正文)"/>
          <w:b/>
          <w:sz w:val="28"/>
        </w:rPr>
        <w:t>一、提高认识，深入开展了安全宣传教育活动。</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1、学校领导班子认真学习教育局下发的《安全教育月活动方案》，理解安全教育月活动的内容和活动要求，成立了安全教育月活动领导小组。组长由党支部书记担任，组成了由德育主任，教务主任、团委书记、后勤主任以及学年组长、班主任代表组成的安全教育月活动领导小组，并结合学校实际制定了学校《安全教育月活动方案》。</w:t>
      </w:r>
    </w:p>
    <w:p>
      <w:pPr>
        <w:spacing w:before="100" w:after="200" w:line="360" w:lineRule="auto"/>
        <w:ind w:firstLine="576"/>
        <w:jc w:val="left"/>
      </w:pPr>
      <w:r>
        <w:rPr>
          <w:rFonts w:ascii="宋体" w:eastAsia="宋体" w:hAnsi="宋体"/>
          <w:sz w:val="28"/>
        </w:rPr>
        <w:t>安全教育月活动开展以来，自始至终都围绕着《教育安全月活动方案》来有序地进行，“安全第一，遵章守法，关爱生命”已成为全校师生熟知的口号。为了使安全宣传教育活动在内容、形式、手段方面贴近实际、贴近生活、贴近广大师生，学校自上而下继续深入开展了丰富多彩的安全知识宣传、教育活动，时刻把安全教育放在学校工作的重要位置。</w:t>
      </w:r>
    </w:p>
    <w:p>
      <w:pPr>
        <w:spacing w:before="100" w:after="200" w:line="360" w:lineRule="auto"/>
        <w:ind w:firstLine="576"/>
        <w:jc w:val="left"/>
      </w:pPr>
      <w:r>
        <w:rPr>
          <w:rFonts w:ascii="宋体" w:eastAsia="宋体" w:hAnsi="宋体"/>
          <w:sz w:val="28"/>
        </w:rPr>
        <w:t>2、学校在校门两侧悬挂了“消除一切安全隐患，保证师生安全。”的安全标语，时刻提醒自已的行为要注意安全。</w:t>
      </w:r>
    </w:p>
    <w:p>
      <w:pPr>
        <w:spacing w:before="100" w:after="200" w:line="360" w:lineRule="auto"/>
        <w:ind w:firstLine="576"/>
        <w:jc w:val="left"/>
      </w:pPr>
      <w:r>
        <w:rPr>
          <w:rFonts w:ascii="宋体" w:eastAsia="宋体" w:hAnsi="宋体"/>
          <w:sz w:val="28"/>
        </w:rPr>
        <w:t>3、学校继续利用校内集会、宣传栏、板报等宣传工具，进行了交通常识、用火用电知识、防雷击常识、野外洗澡等安全宣传、教育活动，受到了家长的好评。</w:t>
      </w:r>
    </w:p>
    <w:p>
      <w:pPr>
        <w:spacing w:before="100" w:after="200" w:line="360" w:lineRule="auto"/>
        <w:ind w:firstLine="576"/>
        <w:jc w:val="left"/>
      </w:pPr>
      <w:r>
        <w:rPr>
          <w:rFonts w:ascii="宋体" w:eastAsia="宋体" w:hAnsi="宋体"/>
          <w:sz w:val="28"/>
        </w:rPr>
        <w:t>4、积极开展学生自我教育活动。要求各班自办的“法制板报”，“安全专刊”，各班又根据本班的特点和实际，充分发挥学生各自的聪明才智和安全教育的积极性，亲自查找资料，自己动脑设计版面，自己动手绘画、写字。内容包括“交通安全常识、用火用电知识、防雷击常识、野外洗澡注意事项”等等，丰富多彩。这项活动的开展，不但增强了学生的安全意识、提高了自我实践能力，也使他们的品行在“自我体验→自我欣赏、评价→自我感悟、内化→自我发展”的过程中得到了提高和升华。</w:t>
      </w:r>
    </w:p>
    <w:p>
      <w:pPr>
        <w:spacing w:before="100" w:after="200" w:line="360" w:lineRule="auto"/>
        <w:jc w:val="left"/>
      </w:pPr>
      <w:r>
        <w:rPr>
          <w:rFonts w:ascii="宋体 (中文正文)" w:eastAsia="宋体" w:hAnsi="宋体 (中文正文)"/>
          <w:b/>
          <w:sz w:val="28"/>
        </w:rPr>
        <w:t>二、充分调动师生的积极性，全方位的开展安全教育活动</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全员发动。安全教育事关千家万户，更是学校发展的基石，此次安全教育月活动，虽由党支部指导、德育处具体操作全体教职员工的积极参与。如我校举办的消防知识讲座与逃生、灭火演练活动，全体教职工都积极参与，营造了良好的安全教育氛围。尤其是广大班主任在这次安全教育月活动中表现突出，不仅按照学校部署，如期落实各项工作，积极撰写安全教育教案，并把安全教育与日常学生管理紧密结合起来，确保了安全教育月活动的顺利开展与校园的平安。</w:t>
      </w:r>
    </w:p>
    <w:p>
      <w:pPr>
        <w:spacing w:before="100" w:after="200" w:line="360" w:lineRule="auto"/>
        <w:jc w:val="left"/>
      </w:pPr>
      <w:r>
        <w:rPr>
          <w:rFonts w:ascii="宋体 (中文正文)" w:eastAsia="宋体" w:hAnsi="宋体 (中文正文)"/>
          <w:b/>
          <w:sz w:val="28"/>
        </w:rPr>
        <w:t>三、认真进行了逃生自救演练活动。</w:t>
      </w:r>
    </w:p>
    <w:p>
      <w:pPr>
        <w:spacing w:before="100" w:after="200" w:line="360" w:lineRule="auto"/>
        <w:ind w:firstLine="576"/>
        <w:jc w:val="left"/>
      </w:pPr>
      <w:r>
        <w:rPr>
          <w:rFonts w:ascii="宋体" w:eastAsia="宋体" w:hAnsi="宋体"/>
          <w:sz w:val="28"/>
        </w:rPr>
        <w:t>为了搞好逃生自救演练活动，学校认真制定了“逃生自救演练”活动计划，在全校教师大会上公布并提出了具体要求。在活动之前，班主任按照学校的部署和要求，对学生进行了相关的指导、教育，注意了逃生的安全事项。学校组织全校师生进行了逃生自救演练活动。在整个演练过程中，全校师生总动员，演练活动按原计划和要求顺利进行，师生行动迅速且井然有序，全校师生从听到警报到在操场上整齐列队仅用时一分半钟。通过本次演练活动全校师生的提高了安全防范意识，学生的自救求生能力得到了很好的锻炼。</w:t>
      </w:r>
    </w:p>
    <w:p>
      <w:pPr>
        <w:spacing w:before="100" w:after="200" w:line="360" w:lineRule="auto"/>
        <w:ind w:firstLine="576"/>
        <w:jc w:val="left"/>
      </w:pPr>
      <w:r>
        <w:rPr>
          <w:rFonts w:ascii="宋体" w:eastAsia="宋体" w:hAnsi="宋体"/>
          <w:sz w:val="28"/>
        </w:rPr>
        <w:t>总之，通过开展“教育安全月”活动，营造了“安全进校园，知识进课堂”的浓厚氛围，增强了广大教师的安全意识和安全责任意识，学生普及了安全知识，提高了安全意识和安全素质，为建立长效的安全机制奠定良好的基础，创造了安全稳定的教育环境。</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为贯彻落实《电力公司“安全生产月”活动方案》，我公司积极开展“安全发展、预防为主”为主题的安全生产月活动，深入实践科学发展观，积极贯彻关于安全生产一系列方针政策，坚持安全发展，开展标准化建设，推进企业安全文化建设，普及电力安全生产法律法规和安全知识，为确保我公司安全发展提供可靠保证，我公司研究制定了可行的活动方案，精心组织、全面部署、认真落实、注重实效，以宣传国家有关安全生产法律法规、安全生产知识、公司安全生产管理制度，增强全体干部职工的安全意识和防范事故的能力为重点。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现将“安全生产月”活动总结如下：</w:t>
      </w:r>
    </w:p>
    <w:p>
      <w:pPr>
        <w:spacing w:before="100" w:after="200" w:line="360" w:lineRule="auto"/>
        <w:jc w:val="left"/>
      </w:pPr>
      <w:r>
        <w:rPr>
          <w:rFonts w:ascii="宋体 (中文正文)" w:eastAsia="宋体" w:hAnsi="宋体 (中文正文)"/>
          <w:b/>
          <w:sz w:val="28"/>
        </w:rPr>
        <w:t>一、加强领导，提高认识，强化管理</w:t>
      </w:r>
    </w:p>
    <w:p>
      <w:pPr>
        <w:spacing w:before="100" w:after="200" w:line="360" w:lineRule="auto"/>
        <w:ind w:firstLine="576"/>
        <w:jc w:val="left"/>
      </w:pPr>
      <w:r>
        <w:rPr>
          <w:rFonts w:ascii="宋体" w:eastAsia="宋体" w:hAnsi="宋体"/>
          <w:sz w:val="28"/>
        </w:rPr>
        <w:t>我公司成立了“安全生产月”活动领导小组，负责督导活动的开展，制定了具体的活动方案，由主要负责人全面负责。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spacing w:before="100" w:after="200" w:line="360" w:lineRule="auto"/>
        <w:jc w:val="left"/>
      </w:pPr>
      <w:r>
        <w:rPr>
          <w:rFonts w:ascii="宋体 (中文正文)" w:eastAsia="宋体" w:hAnsi="宋体 (中文正文)"/>
          <w:b/>
          <w:sz w:val="28"/>
        </w:rPr>
        <w:t>二、采取多形式、多样化、全方位宣传教育</w:t>
      </w:r>
    </w:p>
    <w:p>
      <w:pPr>
        <w:spacing w:before="100" w:after="200" w:line="360" w:lineRule="auto"/>
        <w:ind w:firstLine="576"/>
        <w:jc w:val="left"/>
      </w:pPr>
      <w:r>
        <w:rPr>
          <w:rFonts w:ascii="宋体" w:eastAsia="宋体" w:hAnsi="宋体"/>
          <w:sz w:val="28"/>
        </w:rPr>
        <w:t>活动期间，根据实际情况，组织全方位的人员进行培训教育，广泛利用黑板报、宣传栏、横幅、标语等大力宣传各种安全知识、预防事故的方法和自我保护的相关知识，观看安全电教光盘，传播安全发展科学理念，宣传先进典型和经验，充分发挥新闻宣传的作用，同时开展形式多样的知识竞赛、技能比赛、消防演习等活动，营造安全生产月的安全发展舆论氛围，全面提高了全员的安全生产素质，保证了安全生产宣传的针对性和实效性。对特殊岗位、工种、作业人员，进行了专项安全培训管理，建立安全档案，提高专业技能，将各类事故隐患降为零。</w:t>
      </w:r>
    </w:p>
    <w:p>
      <w:pPr>
        <w:spacing w:before="100" w:after="200" w:line="360" w:lineRule="auto"/>
        <w:jc w:val="left"/>
      </w:pPr>
      <w:r>
        <w:rPr>
          <w:rFonts w:ascii="宋体 (中文正文)" w:eastAsia="宋体" w:hAnsi="宋体 (中文正文)"/>
          <w:b/>
          <w:sz w:val="28"/>
        </w:rPr>
        <w:t>三、开展“反三违”，创建无隐患岗位活动</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p>
    <w:p>
      <w:pPr>
        <w:spacing w:before="100" w:after="200" w:line="360" w:lineRule="auto"/>
        <w:ind w:firstLine="576"/>
        <w:jc w:val="left"/>
      </w:pPr>
      <w:r>
        <w:rPr>
          <w:rFonts w:ascii="宋体" w:eastAsia="宋体" w:hAnsi="宋体"/>
          <w:sz w:val="28"/>
        </w:rPr>
        <w:t>活动期间，我公司以安全生产月为契机，继续加强“三个不发生”、“安全大检查”、“抓基础、控风险、防事故”等工作，发动全体干部职工，深入开展反违章指挥、反违章操作、反违反劳动纪律的活动;人人参与事故隐患和安全问题大排查，对查出的隐患及时进行了整改，彻底消除了安全死角和盲区，坚决杜绝了违章操作、违章指挥、违反劳动纪律现象。</w:t>
      </w:r>
    </w:p>
    <w:p>
      <w:pPr>
        <w:spacing w:before="100" w:after="200" w:line="360" w:lineRule="auto"/>
        <w:jc w:val="left"/>
      </w:pPr>
      <w:r>
        <w:rPr>
          <w:rFonts w:ascii="宋体 (中文正文)" w:eastAsia="宋体" w:hAnsi="宋体 (中文正文)"/>
          <w:b/>
          <w:sz w:val="28"/>
        </w:rPr>
        <w:t>四、以安全月为契机，落实隐患整改，注重实际效果</w:t>
      </w:r>
    </w:p>
    <w:p>
      <w:pPr>
        <w:spacing w:before="100" w:after="200" w:line="360" w:lineRule="auto"/>
        <w:ind w:firstLine="576"/>
        <w:jc w:val="left"/>
      </w:pPr>
      <w:r>
        <w:rPr>
          <w:rFonts w:ascii="宋体" w:eastAsia="宋体" w:hAnsi="宋体"/>
          <w:sz w:val="28"/>
        </w:rPr>
        <w:t>为了将本次安全月活动落实到实处，使活动的开展有成效，我公司各级管理人员经常到现场进行安全检查，针对活动中出现的不良现象，及时指导、督促，并认真落实对所查出隐患的整改工作，保证了活动的正常开展。在安全月活动中，坚持日常检查、周安全检查及专业检查相结合的检查方式。除日常检查及周检外，组织进行了二次专项检查：对起重机械及吊具进行了为期两天的专项安全检查，对所查出的隐患(问题)已全部要进行了整改;组织专项检查小组对生产现场进行了三班跟班安全、消防、保卫等方面专项检查，对所查出的不符合要求项已严格按厂安全生产考核办法进行了考核，并要求车间及时整改了。在安全月中，积极开展各种安全活动。活动期间，通过进行的有计划、有组织、有目的的定期检查和各级人员的不定期巡查，使我公司安全月活动变得更加生动、更加全面，有力地推动了安全工作，为生产经营的稳定发展提供了良好的现场环境。</w:t>
      </w:r>
    </w:p>
    <w:p>
      <w:pPr>
        <w:spacing w:before="100" w:after="200" w:line="360" w:lineRule="auto"/>
        <w:ind w:firstLine="576"/>
        <w:jc w:val="left"/>
      </w:pPr>
      <w:r>
        <w:rPr>
          <w:rFonts w:ascii="宋体" w:eastAsia="宋体" w:hAnsi="宋体"/>
          <w:sz w:val="28"/>
        </w:rPr>
        <w:t>我们全面贯彻实施集团公司安全生产教育的部署，按照通知要求，结合工作实际，坚持“预防为主，防治结合，加强教育，群防群治”的原则，统筹安排、精心组织、开展了形式多样、内容丰富的安全教育系列活动。现将活动情况总结如下：</w:t>
      </w:r>
    </w:p>
    <w:p>
      <w:pPr>
        <w:spacing w:before="100" w:after="200" w:line="360" w:lineRule="auto"/>
        <w:jc w:val="left"/>
      </w:pPr>
      <w:r>
        <w:rPr>
          <w:rFonts w:ascii="宋体 (中文正文)" w:eastAsia="宋体" w:hAnsi="宋体 (中文正文)"/>
          <w:b/>
          <w:sz w:val="28"/>
        </w:rPr>
        <w:t>一、领导重视</w:t>
      </w:r>
    </w:p>
    <w:p>
      <w:pPr>
        <w:spacing w:before="100" w:after="200" w:line="360" w:lineRule="auto"/>
        <w:jc w:val="left"/>
      </w:pPr>
      <w:r>
        <w:rPr>
          <w:rFonts w:ascii="宋体 (中文正文)" w:eastAsia="宋体" w:hAnsi="宋体 (中文正文)"/>
          <w:b/>
          <w:sz w:val="28"/>
        </w:rPr>
        <w:t>二、形式多样</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为落实好安全教育活动，我们根据实际，紧紧围绕“从我做起，安全在我心中”的活动主题，认真研究安全教育内容及活动方式，组织开展了“安全教育五个一”活动，力求声势大、内容多、效果好，切实提高了员工的安全文化素质，收到了较好的活动效果。</w:t>
      </w:r>
    </w:p>
    <w:p>
      <w:pPr>
        <w:spacing w:before="100" w:after="200" w:line="360" w:lineRule="auto"/>
        <w:ind w:firstLine="576"/>
        <w:jc w:val="left"/>
      </w:pPr>
      <w:r>
        <w:rPr>
          <w:rFonts w:ascii="宋体" w:eastAsia="宋体" w:hAnsi="宋体"/>
          <w:sz w:val="28"/>
        </w:rPr>
        <w:t>1、开展一次学习。为提高广大员工的安全意识，我们一是按照集团公司的总体部署，于5月初开展了安全生产知识答题活动，把报刊登的试题以答卷形式下发到基层，组织近1.2万名员工参加，参与率达到96%以上。通过答题活动的开展，强化了员工安全知识教育，进一步树立了“安全责任重于泰山”、“安全第一，预防为主”和“从我做起，安全在我心中”的安全理念，大大提高了员工自我防护意识，夯实了安全生产基础。二是在网络上刊载了大型交通安全教育片《交通安全，从我做起》，并统一下发《道路交通安全法》宣传材料，组织各单位车队的近千名汽车驾驶员收看和学习，在此基础上，还组织了《道路交通法》知识答卷活动，近千名司机驾驶员踊跃参与，收到了良好的效果。</w:t>
      </w:r>
    </w:p>
    <w:p>
      <w:pPr>
        <w:spacing w:before="100" w:after="200" w:line="360" w:lineRule="auto"/>
        <w:ind w:firstLine="576"/>
        <w:jc w:val="left"/>
      </w:pPr>
      <w:r>
        <w:rPr>
          <w:rFonts w:ascii="宋体" w:eastAsia="宋体" w:hAnsi="宋体"/>
          <w:sz w:val="28"/>
        </w:rPr>
        <w:t>3、开展一次竞赛。为了让员工吸取事故的教训，我们通过精心策划，组织了一次案例分析竞赛活动。各单位均以借鉴性强的石油开发系统典型事件或发生在本单位的事故为案例，制作成多媒体的形式进行参赛。文图并茂，直观性强的多媒体让广大员工大开眼界的同时，也深刻体会到安全生产的重要性。比赛结束后，我们还把获奖多媒体刊登在新闻网络上，以方便员工进一步观看、学习。</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4、开展一次征文。为营造出浓厚的安全知识宣教氛围，我们在广大员工组织开展了学习贯彻实施《安全生产法》征文有奖评选活动。征文内容主要以探讨安全生产新对策、新技术、新思路和新方法为主，在不到一个月的时间里，共收到各单位的180余篇稿件，评选出的60篇好文章给予物质奖励，其中24篇优秀的选送到《天津现代安全》、《中国劳动保护杂志》和《中国安全科学》等杂志进行了刊登。</w:t>
      </w:r>
    </w:p>
    <w:p>
      <w:pPr>
        <w:spacing w:before="100" w:after="200" w:line="360" w:lineRule="auto"/>
        <w:ind w:firstLine="576"/>
        <w:jc w:val="left"/>
      </w:pPr>
      <w:r>
        <w:rPr>
          <w:rFonts w:ascii="宋体" w:eastAsia="宋体" w:hAnsi="宋体"/>
          <w:sz w:val="28"/>
        </w:rPr>
        <w:t>5、开展一次讲座。在加大对安全生产法律、法规宣传力度的同时，我们下午举办了安全教育讲座，近三百名高级管理者参加了学习。讲座中，从学法、懂法、守法、用法等方面，深入浅出地上了生动而深刻的一课，切实提高了高级管理者的安全意识和安全素质，使他们懂得了运用法律武器抵制各种违章指挥、违章作业和违反劳动纪律的行为，筑起牢固的安全防范意识大堤。</w:t>
      </w:r>
    </w:p>
    <w:p>
      <w:pPr>
        <w:spacing w:before="100" w:after="200" w:line="360" w:lineRule="auto"/>
        <w:ind w:firstLine="576"/>
        <w:jc w:val="left"/>
      </w:pPr>
      <w:r>
        <w:rPr>
          <w:rFonts w:ascii="宋体" w:eastAsia="宋体" w:hAnsi="宋体"/>
          <w:sz w:val="28"/>
        </w:rPr>
        <w:t>以活动为契机，认真组织开展安全大检查，及时排查事故隐患，促进安全生产。活动期间，我们把深化安全专项整治工作与安全检查工作紧密结合起来，在广泛开展安全知识教育活动同时，加大检查力度，及时查处事故隐患。我们共出动检查人员80人次，检查现场142处，查出各类安全隐患14条;质量安全环保处抽调专业人员组成安全检查组，分别对5个重要的所属单位行了为期5天的安全大检查，检查组查出各类安全隐患10条，曝光亮相2个单位。</w:t>
      </w:r>
    </w:p>
    <w:p>
      <w:pPr>
        <w:spacing w:before="100" w:after="200" w:line="360" w:lineRule="auto"/>
        <w:jc w:val="left"/>
      </w:pPr>
      <w:r>
        <w:rPr>
          <w:rFonts w:ascii="宋体 (中文正文)" w:eastAsia="宋体" w:hAnsi="宋体 (中文正文)"/>
          <w:b/>
          <w:sz w:val="28"/>
        </w:rPr>
        <w:t>一、领导重视，措施有力。</w:t>
      </w:r>
    </w:p>
    <w:p>
      <w:pPr>
        <w:spacing w:before="100" w:after="200" w:line="360" w:lineRule="auto"/>
        <w:ind w:firstLine="576"/>
        <w:jc w:val="left"/>
      </w:pPr>
      <w:r>
        <w:rPr>
          <w:rFonts w:ascii="宋体" w:eastAsia="宋体" w:hAnsi="宋体"/>
          <w:sz w:val="28"/>
        </w:rPr>
        <w:t>为进一步做好安全教育工作，切实加强对安全教育工作的领导，我校成立了以校长王宗民为组长的安全教育宣传工作领导小组，特别是发挥了班主任在学生中的重要作用，确保了宣传月活动的实效性。</w:t>
      </w:r>
    </w:p>
    <w:p>
      <w:pPr>
        <w:spacing w:before="100" w:after="200" w:line="360" w:lineRule="auto"/>
        <w:ind w:firstLine="576"/>
        <w:jc w:val="left"/>
      </w:pPr>
      <w:r>
        <w:rPr>
          <w:rFonts w:ascii="宋体" w:eastAsia="宋体" w:hAnsi="宋体"/>
          <w:sz w:val="28"/>
        </w:rPr>
        <w:t>建立安全教育宣传工作责任制和责任追究制。由各班班主任负责，将此项工作做为相关责任人目标考核的重要内容，并进行严格考核，严格执行责任追究制度，对因此项工作力度不够而造成安全事故的，要严肃追究有关责任人的责任。</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建立健全定期检查和日常防范相结合的安全管理制度以及学生管理、领导带班、值日值班、防中毒、防溺水、防火安全管理、防交通事故、两练(应急疏散演练，自救、互救演练)等制度。</w:t>
      </w:r>
    </w:p>
    <w:p>
      <w:pPr>
        <w:spacing w:before="100" w:after="200" w:line="360" w:lineRule="auto"/>
        <w:jc w:val="left"/>
      </w:pPr>
      <w:r>
        <w:rPr>
          <w:rFonts w:ascii="宋体 (中文正文)" w:eastAsia="宋体" w:hAnsi="宋体 (中文正文)"/>
          <w:b/>
          <w:sz w:val="28"/>
        </w:rPr>
        <w:t>二、内容丰富，效果显著。</w:t>
      </w:r>
    </w:p>
    <w:p>
      <w:pPr>
        <w:spacing w:before="100" w:after="200" w:line="360" w:lineRule="auto"/>
        <w:ind w:firstLine="576"/>
        <w:jc w:val="left"/>
      </w:pPr>
      <w:r>
        <w:rPr>
          <w:rFonts w:ascii="宋体" w:eastAsia="宋体" w:hAnsi="宋体"/>
          <w:sz w:val="28"/>
        </w:rPr>
        <w:t>在安全教育宣传月活动期间，我们组织学习安全教育工作管理制度，对校内易发事故类型、重点部位保护、工作薄弱环节、各类人员安全意识与安全技能等方面，开展深入全面的大检查并建好了记录，消除了重点隐患。</w:t>
      </w:r>
    </w:p>
    <w:p>
      <w:pPr>
        <w:spacing w:before="100" w:after="200" w:line="360" w:lineRule="auto"/>
        <w:ind w:firstLine="576"/>
        <w:jc w:val="left"/>
      </w:pPr>
      <w:r>
        <w:rPr>
          <w:rFonts w:ascii="宋体" w:eastAsia="宋体" w:hAnsi="宋体"/>
          <w:sz w:val="28"/>
        </w:rPr>
        <w:t>要确保安全，根本在于提高安全意识、自我防范和自护自救能力，抓好安全教育，是学校安全工作的基础。我们以安全教育宣传月为重点，经常性地对学生开展安全教育，特别是抓好交通、活动、楼道等的安全教育。开展了形式多样，内容丰富的各项活动，寓教于乐，收到了良好的效果。</w:t>
      </w:r>
    </w:p>
    <w:p>
      <w:pPr>
        <w:spacing w:before="100" w:after="200" w:line="360" w:lineRule="auto"/>
        <w:ind w:firstLine="576"/>
        <w:jc w:val="left"/>
      </w:pPr>
      <w:r>
        <w:rPr>
          <w:rFonts w:ascii="宋体" w:eastAsia="宋体" w:hAnsi="宋体"/>
          <w:sz w:val="28"/>
        </w:rPr>
        <w:t>1、各班班主任要求学生每天放学时，都必须宣讲5分钟交通安全等知识，并要求学生牢记“一人平安，全家幸福;注意安全，一生平安!”的安全标语，时刻提醒自已的行为要注意安全。我校统一向各学生家长发放了有关学生安全教育的公开信，要求学生家长督促教育子女上学放学路上安全行走，不得乘坐非法营运车辆和无牌无证车辆。</w:t>
      </w:r>
    </w:p>
    <w:p>
      <w:pPr>
        <w:spacing w:before="100" w:after="200" w:line="360" w:lineRule="auto"/>
        <w:ind w:firstLine="576"/>
        <w:jc w:val="left"/>
      </w:pPr>
      <w:r>
        <w:rPr>
          <w:rFonts w:ascii="宋体" w:eastAsia="宋体" w:hAnsi="宋体"/>
          <w:sz w:val="28"/>
        </w:rPr>
        <w:t>2、我校继续利用校内广播、宣传栏、板报等宣传工具，进行了交通常识、用火用电知识、防雷击常识、野外洗澡等安全宣传、教育活动，受到家长的好评。</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3、继续积极开展学生自我教育活动。五月下旬，我校要求各班自办了“安全专刊”黑板报;内容包括“交通安全常识、用火用电知识、防雷击常识、野外洗澡、防中毒、防溺水等等。这项活动的开展，不但增强了学生的安全意识、也提高了自我实践能力</w:t>
      </w:r>
    </w:p>
    <w:p>
      <w:pPr>
        <w:spacing w:before="100" w:after="200" w:line="360" w:lineRule="auto"/>
        <w:ind w:firstLine="576"/>
        <w:jc w:val="left"/>
      </w:pPr>
      <w:r>
        <w:rPr>
          <w:rFonts w:ascii="宋体" w:eastAsia="宋体" w:hAnsi="宋体"/>
          <w:sz w:val="28"/>
        </w:rPr>
        <w:t>我校还利用体育课，认真进行了逃生自救演练活动。演练活动按原计划和要求顺利进行，师生行动迅速且井然有序，全校师生从听到信号到在操场上整齐列队仅用时二分钟时间。通过本次演练活动全校师生的提高了安全防范意识，学生的自救求生能力得到了很好的锻炼。</w:t>
      </w:r>
    </w:p>
    <w:p>
      <w:pPr>
        <w:spacing w:before="100" w:after="200" w:line="360" w:lineRule="auto"/>
        <w:jc w:val="left"/>
      </w:pPr>
      <w:r>
        <w:rPr>
          <w:rFonts w:ascii="宋体 (中文正文)" w:eastAsia="宋体" w:hAnsi="宋体 (中文正文)"/>
          <w:b/>
          <w:sz w:val="28"/>
        </w:rPr>
        <w:t>三、齐抓共管群防群治</w:t>
      </w:r>
    </w:p>
    <w:p>
      <w:pPr>
        <w:spacing w:before="100" w:after="200" w:line="360" w:lineRule="auto"/>
        <w:ind w:firstLine="576"/>
        <w:jc w:val="left"/>
      </w:pPr>
      <w:r>
        <w:rPr>
          <w:rFonts w:ascii="宋体" w:eastAsia="宋体" w:hAnsi="宋体"/>
          <w:sz w:val="28"/>
        </w:rPr>
        <w:t>学校安全教育工作是一项社会性的系统工程。我们在学校显眼的地方悬挂了安全教育的永久性宣传标语，我们积极与社会和家庭密切配合，以便动员全社会力量来宣传安全教育。还组织了辖区民警到校进行法制教育讲座，特别是他们用学生身边发生的案例来对学生进行教育取得了很好的教育效果。总之，通过开展“安全教育宣传月”活动，营造了“安全进校园，知识进课堂”的浓厚氛围，增强了广大教师的安全意识和安全责任意识，学生普及了安全知识，提高了安全意识和安全素质，为建立长效的安全机制奠定良好的基础，创造了安全稳定的教育环境。</w:t>
      </w:r>
    </w:p>
    <w:p>
      <w:pPr>
        <w:spacing w:before="100" w:after="200" w:line="360" w:lineRule="auto"/>
        <w:ind w:firstLine="576"/>
        <w:jc w:val="left"/>
      </w:pPr>
      <w:r>
        <w:rPr>
          <w:rFonts w:ascii="宋体" w:eastAsia="宋体" w:hAnsi="宋体"/>
          <w:sz w:val="28"/>
        </w:rPr>
        <w:t>为进一步增强市民节水意识，大力开展节水知识宣传，节水宣传周期间，我局开展了一系列的节水宣传工作，具体工作情况总结如下：</w:t>
      </w:r>
    </w:p>
    <w:p>
      <w:pPr>
        <w:spacing w:before="100" w:after="200" w:line="360" w:lineRule="auto"/>
        <w:jc w:val="left"/>
      </w:pPr>
      <w:r>
        <w:rPr>
          <w:rFonts w:ascii="宋体 (中文正文)" w:eastAsia="宋体" w:hAnsi="宋体 (中文正文)"/>
          <w:b/>
          <w:sz w:val="28"/>
        </w:rPr>
        <w:t>一、活动目的</w:t>
      </w:r>
    </w:p>
    <w:p>
      <w:pPr>
        <w:spacing w:before="100" w:after="200" w:line="360" w:lineRule="auto"/>
        <w:ind w:firstLine="576"/>
        <w:jc w:val="left"/>
      </w:pPr>
      <w:r>
        <w:rPr>
          <w:rFonts w:ascii="宋体" w:eastAsia="宋体" w:hAnsi="宋体"/>
          <w:sz w:val="28"/>
        </w:rPr>
        <w:t>为贯彻落实住房城乡建设部《城镇节水工作指南》的具体要求，以本次节约用水宣传周活动为契机，进一步巩固国家节水型城市成果，提高城市用水效率，实现水资源可持续发展，大力发展循环经济，促进生态文明建设，深入开展城镇节水工作，推进节水型城市的建设。</w:t>
      </w:r>
    </w:p>
    <w:p>
      <w:pPr>
        <w:spacing w:before="100" w:after="200" w:line="360" w:lineRule="auto"/>
        <w:jc w:val="left"/>
        <w:sectPr w:rsidSect="00034616">
          <w:type w:val="nextPage"/>
          <w:pgSz w:w="11906" w:h="16838"/>
          <w:pgMar w:top="1440" w:right="1440" w:bottom="1440" w:left="1440" w:header="720" w:footer="720" w:gutter="0"/>
          <w:pgNumType w:start="10"/>
          <w:cols w:space="720"/>
          <w:titlePg w:val="0"/>
          <w:docGrid w:linePitch="360"/>
        </w:sectPr>
      </w:pPr>
      <w:r>
        <w:rPr>
          <w:rFonts w:ascii="宋体 (中文正文)" w:eastAsia="宋体" w:hAnsi="宋体 (中文正文)"/>
          <w:b/>
          <w:sz w:val="28"/>
        </w:rPr>
        <w:t>二、活动内容</w:t>
      </w:r>
    </w:p>
    <w:p>
      <w:pPr>
        <w:spacing w:before="100" w:after="200" w:line="360" w:lineRule="auto"/>
        <w:ind w:firstLine="576"/>
        <w:jc w:val="left"/>
      </w:pPr>
      <w:r>
        <w:rPr>
          <w:rFonts w:ascii="宋体" w:eastAsia="宋体" w:hAnsi="宋体"/>
          <w:sz w:val="28"/>
        </w:rPr>
        <w:t>1、根据国家住建部、省住建厅的工作要求，我局向局属各单位及机关各股室下发了《县住建局2022年开展节约用水宣传周活动方案》，并按要求组织了“节水进企业、节水进家庭”等系列宣传活动。</w:t>
      </w:r>
    </w:p>
    <w:p>
      <w:pPr>
        <w:spacing w:before="100" w:after="200" w:line="360" w:lineRule="auto"/>
        <w:ind w:firstLine="576"/>
        <w:jc w:val="left"/>
      </w:pPr>
      <w:r>
        <w:rPr>
          <w:rFonts w:ascii="宋体" w:eastAsia="宋体" w:hAnsi="宋体"/>
          <w:sz w:val="28"/>
        </w:rPr>
        <w:t>2、对我局在建的50余个重点建设项目实施用水管理，强化监管手段，并加强对建筑企业进行节水宣传，结合实际，因地制宜，要求悬挂宣传标语，通过广播、橱窗、墙报等形式开展宣传活动。同时将节水工作落到实处，切实加强内部用水管理，防止“跑、冒、滴、漏”。</w:t>
      </w:r>
    </w:p>
    <w:p>
      <w:pPr>
        <w:spacing w:before="100" w:after="200" w:line="360" w:lineRule="auto"/>
        <w:ind w:firstLine="576"/>
        <w:jc w:val="left"/>
      </w:pPr>
      <w:r>
        <w:rPr>
          <w:rFonts w:ascii="宋体" w:eastAsia="宋体" w:hAnsi="宋体"/>
          <w:sz w:val="28"/>
        </w:rPr>
        <w:t>3、宣传活动期间，我局组织工作人员及川投水务集团供排水有限公司人员在城区设点，印发节约用水宣传单，为市民大力宣传城市节水的重要意义、方针政策、法律法规和节水意识，调动广大用水单位和市民参与节水的积极性，增强全社会节水知识，真正做到节水意识进市区、进人心。</w:t>
      </w:r>
    </w:p>
    <w:p>
      <w:pPr>
        <w:spacing w:before="100" w:after="200" w:line="360" w:lineRule="auto"/>
        <w:jc w:val="left"/>
      </w:pPr>
      <w:r>
        <w:rPr>
          <w:rFonts w:ascii="宋体 (中文正文)" w:eastAsia="宋体" w:hAnsi="宋体 (中文正文)"/>
          <w:b/>
          <w:sz w:val="28"/>
        </w:rPr>
        <w:t>三、今年节水工作安排</w:t>
      </w:r>
    </w:p>
    <w:p>
      <w:pPr>
        <w:spacing w:before="100" w:after="200" w:line="360" w:lineRule="auto"/>
        <w:ind w:firstLine="576"/>
        <w:jc w:val="left"/>
      </w:pPr>
      <w:r>
        <w:rPr>
          <w:rFonts w:ascii="宋体" w:eastAsia="宋体" w:hAnsi="宋体"/>
          <w:sz w:val="28"/>
        </w:rPr>
        <w:t>1、加大城市节水宣传力度。充分利用各种手段和形式，通过多视角、多途径、多场合大力宣传城市节水的重要意义、方针政策、法律法规和节水意识，要将节水宣传活动深入到机关、企业和城区，调动广大用水企业单位和市民参与节水的积极性，增强全社会节水知识。</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2、充分发挥科技节水治污的先导作用。对全县污水处理厂建设工作积极引导和鼓励建筑企业实施技术改造，推广采用先进的新技术、新工艺、新设备和新材料，重点开展“零”排放、循环用水技术的研究和运用，不断提高工业用水重复利用率。确保工程顺利完工运行的同时，也最大限度地保持生态平衡和充分发挥生态效益。</w:t>
      </w:r>
    </w:p>
    <w:p>
      <w:pPr>
        <w:spacing w:before="100" w:after="200" w:line="360" w:lineRule="auto"/>
        <w:ind w:firstLine="576"/>
        <w:jc w:val="left"/>
      </w:pPr>
      <w:r>
        <w:rPr>
          <w:rFonts w:ascii="宋体" w:eastAsia="宋体" w:hAnsi="宋体"/>
          <w:sz w:val="28"/>
        </w:rPr>
        <w:t>3、抓好用水考核工作。今年，我局将针对在建的重点项目、企业，完善计划用水管理，强化监管手段。</w:t>
      </w:r>
    </w:p>
    <w:p>
      <w:pPr>
        <w:spacing w:before="100" w:after="200" w:line="360" w:lineRule="auto"/>
        <w:ind w:firstLine="576"/>
        <w:jc w:val="left"/>
      </w:pPr>
      <w:r>
        <w:rPr>
          <w:rFonts w:ascii="宋体" w:eastAsia="宋体" w:hAnsi="宋体"/>
          <w:sz w:val="28"/>
        </w:rPr>
        <w:t>4、完善供水基础设施。完善我县供水设施及供水管网，提高我县供水管网覆盖率、综合水质合格率及供水可靠性水平，同时降低自来水管网漏失率。</w:t>
      </w:r>
    </w:p>
    <w:p>
      <w:pPr>
        <w:spacing w:before="100" w:after="200" w:line="360" w:lineRule="auto"/>
        <w:ind w:firstLine="576"/>
        <w:jc w:val="left"/>
      </w:pPr>
      <w:r>
        <w:rPr>
          <w:rFonts w:ascii="宋体" w:eastAsia="宋体" w:hAnsi="宋体"/>
          <w:sz w:val="28"/>
        </w:rPr>
        <w:t>本次宣传周期间，通过集中宣传的形式，调动了市民的积极性和参与性，在我市县掀起了节约用水的热潮，为节水工作持续发展打下了扎实的基础。节水宣传是一项长期的、不间断的工作，只有长抓不懈、不断深入，才能逐步提高全民节水意识，全面建设水型城市，形成节约用水、合理用水、科学用水的良好社会风气，实现水资源的可持续、科学发展，促进我县创建节水型社会和构建和谐社会的深入开展。</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pPr>
      <w:r>
        <w:rPr>
          <w:rFonts w:ascii="宋体" w:eastAsia="宋体" w:hAnsi="宋体"/>
          <w:sz w:val="28"/>
        </w:rPr>
        <w:t>为在全县营造保护水资源、保障水安全浓厚的氛围，结合我校实际，开展以建设节约型校园为目标的节约用水宣传活动，增强广大师生的节水意识，使全校师生在日常生活中养成节约用水的良好习惯。</w:t>
      </w:r>
    </w:p>
    <w:p>
      <w:pPr>
        <w:spacing w:before="100" w:after="200" w:line="360" w:lineRule="auto"/>
        <w:jc w:val="left"/>
      </w:pPr>
      <w:r>
        <w:rPr>
          <w:rFonts w:ascii="宋体 (中文正文)" w:eastAsia="宋体" w:hAnsi="宋体 (中文正文)"/>
          <w:b/>
          <w:sz w:val="28"/>
        </w:rPr>
        <w:t>二、组织领导</w:t>
      </w:r>
    </w:p>
    <w:p>
      <w:pPr>
        <w:spacing w:before="100" w:after="200" w:line="360" w:lineRule="auto"/>
        <w:ind w:firstLine="576"/>
        <w:jc w:val="left"/>
      </w:pPr>
      <w:r>
        <w:rPr>
          <w:rFonts w:ascii="宋体" w:eastAsia="宋体" w:hAnsi="宋体"/>
          <w:sz w:val="28"/>
        </w:rPr>
        <w:t>学校成立节约用水工作领导小组</w:t>
      </w:r>
    </w:p>
    <w:p>
      <w:pPr>
        <w:spacing w:before="100" w:after="200" w:line="360" w:lineRule="auto"/>
        <w:ind w:firstLine="576"/>
        <w:jc w:val="left"/>
      </w:pPr>
      <w:r>
        <w:rPr>
          <w:rFonts w:ascii="宋体" w:eastAsia="宋体" w:hAnsi="宋体"/>
          <w:sz w:val="28"/>
        </w:rPr>
        <w:t>负责学校节约用水工作的宣传、组织、领导和协调，对学校节约用水工作开展落实情况进行监督检查。</w:t>
      </w:r>
    </w:p>
    <w:p>
      <w:pPr>
        <w:spacing w:before="100" w:after="200" w:line="360" w:lineRule="auto"/>
        <w:jc w:val="left"/>
        <w:sectPr w:rsidSect="00034616">
          <w:type w:val="nextPage"/>
          <w:pgSz w:w="11906" w:h="16838"/>
          <w:pgMar w:top="1440" w:right="1440" w:bottom="1440" w:left="1440" w:header="720" w:footer="720" w:gutter="0"/>
          <w:pgNumType w:start="12"/>
          <w:cols w:space="720"/>
          <w:titlePg w:val="0"/>
          <w:docGrid w:linePitch="360"/>
        </w:sectPr>
      </w:pPr>
      <w:r>
        <w:rPr>
          <w:rFonts w:ascii="宋体 (中文正文)" w:eastAsia="宋体" w:hAnsi="宋体 (中文正文)"/>
          <w:b/>
          <w:sz w:val="28"/>
        </w:rPr>
        <w:t>三、活动内容及安排</w:t>
      </w:r>
    </w:p>
    <w:p>
      <w:pPr>
        <w:spacing w:before="100" w:after="200" w:line="360" w:lineRule="auto"/>
        <w:ind w:firstLine="576"/>
        <w:jc w:val="left"/>
      </w:pPr>
      <w:r>
        <w:rPr>
          <w:rFonts w:ascii="宋体" w:eastAsia="宋体" w:hAnsi="宋体"/>
          <w:sz w:val="28"/>
        </w:rPr>
        <w:t>节约用水是学校的日常性工作，也是一项长期的重点工作，各部门要紧密结合“节水洁水，爱水护水”宣传活动，齐抓共管，人人参与，从点滴着手，扎实做好节约用水的各项工作，具体安排如下：</w:t>
      </w:r>
    </w:p>
    <w:p>
      <w:pPr>
        <w:spacing w:before="100" w:after="200" w:line="360" w:lineRule="auto"/>
        <w:ind w:firstLine="576"/>
        <w:jc w:val="left"/>
      </w:pPr>
      <w:r>
        <w:rPr>
          <w:rFonts w:ascii="宋体" w:eastAsia="宋体" w:hAnsi="宋体"/>
          <w:sz w:val="28"/>
        </w:rPr>
        <w:t>1、学校将于3月23日号周一利用升旗仪式举行水法宣传活动启动仪式，在启动仪式上将宣读《保护水资源、保障水安全倡议书》。</w:t>
      </w:r>
    </w:p>
    <w:p>
      <w:pPr>
        <w:spacing w:before="100" w:after="200" w:line="360" w:lineRule="auto"/>
        <w:ind w:firstLine="576"/>
        <w:jc w:val="left"/>
      </w:pPr>
      <w:r>
        <w:rPr>
          <w:rFonts w:ascii="宋体" w:eastAsia="宋体" w:hAnsi="宋体"/>
          <w:sz w:val="28"/>
        </w:rPr>
        <w:t>2、围绕“节水洁水，爱水护水”这一主题，加大对节约用水工作的宣传教育力度，引导广大师生员工充分认识学校节约用水工作的重要意义，努力将节约用水工作变为师生员工的自觉行为。</w:t>
      </w:r>
    </w:p>
    <w:p>
      <w:pPr>
        <w:spacing w:before="100" w:after="200" w:line="360" w:lineRule="auto"/>
        <w:ind w:firstLine="576"/>
        <w:jc w:val="left"/>
      </w:pPr>
      <w:r>
        <w:rPr>
          <w:rFonts w:ascii="宋体" w:eastAsia="宋体" w:hAnsi="宋体"/>
          <w:sz w:val="28"/>
        </w:rPr>
        <w:t>3、少先队要在全校范围内广泛开展“严格水资源管理”的活动，利用广播以演讲的形式对节约用水进行宣传。各班级要在3月27日之前利用班会时间召开节约用水主题班会，要使学生树立“节约用水光荣，浪费用水可耻”的观念，提高学生的节约用水意识。</w:t>
      </w:r>
    </w:p>
    <w:p>
      <w:pPr>
        <w:spacing w:before="100" w:after="200" w:line="360" w:lineRule="auto"/>
        <w:ind w:firstLine="576"/>
        <w:jc w:val="left"/>
      </w:pPr>
      <w:r>
        <w:rPr>
          <w:rFonts w:ascii="宋体" w:eastAsia="宋体" w:hAnsi="宋体"/>
          <w:sz w:val="28"/>
        </w:rPr>
        <w:t>4、各班级要做到节约水资源从我做起、从身边一点一滴做起、珍惜水、节约水、保护水。少先队将组织志愿者担任“节约用水义务监督员”，对浪费水的行为进行监督并通报批评浪费水的人员。</w:t>
      </w:r>
    </w:p>
    <w:p>
      <w:pPr>
        <w:spacing w:before="100" w:after="200" w:line="360" w:lineRule="auto"/>
        <w:ind w:firstLine="576"/>
        <w:jc w:val="left"/>
      </w:pPr>
      <w:r>
        <w:rPr>
          <w:rFonts w:ascii="宋体" w:eastAsia="宋体" w:hAnsi="宋体"/>
          <w:sz w:val="28"/>
        </w:rPr>
        <w:t>5、总务处要加大对基础设施检查、维修和改造工作的力度，从学校长期发展和节约型校园建设全局出发，对节约用水工作进行统筹规划，采取适当的节水措施，并对工作中存在的问题予以及时解决，总结经验，加强节水工作的指导，保证节水工作的落实。</w:t>
      </w:r>
    </w:p>
    <w:p>
      <w:pPr>
        <w:spacing w:before="100" w:after="200" w:line="360" w:lineRule="auto"/>
        <w:jc w:val="left"/>
      </w:pPr>
      <w:r>
        <w:rPr>
          <w:rFonts w:ascii="宋体 (中文正文)" w:eastAsia="宋体" w:hAnsi="宋体 (中文正文)"/>
          <w:b/>
          <w:sz w:val="28"/>
        </w:rPr>
        <w:t>四、工作目标</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深入开展节约用水宣传活动，增强全体师生员工的节约用水意识，做到措施得力，效果明显，使学校用水比上年有所减少。</w:t>
      </w:r>
    </w:p>
    <w:p>
      <w:pPr>
        <w:spacing w:before="100" w:after="200" w:line="360" w:lineRule="auto"/>
        <w:ind w:firstLine="576"/>
        <w:jc w:val="left"/>
      </w:pPr>
      <w:r>
        <w:rPr>
          <w:rFonts w:ascii="宋体" w:eastAsia="宋体" w:hAnsi="宋体"/>
          <w:sz w:val="28"/>
        </w:rPr>
        <w:t>水是生命之源，地球上可直接利用的淡水资源是很有限的，为提高师生的节水意识，以实际行动去珍爱生命之水。围绕今年世界水日的主题“水合作”，开展多形式、多渠道的主题教育活动。</w:t>
      </w:r>
    </w:p>
    <w:p>
      <w:pPr>
        <w:spacing w:before="100" w:after="200" w:line="360" w:lineRule="auto"/>
        <w:jc w:val="left"/>
      </w:pPr>
      <w:r>
        <w:rPr>
          <w:rFonts w:ascii="宋体 (中文正文)" w:eastAsia="宋体" w:hAnsi="宋体 (中文正文)"/>
          <w:b/>
          <w:sz w:val="28"/>
        </w:rPr>
        <w:t>一、营造浓厚的宣传气氛。</w:t>
      </w:r>
    </w:p>
    <w:p>
      <w:pPr>
        <w:spacing w:before="100" w:after="200" w:line="360" w:lineRule="auto"/>
        <w:ind w:firstLine="576"/>
        <w:jc w:val="left"/>
      </w:pPr>
      <w:r>
        <w:rPr>
          <w:rFonts w:ascii="宋体" w:eastAsia="宋体" w:hAnsi="宋体"/>
          <w:sz w:val="28"/>
        </w:rPr>
        <w:t>学校利用周一升旗仪式进行了“珍爱生命之水”国旗下讲话，用展板展出了“节约用水，从我做起”的口号。水龙头处张贴了同学们自己写的节水小标语。</w:t>
      </w:r>
    </w:p>
    <w:p>
      <w:pPr>
        <w:spacing w:before="100" w:after="200" w:line="360" w:lineRule="auto"/>
        <w:jc w:val="left"/>
      </w:pPr>
      <w:r>
        <w:rPr>
          <w:rFonts w:ascii="宋体 (中文正文)" w:eastAsia="宋体" w:hAnsi="宋体 (中文正文)"/>
          <w:b/>
          <w:sz w:val="28"/>
        </w:rPr>
        <w:t>二、组织丰富的宣传活动</w:t>
      </w:r>
    </w:p>
    <w:p>
      <w:pPr>
        <w:spacing w:before="100" w:after="200" w:line="360" w:lineRule="auto"/>
        <w:ind w:firstLine="576"/>
        <w:jc w:val="left"/>
      </w:pPr>
      <w:r>
        <w:rPr>
          <w:rFonts w:ascii="宋体" w:eastAsia="宋体" w:hAnsi="宋体"/>
          <w:sz w:val="28"/>
        </w:rPr>
        <w:t>1、利用小记者看社会栏目，在“世界水日”来临之际，以珍惜水资源为话题，号召全社会，节约用水、保护水资源。</w:t>
      </w:r>
    </w:p>
    <w:p>
      <w:pPr>
        <w:spacing w:before="100" w:after="200" w:line="360" w:lineRule="auto"/>
        <w:ind w:firstLine="576"/>
        <w:jc w:val="left"/>
      </w:pPr>
      <w:r>
        <w:rPr>
          <w:rFonts w:ascii="宋体" w:eastAsia="宋体" w:hAnsi="宋体"/>
          <w:sz w:val="28"/>
        </w:rPr>
        <w:t>2、各班组织开展以“珍惜资源，节约用水”为主题的班队会活动。同学们通过互相交流收集到的水资源缺少和污染浪费的情况，认识到节约用水的重要性。</w:t>
      </w:r>
    </w:p>
    <w:p>
      <w:pPr>
        <w:spacing w:before="100" w:after="200" w:line="360" w:lineRule="auto"/>
        <w:ind w:firstLine="576"/>
        <w:jc w:val="left"/>
      </w:pPr>
      <w:r>
        <w:rPr>
          <w:rFonts w:ascii="宋体" w:eastAsia="宋体" w:hAnsi="宋体"/>
          <w:sz w:val="28"/>
        </w:rPr>
        <w:t>3、开展“小手拉大手”活动。号召全体师生把节水行动带到家，营造人人带家庭，家庭带社会的氛围，让全社会都行动起来，共同来保护这生命之水。</w:t>
      </w:r>
    </w:p>
    <w:p>
      <w:pPr>
        <w:spacing w:before="100" w:after="200" w:line="360" w:lineRule="auto"/>
        <w:ind w:firstLine="576"/>
        <w:jc w:val="left"/>
      </w:pPr>
      <w:r>
        <w:rPr>
          <w:rFonts w:ascii="宋体" w:eastAsia="宋体" w:hAnsi="宋体"/>
          <w:sz w:val="28"/>
        </w:rPr>
        <w:t>水是生命之本，生命之源，我们要实际行动来珍爱生命之水，弘扬中华民族细水长流的传统美德，节约每一滴水，为共同建设好我们的美好家园而努力。</w:t>
      </w:r>
    </w:p>
    <w:p>
      <w:pPr>
        <w:spacing w:before="100" w:after="200" w:line="360" w:lineRule="auto"/>
        <w:ind w:firstLine="576"/>
        <w:jc w:val="left"/>
      </w:pPr>
      <w:r>
        <w:rPr>
          <w:rFonts w:ascii="宋体" w:eastAsia="宋体" w:hAnsi="宋体"/>
          <w:sz w:val="28"/>
        </w:rPr>
        <w:t>根据_______部办公厅关于做好2022年全国城市节约用水宣传周工作的通知要求，为进一步增强全民节水意识，大力开展节水知识宣传，积极配合全国第__个“城市节水宣传周”活动，我市开展了一系列的节水宣传工作，具体工作情况如下：</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https://d.book118.com/675004324021011110</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4"/>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7500432402101111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