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消防宣传进社区总结（33篇）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消防宣传进社区总结（通用33篇）</w:t>
      </w:r>
      <w:r>
        <w:rPr>
          <w:lang w:eastAsia="zh-CN"/>
        </w:rPr>
        <w:br/>
      </w:r>
      <w:r>
        <w:rPr>
          <w:lang w:eastAsia="zh-CN"/>
        </w:rPr>
        <w:t xml:space="preserve">    消防宣传进社区总结 篇1 </w:t>
      </w:r>
      <w:r>
        <w:rPr>
          <w:lang w:eastAsia="zh-CN"/>
        </w:rPr>
        <w:br/>
      </w:r>
      <w:r>
        <w:rPr>
          <w:lang w:eastAsia="zh-CN"/>
        </w:rPr>
        <w:t>　　按照消防安全的工作目标及上级消防部门的工作要求，结合我们社区实际状况，将消防工作纳入社区治安综合治理防控体系建设，认真组织开展了消防安全工作，打造出社区消防安全工作特色，现将消防安全宣传活动状况总结如下。</w:t>
      </w:r>
      <w:r>
        <w:rPr>
          <w:lang w:eastAsia="zh-CN"/>
        </w:rPr>
        <w:br/>
      </w:r>
      <w:r>
        <w:rPr>
          <w:lang w:eastAsia="zh-CN"/>
        </w:rPr>
        <w:t>　　一、建立健全社区消防组织领导</w:t>
      </w:r>
      <w:r>
        <w:rPr>
          <w:lang w:eastAsia="zh-CN"/>
        </w:rPr>
        <w:br/>
      </w:r>
      <w:r>
        <w:rPr>
          <w:lang w:eastAsia="zh-CN"/>
        </w:rPr>
        <w:t>　　为了切实做好社区消防安全工作，我们成立了消防安全领导小组。成立了应急救援分队和社区居民消防志愿者队伍，充实了社区消防的工作力量。加强宣传教育，增强居民群众和辖区单位的消防安全意识。</w:t>
      </w:r>
      <w:r>
        <w:rPr>
          <w:lang w:eastAsia="zh-CN"/>
        </w:rPr>
        <w:br/>
      </w:r>
      <w:r>
        <w:rPr>
          <w:lang w:eastAsia="zh-CN"/>
        </w:rPr>
        <w:t>　　二、加强宣传教育</w:t>
      </w:r>
      <w:r>
        <w:rPr>
          <w:lang w:eastAsia="zh-CN"/>
        </w:rPr>
        <w:br/>
      </w:r>
      <w:r>
        <w:rPr>
          <w:lang w:eastAsia="zh-CN"/>
        </w:rPr>
        <w:t>　　为了将消防工作深入人心，社区举行了大型消防知识宣传活动：活动利用横幅、宣传栏、图册、现场演示向居民宣传消防安全常识;组织辖区单位和义务消防队员进行消防器材的操作培训和应急疏散演练;在居民小区为老年人和残疾人讲解消防安全知识并发放宣传资料，邀请消防民警对辖区居民入户宣传火灾的初期扑救和后期逃生知识，以专业的角度向居民普及消防安全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组织专业人员为居民免费检验天然气、液化气灶具，防止发生由煤气泄漏引发的火灾隐患，得到了群众的支持和肯定。社区还在人口集中的居民小区和公共场所，建起了大型的消防知识滚动宣传灯箱，将消防安全宣传深入人心。社区消防器材完备，灭火准备充分，应急反应潜力得到加强。</w:t>
      </w:r>
      <w:r>
        <w:rPr>
          <w:lang w:eastAsia="zh-CN"/>
        </w:rPr>
        <w:br/>
      </w:r>
      <w:r>
        <w:rPr>
          <w:lang w:eastAsia="zh-CN"/>
        </w:rPr>
        <w:t>　　三、社区消防器材完备，灭火准备充分</w:t>
      </w:r>
      <w:r>
        <w:rPr>
          <w:lang w:eastAsia="zh-CN"/>
        </w:rPr>
        <w:br/>
      </w:r>
      <w:r>
        <w:rPr>
          <w:lang w:eastAsia="zh-CN"/>
        </w:rPr>
        <w:t>　　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义务消防员每一天都会骑上消防巡逻车在辖区内巡视，一路上警灯闪烁警示人们注意防火安全。巡逻车上配备了消防器材，遇上火险义务消防员能第一时光赶到现场扑灭火灾，将火灾消灭在萌芽状态。规范社区消防管理，落实安全职责，加强日常工作。</w:t>
      </w:r>
      <w:r>
        <w:rPr>
          <w:lang w:eastAsia="zh-CN"/>
        </w:rPr>
        <w:br/>
      </w:r>
      <w:r>
        <w:rPr>
          <w:lang w:eastAsia="zh-CN"/>
        </w:rPr>
        <w:t>　　四、规范社区消防管理，落实安全职责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完善社区消防日常管理，制定了社区消防工作职责，社区消防工作制度，社区居民防火公约等一系列工作制度。同辖区企事业单位和特种行业签订了消防安全生产职责书，同网格员签订了消防安全工作职责书，把消防安全工作落实到人。加强对辖区的日常巡查制度，网格员每一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w:t>
      </w:r>
      <w:r>
        <w:rPr>
          <w:lang w:eastAsia="zh-CN"/>
        </w:rPr>
        <w:br/>
      </w:r>
      <w:r>
        <w:rPr>
          <w:lang w:eastAsia="zh-CN"/>
        </w:rPr>
        <w:t>　　五、开展关爱行动，对特殊人群进行帮扶</w:t>
      </w:r>
      <w:r>
        <w:rPr>
          <w:lang w:eastAsia="zh-CN"/>
        </w:rPr>
        <w:br/>
      </w:r>
      <w:r>
        <w:rPr>
          <w:lang w:eastAsia="zh-CN"/>
        </w:rPr>
        <w:t>　　在入户摸底时，针对孤寡老人、留守儿童、残障人员等弱势群体，建立了特殊人群登记表。社区成立了消防安全帮扶小组，并用心落实帮教措施，对特殊人员多一份关爱，多一份耐心。</w:t>
      </w:r>
      <w:r>
        <w:rPr>
          <w:lang w:eastAsia="zh-CN"/>
        </w:rPr>
        <w:br/>
      </w:r>
      <w:r>
        <w:rPr>
          <w:lang w:eastAsia="zh-CN"/>
        </w:rPr>
        <w:t xml:space="preserve">    消防宣传进社区总结 篇2 </w:t>
      </w:r>
      <w:r>
        <w:rPr>
          <w:lang w:eastAsia="zh-CN"/>
        </w:rPr>
        <w:br/>
      </w:r>
      <w:r>
        <w:rPr>
          <w:lang w:eastAsia="zh-CN"/>
        </w:rPr>
        <w:t>　　一、明确指导思想、精心组织</w:t>
      </w:r>
      <w:r>
        <w:rPr>
          <w:lang w:eastAsia="zh-CN"/>
        </w:rPr>
        <w:br/>
      </w:r>
      <w:r>
        <w:rPr>
          <w:lang w:eastAsia="zh-CN"/>
        </w:rPr>
        <w:t>　　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文化素质，建立健全安全生产长效管理机制。辖区各企业积极行动，精心组织，分别成立了相应活动领导小组，使消防安全宣传活动在辖区企业范围内得到落实。</w:t>
      </w:r>
      <w:r>
        <w:rPr>
          <w:lang w:eastAsia="zh-CN"/>
        </w:rPr>
        <w:br/>
      </w:r>
      <w:r>
        <w:rPr>
          <w:lang w:eastAsia="zh-CN"/>
        </w:rPr>
        <w:t>　　二、广泛宣传、全面动员</w:t>
      </w:r>
      <w:r>
        <w:rPr>
          <w:lang w:eastAsia="zh-CN"/>
        </w:rPr>
        <w:br/>
      </w:r>
      <w:r>
        <w:rPr>
          <w:lang w:eastAsia="zh-CN"/>
        </w:rPr>
        <w:t>　　为了更好的宣传本次消防安全宣传活动，社区进行了一次广泛的宣传。社区工作人员采取板报、宣传画、标语和宣传单等方式进行了广泛宣传，共发放宣传单_余份。分别到辖区企内业发放班组学习材料、班组安全基础本知识和宣传画等材料，使消防安全宣传活动在社区范围内得到落实贯彻。为积极有效的宣传安全消防知识，社区联合辖区企业理研食品，进行一次消防演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三、排查隐患、落实整改</w:t>
      </w:r>
      <w:r>
        <w:rPr>
          <w:lang w:eastAsia="zh-CN"/>
        </w:rPr>
        <w:br/>
      </w:r>
      <w:r>
        <w:rPr>
          <w:lang w:eastAsia="zh-CN"/>
        </w:rPr>
        <w:t>　　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r>
        <w:rPr>
          <w:lang w:eastAsia="zh-CN"/>
        </w:rPr>
        <w:br/>
      </w:r>
      <w:r>
        <w:rPr>
          <w:lang w:eastAsia="zh-CN"/>
        </w:rPr>
        <w:t>　　四、强化制度管理，提高科技含量</w:t>
      </w:r>
      <w:r>
        <w:rPr>
          <w:lang w:eastAsia="zh-CN"/>
        </w:rPr>
        <w:br/>
      </w:r>
      <w:r>
        <w:rPr>
          <w:lang w:eastAsia="zh-CN"/>
        </w:rPr>
        <w:t>　　根据辖区特点，开展交通安全，下发宣传教育材料份，全面提高广大司机安全意识。开展消防安全及防电、防火、防液化气等方面的宣传，加强安全防范。__社区联合辖区企业进行一次消防演习。活动通过现场演习的方式，使员工们对火灾发生的情况有了一次身临其境的体验。公司安全员还给全体的员工讲解火灾逃生的几种办法和被困的几种自我保护的办法，还在现场演示了灭火器和灭火毯的使用方法。</w:t>
      </w:r>
      <w:r>
        <w:rPr>
          <w:lang w:eastAsia="zh-CN"/>
        </w:rPr>
        <w:br/>
      </w:r>
      <w:r>
        <w:rPr>
          <w:lang w:eastAsia="zh-CN"/>
        </w:rPr>
        <w:t>　　社区消防安全宣传活动总结范文（通用12篇）(篇七)</w:t>
      </w:r>
      <w:r>
        <w:rPr>
          <w:lang w:eastAsia="zh-CN"/>
        </w:rPr>
        <w:br/>
      </w:r>
      <w:r>
        <w:rPr>
          <w:lang w:eastAsia="zh-CN"/>
        </w:rPr>
        <w:t>　　今年11月9日是__市第__个“119”消防日，为深入宣传贯彻《全民消防安全宣传教育纲要》和《__市人民政府关于进一步加强和改进消防工作的意见》，广泛普及消防常识，彻底消除火灾隐患，全面提高防控能力，结合火灾隐患攻坚整治“铁拳”行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本次活动宣传的主题是“生命至上，平安和谐”。为了确保此项活动重点突出，紧扣主题，结合本车间的实际情况，就“119”消防宣传日在职工中进行广泛的宣传消防安全知识，力求进一步提高全体职工的消防安全意识，使消防意识扎根于广大职工心中。车间实施“谁主管、谁负责”的安全管理职责，进行了一系列安全检查和宣传活动。</w:t>
      </w:r>
      <w:r>
        <w:rPr>
          <w:lang w:eastAsia="zh-CN"/>
        </w:rPr>
        <w:br/>
      </w:r>
      <w:r>
        <w:rPr>
          <w:lang w:eastAsia="zh-CN"/>
        </w:rPr>
        <w:t>　　一、结合我社区实际，及时制订街道办事处开展第__个“119”消防日宣传活动的实施方案的通知》，为确保此次活动落到实处，车间成立“11·9”消防日宣传活动领导小组，组长由车间主任担任，成员由安全员、施工员、各班组班长、班组安全员组成。</w:t>
      </w:r>
      <w:r>
        <w:rPr>
          <w:lang w:eastAsia="zh-CN"/>
        </w:rPr>
        <w:br/>
      </w:r>
      <w:r>
        <w:rPr>
          <w:lang w:eastAsia="zh-CN"/>
        </w:rPr>
        <w:t>　　二、利用板报、安全消防常识培训、周二安全活动进行消防安全知识学习等形式向广大职工宣传消防知识，让职工提高防火意识和能力，掌握扑救初期火灾的方法；火势蔓延时，能够及时报警，配合消防人员进行有效及时灭火。</w:t>
      </w:r>
      <w:r>
        <w:rPr>
          <w:lang w:eastAsia="zh-CN"/>
        </w:rPr>
        <w:br/>
      </w:r>
      <w:r>
        <w:rPr>
          <w:lang w:eastAsia="zh-CN"/>
        </w:rPr>
        <w:t>　　三、车间消防日宣传活动领导小组于11月9日对办公室、职工更衣室、库房等进行检查，着重对库房存在易燃易爆物品、配电箱、消防器材进行一次全面的消防安全隐患检查，发现问题及时整改。</w:t>
      </w:r>
      <w:r>
        <w:rPr>
          <w:lang w:eastAsia="zh-CN"/>
        </w:rPr>
        <w:br/>
      </w:r>
      <w:r>
        <w:rPr>
          <w:lang w:eastAsia="zh-CN"/>
        </w:rPr>
        <w:t>　　通过参加此项活动，让大家真正认识到“走进消防，了解消防，人人参与消防”工作的重要性，使职工的消防意识增强了，时刻牢记“消防安全、警钟常鸣”。</w:t>
      </w:r>
      <w:r>
        <w:rPr>
          <w:lang w:eastAsia="zh-CN"/>
        </w:rPr>
        <w:br/>
      </w:r>
      <w:r>
        <w:rPr>
          <w:lang w:eastAsia="zh-CN"/>
        </w:rPr>
        <w:t xml:space="preserve">    消防宣传进社区总结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今年的“119消防日”宣传活动，我__社区按照上级的要求和相关文件的精神，结合我社区实际，积极制定和采取各种有效措施，切实加强领导，加大宣传教育力度，全面落实宣传活动方案。现将工作开展情况总结如下：</w:t>
      </w:r>
      <w:r>
        <w:rPr>
          <w:lang w:eastAsia="zh-CN"/>
        </w:rPr>
        <w:br/>
      </w:r>
      <w:r>
        <w:rPr>
          <w:lang w:eastAsia="zh-CN"/>
        </w:rPr>
        <w:t>　　我__社区的消防宣传工作深入贯彻《消防法》，以预防和遏制重大特大火灾事故为目标，坚持以热法为民的指导思想，力求充分调动广大人民群众和社区居民的积极性，从自身做起，形成全社区人人参与消防，人人关心消防的良好氛围，增强消防法律、法规意识和学习消防安全常识的积极性，走消防工作社会化道路，力争开创我社区消防工作的崭新局面。</w:t>
      </w:r>
      <w:r>
        <w:rPr>
          <w:lang w:eastAsia="zh-CN"/>
        </w:rPr>
        <w:br/>
      </w:r>
      <w:r>
        <w:rPr>
          <w:lang w:eastAsia="zh-CN"/>
        </w:rPr>
        <w:t>　　一、领导重视、机制健全、措施得力</w:t>
      </w:r>
      <w:r>
        <w:rPr>
          <w:lang w:eastAsia="zh-CN"/>
        </w:rPr>
        <w:br/>
      </w:r>
      <w:r>
        <w:rPr>
          <w:lang w:eastAsia="zh-CN"/>
        </w:rPr>
        <w:t>　　领导重视，组织有力是开展好消防宣传工作的根本保障。为确保今年我社区“119消防日”宣传活动开展的扎实有效，按通知要求，成立了“119”宣传月领导小组，印发《社区“119”消防宣传活动实施方案》，指定专人负责消防安全工作的落实，切实抓好“119”消防宣传的`各项工作。</w:t>
      </w:r>
      <w:r>
        <w:rPr>
          <w:lang w:eastAsia="zh-CN"/>
        </w:rPr>
        <w:br/>
      </w:r>
      <w:r>
        <w:rPr>
          <w:lang w:eastAsia="zh-CN"/>
        </w:rPr>
        <w:t>　　二、加强宣传、广泛动员、增强安全意识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今年的消防宣传活动以普及消防安全常识、提高火场逃生自救能力为重点，以减少火灾人员伤亡为目标。在“119”消防日期间，社区指定专人负责消防安全工作的落实，切实抓好“119”消防宣传的各项工作，积极围绕“119“消防宣传月集中开展宣传活动。在社区内设立了“119”宣传站，向社区居民发放《居民家庭用火小常识》等宣传册，制作了横幅、宣传板，向居民发放防火宣传材料；走访空巢老人、残疾人、精神病人家属，提醒其对病人加强监护；清理各居民楼道内的堆积物，划出小区内限放、禁放烟花爆竹区域，并放置了标牌；对社区施工工地、外来人口住所、经营场所进行了安全检查等，共发放各类宣传材料206份，出宣传栏1期，悬挂横幅3条。在消防安全宣传日期间，社区依照“安全自查、隐患自改、责任自负“的原则，加大对中小餐馆、公共场所、“三合一”场所的检查力度。沿街店面过期灭火器药剂全部更换，确保消防安全，创造一个安全的消防环境。</w:t>
      </w:r>
      <w:r>
        <w:rPr>
          <w:lang w:eastAsia="zh-CN"/>
        </w:rPr>
        <w:br/>
      </w:r>
      <w:r>
        <w:rPr>
          <w:lang w:eastAsia="zh-CN"/>
        </w:rPr>
        <w:t>　　三、认真开展宣传工作，确保宣传活动方案的有效落实</w:t>
      </w:r>
      <w:r>
        <w:rPr>
          <w:lang w:eastAsia="zh-CN"/>
        </w:rPr>
        <w:br/>
      </w:r>
      <w:r>
        <w:rPr>
          <w:lang w:eastAsia="zh-CN"/>
        </w:rPr>
        <w:t>　　按照上级有关开展宣传活动的通知要求，根据宣传活动的范围和内容，结合我社区实际情况，组织人员认真开展了宣传活动，并进行了监督检查。通过在部居民小区的“119”宣传周活动，加大了社区宣传消防安全知识的力度，增强了社区居民的安全防范意识和火灾逃生自救知识，健全了社区义务消防组织，提出了防火和减少火灾危害的具体措施，取得了较好的效果。</w:t>
      </w:r>
      <w:r>
        <w:rPr>
          <w:lang w:eastAsia="zh-CN"/>
        </w:rPr>
        <w:br/>
      </w:r>
      <w:r>
        <w:rPr>
          <w:lang w:eastAsia="zh-CN"/>
        </w:rPr>
        <w:t>　　社区消防安全宣传活动总结范文（通用12篇）(篇五)</w:t>
      </w:r>
      <w:r>
        <w:rPr>
          <w:lang w:eastAsia="zh-CN"/>
        </w:rPr>
        <w:br/>
      </w:r>
      <w:r>
        <w:rPr>
          <w:lang w:eastAsia="zh-CN"/>
        </w:rPr>
        <w:t>　　为切实做好社区消防安全工作，有效提升社区的消防安全能力，积极开展建立微型消防服务站，开启社区“灭火、巡查、宣传、服务咨询”网格化工作新模式。</w:t>
      </w:r>
      <w:r>
        <w:rPr>
          <w:lang w:eastAsia="zh-CN"/>
        </w:rPr>
        <w:br/>
      </w:r>
      <w:r>
        <w:rPr>
          <w:lang w:eastAsia="zh-CN"/>
        </w:rPr>
        <w:t>　　一是加强组织领导，明确工作职责。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社区加强微型消防站消防工作的组织领导，结合网格化管理工作，成立了以社区党委书记、社区党委副书记、服务中心主任为组长，社区党委委员为副组长，社区各科室负责人和居委会书记为成员的工作领导小组，定期召开工作安排部署会，明确责任分工，将工作任务具体落实到人。</w:t>
      </w:r>
      <w:r>
        <w:rPr>
          <w:lang w:eastAsia="zh-CN"/>
        </w:rPr>
        <w:br/>
      </w:r>
      <w:r>
        <w:rPr>
          <w:lang w:eastAsia="zh-CN"/>
        </w:rPr>
        <w:t>　　二是制定工作制度，明确工作要求。</w:t>
      </w:r>
      <w:r>
        <w:rPr>
          <w:lang w:eastAsia="zh-CN"/>
        </w:rPr>
        <w:br/>
      </w:r>
      <w:r>
        <w:rPr>
          <w:lang w:eastAsia="zh-CN"/>
        </w:rPr>
        <w:t>　　通过制定社区微型消防站工作制度、社区消防安全管理措施、社区消防安全多户联防、区域联防等工作制度，建立完善消防工作档案，健全社区消防安全责任制，以社区安全专干，居委会网格及网格警员、巡查员为成员，开展巡查、进行巡查管控。</w:t>
      </w:r>
      <w:r>
        <w:rPr>
          <w:lang w:eastAsia="zh-CN"/>
        </w:rPr>
        <w:br/>
      </w:r>
      <w:r>
        <w:rPr>
          <w:lang w:eastAsia="zh-CN"/>
        </w:rPr>
        <w:t>　　三是强化宣传教育，提升自防意识。</w:t>
      </w:r>
      <w:r>
        <w:rPr>
          <w:lang w:eastAsia="zh-CN"/>
        </w:rPr>
        <w:br/>
      </w:r>
      <w:r>
        <w:rPr>
          <w:lang w:eastAsia="zh-CN"/>
        </w:rPr>
        <w:t>　　社区以现有的活动室、小区广场以及宣传栏、微信、QQ等平台为宣传阵地，大力开展消防安全宣传，提高社区居民的消防安全意识，充分发挥社区物业和居委会的作用，开展丰富多彩、形式多样的宣传教育活动，普及防火、灭火和自救逃生知识。截止目前，共发放宣传资料400余份，开展宣传教育活动8次。</w:t>
      </w:r>
      <w:r>
        <w:rPr>
          <w:lang w:eastAsia="zh-CN"/>
        </w:rPr>
        <w:br/>
      </w:r>
      <w:r>
        <w:rPr>
          <w:lang w:eastAsia="zh-CN"/>
        </w:rPr>
        <w:t xml:space="preserve">    消防宣传进社区总结 篇4 </w:t>
      </w:r>
      <w:r>
        <w:rPr>
          <w:lang w:eastAsia="zh-CN"/>
        </w:rPr>
        <w:br/>
      </w:r>
      <w:r>
        <w:rPr>
          <w:lang w:eastAsia="zh-CN"/>
        </w:rPr>
        <w:t>　　为全面做好消防宣传“七进”工作，更好地普及消防法律法规，提高全民的消防素质。贵州六盘水消防立足实际，积极谋划，采取多项宣传模式加大消防宣传力度，全力做好冬春季消防宣传工作，确保全市火灾形势稳定。</w:t>
      </w:r>
      <w:r>
        <w:rPr>
          <w:lang w:eastAsia="zh-CN"/>
        </w:rPr>
        <w:br/>
      </w:r>
      <w:r>
        <w:rPr>
          <w:lang w:eastAsia="zh-CN"/>
        </w:rPr>
        <w:t>　　进机关，防范意识“筑心间”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为全面提高机关工作人员的消防安全意识和消防安全管理工作的水平，支队积极与党校及各相关部门联系，组织官兵走进机关单位，督促机关单位将职工消防宣传教育作为日常安全管理内容，有针对性的制定落实消防宣传教育内容。同时，积极指导各机关单位建立健全消防宣传组织和制度，并定期组织单位员工进行消防安全培训，注重实操能力，现场教授灭火器及消火栓的正确使用方法，确保所有机关干部达到“一懂三会”。</w:t>
      </w:r>
      <w:r>
        <w:rPr>
          <w:lang w:eastAsia="zh-CN"/>
        </w:rPr>
        <w:br/>
      </w:r>
      <w:r>
        <w:rPr>
          <w:lang w:eastAsia="zh-CN"/>
        </w:rPr>
        <w:t>　　进学校，师生共享“安全宴”</w:t>
      </w:r>
      <w:r>
        <w:rPr>
          <w:lang w:eastAsia="zh-CN"/>
        </w:rPr>
        <w:br/>
      </w:r>
      <w:r>
        <w:rPr>
          <w:lang w:eastAsia="zh-CN"/>
        </w:rPr>
        <w:t>　　六盘水支队立足校园实际，始终坚持“今天他们是消防安全小小明白人，明天他们是社会消防安全明白人”的目标，积极开展校园消防宣传工作，全面提高学生的消防安全素质。指导学校借助校内报刊、网络、板报、橱窗、展板等形式广泛宣传防火、灭火和疏散逃生知识，通过组织学校学生开展开学第一课、消防知识达人大赛、“火线”逃生等寓教于乐的活动，加强对师生的消防安全宣传教育和培训力度，努力提高师生的消防安全意识和实际操作能力，进一步提高学校预防和扑救火灾的能力，筑牢学校消防安全屏障。</w:t>
      </w:r>
      <w:r>
        <w:rPr>
          <w:lang w:eastAsia="zh-CN"/>
        </w:rPr>
        <w:br/>
      </w:r>
      <w:r>
        <w:rPr>
          <w:lang w:eastAsia="zh-CN"/>
        </w:rPr>
        <w:t>　　进社区，消防安全“送上门”</w:t>
      </w:r>
      <w:r>
        <w:rPr>
          <w:lang w:eastAsia="zh-CN"/>
        </w:rPr>
        <w:br/>
      </w:r>
      <w:r>
        <w:rPr>
          <w:lang w:eastAsia="zh-CN"/>
        </w:rPr>
        <w:t>　　支队依托街道办事处等部门，因地制宜开展贴近生活、贴近实际的宣传活动，把消防知识送进社区，推动社区消防工作广泛、深入、持久开展。同时，积极组织官兵深入社区开展消防安全知识大派送，向社区群众宣传消防安全知识，教授群众如何在火灾中进行自我保护的方法和逃生的基本常识，解答人民群众在日常生活中存在的消防疑难问题，大力宣传消防法律、法规及用火、用电、用气等安全常识，全面普及社区居民的消防知识。</w:t>
      </w:r>
      <w:r>
        <w:rPr>
          <w:lang w:eastAsia="zh-CN"/>
        </w:rPr>
        <w:br/>
      </w:r>
      <w:r>
        <w:rPr>
          <w:lang w:eastAsia="zh-CN"/>
        </w:rPr>
        <w:t>　　进企业，防火能力“不可缺”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支队坚持“走出去，请进来”的工作方针，与日常消防监督检查相结合，积极对当地大、中、小型企业开展上门服务，重点针对企业消防安全责任人和管理人及新上岗的工作人员分批次、分行业地开展培训，指导企业开展消防安全“四个能力”建设及“户籍化”管理工作，督促企业开展“三提示”工作，确保员工会报警、会扑救初起火灾、会疏散逃生自救。同时，发动各企业开展自检自查，严格落实消防安全岗位责任制，严密落实火灾防控措施，把消防安全责任落实到生产经营的每个环节，形成“防火自查、隐患自改、责任自负”的良性管理机制。</w:t>
      </w:r>
      <w:r>
        <w:rPr>
          <w:lang w:eastAsia="zh-CN"/>
        </w:rPr>
        <w:br/>
      </w:r>
      <w:r>
        <w:rPr>
          <w:lang w:eastAsia="zh-CN"/>
        </w:rPr>
        <w:t>　　进农村，消防知识“带回家”</w:t>
      </w:r>
      <w:r>
        <w:rPr>
          <w:lang w:eastAsia="zh-CN"/>
        </w:rPr>
        <w:br/>
      </w:r>
      <w:r>
        <w:rPr>
          <w:lang w:eastAsia="zh-CN"/>
        </w:rPr>
        <w:t>　　为进一步提升农村整体防御火灾能力，预防和减少农村火灾的发生，六盘水支队结合实际，用浅显易懂、形象有趣的宣传方式为当地村民们讲解灭火器的使用方法、防火的基本常识、隐患的排除方法与基本的火场逃生自救等内容，提高农民群众对消防安全的重视和自防自救的能力。与此同时，针对农村社区居民消防安全意识较淡薄、发现火灾隐患能力差等特点，依托乡镇文化站、村文化室、政务公开栏等公共文化设施，采取出黑板报、张贴宣传标语，悬挂防火标志等方式，真正把消防安全融入到乡村文化，消防宣传延伸到农村每个角落，引导农民安全用火、用电、用油、用气，切实增强农村群众的消防安全观念。</w:t>
      </w:r>
      <w:r>
        <w:rPr>
          <w:lang w:eastAsia="zh-CN"/>
        </w:rPr>
        <w:br/>
      </w:r>
      <w:r>
        <w:rPr>
          <w:lang w:eastAsia="zh-CN"/>
        </w:rPr>
        <w:t>　　进家庭，挨家挨户“送平安”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针对居民家庭用火、用电、用油火灾隐患多这一特点，支队宣传小分队走进小区家庭，以家庭防火教育为主导，向居民详细地讲解了火灾的危害性以及预防火灾的重要性，通俗易懂地向居民讲解日常生活中怎样预防火灾、发生火灾时如何报警、以及在发生火灾事故后的基本扑救和逃生自救方法等消防安全基本知识，并指导居民如何安全用火、用电、用油、用气、用灭火器，使消防安全知识深入普通老百姓生活，形成“人人参与消防、人人关心消防”的良好氛围，真正做到消防知识送千家、进万户的宣传效果。</w:t>
      </w:r>
      <w:r>
        <w:rPr>
          <w:lang w:eastAsia="zh-CN"/>
        </w:rPr>
        <w:br/>
      </w:r>
      <w:r>
        <w:rPr>
          <w:lang w:eastAsia="zh-CN"/>
        </w:rPr>
        <w:t>　　进网络，加强消防宣传力度</w:t>
      </w:r>
      <w:r>
        <w:rPr>
          <w:lang w:eastAsia="zh-CN"/>
        </w:rPr>
        <w:br/>
      </w:r>
      <w:r>
        <w:rPr>
          <w:lang w:eastAsia="zh-CN"/>
        </w:rPr>
        <w:t>　　积极发挥网络媒体传播快、覆盖面广、宣传高效的网络优势，通过打造微博、微信、短信三大平台的宣传方式，以文字、警示图片、漫画等多种形式发布当前消防热点问题、有针对性地发送各类消防安全提示等注意事项，将消防宣传工作深入到社会各个角落，让广大市民真正的了解消防，促进了警民沟通，提升了消防为人民服务的质量，使消防安全意识扎根于每位市民的脑海，筑牢了广大市民思想上的“防火墙”。</w:t>
      </w:r>
      <w:r>
        <w:rPr>
          <w:lang w:eastAsia="zh-CN"/>
        </w:rPr>
        <w:br/>
      </w:r>
      <w:r>
        <w:rPr>
          <w:lang w:eastAsia="zh-CN"/>
        </w:rPr>
        <w:t xml:space="preserve">    消防宣传进社区总结 篇5 </w:t>
      </w:r>
      <w:r>
        <w:rPr>
          <w:lang w:eastAsia="zh-CN"/>
        </w:rPr>
        <w:br/>
      </w:r>
      <w:r>
        <w:rPr>
          <w:lang w:eastAsia="zh-CN"/>
        </w:rPr>
        <w:t>　　近年来，劳动密集型企业的生产车间、仓库等火灾频繁发生，使国家和人民群众生命财产遭受重大损失，形势十分严峻。如何抓好劳动密集型企业的消防安全工作，是摆在我们面前的一个重要课题。</w:t>
      </w:r>
      <w:r>
        <w:rPr>
          <w:lang w:eastAsia="zh-CN"/>
        </w:rPr>
        <w:br/>
      </w:r>
      <w:r>
        <w:rPr>
          <w:lang w:eastAsia="zh-CN"/>
        </w:rPr>
        <w:t>　　一、劳动密集型企业火灾多发的成因</w:t>
      </w:r>
      <w:r>
        <w:rPr>
          <w:lang w:eastAsia="zh-CN"/>
        </w:rPr>
        <w:br/>
      </w:r>
      <w:r>
        <w:rPr>
          <w:lang w:eastAsia="zh-CN"/>
        </w:rPr>
        <w:t>　　（一）企业消防意识淡薄，忽视消防安全管理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有些密集型企业特别是中小型企业内部消防管理混乱，无消防安全管理制度，电线乱拉乱扯，违章操作，乱扔烟头等现象极为普遍。有的老板可以不惜重金对办公楼进行豪华装修和企业规模的扩大，却对消防设施极为吝啬，舍不得资金投入到消防建设上，致使企业内消防器材匮乏，消防硬件上不去，而消防管理的混乱又使得灭火器材人为破坏和丢失现象严重。有的企业虽然也制定了消防安全管理制度，明确了消防责任人，但只是流于形式。员工对消防安全管理制度不闻、不问、不落实，而责任人忙着抓效益，更无暇顾及消防制度的贯彻情况。在金钱利益的驱动下，消防安全只能成为一句空话，发生火灾是偶然却又是必然的。</w:t>
      </w:r>
      <w:r>
        <w:rPr>
          <w:lang w:eastAsia="zh-CN"/>
        </w:rPr>
        <w:br/>
      </w:r>
      <w:r>
        <w:rPr>
          <w:lang w:eastAsia="zh-CN"/>
        </w:rPr>
        <w:t>　　（二）规模小，管理乱</w:t>
      </w:r>
      <w:r>
        <w:rPr>
          <w:lang w:eastAsia="zh-CN"/>
        </w:rPr>
        <w:br/>
      </w:r>
      <w:r>
        <w:rPr>
          <w:lang w:eastAsia="zh-CN"/>
        </w:rPr>
        <w:t>　　很多个体、民营劳动密集型企业还处于家庭作坊式的生产经营阶段，员工人数在十几人到几十人之间，往往上面是厂房，下面是库房，甚至经营与住宿一体，生产和生活不分，这些企业大都分散在村镇或城乡结合部。在去年的三合一建筑专项治理中，发现绝大多数三合一建筑都是个体私营企业，在检查中发现多家企业一、二层既是车间又是仓库，三层为职工集体宿舍，用木板分隔，电线乱拉乱接、明火做饭等，安全系数几乎没有。由于企业规模小，大都没有专门的消防管理人员。许多个私企业在建筑厂房、库房、办公用房时，没有依法向公安消防机构申报消防设计审核和验收，甚至出现未经验收擅自投入使用的现象，导致建筑耐火等级低、防火间距严重不足、消防水源缺少等先天性火灾隐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（三）消防安全制度不够完善</w:t>
      </w:r>
      <w:r>
        <w:rPr>
          <w:lang w:eastAsia="zh-CN"/>
        </w:rPr>
        <w:br/>
      </w:r>
      <w:r>
        <w:rPr>
          <w:lang w:eastAsia="zh-CN"/>
        </w:rPr>
        <w:t>　　一些人员密集型企业没有按照消防安全管理的基本要求，对具体程序、工作内容、工作职责和奖惩措施等予以明确和规范。有的虽然明确了但过于笼统空洞，可操作性不强。部分重点单位没有建立消防安全培训教育、防火巡查检查、安全疏散设施管理、消防值班、消防器材设施建设和维护、火灾隐患整改、用火用电安全管理等基本制度。有的虽然建立了，但只是写在纸上、挂在墙上，在实际工作中没有明确的监督执行机制，制度成了摆设。在一些中小型劳动密集型企业，生产生活区不分，只要需要，厂房内就会出现电焊、切割机的火星乱飞等违章操作现象，有的企业车间内货物乱堆乱放，堵塞疏散通道、安全出口等现象时有发生，用电用气随意性大，消防安全得不到应有的保障，一旦发生火灾极易造成人员伤亡。</w:t>
      </w:r>
      <w:r>
        <w:rPr>
          <w:lang w:eastAsia="zh-CN"/>
        </w:rPr>
        <w:br/>
      </w:r>
      <w:r>
        <w:rPr>
          <w:lang w:eastAsia="zh-CN"/>
        </w:rPr>
        <w:t>　　（四）小城镇公共消防设施薄弱，小火容易酿成大灾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随着农村经济的不断发展，以服装、箱包等人员密集型生产加工为主的企业，它们在生产、加工过程中使用大量的易燃、可燃材料，大大增强了火灾的荷载;在镇、街道、村规划过程中，甚至没有将工业园区的消防纳入整体规划之中，村镇建房随意性大，参差不一，消防基础设施建设严重滞后;未批先建的建筑工程在各镇、街道、村随处可见;由于消防规划不到位，致使建筑防火间距严重不足、建筑耐火等级低、无地下消防管网、无消防通道、消防水源缺乏等问题日益凸现出来，埋下了许多火灾隐患，严重威胁着广大群众的安全，也制约了经济的稳健发展。一旦发生火灾，只能是望火兴叹，小火酿成大灾，已是屡见不鲜。</w:t>
      </w:r>
      <w:r>
        <w:rPr>
          <w:lang w:eastAsia="zh-CN"/>
        </w:rPr>
        <w:br/>
      </w:r>
      <w:r>
        <w:rPr>
          <w:lang w:eastAsia="zh-CN"/>
        </w:rPr>
        <w:t>　　二、劳动密集型企业的消防安全对策</w:t>
      </w:r>
      <w:r>
        <w:rPr>
          <w:lang w:eastAsia="zh-CN"/>
        </w:rPr>
        <w:br/>
      </w:r>
      <w:r>
        <w:rPr>
          <w:lang w:eastAsia="zh-CN"/>
        </w:rPr>
        <w:t>　　消防工作是一项社会性、群众性很强的综合性工作，它涉及到各个领域、千家万户，是关系到人民群众的切身利益、国计民生的大事。各级政府要深入贯彻《中华人民共和国消防法》，履行法定职责;各镇、街道政府要立足实际，把消防工作全面纳入整体发展规划中。消防部门要从源头上加强对劳动密集型企业的消防监督管理，减少先天性火灾隐患潜伏。</w:t>
      </w:r>
      <w:r>
        <w:rPr>
          <w:lang w:eastAsia="zh-CN"/>
        </w:rPr>
        <w:br/>
      </w:r>
      <w:r>
        <w:rPr>
          <w:lang w:eastAsia="zh-CN"/>
        </w:rPr>
        <w:t>　　（一）加大消防设施的投入，符合《建筑设计防火规范》的要求</w:t>
      </w:r>
      <w:r>
        <w:rPr>
          <w:lang w:eastAsia="zh-CN"/>
        </w:rPr>
        <w:br/>
      </w:r>
      <w:r>
        <w:rPr>
          <w:lang w:eastAsia="zh-CN"/>
        </w:rPr>
        <w:t>　　各级政府和有关部门应从本地实际出发，因地制宜，积极探索建立具有特色的农村消防工作机制，要加强领导，明确各职能部门在农村消防建设中的职责，将农村消防基础建设纳入政府的工作目标，加大资金投入，努力改善农村的消防安全环境。计划、建设、规划、消防等部门要根据《浙江省_期间消防工作发展指导意见》，加快农村和小城镇的消防规划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严格按照《建筑设计防火规范》搞好消防规划和设计，将消防通信、消防通道、消防水源等公共消防基础设施建设与农村和小城镇总体规划同步规划、同步进行、同步发展，特别是镇工业园区、特色工业园的开发和建设中，对消防基础设施的建议，政府应主动制订解决消防水源和消防通道的`具体方案，按照谁开发，谁投资，谁建设的原则，积极组织实施。要有计划地对那些耐火等级低，建筑密集，防火间距小，无消防设施的农村建筑、村庄进行改造。</w:t>
      </w:r>
      <w:r>
        <w:rPr>
          <w:lang w:eastAsia="zh-CN"/>
        </w:rPr>
        <w:br/>
      </w:r>
      <w:r>
        <w:rPr>
          <w:lang w:eastAsia="zh-CN"/>
        </w:rPr>
        <w:t>　　从根本上改变农村建筑耐火等级低、消防水源缺乏、道路不畅通等状况，以提高防火救灾能力。同时，应做好农村现有消防基础设施的维护保养和完善工作，对农村天然消防水源加以保护和利用，并利用农村电网改造机会，整改电气线路，规范用电行为，不断改善农村消防安全条件。</w:t>
      </w:r>
      <w:r>
        <w:rPr>
          <w:lang w:eastAsia="zh-CN"/>
        </w:rPr>
        <w:br/>
      </w:r>
      <w:r>
        <w:rPr>
          <w:lang w:eastAsia="zh-CN"/>
        </w:rPr>
        <w:t>　　（二）加大消防安全管理力度，按照《机关、团体、企业、事业单位消防安全管理规定》的要求抓好消防安全管理消防工作是一项社会性工作，需要全民的参与，我们应调动多方力量，深挖社会消防潜力，有效地预防火灾，不断加大消防监督管理力度，共同抓好消防工作。</w:t>
      </w:r>
      <w:r>
        <w:rPr>
          <w:lang w:eastAsia="zh-CN"/>
        </w:rPr>
        <w:br/>
      </w:r>
      <w:r>
        <w:rPr>
          <w:lang w:eastAsia="zh-CN"/>
        </w:rPr>
        <w:t>　　一是充分发挥基层派出所的消防监督职能，加强对人员密集型企业的消防监督，定期组织人员进行检查，及时发现火灾隐患，及时督促整改，加大消防行政执法力度，改善消防安全环境。</w:t>
      </w:r>
      <w:r>
        <w:rPr>
          <w:lang w:eastAsia="zh-CN"/>
        </w:rPr>
        <w:br/>
      </w:r>
      <w:r>
        <w:rPr>
          <w:lang w:eastAsia="zh-CN"/>
        </w:rPr>
        <w:t>　　二是各镇、街道政府要发动并会同安监、文化、教育、卫生、工商、建设、规划等有关职能部门加强配合，共同对火灾隐患开展治理，联检联查，联合执法，全力进行督办。</w:t>
      </w:r>
      <w:r>
        <w:rPr>
          <w:lang w:eastAsia="zh-CN"/>
        </w:rPr>
        <w:br/>
      </w:r>
      <w:r>
        <w:rPr>
          <w:lang w:eastAsia="zh-CN"/>
        </w:rPr>
        <w:t>　　三是充分发挥镇、街道治安巡逻队的作用，抓好消防巡逻工作。各镇、街道可以依托治安巡逻队等力量开展消防巡逻工作，对主要街道、重点企业进行消防巡逻检查，及时发现和消除火灾隐患。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四是各镇、街道要继续抓好《机关、团体、企业、事业单位消防安全管理规定》的宣传贯彻，督促各单位依法履行消防管理职责，牢固树立消防安全责任主体意识和消防安全就是经济效益，消防安全就是生产力的思想，逐步建立起管理自主、隐患自除、责任自负的单位内部消防安全管理机制。加强用火、用电、用气管理，确保安全出口和疏散通道畅通、消防设施完备好用，切实提高自防自救能力。</w:t>
      </w:r>
      <w:r>
        <w:rPr>
          <w:lang w:eastAsia="zh-CN"/>
        </w:rPr>
        <w:br/>
      </w:r>
      <w:r>
        <w:rPr>
          <w:lang w:eastAsia="zh-CN"/>
        </w:rPr>
        <w:t>　　（三）加强火灾隐患整改，改善消防安全环境</w:t>
      </w:r>
      <w:r>
        <w:rPr>
          <w:lang w:eastAsia="zh-CN"/>
        </w:rPr>
        <w:br/>
      </w:r>
      <w:r>
        <w:rPr>
          <w:lang w:eastAsia="zh-CN"/>
        </w:rPr>
        <w:t>　　一是整改电气线路，规范用电行为。各镇、街道、派出所要督促企业彻底更换陈旧老化电气线路，重新规范敷设电气线路，杜绝乱拉乱接现象。相关职能部门要加大执法监督力度;二是提高耐火等级，增设防火分隔。对现有车间、仓库合用的一些企业应进行防火分隔，不应简单的使用木板、铁网或石膏板进行分隔，应采用砖墙并砌至顶部不留缝隙的分隔措施;三是加强火源的管理，严禁违章用火。车间仓库内严禁使用液化石油气或储存易燃易爆物质，禁止吸烟，并应当设有明显的禁烟标志。如因维修需要，临时使用焊接、切割设备的，必须经单位领导批准，指定专人负责，落实防范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厂房应安装防雷设施。采用防雷保护措施时，应合理选择避雷针安装方式，必须准确计算它的保护范围，屋顶和屋檐四角应在保护范围之内;四是增设消防设施、器材。劳动密集型企业的灭火器、水带、水枪等必须按照要求配置到位，严禁挪作他用，对于破损、过期、压力不足的应立即更换或重新灌装。对于老厂房无消火栓的密集型企业，应加大投入设置消火栓系统。对之前通过消防审核的人员密集型企业的厂房，特别是服装、箱包、童车等企业，建议增设自动消防设施。</w:t>
      </w:r>
      <w:r>
        <w:rPr>
          <w:lang w:eastAsia="zh-CN"/>
        </w:rPr>
        <w:br/>
      </w:r>
      <w:r>
        <w:rPr>
          <w:lang w:eastAsia="zh-CN"/>
        </w:rPr>
        <w:t>　　（四）加大消防宣传教育和培训力度，提高自防自救能力</w:t>
      </w:r>
      <w:r>
        <w:rPr>
          <w:lang w:eastAsia="zh-CN"/>
        </w:rPr>
        <w:br/>
      </w:r>
      <w:r>
        <w:rPr>
          <w:lang w:eastAsia="zh-CN"/>
        </w:rPr>
        <w:t>　　加大宣传教育培训力度，着力提高劳动密集型企业和从业人员的消防安全意识和自防自救能力。</w:t>
      </w:r>
      <w:r>
        <w:rPr>
          <w:lang w:eastAsia="zh-CN"/>
        </w:rPr>
        <w:br/>
      </w:r>
      <w:r>
        <w:rPr>
          <w:lang w:eastAsia="zh-CN"/>
        </w:rPr>
        <w:t>　　一是要切实抓好企业经营业主的消防安全培训，制定严格规范的培训制度，每年定期组织业主学习消防法律法规，帮助业主正确处理好生产经营与消防安全的关系，做到依法经营，安全生产。</w:t>
      </w:r>
      <w:r>
        <w:rPr>
          <w:lang w:eastAsia="zh-CN"/>
        </w:rPr>
        <w:br/>
      </w:r>
      <w:r>
        <w:rPr>
          <w:lang w:eastAsia="zh-CN"/>
        </w:rPr>
        <w:t>　　二是要对所有特殊工种人员，比如：电工、锅炉工、消防自动设施操作人员等必须坚持先培训、再考试，合格后领取操作证方可上岗。</w:t>
      </w:r>
      <w:r>
        <w:rPr>
          <w:lang w:eastAsia="zh-CN"/>
        </w:rPr>
        <w:br/>
      </w:r>
      <w:r>
        <w:rPr>
          <w:lang w:eastAsia="zh-CN"/>
        </w:rPr>
        <w:t>　　三是企业要经常对员工进行消防安全知识和灭火技能的教育培训，使其掌握必备的自防自救知识。特别是服装、箱包等火灾危险性较大的劳动密集型企业，要使员工熟悉了解机器设备性能、生产工艺、原料的性质和火灾的危险性，严防因盲目蛮干、违章操作引发的火灾爆炸事故。</w:t>
      </w:r>
      <w:r>
        <w:rPr>
          <w:lang w:eastAsia="zh-CN"/>
        </w:rPr>
        <w:br/>
      </w:r>
      <w:r>
        <w:rPr>
          <w:lang w:eastAsia="zh-CN"/>
        </w:rPr>
        <w:t>　　各镇、街道政府、部门在做好消防宣传工作的同时，要注意坚持员工的消防安全认识不到位不放过、员工的消防安全知识不熟悉不放过、员工的灭火逃生基本技能不掌握不放过的三不放过原则，促进企业形成上下同心协力共抓消防安全和抓隐患整改的良好局面。</w:t>
      </w:r>
      <w:r>
        <w:rPr>
          <w:lang w:eastAsia="zh-CN"/>
        </w:rPr>
        <w:br/>
      </w:r>
      <w:r>
        <w:rPr>
          <w:lang w:eastAsia="zh-CN"/>
        </w:rPr>
        <w:t xml:space="preserve">    消防宣传进社区总结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据县人民政府消防安全委员会《关于印发〈__县推进消防宣传“七进”工作方案〉的通知》要求，为切实做好消防“七进”期间的消防宣工作，进一步提高全体干部职工的消防安全意识，我局在8月份开展了以“全民消防、生命至上”为主题的消防“七进”活动。现将开展消防“七进”活动情况汇报如下：</w:t>
      </w:r>
      <w:r>
        <w:rPr>
          <w:lang w:eastAsia="zh-CN"/>
        </w:rPr>
        <w:br/>
      </w:r>
      <w:r>
        <w:rPr>
          <w:lang w:eastAsia="zh-CN"/>
        </w:rPr>
        <w:t>　　我局在消防“七进”活动期间集中开展了以“找火灾隐、保家庭平安”为主题的宣传活动。通过发放消防宣传资料、开展消防知识学习等多种形式，积极开展消防安全宣传，大力营造“人人重防火，处处讲安全”的良好氛围，提高广大干部职工学习消防知识、遵守消防法规、关心消防工作、参与消防活动的积极性，增强干部职工的消防安全意识。</w:t>
      </w:r>
      <w:r>
        <w:rPr>
          <w:lang w:eastAsia="zh-CN"/>
        </w:rPr>
        <w:br/>
      </w:r>
      <w:r>
        <w:rPr>
          <w:lang w:eastAsia="zh-CN"/>
        </w:rPr>
        <w:t>　　为进一步提高全体干部职工消防安全意识，我局认真组织干部职工学习《中华人民共和国消防法》、《全民消防安全宣传教育纲要》等消防法律、法规，使他们了解有关消防法律、法规，掌握防火、灭火、火场逃生知识，提高他们的消防安全意识和单位消防安全“四个能力”(检查消除火灾隐患能力；扑救初起火灾能力；组织疏散逃生能力；消防宣传教育能力)。</w:t>
      </w:r>
      <w:r>
        <w:rPr>
          <w:lang w:eastAsia="zh-CN"/>
        </w:rPr>
        <w:br/>
      </w:r>
      <w:r>
        <w:rPr>
          <w:lang w:eastAsia="zh-CN"/>
        </w:rPr>
        <w:t>　　月中旬我们在局办公楼，组织开展消防灭火、疏散逃生自救演练。我局消防办公室会认真制订演练方案，确保演练安全。通过分层次、分批次开展模拟火灾扑救、火场逃生、应急疏散演练，提高单位组织指挥和扑救初起火灾、疏散逃生能力。我局在消防“七进”活动期间，认真组织开展消防安全检查、整改工作，切实做到“消防安全自查、火灾隐患自除”，确保本单位所辖区域消防安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一是进一步完善消防工作责任制和各项防火制度，成立农业局成立了消防安全工作领导小组，落实消防安全责任。</w:t>
      </w:r>
      <w:r>
        <w:rPr>
          <w:lang w:eastAsia="zh-CN"/>
        </w:rPr>
        <w:br/>
      </w:r>
      <w:r>
        <w:rPr>
          <w:lang w:eastAsia="zh-CN"/>
        </w:rPr>
        <w:t>　　二是为做好我局下属各单位的消防安全工作，在接收到县府办关于消防安全文件通知后，我们及时将该文件下发至下属各单位，要求他们按照文件要求，认真组织开展消防安全检查、整改工作，确保本单位所辖区域消防安全。</w:t>
      </w:r>
      <w:r>
        <w:rPr>
          <w:lang w:eastAsia="zh-CN"/>
        </w:rPr>
        <w:br/>
      </w:r>
      <w:r>
        <w:rPr>
          <w:lang w:eastAsia="zh-CN"/>
        </w:rPr>
        <w:t>　　三是切实做好本单位办公楼的消防安全管理工作，及时清理废纸等易燃物，严禁焚烧，坚决杜绝违章用火、用电等问题的发生，消除一切火灾隐患。四是认真检查本单位消防设施、器材保养情况，确保消防设施、器材完好有效。检查本单位所辖区域的安全出口，消防安全通道是否存在隐患。</w:t>
      </w:r>
      <w:r>
        <w:rPr>
          <w:lang w:eastAsia="zh-CN"/>
        </w:rPr>
        <w:br/>
      </w:r>
      <w:r>
        <w:rPr>
          <w:lang w:eastAsia="zh-CN"/>
        </w:rPr>
        <w:t>　　3滁州消防狠抓消防宣传“七进”工作总结</w:t>
      </w:r>
      <w:r>
        <w:rPr>
          <w:lang w:eastAsia="zh-CN"/>
        </w:rPr>
        <w:br/>
      </w:r>
      <w:r>
        <w:rPr>
          <w:lang w:eastAsia="zh-CN"/>
        </w:rPr>
        <w:t>　　为全力推动夏季消防检查宣传工作，进一步提高广大群众的消防安全意识和自防自救能力，滁州支队结合辖区实际，创新消防宣传思路、改进宣传模式、延伸宣传触角，通过广泛深入开展消防宣传“七进”工作，打造消夏季消防宣传“全覆盖”，有效提升全民消防安全素质和社会抵御火灾的能力。</w:t>
      </w:r>
      <w:r>
        <w:rPr>
          <w:lang w:eastAsia="zh-CN"/>
        </w:rPr>
        <w:br/>
      </w:r>
      <w:r>
        <w:rPr>
          <w:lang w:eastAsia="zh-CN"/>
        </w:rPr>
        <w:t>　　警钟长鸣，打造“平安型”企业。全部队督促辖区各企业把消防安全工作视为生产经营的“生命线”，以落实消防安全责任为核心，以提高自防自救能力为突破，建立健全消防安全管理工作机制，狠抓生产作为现场和消防设施、器材的规范化管理，对企业员工进行消防法律法规、火灾自救逃生、初起火灾扑救、如何报警等防火灭火常识的培训，全面提高员工防灾御灾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齐抓共管，打造“和谐型”校园。支队始终坚持“消防教育从娃娃抓起”的做法，以校园宣传为载体，充分利用“暑期消防夏令营”，主动邀请广大师生深入红门学习消防知识、体验部队生活；以开展消防常识专题讲座等形式，向学生宣传学校防火知识、逃生自救方法、“如何报警”等各类消防知识，筑牢校园消防安全。</w:t>
      </w:r>
      <w:r>
        <w:rPr>
          <w:lang w:eastAsia="zh-CN"/>
        </w:rPr>
        <w:br/>
      </w:r>
      <w:r>
        <w:rPr>
          <w:lang w:eastAsia="zh-CN"/>
        </w:rPr>
        <w:t>　　多方联动，打造“服务型”社区。针对当前部分社区消防工作组织不健全、认识教育薄弱、火灾隐患严重等现状指导制定社区消防工作职责、消防巡查制度等各项规章制度，建立由居委会、警务人员、物管人员和社区居民组成的联防自救机制。深入社区、居民楼进行消防宣传，发放各类消防宣传资料，并组织辖区居民进行消防灭火基本技能和逃生自救的演练，全面提升消防安全意识和防灭火及逃生自救能力。</w:t>
      </w:r>
      <w:r>
        <w:rPr>
          <w:lang w:eastAsia="zh-CN"/>
        </w:rPr>
        <w:br/>
      </w:r>
      <w:r>
        <w:rPr>
          <w:lang w:eastAsia="zh-CN"/>
        </w:rPr>
        <w:t>　　互帮互助，打造“互助型”家庭。支队把预防和控制家庭火灾作为消防宣传“七进”工作的一项重要工作来抓，以老人、妇女、儿童等弱势群体为重点，针对广大群众消防意识淡薄，家庭火灾呈上升趋势的实际和特点，在开展宣传活动中，着重倾向于家庭的消防安全宣传，提醒群众家庭用电、用火注意事项，从而达到以点带面、以一个孩子带动一个家庭、以一个家庭影响整个社会的宣传目的。教育引导，打造“知识型”农村。针对农村是各类火灾的高发区、易给村民造成较大经济损失的实际情况，通过发动乡镇专职消防员、消防志愿者，采取集中播放火灾案例、讲解农村防火要则、展示火灾案例展板等形式，使农村百姓进一步了解火灾的危险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同步教学，打造“法制型”机关。从强化提升各级政府机关干部消防安全意识入手，讲授如何加强消防安全管理，落实消防安全责任、增强消防安全意识的重要性和必要性。其次，重点讲授了机关单位安全用火用电常识，灭火器、消火栓使用方法等基本常识。</w:t>
      </w:r>
      <w:r>
        <w:rPr>
          <w:lang w:eastAsia="zh-CN"/>
        </w:rPr>
        <w:br/>
      </w:r>
      <w:r>
        <w:rPr>
          <w:lang w:eastAsia="zh-CN"/>
        </w:rPr>
        <w:t>　　创新构架，打造“趣味型”网站。借助网络影响力，充分利用“微信、微博”等平台，采用灵活形式，发布消防知识，逃生自救技能学习等实用信息，并及时曝光一些单位和个人忽视消防安全、导致重大火灾隐患的典型事例，以“微能量”不断提高群众安全意识，营造消防舆论氛围。</w:t>
      </w:r>
      <w:r>
        <w:rPr>
          <w:lang w:eastAsia="zh-CN"/>
        </w:rPr>
        <w:br/>
      </w:r>
      <w:r>
        <w:rPr>
          <w:lang w:eastAsia="zh-CN"/>
        </w:rPr>
        <w:t xml:space="preserve">    消防宣传进社区总结 篇7 </w:t>
      </w:r>
      <w:r>
        <w:rPr>
          <w:lang w:eastAsia="zh-CN"/>
        </w:rPr>
        <w:br/>
      </w:r>
      <w:r>
        <w:rPr>
          <w:lang w:eastAsia="zh-CN"/>
        </w:rPr>
        <w:t>　　哪里有危险，哪里就有消防员。他们用自己的专业拯救了无数人的生命。随着119消防宣传日的到来，__幼儿园这些可爱的小家伙在家委会的精心组织下，一起走进消防队，开展“安全关系你我他，防火靠大家”的亲子实践活动；培养孩子的安全意识，体验消防员叔叔工作的艰辛。</w:t>
      </w:r>
      <w:r>
        <w:rPr>
          <w:lang w:eastAsia="zh-CN"/>
        </w:rPr>
        <w:br/>
      </w:r>
      <w:r>
        <w:rPr>
          <w:lang w:eastAsia="zh-CN"/>
        </w:rPr>
        <w:t>　　最近，孩子们在父母和老师的陪同下一起走进了消防队。在消防评论员的带领下，孩子们首先参观了消防塔，了解到消防员通常在这里不断进行攀爬速度训练；在他们看来，速度就是生命。</w:t>
      </w:r>
      <w:r>
        <w:rPr>
          <w:lang w:eastAsia="zh-CN"/>
        </w:rPr>
        <w:br/>
      </w:r>
      <w:r>
        <w:rPr>
          <w:lang w:eastAsia="zh-CN"/>
        </w:rPr>
        <w:t>　　然后，孩子们看到了他们长期崇拜的消防车；了解消防车的`种类和用途，了解每种消防车都承担着独立的任务；他们还亲自上车参观，更不用说他们有多开心了！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然后，我们来到消防车库，看到了各种各样的消防设备。其中，消防员叔叔的衣服和帽子引起了孩子们的注意；用孩子们的话说：“消防员叔叔的衣服太重了！”评论员告诉我们：“消防员在执行任务时，除了穿上这些衣服和帽子外，还要携带几十斤救援工具。”。如果有火灾，他们会迅速前往事故现场，冲到火场一线，争分夺秒，挽救无数生命。此外，他们不仅承担消防工作，还参与抗洪救灾、安全消防检查等救援工作；听到这里，孩子和父母为我们的消防员竖起了大拇指！</w:t>
      </w:r>
      <w:r>
        <w:rPr>
          <w:lang w:eastAsia="zh-CN"/>
        </w:rPr>
        <w:br/>
      </w:r>
      <w:r>
        <w:rPr>
          <w:lang w:eastAsia="zh-CN"/>
        </w:rPr>
        <w:t>　　为了让孩子们进一步了解消防员工作的艰辛，我们还上演了一款“速度与激情”亲子模拟游戏，孩子们分享了自己的感受。</w:t>
      </w:r>
      <w:r>
        <w:rPr>
          <w:lang w:eastAsia="zh-CN"/>
        </w:rPr>
        <w:br/>
      </w:r>
      <w:r>
        <w:rPr>
          <w:lang w:eastAsia="zh-CN"/>
        </w:rPr>
        <w:t>　　活动结束后，老师和孩子们召开了防火安全教育班会，与孩子们交流了自救方法。</w:t>
      </w:r>
      <w:r>
        <w:rPr>
          <w:lang w:eastAsia="zh-CN"/>
        </w:rPr>
        <w:br/>
      </w:r>
      <w:r>
        <w:rPr>
          <w:lang w:eastAsia="zh-CN"/>
        </w:rPr>
        <w:t>　　消防安全不容忽视。消防实践活动的成功开展，让大家认识到消防安全的重要性。从我做起，从身边做起。 ，传递消防精神！</w:t>
      </w:r>
      <w:r>
        <w:rPr>
          <w:lang w:eastAsia="zh-CN"/>
        </w:rPr>
        <w:br/>
      </w:r>
      <w:r>
        <w:rPr>
          <w:lang w:eastAsia="zh-CN"/>
        </w:rPr>
        <w:t xml:space="preserve">    消防宣传进社区总结 篇8 </w:t>
      </w:r>
      <w:r>
        <w:rPr>
          <w:lang w:eastAsia="zh-CN"/>
        </w:rPr>
        <w:br/>
      </w:r>
      <w:r>
        <w:rPr>
          <w:lang w:eastAsia="zh-CN"/>
        </w:rPr>
        <w:t>　　11月7日上午，东方市隆重举行20__年119消防宣传周启动仪式在市山海湾小区内广场隆重举行。市政府办公室主任陈祥彪、市安监局卢杰局长、市公安局王文学副局长等莅临参加，全市各重点单位消防负责人、社区消防宣传大使、消防志愿者及社区群众代表共计300人参加此次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仪式上，东方消防支队支队长辜振宁对119消防宣传周期间的各项主要活动进行了重点介绍，梅幸福参谋长宣读了《关于聘请陈静等8名同志为社区消防宣传大使的通知》。随后由市政府办公室主任陈祥彪作重要讲话。陈主任要求各部门、各单位要一如既往的重视消防工作，紧紧围绕消除火灾隐患、共建平安社区这一主题，争做消防安全工作的践行者和传播者，社会各界和广大群众要积极参与，形成人人参与、社会共同预防的社区消防新秩序。</w:t>
      </w:r>
      <w:r>
        <w:rPr>
          <w:lang w:eastAsia="zh-CN"/>
        </w:rPr>
        <w:br/>
      </w:r>
      <w:r>
        <w:rPr>
          <w:lang w:eastAsia="zh-CN"/>
        </w:rPr>
        <w:t>　　活动现场设置了火灾扑救体验区、器材展示区、消防微型消防站比武竞赛区、宣传咨询区、有奖问答区等一系列项目开展。在消防咨询台前，消防官兵和消防文员们一边忙着向群众免费发放消防宣传资料和各类手提袋、消防宣传手册，一面忙着解答群众提出的消防疑难问题。</w:t>
      </w:r>
      <w:r>
        <w:rPr>
          <w:lang w:eastAsia="zh-CN"/>
        </w:rPr>
        <w:br/>
      </w:r>
      <w:r>
        <w:rPr>
          <w:lang w:eastAsia="zh-CN"/>
        </w:rPr>
        <w:t>　　在有奖问答环节中，现场观众积极踊跃参加，对回答正确的群众进行了奖励。咨询台消防宣传手册吸引了不少行人的眼球，行人们纷纷驻足观看，并主动上前咨询消防安全常识和自救本领。</w:t>
      </w:r>
      <w:r>
        <w:rPr>
          <w:lang w:eastAsia="zh-CN"/>
        </w:rPr>
        <w:br/>
      </w:r>
      <w:r>
        <w:rPr>
          <w:lang w:eastAsia="zh-CN"/>
        </w:rPr>
        <w:t>　　在消防微型消防站比武竞赛环节中，组织社区微型消防站队伍及重点单位微型消防站队伍共组成9个队伍进行比赛，有铺设水袋、负重跑、扑灭油桶和疏散救援等多个环节，参数人员非常积极，现场观赛人员非常活跃，这次比武竞赛增添了许多色彩。</w:t>
      </w:r>
      <w:r>
        <w:rPr>
          <w:lang w:eastAsia="zh-CN"/>
        </w:rPr>
        <w:br/>
      </w:r>
      <w:r>
        <w:rPr>
          <w:lang w:eastAsia="zh-CN"/>
        </w:rPr>
        <w:t>　　在火灾扑救体验环节中，消防宣传人员采用通俗易懂的语言向社区群众详细讲解了灭火器的使用方法。随后由官兵点燃事先准备好的煤气罐，亲身示范如何采用灭火器处置初期火灾，现场手把手教群众如何灭火。居民踊跃报名参扑灭煤气罐初起火处进行灭火，通过此环节让居民可以参与到实际的操作中，掌握基本的防火防灾技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当天活动现场，共发放各类宣传资料20__多份，展出消防宣传板报20多块，展示消防器材60多件。同时，还组织社区8名消防宣传大使、50多名消防志愿者现场走访小区住户发放消防宣传资料。</w:t>
      </w:r>
      <w:r>
        <w:rPr>
          <w:lang w:eastAsia="zh-CN"/>
        </w:rPr>
        <w:br/>
      </w:r>
      <w:r>
        <w:rPr>
          <w:lang w:eastAsia="zh-CN"/>
        </w:rPr>
        <w:t>　　通过此次活动的开展，为119消防宣传周系列活动的全面开展营造了声势，最大限度的扩大了宣传影响面，为创造和谐、稳定、平安的消防环境打下了坚实基础。</w:t>
      </w:r>
      <w:r>
        <w:rPr>
          <w:lang w:eastAsia="zh-CN"/>
        </w:rPr>
        <w:br/>
      </w:r>
      <w:r>
        <w:rPr>
          <w:lang w:eastAsia="zh-CN"/>
        </w:rPr>
        <w:t xml:space="preserve">    消防宣传进社区总结 篇9 </w:t>
      </w:r>
      <w:r>
        <w:rPr>
          <w:lang w:eastAsia="zh-CN"/>
        </w:rPr>
        <w:br/>
      </w:r>
      <w:r>
        <w:rPr>
          <w:lang w:eastAsia="zh-CN"/>
        </w:rPr>
        <w:t>　　为深入贯彻落实福建省教育厅《关于在“119消防日”期间认真组织开展“平安消防”主题宣传教育活动的通知》，进一步加强学校消防安全工作，普及消防安全知识，增强师生消防安全意识，提高学校抵御火灾能力和师生自防自救能力，我校以第21个全国“119消防日”为契机，认真组织全校师生广泛深入开展“平安消防”为主题的消防安全宣传教育活动。</w:t>
      </w:r>
      <w:r>
        <w:rPr>
          <w:lang w:eastAsia="zh-CN"/>
        </w:rPr>
        <w:br/>
      </w:r>
      <w:r>
        <w:rPr>
          <w:lang w:eastAsia="zh-CN"/>
        </w:rPr>
        <w:t>　　一、成立活动领导小组</w:t>
      </w:r>
      <w:r>
        <w:rPr>
          <w:lang w:eastAsia="zh-CN"/>
        </w:rPr>
        <w:br/>
      </w:r>
      <w:r>
        <w:rPr>
          <w:lang w:eastAsia="zh-CN"/>
        </w:rPr>
        <w:t>　　为进一步提高广大师生的消防安全意识，增强师生防范意识，预防火灾事故的发生。学校成立了“119消防宣传日”活动领导小组。</w:t>
      </w:r>
      <w:r>
        <w:rPr>
          <w:lang w:eastAsia="zh-CN"/>
        </w:rPr>
        <w:br/>
      </w:r>
      <w:r>
        <w:rPr>
          <w:lang w:eastAsia="zh-CN"/>
        </w:rPr>
        <w:t>　　主任：</w:t>
      </w:r>
      <w:r>
        <w:rPr>
          <w:lang w:eastAsia="zh-CN"/>
        </w:rPr>
        <w:br/>
      </w:r>
      <w:r>
        <w:rPr>
          <w:lang w:eastAsia="zh-CN"/>
        </w:rPr>
        <w:t>　　副主任：</w:t>
      </w:r>
      <w:r>
        <w:rPr>
          <w:lang w:eastAsia="zh-CN"/>
        </w:rPr>
        <w:br/>
      </w:r>
      <w:r>
        <w:rPr>
          <w:lang w:eastAsia="zh-CN"/>
        </w:rPr>
        <w:t>　　成员：</w:t>
      </w:r>
      <w:r>
        <w:rPr>
          <w:lang w:eastAsia="zh-CN"/>
        </w:rPr>
        <w:br/>
      </w:r>
      <w:r>
        <w:rPr>
          <w:lang w:eastAsia="zh-CN"/>
        </w:rPr>
        <w:t>　　二、健全有关制度，进一步明确责任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1、以“11.9”消防日宣传活动为契机，建立健全消防教育、消防设施等消防管理制度，并制定了学校安全工作预案，使学校消防安全管理工作得以保证，促进了学校消防安全向规范化迈进。</w:t>
      </w:r>
      <w:r>
        <w:rPr>
          <w:lang w:eastAsia="zh-CN"/>
        </w:rPr>
        <w:br/>
      </w:r>
      <w:r>
        <w:rPr>
          <w:lang w:eastAsia="zh-CN"/>
        </w:rPr>
        <w:t>　　2、进一步建立健全逐级岗位消防安全责任制。实行“谁主管，谁负责”各层管理连带责任制。逐层追究，进一步明确责任。</w:t>
      </w:r>
      <w:r>
        <w:rPr>
          <w:lang w:eastAsia="zh-CN"/>
        </w:rPr>
        <w:br/>
      </w:r>
      <w:r>
        <w:rPr>
          <w:lang w:eastAsia="zh-CN"/>
        </w:rPr>
        <w:t>　　三、认真开展消防安全“十个一”活动</w:t>
      </w:r>
      <w:r>
        <w:rPr>
          <w:lang w:eastAsia="zh-CN"/>
        </w:rPr>
        <w:br/>
      </w:r>
      <w:r>
        <w:rPr>
          <w:lang w:eastAsia="zh-CN"/>
        </w:rPr>
        <w:t>　　学校认真落实福建省教育厅《关于在“119消防日”期间认真组织开展“平安消防”主题宣传教育活动的通知》的文件精神，并结合我校特点，积极组织开展消防安全工作“十个一”宣传教育活动：</w:t>
      </w:r>
      <w:r>
        <w:rPr>
          <w:lang w:eastAsia="zh-CN"/>
        </w:rPr>
        <w:br/>
      </w:r>
      <w:r>
        <w:rPr>
          <w:lang w:eastAsia="zh-CN"/>
        </w:rPr>
        <w:t>　　1、一堂消防安全主题教育课：各班班主任在宣传教育活动开展期间开设一节消防安全的主题教育课，向学生普及消防安全知识常识，提高学生的消防安全意识及自救能力。</w:t>
      </w:r>
      <w:r>
        <w:rPr>
          <w:lang w:eastAsia="zh-CN"/>
        </w:rPr>
        <w:br/>
      </w:r>
      <w:r>
        <w:rPr>
          <w:lang w:eastAsia="zh-CN"/>
        </w:rPr>
        <w:t>　　2、一节消防主题班会：20__年11月9日下午第三节各班召开消防安全主题班会，通过形式多样的活动帮助学生掌握防火安全知识，增强学生的防火安全防范意识，提高学生的自护自救能力，减少火灾难事故的发生。</w:t>
      </w:r>
      <w:r>
        <w:rPr>
          <w:lang w:eastAsia="zh-CN"/>
        </w:rPr>
        <w:br/>
      </w:r>
      <w:r>
        <w:rPr>
          <w:lang w:eastAsia="zh-CN"/>
        </w:rPr>
        <w:t>　　3、一条消防安全宣传横幅：在校园西教学楼显眼位置悬挂消防安全宣传横幅“消防连万家平安你我他”，提醒全体师生及家长，增强安全意识，远离安全事故。</w:t>
      </w:r>
      <w:r>
        <w:rPr>
          <w:lang w:eastAsia="zh-CN"/>
        </w:rPr>
        <w:br/>
      </w:r>
      <w:r>
        <w:rPr>
          <w:lang w:eastAsia="zh-CN"/>
        </w:rPr>
        <w:t>　　4、一期消防主题黑板报：各班充分利用黑板报宣传阵地，对安全教育的有关知识进行宣传，进一步巩固了学习成果。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5、一篇家庭消防安全作业：动员家委会积极参与消防安全教育宣传，部署家长和学生共同完成家庭消防安全作业，通过家委会和学生带动家人学习消防安全知识，关注消防安全，保障措施，达落实到教育一个学生、影响一个家庭、辐射整个社会，预防和减少安全事故发生的目的。</w:t>
      </w:r>
      <w:r>
        <w:rPr>
          <w:lang w:eastAsia="zh-CN"/>
        </w:rPr>
        <w:br/>
      </w:r>
      <w:r>
        <w:rPr>
          <w:lang w:eastAsia="zh-CN"/>
        </w:rPr>
        <w:t>　　6.一次实地参观消防救生演练：学校邀请泉州武警消防支队特勤一中队到校向学生开展专题讲座，并演示灭火器材的使用，组织学生参加实地救火演习、体验惊险高空逃生演练等。亲身的体会极大地激发了学生们的学习兴趣，进一步提高全体学生的防火逃生和应急反应能力。</w:t>
      </w:r>
      <w:r>
        <w:rPr>
          <w:lang w:eastAsia="zh-CN"/>
        </w:rPr>
        <w:br/>
      </w:r>
      <w:r>
        <w:rPr>
          <w:lang w:eastAsia="zh-CN"/>
        </w:rPr>
        <w:t>　　7、一次逃生疏散演练：学校自20__年起在新生入学训练期间对初一新生开展消防安全逃生疏散训练，并坚持每学年进行两次全校师生的消防逃生疏散演习。通过演练使全校师生进一步掌握了在发生火灾等紧急情况下如何积极应对有效自救的安全知识，增强了全体师生的安全防范意识，提高了中学生面对突发自然灾害的防护和自救能力。</w:t>
      </w:r>
      <w:r>
        <w:rPr>
          <w:lang w:eastAsia="zh-CN"/>
        </w:rPr>
        <w:br/>
      </w:r>
      <w:r>
        <w:rPr>
          <w:lang w:eastAsia="zh-CN"/>
        </w:rPr>
        <w:t>　　8、一次宣传消防安全教育的国旗下讲话：11月14日初二（2）_同学以“消防安全，从我做起”的主题讲话，向广大教职员工及学生宣传消防安全知识及增强消防安全意识。</w:t>
      </w:r>
      <w:r>
        <w:rPr>
          <w:lang w:eastAsia="zh-CN"/>
        </w:rPr>
        <w:br/>
      </w:r>
      <w:r>
        <w:rPr>
          <w:lang w:eastAsia="zh-CN"/>
        </w:rPr>
        <w:t>　　9、一期宣传消防安全的校园广播专题：校园广播“学习论坛”栏目开展一次消防安全学习的专题播音，以学生喜闻乐见的方式开展消防安全教育活动。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10、一场消防安全自查活动：通过宣传，全校在各部门的协作下，对校园、办公室、教室、电脑室等进行了安全隐患和消防安全设施的检查，对全校所有干粉灭火器进行一次干粉的充实和调换，保证了正常使用。并将发现的问题及时反馈和解决。</w:t>
      </w:r>
      <w:r>
        <w:rPr>
          <w:lang w:eastAsia="zh-CN"/>
        </w:rPr>
        <w:br/>
      </w:r>
      <w:r>
        <w:rPr>
          <w:lang w:eastAsia="zh-CN"/>
        </w:rPr>
        <w:t>　　通过以上活动，进一步增强了学生和教职工的消防安全意识和消防法制观念，提高校园抗御火灾的能力，有效遏制重特大火灾事故的发生，为创建平安学校，构建和谐校园，营造浓厚的消防安全氛围作出贡献。</w:t>
      </w:r>
      <w:r>
        <w:rPr>
          <w:lang w:eastAsia="zh-CN"/>
        </w:rPr>
        <w:br/>
      </w:r>
      <w:r>
        <w:rPr>
          <w:lang w:eastAsia="zh-CN"/>
        </w:rPr>
        <w:t xml:space="preserve">    消防宣传进社区总结 篇10 </w:t>
      </w:r>
      <w:r>
        <w:rPr>
          <w:lang w:eastAsia="zh-CN"/>
        </w:rPr>
        <w:br/>
      </w:r>
      <w:r>
        <w:rPr>
          <w:lang w:eastAsia="zh-CN"/>
        </w:rPr>
        <w:t>　　为搞好今年的119消防宣传活动，进一步巩固提高师生消防安全意识和抗御火灾的整体能力，推进和谐社会的发展，根据《获嘉县教体局“119”消防宣传周活动通知》，特制定20__年119消防宣传周活动方案如下：</w:t>
      </w:r>
      <w:r>
        <w:rPr>
          <w:lang w:eastAsia="zh-CN"/>
        </w:rPr>
        <w:br/>
      </w:r>
      <w:r>
        <w:rPr>
          <w:lang w:eastAsia="zh-CN"/>
        </w:rPr>
        <w:t>　　一、活动时间</w:t>
      </w:r>
      <w:r>
        <w:rPr>
          <w:lang w:eastAsia="zh-CN"/>
        </w:rPr>
        <w:br/>
      </w:r>
      <w:r>
        <w:rPr>
          <w:lang w:eastAsia="zh-CN"/>
        </w:rPr>
        <w:t>　　此次“119”消防日宣传活动时间为一周，自11月9日开始至11月15日结束，紧紧围绕“全民消防、生命至上”的活动主题，集中开展各种活动，以产生广泛社会影响。</w:t>
      </w:r>
      <w:r>
        <w:rPr>
          <w:lang w:eastAsia="zh-CN"/>
        </w:rPr>
        <w:br/>
      </w:r>
      <w:r>
        <w:rPr>
          <w:lang w:eastAsia="zh-CN"/>
        </w:rPr>
        <w:t>　　二、活动内容</w:t>
      </w:r>
      <w:r>
        <w:rPr>
          <w:lang w:eastAsia="zh-CN"/>
        </w:rPr>
        <w:br/>
      </w:r>
      <w:r>
        <w:rPr>
          <w:lang w:eastAsia="zh-CN"/>
        </w:rPr>
        <w:t>　　1、落实消防器材，开展安全隐患排查。学校要对微机室、实验室、会议室等重要场所的灭火设备、疏散指示标志等进行一次全面检查维修，及时消除隐患。学校要指派专人对全校线路进行一次全面检修，防止火灾发生。学校要加强对易燃品、易燃源的管理。要制定管理制度，指派专人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学习消防常识，开展“五个一”活动。学校要结合实际，采用多种形式广泛开展消防安全教育。宣传周期间，学校要集中时间开展“进行一次国旗下的讲话，进行一堂消防安全教育课，举办一次消防黑板报，开展一次消防应急疏散演练，向家长发一条消防安全知识短信”的五个一活动，确保每个学生及学生家庭受到消防教育。同时，加强对学生进行防煤气中毒和交通安全教育。</w:t>
      </w:r>
      <w:r>
        <w:rPr>
          <w:lang w:eastAsia="zh-CN"/>
        </w:rPr>
        <w:br/>
      </w:r>
      <w:r>
        <w:rPr>
          <w:lang w:eastAsia="zh-CN"/>
        </w:rPr>
        <w:t>　　3、开展清剿身边火灾隐患活动。学校要行动起来，组织学生及学生家长关注、参与消防安全工作，举报火灾隐患。</w:t>
      </w:r>
      <w:r>
        <w:rPr>
          <w:lang w:eastAsia="zh-CN"/>
        </w:rPr>
        <w:br/>
      </w:r>
      <w:r>
        <w:rPr>
          <w:lang w:eastAsia="zh-CN"/>
        </w:rPr>
        <w:t>　　三、具体要求</w:t>
      </w:r>
      <w:r>
        <w:rPr>
          <w:lang w:eastAsia="zh-CN"/>
        </w:rPr>
        <w:br/>
      </w:r>
      <w:r>
        <w:rPr>
          <w:lang w:eastAsia="zh-CN"/>
        </w:rPr>
        <w:t>　　1、加强领导，精心组织。学校要切实提高对做好此项工作的重要性的认识，加强对此项活动的领导，成立领导小组，组织精干力量，认真搞好这次活动。</w:t>
      </w:r>
      <w:r>
        <w:rPr>
          <w:lang w:eastAsia="zh-CN"/>
        </w:rPr>
        <w:br/>
      </w:r>
      <w:r>
        <w:rPr>
          <w:lang w:eastAsia="zh-CN"/>
        </w:rPr>
        <w:t>　　2、周密部署，抓好落实。要根据实际情况，抽专人负责，确定内容，明确责任，确保活动顺利开展。</w:t>
      </w:r>
      <w:r>
        <w:rPr>
          <w:lang w:eastAsia="zh-CN"/>
        </w:rPr>
        <w:br/>
      </w:r>
      <w:r>
        <w:rPr>
          <w:lang w:eastAsia="zh-CN"/>
        </w:rPr>
        <w:t>　　3、认真总结，及时上报。要在活动结束时认真搞好总结，并于11月18日前将活动总结报送教体局平安建设办公室，同时报送有关活动照片等相关资料。</w:t>
      </w:r>
      <w:r>
        <w:rPr>
          <w:lang w:eastAsia="zh-CN"/>
        </w:rPr>
        <w:br/>
      </w:r>
      <w:r>
        <w:rPr>
          <w:lang w:eastAsia="zh-CN"/>
        </w:rPr>
        <w:t xml:space="preserve">    消防宣传进社区总结 篇11 </w:t>
      </w:r>
      <w:r>
        <w:rPr>
          <w:lang w:eastAsia="zh-CN"/>
        </w:rPr>
        <w:br/>
      </w:r>
      <w:r>
        <w:rPr>
          <w:lang w:eastAsia="zh-CN"/>
        </w:rPr>
        <w:t>　　11月5日至9日，公司按照上级的要求和相关文件的精神，结合公司实际，开展了以“提高四个能力建设”为主题的“119消防日”活动，现将工作开展情况总结如下：</w:t>
      </w:r>
      <w:r>
        <w:rPr>
          <w:lang w:eastAsia="zh-CN"/>
        </w:rPr>
        <w:br/>
      </w:r>
      <w:r>
        <w:rPr>
          <w:lang w:eastAsia="zh-CN"/>
        </w:rPr>
        <w:t>　　一、指导思想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公司以以预防和遏制重特大火灾事故为目标，通过开展丰富多彩的消防宣传教育活动，切实提高公司职工群众消防意识，增强消防素质，提高抗御火灾的整体能力，为构建社会主义和谐社会创造良好的消防安全环境。</w:t>
      </w:r>
      <w:r>
        <w:rPr>
          <w:lang w:eastAsia="zh-CN"/>
        </w:rPr>
        <w:br/>
      </w:r>
      <w:r>
        <w:rPr>
          <w:lang w:eastAsia="zh-CN"/>
        </w:rPr>
        <w:t>　　二、加强领导，明确工作职责</w:t>
      </w:r>
      <w:r>
        <w:rPr>
          <w:lang w:eastAsia="zh-CN"/>
        </w:rPr>
        <w:br/>
      </w:r>
      <w:r>
        <w:rPr>
          <w:lang w:eastAsia="zh-CN"/>
        </w:rPr>
        <w:t>　　领导重视，组织有力是开展好消防宣传工作的根本保障。公司为确保今年“119消防日”活动开展的扎实有效，按通知要求，成立了以总经理余建为组长，综治办主任刘长水为副组长，机关各部门负责人，各单位负责人为成员的“119”消防日活动领导小组。</w:t>
      </w:r>
      <w:r>
        <w:rPr>
          <w:lang w:eastAsia="zh-CN"/>
        </w:rPr>
        <w:br/>
      </w:r>
      <w:r>
        <w:rPr>
          <w:lang w:eastAsia="zh-CN"/>
        </w:rPr>
        <w:t>　　三、活动实施内容</w:t>
      </w:r>
      <w:r>
        <w:rPr>
          <w:lang w:eastAsia="zh-CN"/>
        </w:rPr>
        <w:br/>
      </w:r>
      <w:r>
        <w:rPr>
          <w:lang w:eastAsia="zh-CN"/>
        </w:rPr>
        <w:t>　　（一）11月5日，组织各单位悬挂宣传标语、板报、粘贴图片等形式重点宣传“两规定三提示”、“四个能力建设”内容，广泛开展消防宣传教育活动，积极营造良好的宣传氛围。活动期间共出板报4块，横幅3条，贴图片20__多张。</w:t>
      </w:r>
      <w:r>
        <w:rPr>
          <w:lang w:eastAsia="zh-CN"/>
        </w:rPr>
        <w:br/>
      </w:r>
      <w:r>
        <w:rPr>
          <w:lang w:eastAsia="zh-CN"/>
        </w:rPr>
        <w:t>　　（二）11月6日至7日，开展了消防安全大检查：</w:t>
      </w:r>
      <w:r>
        <w:rPr>
          <w:lang w:eastAsia="zh-CN"/>
        </w:rPr>
        <w:br/>
      </w:r>
      <w:r>
        <w:rPr>
          <w:lang w:eastAsia="zh-CN"/>
        </w:rPr>
        <w:t>　　1、薪薪网吧南面出口处安全出口灯坏。</w:t>
      </w:r>
      <w:r>
        <w:rPr>
          <w:lang w:eastAsia="zh-CN"/>
        </w:rPr>
        <w:br/>
      </w:r>
      <w:r>
        <w:rPr>
          <w:lang w:eastAsia="zh-CN"/>
        </w:rPr>
        <w:t>　　2、薪薪网吧东侧消火栓无水袋、水枪。</w:t>
      </w:r>
      <w:r>
        <w:rPr>
          <w:lang w:eastAsia="zh-CN"/>
        </w:rPr>
        <w:br/>
      </w:r>
      <w:r>
        <w:rPr>
          <w:lang w:eastAsia="zh-CN"/>
        </w:rPr>
        <w:t>　　3、湘鹅庄南面疏散通道卷帘门营业期间锁闭。通过检查，增强了公司职工安全防范意识和各项安全防范措施，进一步消除了公司内部各种设施的安全隐患，确保公司职工群众生命安全。</w:t>
      </w:r>
      <w:r>
        <w:rPr>
          <w:lang w:eastAsia="zh-CN"/>
        </w:rPr>
        <w:br/>
      </w:r>
      <w:r>
        <w:rPr>
          <w:lang w:eastAsia="zh-CN"/>
        </w:rPr>
        <w:t>　　（三）11月8日至9日，各单位自己组织消防培训，进一步普及消防知识、提高消防安全认识、增强防火安全意识。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本次“119消防日”活动取得了很好的效果，公司职工群众的消防安全意识大大提高，同时获得了有效地消防安全知识自我教育，自我管理，自我防护的意识和能力。</w:t>
      </w:r>
      <w:r>
        <w:rPr>
          <w:lang w:eastAsia="zh-CN"/>
        </w:rPr>
        <w:br/>
      </w:r>
      <w:r>
        <w:rPr>
          <w:lang w:eastAsia="zh-CN"/>
        </w:rPr>
        <w:t xml:space="preserve">    消防宣传进社区总结 篇12 </w:t>
      </w:r>
      <w:r>
        <w:rPr>
          <w:lang w:eastAsia="zh-CN"/>
        </w:rPr>
        <w:br/>
      </w:r>
      <w:r>
        <w:rPr>
          <w:lang w:eastAsia="zh-CN"/>
        </w:rPr>
        <w:t>　　11月9日是全国消防宣传日，我校认真组织开展了“11.9”消防宣传周活动，现将具体活动情况总结如下：</w:t>
      </w:r>
      <w:r>
        <w:rPr>
          <w:lang w:eastAsia="zh-CN"/>
        </w:rPr>
        <w:br/>
      </w:r>
      <w:r>
        <w:rPr>
          <w:lang w:eastAsia="zh-CN"/>
        </w:rPr>
        <w:t>　　1、开展一次消防安全大检查</w:t>
      </w:r>
      <w:r>
        <w:rPr>
          <w:lang w:eastAsia="zh-CN"/>
        </w:rPr>
        <w:br/>
      </w:r>
      <w:r>
        <w:rPr>
          <w:lang w:eastAsia="zh-CN"/>
        </w:rPr>
        <w:t>　　在11月5日，学校深入细致地开展了一次消防安全大检查，发现隐患，马上整改；进一步完善了学校安全工作体系，不断加强学校安全防范意识和各项安全防范措施，进一步消除学校内部各种设施的安全隐患，确保广大师生的生命安全。</w:t>
      </w:r>
      <w:r>
        <w:rPr>
          <w:lang w:eastAsia="zh-CN"/>
        </w:rPr>
        <w:br/>
      </w:r>
      <w:r>
        <w:rPr>
          <w:lang w:eastAsia="zh-CN"/>
        </w:rPr>
        <w:t>　　2、上一堂消防安全知识课</w:t>
      </w:r>
      <w:r>
        <w:rPr>
          <w:lang w:eastAsia="zh-CN"/>
        </w:rPr>
        <w:br/>
      </w:r>
      <w:r>
        <w:rPr>
          <w:lang w:eastAsia="zh-CN"/>
        </w:rPr>
        <w:t>　　在“119”消防宣传活动期间，为提高消防安全意识，我校全面动员、全员参与普及消防安全知识。在星期一升旗仪式上对全体师生进行消防安全知识教育，积极营造浓厚的学校消防知识宣传教育氛围。</w:t>
      </w:r>
      <w:r>
        <w:rPr>
          <w:lang w:eastAsia="zh-CN"/>
        </w:rPr>
        <w:br/>
      </w:r>
      <w:r>
        <w:rPr>
          <w:lang w:eastAsia="zh-CN"/>
        </w:rPr>
        <w:t>　　3、更新学校led内容及布置宣传板报，把有关“消防”的宣传知识标识到宣传报上，及时让广大师生了解火灾的危害，懂得怎样去预防。</w:t>
      </w:r>
      <w:r>
        <w:rPr>
          <w:lang w:eastAsia="zh-CN"/>
        </w:rPr>
        <w:br/>
      </w:r>
      <w:r>
        <w:rPr>
          <w:lang w:eastAsia="zh-CN"/>
        </w:rPr>
        <w:t>　　4、利用学校的黑板报、红领巾广播(11月9日消防专题)等方式对全体师生开展消防知识宣传教育工作。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5、每班利用班队会开展“消防知识”主题队会。在课上讲述了在各种场合如何预防火灾(如家里、学校、公共场所等)，遇到火灾怎样报警；遇到轻微火灾怎样处理；遇到严重火灾怎样逃生等。</w:t>
      </w:r>
      <w:r>
        <w:rPr>
          <w:lang w:eastAsia="zh-CN"/>
        </w:rPr>
        <w:br/>
      </w:r>
      <w:r>
        <w:rPr>
          <w:lang w:eastAsia="zh-CN"/>
        </w:rPr>
        <w:t>　　6、加强对消防器具的管理和保养。我们并不因为这些器具平时闲置无用就放弃管理,而是注重保养保证随时可以应急使用,对学校重要部位消防器材的进行了保障。</w:t>
      </w:r>
      <w:r>
        <w:rPr>
          <w:lang w:eastAsia="zh-CN"/>
        </w:rPr>
        <w:br/>
      </w:r>
      <w:r>
        <w:rPr>
          <w:lang w:eastAsia="zh-CN"/>
        </w:rPr>
        <w:t>　　7、加强对寄宿生用电安全的检查。每天检查,及时公布,如有违纪,立即收缴有关电器。屡教不改者,劝其退宿。执行情况良好,未有事故发生。</w:t>
      </w:r>
      <w:r>
        <w:rPr>
          <w:lang w:eastAsia="zh-CN"/>
        </w:rPr>
        <w:br/>
      </w:r>
      <w:r>
        <w:rPr>
          <w:lang w:eastAsia="zh-CN"/>
        </w:rPr>
        <w:t>　　我们在实际工作中不断总结经验教训,不断改进和完善工作方法,提高安全防范能力,将事故隐患减少到最低指数,可能的提供安全保障,确保学校发展不受影响。</w:t>
      </w:r>
      <w:r>
        <w:rPr>
          <w:lang w:eastAsia="zh-CN"/>
        </w:rPr>
        <w:br/>
      </w:r>
      <w:r>
        <w:rPr>
          <w:lang w:eastAsia="zh-CN"/>
        </w:rPr>
        <w:t xml:space="preserve">    消防宣传进社区总结 篇13 </w:t>
      </w:r>
      <w:r>
        <w:rPr>
          <w:lang w:eastAsia="zh-CN"/>
        </w:rPr>
        <w:br/>
      </w:r>
      <w:r>
        <w:rPr>
          <w:lang w:eastAsia="zh-CN"/>
        </w:rPr>
        <w:t>　　__社区居委会根据上级的要求，在__办事处综治办的指导下，较好地完成了这次消防安全宣传活动，现对这次活动取得的效果进行总结。</w:t>
      </w:r>
      <w:r>
        <w:rPr>
          <w:lang w:eastAsia="zh-CN"/>
        </w:rPr>
        <w:br/>
      </w:r>
      <w:r>
        <w:rPr>
          <w:lang w:eastAsia="zh-CN"/>
        </w:rPr>
        <w:t>　　一、成立社区社会治安综合治理领导机构</w:t>
      </w:r>
      <w:r>
        <w:rPr>
          <w:lang w:eastAsia="zh-CN"/>
        </w:rPr>
        <w:br/>
      </w:r>
      <w:r>
        <w:rPr>
          <w:lang w:eastAsia="zh-CN"/>
        </w:rPr>
        <w:t>　　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r>
        <w:rPr>
          <w:lang w:eastAsia="zh-CN"/>
        </w:rPr>
        <w:br/>
      </w:r>
      <w:r>
        <w:rPr>
          <w:lang w:eastAsia="zh-CN"/>
        </w:rPr>
        <w:t>　　二、宣传活动工作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组织社区义务法制志愿者队伍，在开展好社区消防安全生产宣传的同时，注重宣传与图片展相结合。展出内容涉及到图片展览、消防演练、安全生产、交通安全法规讲座。</w:t>
      </w:r>
      <w:r>
        <w:rPr>
          <w:lang w:eastAsia="zh-CN"/>
        </w:rPr>
        <w:br/>
      </w:r>
      <w:r>
        <w:rPr>
          <w:lang w:eastAsia="zh-CN"/>
        </w:rPr>
        <w:t>　　三、安全生产、消防工作</w:t>
      </w:r>
      <w:r>
        <w:rPr>
          <w:lang w:eastAsia="zh-CN"/>
        </w:rPr>
        <w:br/>
      </w:r>
      <w:r>
        <w:rPr>
          <w:lang w:eastAsia="zh-CN"/>
        </w:rPr>
        <w:t>　　随着社区建设的发展，各项工作逐步到社区。社区的消防工作，安全生产工作更加重要。特别是消防安全工作是一项长期而艰巨的任务，结合社区的地理环境、特点，制定了长期有效的防范措施。如和驻区公共单位的院坝，门卫签订安全责任书，层层抓落实，在辖区开展安全生产，消防安全工作检查__次，累计检查单位、商铺__余家，与社区公共单位签订了份综合治理工作责任书，与家重点防火单位鉴订了单位火灾隐患自查整改承诺书。组织大型的安全生产，消防检查_次，参加消防演练运动会_次，并且组队参加演练。</w:t>
      </w:r>
      <w:r>
        <w:rPr>
          <w:lang w:eastAsia="zh-CN"/>
        </w:rPr>
        <w:br/>
      </w:r>
      <w:r>
        <w:rPr>
          <w:lang w:eastAsia="zh-CN"/>
        </w:rPr>
        <w:t>　　四、统一思想，提高认识</w:t>
      </w:r>
      <w:r>
        <w:rPr>
          <w:lang w:eastAsia="zh-CN"/>
        </w:rPr>
        <w:br/>
      </w:r>
      <w:r>
        <w:rPr>
          <w:lang w:eastAsia="zh-CN"/>
        </w:rPr>
        <w:t>　　社会治安综合治理工作，是一项长期而艰巨的任务，我们将一如继往的做好今后的工作，把工作做实，落实到位，消除隐患，维护辖区的安全，尽职尽责的为社区居民服务。</w:t>
      </w:r>
      <w:r>
        <w:rPr>
          <w:lang w:eastAsia="zh-CN"/>
        </w:rPr>
        <w:br/>
      </w:r>
      <w:r>
        <w:rPr>
          <w:lang w:eastAsia="zh-CN"/>
        </w:rPr>
        <w:t>　　消防宣传工作总结8</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为加强学校学生管理，保证师生安全，共建和谐校园，做好当前学校安全管理工作，根据市、区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宣传月活动总结如下：</w:t>
      </w:r>
      <w:r>
        <w:rPr>
          <w:lang w:eastAsia="zh-CN"/>
        </w:rPr>
        <w:br/>
      </w:r>
      <w:r>
        <w:rPr>
          <w:lang w:eastAsia="zh-CN"/>
        </w:rPr>
        <w:t>　　一、加强领导，精心组织</w:t>
      </w:r>
      <w:r>
        <w:rPr>
          <w:lang w:eastAsia="zh-CN"/>
        </w:rPr>
        <w:br/>
      </w:r>
      <w:r>
        <w:rPr>
          <w:lang w:eastAsia="zh-CN"/>
        </w:rPr>
        <w:t>　　学校成立了以校长为组长、四位副校长为副组长、各处室主任和班主任为成员的“消防安全月”活动领导小组，加强对活动的领导，政教处联合总务处制定活动方案，明确工作职责，认真组织实施，确保活动顺利开展。</w:t>
      </w:r>
      <w:r>
        <w:rPr>
          <w:lang w:eastAsia="zh-CN"/>
        </w:rPr>
        <w:br/>
      </w:r>
      <w:r>
        <w:rPr>
          <w:lang w:eastAsia="zh-CN"/>
        </w:rPr>
        <w:t>　　二、落实责任，确保实效</w:t>
      </w:r>
      <w:r>
        <w:rPr>
          <w:lang w:eastAsia="zh-CN"/>
        </w:rPr>
        <w:br/>
      </w:r>
      <w:r>
        <w:rPr>
          <w:lang w:eastAsia="zh-CN"/>
        </w:rPr>
        <w:t>　　根据制定的活动方案，落实到各处室、各班级的责任人。</w:t>
      </w:r>
      <w:r>
        <w:rPr>
          <w:lang w:eastAsia="zh-CN"/>
        </w:rPr>
        <w:br/>
      </w:r>
      <w:r>
        <w:rPr>
          <w:lang w:eastAsia="zh-CN"/>
        </w:rPr>
        <w:t>　　三、扎实开展丰富多彩、富有成效的活动</w:t>
      </w:r>
      <w:r>
        <w:rPr>
          <w:lang w:eastAsia="zh-CN"/>
        </w:rPr>
        <w:br/>
      </w:r>
      <w:r>
        <w:rPr>
          <w:lang w:eastAsia="zh-CN"/>
        </w:rPr>
        <w:t>　　在总结往年开展“消防安全宣传月”活动经验基础上，结合学校实际，加大宣传力度，抓好安全落实。力求内容丰富，形式多样，检查到位，整改及时，使活动收到更好的效果，达到师生满意，家长放心。</w:t>
      </w:r>
      <w:r>
        <w:rPr>
          <w:lang w:eastAsia="zh-CN"/>
        </w:rPr>
        <w:br/>
      </w:r>
      <w:r>
        <w:rPr>
          <w:lang w:eastAsia="zh-CN"/>
        </w:rPr>
        <w:t>　　1、组织认真学习相关法规、文件，部署“宣传月”活动。</w:t>
      </w:r>
      <w:r>
        <w:rPr>
          <w:lang w:eastAsia="zh-CN"/>
        </w:rPr>
        <w:br/>
      </w:r>
      <w:r>
        <w:rPr>
          <w:lang w:eastAsia="zh-CN"/>
        </w:rPr>
        <w:t>　　学校以对广大师生员工生命安全负责的精神，把“安全宣传月”活动作为安全工作的重要内容抓紧抓好，推动学校各项安全工作的落实。领导小组组长刘建峰校长亲自组织全体教职员工认真学习，深入领会有关文件精神，学习新消防法，使安全知识和意识“入脑、入心”。并围绕活动主题，精心部署“安全宣传月”活动。</w:t>
      </w:r>
      <w:r>
        <w:rPr>
          <w:lang w:eastAsia="zh-CN"/>
        </w:rPr>
        <w:br/>
      </w:r>
      <w:r>
        <w:rPr>
          <w:lang w:eastAsia="zh-CN"/>
        </w:rPr>
        <w:t>　　2、开展了一次校园安全全面排查及整改活动。校园安全排查内容包括：</w:t>
      </w:r>
      <w:r>
        <w:rPr>
          <w:lang w:eastAsia="zh-CN"/>
        </w:rPr>
        <w:br/>
      </w:r>
    </w:p>
    <w:p w:rsidR="001B1F19" w14:textId="27C3F48A">
      <w:pPr>
        <w:rPr>
          <w:rFonts w:hint="eastAsia"/>
          <w:lang w:eastAsia="zh-CN"/>
        </w:rPr>
      </w:pPr>
      <w:r>
        <w:rPr>
          <w:lang w:eastAsia="zh-CN"/>
        </w:rPr>
        <w:t>　　（1）消防设施、应急照明、指示标志、疏散通道、安全出口符合有关标准的落实情况。</w:t>
      </w:r>
      <w:r>
        <w:rPr>
          <w:lang w:eastAsia="zh-CN"/>
        </w:rPr>
        <w:br/>
      </w:r>
      <w:r>
        <w:rPr>
          <w:lang w:eastAsia="zh-CN"/>
        </w:rPr>
        <w:t>　　（2）锅炉、燃气、电气、体育器材等重要设施设备的使用、维护情况；易燃易爆危险化学品等危险物质存放情况；实验室、学生宿舍等重要场所存在的安全隐患情况。</w:t>
      </w:r>
      <w:r>
        <w:rPr>
          <w:lang w:eastAsia="zh-CN"/>
        </w:rPr>
        <w:br/>
      </w:r>
      <w:r>
        <w:rPr>
          <w:lang w:eastAsia="zh-CN"/>
        </w:rPr>
        <w:t>　　（3）教学楼顶金属装饰物的焊接点是否生锈、松动、脱落。楼顶照明灯的固定情况以及线路连接情况是否完好。</w:t>
      </w:r>
      <w:r>
        <w:rPr>
          <w:lang w:eastAsia="zh-CN"/>
        </w:rPr>
        <w:br/>
      </w:r>
      <w:r>
        <w:rPr>
          <w:lang w:eastAsia="zh-CN"/>
        </w:rPr>
        <w:t>　　（4）食堂烟道油渍除去是否及时，烟道是否顺畅。</w:t>
      </w:r>
      <w:r>
        <w:rPr>
          <w:lang w:eastAsia="zh-CN"/>
        </w:rPr>
        <w:br/>
      </w:r>
      <w:r>
        <w:rPr>
          <w:lang w:eastAsia="zh-CN"/>
        </w:rPr>
        <w:t>　　（5）消防设施是否完好，消防用水是否正常。</w:t>
      </w:r>
      <w:r>
        <w:rPr>
          <w:lang w:eastAsia="zh-CN"/>
        </w:rPr>
        <w:br/>
      </w:r>
      <w:r>
        <w:rPr>
          <w:lang w:eastAsia="zh-CN"/>
        </w:rPr>
        <w:t>　　（6）食品卫生以及传染病防治管理工作落实情况。</w:t>
      </w:r>
      <w:r>
        <w:rPr>
          <w:lang w:eastAsia="zh-CN"/>
        </w:rPr>
        <w:br/>
      </w:r>
      <w:r>
        <w:rPr>
          <w:lang w:eastAsia="zh-CN"/>
        </w:rPr>
        <w:t>　　（7）校舍存在的安全隐患情况。</w:t>
      </w:r>
      <w:r>
        <w:rPr>
          <w:lang w:eastAsia="zh-CN"/>
        </w:rPr>
        <w:br/>
      </w:r>
      <w:r>
        <w:rPr>
          <w:lang w:eastAsia="zh-CN"/>
        </w:rPr>
        <w:t>　　经过检查，有安全隐患的均已经得到了整改、完善；没有安全隐患的也做到进一步的维护。</w:t>
      </w:r>
      <w:r>
        <w:rPr>
          <w:lang w:eastAsia="zh-CN"/>
        </w:rPr>
        <w:br/>
      </w:r>
      <w:r>
        <w:rPr>
          <w:lang w:eastAsia="zh-CN"/>
        </w:rPr>
        <w:t>　　3、配合有关部门进行一次校园周边治安、道路交通安全隐患整治活动。</w:t>
      </w:r>
      <w:r>
        <w:rPr>
          <w:lang w:eastAsia="zh-CN"/>
        </w:rPr>
        <w:br/>
      </w:r>
      <w:r>
        <w:rPr>
          <w:lang w:eastAsia="zh-CN"/>
        </w:rPr>
        <w:t>　　4、11月26日，邀请消防中队队长来校作了一场消防安全知识的专题讲座和灭火演练。</w:t>
      </w:r>
      <w:r>
        <w:rPr>
          <w:lang w:eastAsia="zh-CN"/>
        </w:rPr>
        <w:br/>
      </w:r>
      <w:r>
        <w:rPr>
          <w:lang w:eastAsia="zh-CN"/>
        </w:rPr>
        <w:t>　　通过讲座和实地培训，更新了全体师生的防火知识，提高了逃生基本技能，达到了预期目的。</w:t>
      </w:r>
      <w:r>
        <w:rPr>
          <w:lang w:eastAsia="zh-CN"/>
        </w:rPr>
        <w:br/>
      </w:r>
      <w:r>
        <w:rPr>
          <w:lang w:eastAsia="zh-CN"/>
        </w:rPr>
        <w:t>　　5、11月26日，进行了一次全校性的安全逃生演练。</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https://d.book118.com/675244120140011114</w:t>
        </w:r>
      </w:hyperlink>
    </w:p>
    <w:p w:rsidR="001B1F19">
      <w:pPr>
        <w:rPr>
          <w:rFonts w:hint="eastAsia"/>
          <w:lang w:eastAsia="zh-CN"/>
        </w:rPr>
      </w:pPr>
    </w:p>
    <w:sectPr>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7524412014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