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早上好</w:t>
      </w:r>
      <w:r>
        <w:t xml:space="preserve"> 早啊</w:t>
        <w:br/>
        <w:t>Good</w:t>
      </w:r>
      <w:r>
        <w:t xml:space="preserve"> morninq.</w:t>
      </w:r>
      <w:r>
        <w:t xml:space="preserve"> Good</w:t>
      </w:r>
      <w:r>
        <w:t xml:space="preserve"> morninq.</w:t>
        <w:br/>
        <w:t>早上好</w:t>
        <w:br/>
        <w:t>Good</w:t>
      </w:r>
      <w:r>
        <w:t xml:space="preserve"> morning.</w:t>
        <w:br/>
        <w:t>早上好</w:t>
      </w:r>
      <w:r>
        <w:t xml:space="preserve"> 霍华德老师</w:t>
        <w:br/>
        <w:t>Good</w:t>
      </w:r>
      <w:r>
        <w:t xml:space="preserve"> morning,</w:t>
      </w:r>
      <w:r>
        <w:t xml:space="preserve"> Mrs.</w:t>
      </w:r>
      <w:r>
        <w:t xml:space="preserve"> Howard.</w:t>
        <w:br/>
        <w:t>塔里克</w:t>
      </w:r>
      <w:r>
        <w:t xml:space="preserve"> </w:t>
      </w:r>
      <w:r>
        <w:t xml:space="preserve"> -恩</w:t>
        <w:br/>
        <w:t>Tariq.</w:t>
      </w:r>
      <w:r>
        <w:t xml:space="preserve"> Huh?</w:t>
        <w:br/>
        <w:t>你来这儿做什么</w:t>
        <w:br/>
        <w:t>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  <w:br/>
        <w:t>珍妮现在去学区（特区）工作了</w:t>
        <w:br/>
        <w:t>Janine's</w:t>
      </w:r>
      <w:r>
        <w:t xml:space="preserve"> down</w:t>
      </w:r>
      <w:r>
        <w:t xml:space="preserve"> at</w:t>
      </w:r>
      <w:r>
        <w:t xml:space="preserve"> the</w:t>
      </w:r>
      <w:r>
        <w:t xml:space="preserve"> district</w:t>
      </w:r>
      <w:r>
        <w:t xml:space="preserve"> now.</w:t>
        <w:br/>
        <w:t>见鬼</w:t>
      </w:r>
      <w:r>
        <w:t xml:space="preserve"> 她搬去华盛顿了</w:t>
        <w:br/>
        <w:t>Danq,</w:t>
      </w:r>
      <w:r>
        <w:t xml:space="preserve"> she</w:t>
      </w:r>
      <w:r>
        <w:t xml:space="preserve"> moved</w:t>
      </w:r>
      <w:r>
        <w:t xml:space="preserve"> to</w:t>
      </w:r>
      <w:r>
        <w:t xml:space="preserve"> D.</w:t>
      </w:r>
      <w:r>
        <w:t xml:space="preserve"> C.</w:t>
      </w:r>
      <w:r>
        <w:t xml:space="preserve"> ?</w:t>
        <w:br/>
        <w:t>你那手是不是没洗啊</w:t>
      </w:r>
      <w:r>
        <w:t xml:space="preserve"> 别放我学生身上</w:t>
        <w:br/>
        <w:t>And</w:t>
      </w:r>
      <w:r>
        <w:t xml:space="preserve"> take</w:t>
      </w:r>
      <w:r>
        <w:t xml:space="preserve"> your</w:t>
      </w:r>
      <w:r>
        <w:t xml:space="preserve"> presumablv</w:t>
      </w:r>
      <w:r>
        <w:t xml:space="preserve"> sticky</w:t>
      </w:r>
      <w:r>
        <w:t xml:space="preserve"> hands</w:t>
      </w:r>
      <w:r>
        <w:t xml:space="preserve"> off</w:t>
      </w:r>
      <w:r>
        <w:t xml:space="preserve"> of</w:t>
      </w:r>
      <w:r>
        <w:t xml:space="preserve"> my</w:t>
      </w:r>
      <w:r>
        <w:t xml:space="preserve"> student.</w:t>
        <w:br/>
        <w:t>我的手肯定没洗啊</w:t>
      </w:r>
      <w:r>
        <w:t xml:space="preserve"> 就放我儿子身上</w:t>
        <w:br/>
        <w:t>You</w:t>
      </w:r>
      <w:r>
        <w:t xml:space="preserve"> mean</w:t>
      </w:r>
      <w:r>
        <w:t xml:space="preserve"> take</w:t>
      </w:r>
      <w:r>
        <w:t xml:space="preserve"> my</w:t>
      </w:r>
      <w:r>
        <w:t xml:space="preserve"> definitelv</w:t>
      </w:r>
      <w:r>
        <w:t xml:space="preserve"> sticky</w:t>
      </w:r>
      <w:r>
        <w:t xml:space="preserve"> hands</w:t>
      </w:r>
      <w:r>
        <w:t xml:space="preserve"> off</w:t>
      </w:r>
      <w:r>
        <w:t xml:space="preserve"> of</w:t>
      </w:r>
      <w:r>
        <w:t xml:space="preserve"> my</w:t>
      </w:r>
      <w:r>
        <w:t xml:space="preserve"> son.</w:t>
        <w:br/>
        <w:t>借用莫里·波维奇的话</w:t>
      </w:r>
      <w:r>
        <w:t xml:space="preserve"> 你不是孩子的父亲</w:t>
        <w:br/>
        <w:t>To</w:t>
      </w:r>
      <w:r>
        <w:t xml:space="preserve"> quote</w:t>
      </w:r>
      <w:r>
        <w:t xml:space="preserve"> Maury</w:t>
      </w:r>
      <w:r>
        <w:t xml:space="preserve"> Povich,</w:t>
      </w:r>
      <w:r>
        <w:t xml:space="preserve"> vou</w:t>
      </w:r>
      <w:r>
        <w:t xml:space="preserve"> are</w:t>
      </w:r>
      <w:r>
        <w:t xml:space="preserve"> not</w:t>
      </w:r>
      <w:r>
        <w:t xml:space="preserve"> the</w:t>
      </w:r>
      <w:r>
        <w:t xml:space="preserve"> father.</w:t>
        <w:br/>
        <w:t>借用嘻哈传奇人物沙奎尔·奥尼尔的话</w:t>
        <w:br/>
        <w:t>And</w:t>
      </w:r>
      <w:r>
        <w:t xml:space="preserve"> to</w:t>
      </w:r>
      <w:r>
        <w:t xml:space="preserve"> quote</w:t>
      </w:r>
      <w:r>
        <w:t xml:space="preserve"> the</w:t>
      </w:r>
      <w:r>
        <w:t xml:space="preserve"> hip-</w:t>
      </w:r>
      <w:r>
        <w:t xml:space="preserve"> hop</w:t>
      </w:r>
      <w:r>
        <w:t xml:space="preserve"> leqend</w:t>
      </w:r>
      <w:r>
        <w:t xml:space="preserve"> Shaquille</w:t>
      </w:r>
      <w:r>
        <w:t xml:space="preserve"> O'Neal,</w:t>
        <w:br/>
        <w:t>孩子爹的基因根本不值一提</w:t>
        <w:br/>
        <w:t>his</w:t>
      </w:r>
      <w:r>
        <w:t xml:space="preserve"> biological</w:t>
      </w:r>
      <w:r>
        <w:t xml:space="preserve"> didn't</w:t>
      </w:r>
      <w:r>
        <w:t xml:space="preserve"> bother.</w:t>
        <w:br/>
        <w:t>我和他妈妈约会都七周了</w:t>
        <w:br/>
        <w:t>See,</w:t>
      </w:r>
      <w:r>
        <w:t xml:space="preserve"> I've</w:t>
      </w:r>
      <w:r>
        <w:t xml:space="preserve"> been</w:t>
      </w:r>
      <w:r>
        <w:t xml:space="preserve"> dating</w:t>
      </w:r>
      <w:r>
        <w:t xml:space="preserve"> his</w:t>
      </w:r>
      <w:r>
        <w:t xml:space="preserve"> mama</w:t>
      </w:r>
      <w:r>
        <w:t xml:space="preserve"> for</w:t>
      </w:r>
      <w:r>
        <w:t xml:space="preserve"> like</w:t>
      </w:r>
      <w:r>
        <w:t xml:space="preserve"> seven</w:t>
      </w:r>
      <w:r>
        <w:t xml:space="preserve"> weeks</w:t>
        <w:br/>
        <w:t>所以严格来说</w:t>
      </w:r>
      <w:r>
        <w:t xml:space="preserve"> 我现在是他继父</w:t>
        <w:br/>
        <w:t>so</w:t>
      </w:r>
      <w:r>
        <w:t xml:space="preserve"> technically,</w:t>
      </w:r>
      <w:r>
        <w:t xml:space="preserve"> I'm</w:t>
      </w:r>
      <w:r>
        <w:t xml:space="preserve"> a</w:t>
      </w:r>
      <w:r>
        <w:t xml:space="preserve"> stepdaddy</w:t>
      </w:r>
      <w:r>
        <w:t xml:space="preserve"> right</w:t>
      </w:r>
      <w:r>
        <w:t xml:space="preserve"> now.</w:t>
        <w:br/>
        <w:t>对吧</w:t>
      </w:r>
      <w:r>
        <w:t xml:space="preserve"> 小塔里克</w:t>
        <w:br/>
        <w:t>Ain't</w:t>
      </w:r>
      <w:r>
        <w:t xml:space="preserve"> that</w:t>
      </w:r>
      <w:r>
        <w:t xml:space="preserve"> right,</w:t>
      </w:r>
      <w:r>
        <w:t xml:space="preserve"> Tariq</w:t>
      </w:r>
      <w:r>
        <w:t xml:space="preserve"> Jr.</w:t>
      </w:r>
      <w:r>
        <w:t xml:space="preserve"> ?</w:t>
        <w:br/>
        <w:t>他不叫这个名字</w:t>
        <w:br/>
        <w:t>That</w:t>
      </w:r>
      <w:r>
        <w:t xml:space="preserve"> is</w:t>
      </w:r>
      <w:r>
        <w:t xml:space="preserve"> not</w:t>
      </w:r>
      <w:r>
        <w:t xml:space="preserve"> his</w:t>
      </w:r>
      <w:r>
        <w:t xml:space="preserve"> name.</w:t>
        <w:br/>
        <w:t>在学校过得愉快</w:t>
      </w:r>
      <w:r>
        <w:t xml:space="preserve"> TJ</w:t>
        <w:br/>
        <w:t>Hey,</w:t>
      </w:r>
      <w:r>
        <w:t xml:space="preserve"> have</w:t>
      </w:r>
      <w:r>
        <w:t xml:space="preserve"> a</w:t>
      </w:r>
      <w:r>
        <w:t xml:space="preserve"> qood</w:t>
      </w:r>
      <w:r>
        <w:t xml:space="preserve"> day</w:t>
      </w:r>
      <w:r>
        <w:t xml:space="preserve"> at</w:t>
      </w:r>
      <w:r>
        <w:t xml:space="preserve"> school,</w:t>
      </w:r>
      <w:r>
        <w:t xml:space="preserve"> TJ.</w:t>
        <w:br/>
        <w:t>我爱你</w:t>
      </w:r>
      <w:r>
        <w:t xml:space="preserve"> 儿子</w:t>
        <w:br/>
        <w:t>I</w:t>
      </w:r>
      <w:r>
        <w:t xml:space="preserve"> love</w:t>
      </w:r>
      <w:r>
        <w:t xml:space="preserve"> you,</w:t>
      </w:r>
      <w:r>
        <w:t xml:space="preserve"> son.</w:t>
        <w:br/>
        <w:t>他就是喜欢我</w:t>
        <w:br/>
        <w:t>He</w:t>
      </w:r>
      <w:r>
        <w:t xml:space="preserve"> just</w:t>
      </w:r>
      <w:r>
        <w:t xml:space="preserve"> like</w:t>
      </w:r>
      <w:r>
        <w:t xml:space="preserve"> me.</w:t>
        <w:br/>
        <w:t>四舍五入一下</w:t>
      </w:r>
      <w:r>
        <w:t xml:space="preserve"> 你现在应该是</w:t>
        <w:br/>
        <w:t>I</w:t>
      </w:r>
      <w:r>
        <w:t xml:space="preserve"> quess</w:t>
      </w:r>
      <w:r>
        <w:t xml:space="preserve"> this</w:t>
      </w:r>
      <w:r>
        <w:t xml:space="preserve"> technically</w:t>
      </w:r>
      <w:r>
        <w:t xml:space="preserve"> makes</w:t>
      </w:r>
      <w:r>
        <w:t xml:space="preserve"> you,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like,</w:t>
        <w:br/>
        <w:t>是我的继老师了吧</w:t>
        <w:br/>
        <w:t>my</w:t>
      </w:r>
      <w:r>
        <w:t xml:space="preserve"> stepteacher</w:t>
      </w:r>
      <w:r>
        <w:t xml:space="preserve"> now,</w:t>
      </w:r>
      <w:r>
        <w:t xml:space="preserve"> right?</w:t>
        <w:br/>
        <w:t>挺好</w:t>
      </w:r>
      <w:r>
        <w:t xml:space="preserve"> 挺好</w:t>
        <w:br/>
        <w:t>That's</w:t>
      </w:r>
      <w:r>
        <w:t xml:space="preserve"> cool.</w:t>
      </w:r>
      <w:r>
        <w:t xml:space="preserve"> That's</w:t>
      </w:r>
      <w:r>
        <w:t xml:space="preserve"> cool.</w:t>
        <w:br/>
        <w:t>塔里克</w:t>
        <w:br/>
        <w:t>Tariq</w:t>
        <w:br/>
        <w:t>橡皮泥交出来</w:t>
        <w:br/>
        <w:t>Play-</w:t>
      </w:r>
      <w:r>
        <w:t xml:space="preserve"> Doh.</w:t>
        <w:br/>
        <w:t>我在学区的项目进展不错</w:t>
        <w:br/>
        <w:t>My</w:t>
      </w:r>
      <w:r>
        <w:t xml:space="preserve"> fellowship</w:t>
      </w:r>
      <w:r>
        <w:t xml:space="preserve"> at</w:t>
      </w:r>
      <w:r>
        <w:t xml:space="preserve"> the</w:t>
      </w:r>
      <w:r>
        <w:t xml:space="preserve"> school</w:t>
      </w:r>
      <w:r>
        <w:t xml:space="preserve"> district</w:t>
      </w:r>
      <w:r>
        <w:t xml:space="preserve"> is</w:t>
      </w:r>
      <w:r>
        <w:t xml:space="preserve"> qoing</w:t>
      </w:r>
      <w:r>
        <w:t xml:space="preserve"> great.</w:t>
        <w:br/>
        <w:t>我仍在熟悉情况</w:t>
        <w:br/>
        <w:t>I'm</w:t>
      </w:r>
      <w:r>
        <w:t xml:space="preserve"> still</w:t>
      </w:r>
      <w:r>
        <w:t xml:space="preserve"> qetting</w:t>
      </w:r>
      <w:r>
        <w:t xml:space="preserve"> the</w:t>
      </w:r>
      <w:r>
        <w:t xml:space="preserve"> lay</w:t>
      </w:r>
      <w:r>
        <w:t xml:space="preserve"> of</w:t>
      </w:r>
      <w:r>
        <w:t xml:space="preserve"> the</w:t>
      </w:r>
      <w:r>
        <w:t xml:space="preserve"> land.</w:t>
        <w:br/>
        <w:t>我刚协助我们团队搞定了</w:t>
        <w:br/>
        <w:t>I</w:t>
      </w:r>
      <w:r>
        <w:t xml:space="preserve"> just</w:t>
      </w:r>
      <w:r>
        <w:t xml:space="preserve"> finished</w:t>
      </w:r>
      <w:r>
        <w:t xml:space="preserve"> helping</w:t>
      </w:r>
      <w:r>
        <w:t xml:space="preserve"> out</w:t>
      </w:r>
      <w:r>
        <w:t xml:space="preserve"> with</w:t>
      </w:r>
      <w:r>
        <w:t xml:space="preserve"> our</w:t>
      </w:r>
      <w:r>
        <w:t xml:space="preserve"> team's</w:t>
        <w:br/>
        <w:t>应急发电机计划</w:t>
      </w:r>
      <w:r>
        <w:t xml:space="preserve"> 这正合我意</w:t>
        <w:br/>
        <w:t>emerqency</w:t>
      </w:r>
      <w:r>
        <w:t xml:space="preserve"> qenerator</w:t>
      </w:r>
      <w:r>
        <w:t xml:space="preserve"> plans,</w:t>
      </w:r>
      <w:r>
        <w:t xml:space="preserve"> which</w:t>
      </w:r>
      <w:r>
        <w:t xml:space="preserve"> was</w:t>
      </w:r>
      <w:r>
        <w:t xml:space="preserve"> right</w:t>
      </w:r>
      <w:r>
        <w:t xml:space="preserve"> up</w:t>
      </w:r>
      <w:r>
        <w:t xml:space="preserve"> my</w:t>
      </w:r>
      <w:r>
        <w:t xml:space="preserve"> alley</w:t>
        <w:br/>
        <w:t>因为我害怕各种自然灾害</w:t>
        <w:br/>
        <w:t>because</w:t>
      </w:r>
      <w:r>
        <w:t xml:space="preserve"> I'm</w:t>
      </w:r>
      <w:r>
        <w:t xml:space="preserve"> afraid</w:t>
      </w:r>
      <w:r>
        <w:t xml:space="preserve"> of</w:t>
      </w:r>
      <w:r>
        <w:t xml:space="preserve"> all</w:t>
      </w:r>
      <w:r>
        <w:t xml:space="preserve"> natural</w:t>
      </w:r>
      <w:r>
        <w:t xml:space="preserve"> disasters.</w:t>
        <w:br/>
        <w:t>虽然我们每人一生中都会遇到不少</w:t>
        <w:br/>
        <w:t>Of</w:t>
      </w:r>
      <w:r>
        <w:t xml:space="preserve"> which</w:t>
      </w:r>
      <w:r>
        <w:t xml:space="preserve"> there</w:t>
      </w:r>
      <w:r>
        <w:t xml:space="preserve"> will</w:t>
      </w:r>
      <w:r>
        <w:t xml:space="preserve"> be</w:t>
      </w:r>
      <w:r>
        <w:t xml:space="preserve"> scores</w:t>
      </w:r>
      <w:r>
        <w:t xml:space="preserve"> in</w:t>
      </w:r>
      <w:r>
        <w:t xml:space="preserve"> our</w:t>
      </w:r>
      <w:r>
        <w:t xml:space="preserve"> lifetime.</w:t>
        <w:br/>
        <w:t>我也喜欢在饮水机旁溜达</w:t>
        <w:br/>
        <w:t>I</w:t>
      </w:r>
      <w:r>
        <w:t xml:space="preserve"> also</w:t>
      </w:r>
      <w:r>
        <w:t xml:space="preserve"> love</w:t>
      </w:r>
      <w:r>
        <w:t xml:space="preserve"> to</w:t>
      </w:r>
      <w:r>
        <w:t xml:space="preserve"> hanq</w:t>
      </w:r>
      <w:r>
        <w:t xml:space="preserve"> out</w:t>
      </w:r>
      <w:r>
        <w:t xml:space="preserve"> by</w:t>
      </w:r>
      <w:r>
        <w:t xml:space="preserve"> the</w:t>
      </w:r>
      <w:r>
        <w:t xml:space="preserve"> water</w:t>
      </w:r>
      <w:r>
        <w:t xml:space="preserve"> cooler.</w:t>
        <w:br/>
        <w:t>暂时没听到什么八卦</w:t>
      </w:r>
      <w:r>
        <w:t xml:space="preserve"> 但我补了不少水</w:t>
        <w:br/>
        <w:t>Uh,</w:t>
      </w:r>
      <w:r>
        <w:t xml:space="preserve"> no</w:t>
      </w:r>
      <w:r>
        <w:t xml:space="preserve"> qossip</w:t>
      </w:r>
      <w:r>
        <w:t xml:space="preserve"> yet,</w:t>
      </w:r>
      <w:r>
        <w:t xml:space="preserve"> but</w:t>
      </w:r>
      <w:r>
        <w:t xml:space="preserve"> I'm</w:t>
      </w:r>
      <w:r>
        <w:t xml:space="preserve"> super</w:t>
      </w:r>
      <w:r>
        <w:t xml:space="preserve"> hvdrated</w:t>
        <w:br/>
        <w:t>那啥</w:t>
      </w:r>
      <w:r>
        <w:t xml:space="preserve"> 咱们能不能先别录了</w:t>
        <w:br/>
        <w:t>and</w:t>
      </w:r>
      <w:r>
        <w:t xml:space="preserve"> actuallv</w:t>
      </w:r>
      <w:r>
        <w:t xml:space="preserve"> need</w:t>
      </w:r>
      <w:r>
        <w:t xml:space="preserve"> to</w:t>
      </w:r>
      <w:r>
        <w:t xml:space="preserve"> wrap</w:t>
      </w:r>
      <w:r>
        <w:t xml:space="preserve"> this</w:t>
      </w:r>
      <w:r>
        <w:t xml:space="preserve"> up</w:t>
        <w:br/>
        <w:t>我想在演讲前尿个尿</w:t>
      </w:r>
      <w:r>
        <w:t xml:space="preserve"> 所以</w:t>
        <w:br/>
        <w:t>so</w:t>
      </w:r>
      <w:r>
        <w:t xml:space="preserve"> that</w:t>
      </w:r>
      <w:r>
        <w:t xml:space="preserve"> I</w:t>
      </w:r>
      <w:r>
        <w:t xml:space="preserve"> can</w:t>
      </w:r>
      <w:r>
        <w:t xml:space="preserve"> pee</w:t>
      </w:r>
      <w:r>
        <w:t xml:space="preserve"> before</w:t>
      </w:r>
      <w:r>
        <w:t xml:space="preserve"> my</w:t>
      </w:r>
      <w:r>
        <w:t xml:space="preserve"> big</w:t>
      </w:r>
      <w:r>
        <w:t xml:space="preserve"> presentation,</w:t>
      </w:r>
      <w:r>
        <w:t xml:space="preserve"> so...</w:t>
        <w:br/>
        <w:t>这就是为什么我提议用专项基金</w:t>
        <w:br/>
        <w:t>And</w:t>
      </w:r>
      <w:r>
        <w:t xml:space="preserve"> this</w:t>
      </w:r>
      <w:r>
        <w:t xml:space="preserve"> is</w:t>
      </w:r>
      <w:r>
        <w:t xml:space="preserve"> why</w:t>
      </w:r>
      <w:r>
        <w:t xml:space="preserve"> Im</w:t>
      </w:r>
      <w:r>
        <w:t xml:space="preserve"> proposing</w:t>
      </w:r>
      <w:r>
        <w:t xml:space="preserve"> an</w:t>
      </w:r>
      <w:r>
        <w:t xml:space="preserve"> educational</w:t>
      </w:r>
      <w:r>
        <w:t xml:space="preserve"> interpreter</w:t>
        <w:br/>
        <w:t>为雅培小学的一名听障学生</w:t>
        <w:br/>
        <w:t>for</w:t>
      </w:r>
      <w:r>
        <w:t xml:space="preserve"> a</w:t>
      </w:r>
      <w:r>
        <w:t xml:space="preserve"> hard-</w:t>
      </w:r>
      <w:r>
        <w:t xml:space="preserve"> of-</w:t>
      </w:r>
      <w:r>
        <w:t xml:space="preserve"> hearing</w:t>
      </w:r>
      <w:r>
        <w:t xml:space="preserve"> student</w:t>
      </w:r>
      <w:r>
        <w:t xml:space="preserve"> at</w:t>
      </w:r>
      <w:r>
        <w:t xml:space="preserve"> Abbott</w:t>
      </w:r>
      <w:r>
        <w:t xml:space="preserve"> Elementary</w:t>
        <w:br/>
        <w:t>提供翻译服务</w:t>
        <w:br/>
        <w:t>using</w:t>
      </w:r>
      <w:r>
        <w:t xml:space="preserve"> the</w:t>
      </w:r>
      <w:r>
        <w:t xml:space="preserve"> Specialized</w:t>
      </w:r>
      <w:r>
        <w:t xml:space="preserve"> Services</w:t>
      </w:r>
      <w:r>
        <w:t xml:space="preserve"> Fund.</w:t>
        <w:br/>
        <w:t>这个情况是阿伯特小学的</w:t>
        <w:br/>
        <w:t>This</w:t>
      </w:r>
      <w:r>
        <w:t xml:space="preserve"> was</w:t>
      </w:r>
      <w:r>
        <w:t xml:space="preserve"> brought</w:t>
      </w:r>
      <w:r>
        <w:t xml:space="preserve"> to</w:t>
      </w:r>
      <w:r>
        <w:t xml:space="preserve"> my</w:t>
      </w:r>
      <w:r>
        <w:t xml:space="preserve"> attention</w:t>
      </w:r>
      <w:r>
        <w:t xml:space="preserve"> by</w:t>
      </w:r>
      <w:r>
        <w:t xml:space="preserve"> Mr.</w:t>
      </w:r>
      <w:r>
        <w:t xml:space="preserve"> Jacob</w:t>
      </w:r>
      <w:r>
        <w:t xml:space="preserve"> Hill,</w:t>
        <w:br/>
        <w:t>雅各布·希尔老师向我反馈的</w:t>
        <w:br/>
        <w:t>a</w:t>
      </w:r>
      <w:r>
        <w:t xml:space="preserve"> teacher</w:t>
      </w:r>
      <w:r>
        <w:t xml:space="preserve"> over</w:t>
      </w:r>
      <w:r>
        <w:t xml:space="preserve"> at</w:t>
      </w:r>
      <w:r>
        <w:t xml:space="preserve"> Abbott.</w:t>
        <w:br/>
        <w:t>希尔老师是我们的老熟人了</w:t>
        <w:br/>
        <w:t>We're</w:t>
      </w:r>
      <w:r>
        <w:t xml:space="preserve"> well</w:t>
      </w:r>
      <w:r>
        <w:t xml:space="preserve"> aware</w:t>
      </w:r>
      <w:r>
        <w:t xml:space="preserve"> of</w:t>
      </w:r>
      <w:r>
        <w:t xml:space="preserve"> Mr.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Hill.</w:t>
        <w:br/>
        <w:t>他提交过好几次简历</w:t>
        <w:br/>
        <w:t>He's</w:t>
      </w:r>
      <w:r>
        <w:t xml:space="preserve"> submitted</w:t>
      </w:r>
      <w:r>
        <w:t xml:space="preserve"> his</w:t>
      </w:r>
      <w:r>
        <w:t xml:space="preserve"> resume</w:t>
      </w:r>
      <w:r>
        <w:t xml:space="preserve"> several</w:t>
      </w:r>
      <w:r>
        <w:t xml:space="preserve"> times</w:t>
        <w:br/>
        <w:t>虽然我们并没有在招人</w:t>
        <w:br/>
        <w:t>at</w:t>
      </w:r>
      <w:r>
        <w:t xml:space="preserve"> the</w:t>
      </w:r>
      <w:r>
        <w:t xml:space="preserve"> behest</w:t>
      </w:r>
      <w:r>
        <w:t xml:space="preserve"> of</w:t>
      </w:r>
      <w:r>
        <w:t xml:space="preserve"> no</w:t>
      </w:r>
      <w:r>
        <w:t xml:space="preserve"> one.</w:t>
        <w:br/>
        <w:t>他的学生</w:t>
      </w:r>
      <w:r>
        <w:t xml:space="preserve"> 伊玛尼在勉强支撑</w:t>
        <w:br/>
        <w:t>His</w:t>
      </w:r>
      <w:r>
        <w:t xml:space="preserve"> student</w:t>
      </w:r>
      <w:r>
        <w:t xml:space="preserve"> her</w:t>
      </w:r>
      <w:r>
        <w:t xml:space="preserve"> name</w:t>
      </w:r>
      <w:r>
        <w:t xml:space="preserve"> is</w:t>
      </w:r>
      <w:r>
        <w:t xml:space="preserve"> Imani</w:t>
      </w:r>
      <w:r>
        <w:t xml:space="preserve"> is</w:t>
      </w:r>
      <w:r>
        <w:t xml:space="preserve"> making</w:t>
      </w:r>
      <w:r>
        <w:t xml:space="preserve"> do.</w:t>
        <w:br/>
        <w:t>希尔老师懂一些手语</w:t>
        <w:br/>
        <w:t>You</w:t>
      </w:r>
      <w:r>
        <w:t xml:space="preserve"> know,</w:t>
      </w:r>
      <w:r>
        <w:t xml:space="preserve"> Mr.</w:t>
      </w:r>
      <w:r>
        <w:t xml:space="preserve"> Hill</w:t>
      </w:r>
      <w:r>
        <w:t xml:space="preserve"> knows</w:t>
      </w:r>
      <w:r>
        <w:t xml:space="preserve"> some</w:t>
      </w:r>
      <w:r>
        <w:t xml:space="preserve"> sign</w:t>
      </w:r>
      <w:r>
        <w:t xml:space="preserve"> languaqe,</w:t>
        <w:br/>
        <w:t>但我们可以做更多</w:t>
        <w:br/>
        <w:t>but</w:t>
      </w:r>
      <w:r>
        <w:t xml:space="preserve"> we</w:t>
      </w:r>
      <w:r>
        <w:t xml:space="preserve"> could</w:t>
      </w:r>
      <w:r>
        <w:t xml:space="preserve"> be</w:t>
      </w:r>
      <w:r>
        <w:t xml:space="preserve"> doing</w:t>
      </w:r>
      <w:r>
        <w:t xml:space="preserve"> more.</w:t>
        <w:br/>
        <w:t>所以这只是针对一个孩子的项目</w:t>
        <w:br/>
        <w:t>So</w:t>
      </w:r>
      <w:r>
        <w:t xml:space="preserve"> this</w:t>
      </w:r>
      <w:r>
        <w:t xml:space="preserve"> project</w:t>
      </w:r>
      <w:r>
        <w:t xml:space="preserve"> is</w:t>
      </w:r>
      <w:r>
        <w:t xml:space="preserve"> for</w:t>
      </w:r>
      <w:r>
        <w:t xml:space="preserve"> iust</w:t>
      </w:r>
      <w:r>
        <w:t xml:space="preserve"> one</w:t>
      </w:r>
      <w:r>
        <w:t xml:space="preserve"> kid?</w:t>
        <w:br/>
        <w:t>是的</w:t>
      </w:r>
      <w:r>
        <w:t xml:space="preserve"> </w:t>
      </w:r>
      <w:r>
        <w:t xml:space="preserve"> -好吧</w:t>
        <w:br/>
        <w:t>Mm-</w:t>
      </w:r>
      <w:r>
        <w:t xml:space="preserve"> hmm.</w:t>
      </w:r>
      <w:r>
        <w:t xml:space="preserve"> All</w:t>
      </w:r>
      <w:r>
        <w:t xml:space="preserve"> right.</w:t>
        <w:br/>
        <w:t>根据指导方针</w:t>
      </w:r>
      <w:r>
        <w:t xml:space="preserve"> 准了</w:t>
        <w:br/>
        <w:t>Follow</w:t>
      </w:r>
      <w:r>
        <w:t xml:space="preserve"> the</w:t>
      </w:r>
      <w:r>
        <w:t xml:space="preserve"> guidelines,</w:t>
      </w:r>
      <w:r>
        <w:t xml:space="preserve"> and</w:t>
      </w:r>
      <w:r>
        <w:t xml:space="preserve"> it's</w:t>
      </w:r>
      <w:r>
        <w:t xml:space="preserve"> approved.</w:t>
        <w:br/>
        <w:t>谢谢大家</w:t>
        <w:br/>
        <w:t>Thank</w:t>
      </w:r>
      <w:r>
        <w:t xml:space="preserve"> you.</w:t>
        <w:br/>
        <w:t>我天啊</w:t>
        <w:br/>
        <w:t>Oh,</w:t>
      </w:r>
      <w:r>
        <w:t xml:space="preserve"> my</w:t>
      </w:r>
      <w:r>
        <w:t xml:space="preserve"> God!</w:t>
        <w:br/>
        <w:t>你觉得手语翻译多快能招到</w:t>
        <w:br/>
        <w:t>How</w:t>
      </w:r>
      <w:r>
        <w:t xml:space="preserve"> fast</w:t>
      </w:r>
      <w:r>
        <w:t xml:space="preserve"> do</w:t>
      </w:r>
      <w:r>
        <w:t xml:space="preserve"> you</w:t>
      </w:r>
      <w:r>
        <w:t xml:space="preserve"> think</w:t>
      </w:r>
      <w:r>
        <w:t xml:space="preserve"> we</w:t>
      </w:r>
      <w:r>
        <w:t xml:space="preserve"> can</w:t>
      </w:r>
      <w:r>
        <w:t xml:space="preserve"> qet</w:t>
      </w:r>
      <w:r>
        <w:t xml:space="preserve"> an</w:t>
      </w:r>
      <w:r>
        <w:t xml:space="preserve"> interpreter</w:t>
      </w:r>
      <w:r>
        <w:t xml:space="preserve"> down</w:t>
      </w:r>
      <w:r>
        <w:t xml:space="preserve"> here?</w:t>
        <w:br/>
        <w:t>好消息是</w:t>
      </w:r>
      <w:r>
        <w:t xml:space="preserve"> 这取决于你</w:t>
        <w:br/>
        <w:t>The</w:t>
      </w:r>
      <w:r>
        <w:t xml:space="preserve"> qood</w:t>
      </w:r>
      <w:r>
        <w:t xml:space="preserve"> news</w:t>
      </w:r>
      <w:r>
        <w:t xml:space="preserve"> is,</w:t>
      </w:r>
      <w:r>
        <w:t xml:space="preserve"> that's</w:t>
      </w:r>
      <w:r>
        <w:t xml:space="preserve"> completely</w:t>
      </w:r>
      <w:r>
        <w:t xml:space="preserve"> up</w:t>
      </w:r>
      <w:r>
        <w:t xml:space="preserve"> to</w:t>
      </w:r>
      <w:r>
        <w:t xml:space="preserve"> you.</w:t>
        <w:br/>
        <w:t>天</w:t>
      </w:r>
      <w:r>
        <w:t xml:space="preserve"> 我选明天</w:t>
      </w:r>
      <w:r>
        <w:t xml:space="preserve"> 不</w:t>
      </w:r>
      <w:r>
        <w:t xml:space="preserve"> 我选今天</w:t>
        <w:br/>
        <w:t>Oh,</w:t>
      </w:r>
      <w:r>
        <w:t xml:space="preserve"> mv</w:t>
      </w:r>
      <w:r>
        <w:t xml:space="preserve"> God.</w:t>
      </w:r>
      <w:r>
        <w:t xml:space="preserve"> I</w:t>
      </w:r>
      <w:r>
        <w:t xml:space="preserve"> pick</w:t>
      </w:r>
      <w:r>
        <w:t xml:space="preserve"> tomorrow.</w:t>
      </w:r>
      <w:r>
        <w:t xml:space="preserve"> No,</w:t>
      </w:r>
      <w:r>
        <w:t xml:space="preserve"> I</w:t>
      </w:r>
      <w:r>
        <w:t xml:space="preserve"> pick</w:t>
      </w:r>
      <w:r>
        <w:t xml:space="preserve"> today.</w:t>
        <w:br/>
        <w:t>嘿</w:t>
      </w:r>
      <w:r>
        <w:t xml:space="preserve"> 还真是激进呢</w:t>
        <w:br/>
        <w:t>Simon:</w:t>
      </w:r>
      <w:r>
        <w:t xml:space="preserve"> Whoa,</w:t>
      </w:r>
      <w:r>
        <w:t xml:space="preserve"> that's</w:t>
      </w:r>
      <w:r>
        <w:t xml:space="preserve"> ambitious.</w:t>
        <w:br/>
        <w:t>友善提醒</w:t>
      </w:r>
      <w:r>
        <w:t xml:space="preserve"> 因为只有一个孩子</w:t>
        <w:br/>
        <w:t>Just</w:t>
      </w:r>
      <w:r>
        <w:t xml:space="preserve"> a</w:t>
      </w:r>
      <w:r>
        <w:t xml:space="preserve"> heads</w:t>
      </w:r>
      <w:r>
        <w:t xml:space="preserve"> up,</w:t>
      </w:r>
      <w:r>
        <w:t xml:space="preserve"> since</w:t>
      </w:r>
      <w:r>
        <w:t xml:space="preserve"> it</w:t>
      </w:r>
      <w:r>
        <w:t xml:space="preserve"> is</w:t>
      </w:r>
      <w:r>
        <w:t xml:space="preserve"> onlv</w:t>
      </w:r>
      <w:r>
        <w:t xml:space="preserve"> for</w:t>
      </w:r>
      <w:r>
        <w:t xml:space="preserve"> one</w:t>
      </w:r>
      <w:r>
        <w:t xml:space="preserve"> kid</w:t>
        <w:br/>
        <w:t>所以审批和文书包括招聘工作</w:t>
        <w:br/>
        <w:t>you</w:t>
      </w:r>
      <w:r>
        <w:t xml:space="preserve"> qotta</w:t>
      </w:r>
      <w:r>
        <w:t xml:space="preserve"> do</w:t>
      </w:r>
      <w:r>
        <w:t xml:space="preserve"> all</w:t>
      </w:r>
      <w:r>
        <w:t xml:space="preserve"> the</w:t>
      </w:r>
      <w:r>
        <w:t xml:space="preserve"> approvals</w:t>
      </w:r>
      <w:r>
        <w:t xml:space="preserve"> and</w:t>
      </w:r>
      <w:r>
        <w:t xml:space="preserve"> paperwork</w:t>
        <w:br/>
        <w:t>都要你自己来做</w:t>
        <w:br/>
        <w:t>and</w:t>
      </w:r>
      <w:r>
        <w:t xml:space="preserve"> hirinq</w:t>
      </w:r>
      <w:r>
        <w:t xml:space="preserve"> yourself.</w:t>
        <w:br/>
        <w:t>可不好办哈</w:t>
      </w:r>
      <w:r>
        <w:t xml:space="preserve"> 祝你好运喽</w:t>
        <w:br/>
        <w:t>It</w:t>
      </w:r>
      <w:r>
        <w:t xml:space="preserve"> won't</w:t>
      </w:r>
      <w:r>
        <w:t xml:space="preserve"> be</w:t>
      </w:r>
      <w:r>
        <w:t xml:space="preserve"> easy,</w:t>
      </w:r>
      <w:r>
        <w:t xml:space="preserve"> so,</w:t>
      </w:r>
      <w:r>
        <w:t xml:space="preserve"> uh...qood</w:t>
      </w:r>
      <w:r>
        <w:t xml:space="preserve"> luck.</w:t>
        <w:br/>
        <w:t>这是《飓风营救》里的台词吧</w:t>
        <w:br/>
        <w:t>叮aken,</w:t>
      </w:r>
      <w:r>
        <w:t xml:space="preserve"> "right?</w:t>
        <w:br/>
        <w:t>没想到你能听出来</w:t>
        <w:br/>
        <w:t>I</w:t>
      </w:r>
      <w:r>
        <w:t xml:space="preserve"> didn't</w:t>
      </w:r>
      <w:r>
        <w:t xml:space="preserve"> think</w:t>
      </w:r>
      <w:r>
        <w:t xml:space="preserve"> you'd</w:t>
      </w:r>
      <w:r>
        <w:t xml:space="preserve"> get</w:t>
      </w:r>
      <w:r>
        <w:t xml:space="preserve"> that</w:t>
        <w:br/>
        <w:t>那电影好有趣啊</w:t>
        <w:br/>
        <w:t>What</w:t>
      </w:r>
      <w:r>
        <w:t xml:space="preserve"> a</w:t>
      </w:r>
      <w:r>
        <w:t xml:space="preserve"> fun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movie.</w:t>
        <w:br/>
        <w:t>珍妮不需要运气</w:t>
      </w:r>
      <w:r>
        <w:t xml:space="preserve"> 她有特殊技能傍身</w:t>
        <w:br/>
        <w:t>Well,</w:t>
      </w:r>
      <w:r>
        <w:t xml:space="preserve"> Janine</w:t>
      </w:r>
      <w:r>
        <w:t xml:space="preserve"> doesn't</w:t>
      </w:r>
      <w:r>
        <w:t xml:space="preserve"> need</w:t>
      </w:r>
      <w:r>
        <w:t xml:space="preserve"> luck.</w:t>
      </w:r>
      <w:r>
        <w:t xml:space="preserve"> She</w:t>
      </w:r>
      <w:r>
        <w:t xml:space="preserve"> has</w:t>
      </w:r>
      <w:r>
        <w:t xml:space="preserve"> a</w:t>
      </w:r>
      <w:r>
        <w:t xml:space="preserve"> special</w:t>
      </w:r>
      <w:r>
        <w:t xml:space="preserve"> set</w:t>
      </w:r>
      <w:r>
        <w:t xml:space="preserve"> of</w:t>
      </w:r>
      <w:r>
        <w:t xml:space="preserve"> skills.</w:t>
        <w:br/>
        <w:t>路</w:t>
      </w:r>
      <w:r>
        <w:t xml:space="preserve"> 我们要去的地方不需要路</w:t>
        <w:br/>
        <w:t>Roads?</w:t>
      </w:r>
      <w:r>
        <w:t xml:space="preserve"> Where</w:t>
      </w:r>
      <w:r>
        <w:t xml:space="preserve"> we're</w:t>
      </w:r>
      <w:r>
        <w:t xml:space="preserve"> qoing,</w:t>
      </w:r>
      <w:r>
        <w:t xml:space="preserve"> we</w:t>
      </w:r>
      <w:r>
        <w:t xml:space="preserve"> don't</w:t>
      </w:r>
      <w:r>
        <w:t xml:space="preserve"> need</w:t>
      </w:r>
      <w:r>
        <w:t xml:space="preserve"> roads.</w:t>
        <w:br/>
        <w:t>这不是《飓风营救》的台词</w:t>
      </w:r>
      <w:r>
        <w:t xml:space="preserve"> </w:t>
      </w:r>
      <w:r>
        <w:t xml:space="preserve"> -我知道</w:t>
        <w:br/>
        <w:t>That's</w:t>
      </w:r>
      <w:r>
        <w:t xml:space="preserve"> not</w:t>
      </w:r>
      <w:r>
        <w:t xml:space="preserve"> from"Taken.</w:t>
      </w:r>
      <w:r>
        <w:t xml:space="preserve"> "No,</w:t>
      </w:r>
      <w:r>
        <w:t xml:space="preserve"> I</w:t>
      </w:r>
      <w:r>
        <w:t xml:space="preserve"> know.</w:t>
        <w:br/>
        <w:t>我以为只要模仿电影台词就可以了</w:t>
        <w:br/>
        <w:t>I</w:t>
      </w:r>
      <w:r>
        <w:t xml:space="preserve"> thought</w:t>
      </w:r>
      <w:r>
        <w:t xml:space="preserve"> we</w:t>
      </w:r>
      <w:r>
        <w:t xml:space="preserve"> were</w:t>
      </w:r>
      <w:r>
        <w:t xml:space="preserve"> just</w:t>
      </w:r>
      <w:r>
        <w:t xml:space="preserve"> doing</w:t>
      </w:r>
      <w:r>
        <w:t xml:space="preserve"> lines</w:t>
      </w:r>
      <w:r>
        <w:t xml:space="preserve"> from</w:t>
      </w:r>
      <w:r>
        <w:t xml:space="preserve"> movies.</w:t>
        <w:br/>
        <w:t>我也很喜欢《飓风营救》的</w:t>
        <w:br/>
        <w:t>Cause</w:t>
      </w:r>
      <w:r>
        <w:t xml:space="preserve"> I</w:t>
      </w:r>
      <w:r>
        <w:t xml:space="preserve"> love"Taken,</w:t>
      </w:r>
      <w:r>
        <w:t xml:space="preserve"> "right?</w:t>
        <w:br/>
        <w:t>天</w:t>
      </w:r>
      <w:r>
        <w:t xml:space="preserve"> 他们把我女儿抓走了</w:t>
        <w:br/>
        <w:t>"Aw,</w:t>
      </w:r>
      <w:r>
        <w:t xml:space="preserve"> man,</w:t>
      </w:r>
      <w:r>
        <w:t xml:space="preserve"> they</w:t>
      </w:r>
      <w:r>
        <w:t xml:space="preserve"> took</w:t>
      </w:r>
      <w:r>
        <w:t xml:space="preserve"> my</w:t>
      </w:r>
      <w:r>
        <w:t xml:space="preserve"> dauqhter!</w:t>
      </w:r>
      <w:r>
        <w:t xml:space="preserve"> "</w:t>
        <w:br/>
        <w:t>我其实还没看过</w:t>
      </w:r>
      <w:r>
        <w:t xml:space="preserve"> 但我得先去忙了</w:t>
        <w:br/>
        <w:t>I</w:t>
      </w:r>
      <w:r>
        <w:t xml:space="preserve"> haven't</w:t>
      </w:r>
      <w:r>
        <w:t xml:space="preserve"> seen</w:t>
      </w:r>
      <w:r>
        <w:t xml:space="preserve"> it,</w:t>
      </w:r>
      <w:r>
        <w:t xml:space="preserve"> but</w:t>
      </w:r>
      <w:r>
        <w:t xml:space="preserve"> I</w:t>
      </w:r>
      <w:r>
        <w:t xml:space="preserve"> should</w:t>
      </w:r>
      <w:r>
        <w:t xml:space="preserve"> work</w:t>
      </w:r>
      <w:r>
        <w:t xml:space="preserve"> on</w:t>
      </w:r>
      <w:r>
        <w:t xml:space="preserve"> this.</w:t>
        <w:br/>
        <w:t>加油加油</w:t>
      </w:r>
      <w:r>
        <w:t xml:space="preserve"> </w:t>
      </w:r>
      <w:r>
        <w:t xml:space="preserve"> -谢谢</w:t>
        <w:br/>
        <w:t>Go</w:t>
      </w:r>
      <w:r>
        <w:t xml:space="preserve"> qet</w:t>
      </w:r>
      <w:r>
        <w:t xml:space="preserve"> 'em.</w:t>
      </w:r>
      <w:r>
        <w:t xml:space="preserve"> Thanks.</w:t>
        <w:br/>
        <w:t>哟</w:t>
      </w:r>
      <w:r>
        <w:t xml:space="preserve"> 埃迪老师正吃午饭呢</w:t>
        <w:br/>
        <w:t>Yo,</w:t>
      </w:r>
      <w:r>
        <w:t xml:space="preserve"> my</w:t>
      </w:r>
      <w:r>
        <w:t xml:space="preserve"> man</w:t>
      </w:r>
      <w:r>
        <w:t xml:space="preserve"> Mr.</w:t>
      </w:r>
      <w:r>
        <w:t xml:space="preserve"> Eddie</w:t>
      </w:r>
      <w:r>
        <w:t xml:space="preserve"> eating</w:t>
      </w:r>
      <w:r>
        <w:t xml:space="preserve"> his</w:t>
      </w:r>
      <w:r>
        <w:t xml:space="preserve"> lunch.</w:t>
        <w:br/>
        <w:t>老哥在吃沙拉呢</w:t>
        <w:br/>
        <w:t>Bro</w:t>
      </w:r>
      <w:r>
        <w:t xml:space="preserve"> be</w:t>
      </w:r>
      <w:r>
        <w:t xml:space="preserve"> eating</w:t>
      </w:r>
      <w:r>
        <w:t xml:space="preserve"> salad.</w:t>
        <w:br/>
        <w:t>嘿</w:t>
      </w:r>
      <w:r>
        <w:t xml:space="preserve"> 埃迪老师</w:t>
        <w:br/>
        <w:t>Yo,</w:t>
      </w:r>
      <w:r>
        <w:t xml:space="preserve"> Mr.</w:t>
      </w:r>
      <w:r>
        <w:t xml:space="preserve"> Eddie</w:t>
        <w:br/>
        <w:t>吃蔬菜能帮你泡妞吗</w:t>
        <w:br/>
        <w:t>does</w:t>
      </w:r>
      <w:r>
        <w:t xml:space="preserve"> eating</w:t>
      </w:r>
      <w:r>
        <w:t xml:space="preserve"> veqetables</w:t>
      </w:r>
      <w:r>
        <w:t xml:space="preserve"> help</w:t>
      </w:r>
      <w:r>
        <w:t xml:space="preserve"> you</w:t>
      </w:r>
      <w:r>
        <w:t xml:space="preserve"> get</w:t>
      </w:r>
      <w:r>
        <w:t xml:space="preserve"> the</w:t>
      </w:r>
      <w:r>
        <w:t xml:space="preserve"> ladies?</w:t>
        <w:br/>
        <w:t>必须能啊</w:t>
      </w:r>
      <w:r>
        <w:t xml:space="preserve"> 能泡一堆妞呢</w:t>
        <w:br/>
        <w:t>It's</w:t>
      </w:r>
      <w:r>
        <w:t xml:space="preserve"> qot</w:t>
      </w:r>
      <w:r>
        <w:t xml:space="preserve"> to.</w:t>
      </w:r>
      <w:r>
        <w:t xml:space="preserve"> You</w:t>
      </w:r>
      <w:r>
        <w:t xml:space="preserve"> be</w:t>
      </w:r>
      <w:r>
        <w:t xml:space="preserve"> qetting</w:t>
      </w:r>
      <w:r>
        <w:t xml:space="preserve"> mad</w:t>
      </w:r>
      <w:r>
        <w:t xml:space="preserve"> females</w:t>
        <w:br/>
        <w:t>菜吃得越多</w:t>
      </w:r>
      <w:r>
        <w:t xml:space="preserve"> 妞泡得越多</w:t>
      </w:r>
      <w:r>
        <w:t xml:space="preserve"> 绝对的</w:t>
        <w:br/>
        <w:t>More</w:t>
      </w:r>
      <w:r>
        <w:t xml:space="preserve"> veqetables</w:t>
      </w:r>
      <w:r>
        <w:t xml:space="preserve"> more</w:t>
      </w:r>
      <w:r>
        <w:t xml:space="preserve"> females.</w:t>
      </w:r>
      <w:r>
        <w:t xml:space="preserve"> Bet.</w:t>
        <w:br/>
        <w:t>你是想告诉我们这个道理吧</w:t>
      </w:r>
      <w:r>
        <w:t xml:space="preserve"> 埃迪老师</w:t>
        <w:br/>
        <w:t>That's</w:t>
      </w:r>
      <w:r>
        <w:t xml:space="preserve"> what</w:t>
      </w:r>
      <w:r>
        <w:t xml:space="preserve"> you</w:t>
      </w:r>
      <w:r>
        <w:t xml:space="preserve"> tellin'us,</w:t>
      </w:r>
      <w:r>
        <w:t xml:space="preserve"> Mr.</w:t>
      </w:r>
      <w:r>
        <w:t xml:space="preserve"> Eddie?</w:t>
        <w:br/>
        <w:t>我什么都没说</w:t>
        <w:br/>
        <w:t>I've</w:t>
      </w:r>
      <w:r>
        <w:t xml:space="preserve"> literally</w:t>
      </w:r>
      <w:r>
        <w:t xml:space="preserve"> said</w:t>
      </w:r>
      <w:r>
        <w:t xml:space="preserve"> nothing.</w:t>
        <w:br/>
        <w:t>哟</w:t>
      </w:r>
      <w:r>
        <w:t xml:space="preserve"> 这家伙还真低调呢</w:t>
        <w:br/>
        <w:t>Nah,</w:t>
      </w:r>
      <w:r>
        <w:t xml:space="preserve"> bro</w:t>
      </w:r>
      <w:r>
        <w:t xml:space="preserve"> that's</w:t>
      </w:r>
      <w:r>
        <w:t xml:space="preserve"> low-</w:t>
      </w:r>
      <w:r>
        <w:t xml:space="preserve"> key</w:t>
      </w:r>
      <w:r>
        <w:t xml:space="preserve"> qenius.</w:t>
        <w:br/>
        <w:t>菜吃的越多</w:t>
        <w:br/>
        <w:t>More</w:t>
      </w:r>
      <w:r>
        <w:t xml:space="preserve"> qreens.</w:t>
        <w:br/>
        <w:t>妞泡得越多</w:t>
        <w:br/>
        <w:t>Toqether...more</w:t>
      </w:r>
      <w:r>
        <w:t xml:space="preserve"> girls!</w:t>
        <w:br/>
        <w:t>一开始只是偶尔一两个人过来</w:t>
        <w:br/>
        <w:t>First,</w:t>
      </w:r>
      <w:r>
        <w:t xml:space="preserve"> it</w:t>
      </w:r>
      <w:r>
        <w:t xml:space="preserve"> was</w:t>
      </w:r>
      <w:r>
        <w:t xml:space="preserve"> one</w:t>
      </w:r>
      <w:r>
        <w:t xml:space="preserve"> or</w:t>
      </w:r>
      <w:r>
        <w:t xml:space="preserve"> two</w:t>
      </w:r>
      <w:r>
        <w:t xml:space="preserve"> of</w:t>
      </w:r>
      <w:r>
        <w:t xml:space="preserve"> them</w:t>
      </w:r>
      <w:r>
        <w:t xml:space="preserve"> coming</w:t>
      </w:r>
      <w:r>
        <w:t xml:space="preserve"> in</w:t>
      </w:r>
      <w:r>
        <w:t xml:space="preserve"> every</w:t>
      </w:r>
      <w:r>
        <w:t xml:space="preserve"> once</w:t>
      </w:r>
      <w:r>
        <w:t xml:space="preserve"> in</w:t>
      </w:r>
      <w:r>
        <w:t xml:space="preserve"> a</w:t>
      </w:r>
      <w:r>
        <w:t xml:space="preserve"> while.</w:t>
        <w:br/>
        <w:t>现在其他孩子也会加入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而且天天如此</w:t>
        <w:br/>
        <w:t>Now</w:t>
      </w:r>
      <w:r>
        <w:t xml:space="preserve"> others</w:t>
      </w:r>
      <w:r>
        <w:t xml:space="preserve"> have</w:t>
      </w:r>
      <w:r>
        <w:t xml:space="preserve"> joined,</w:t>
      </w:r>
      <w:r>
        <w:t xml:space="preserve"> and</w:t>
      </w:r>
      <w:r>
        <w:t xml:space="preserve"> it's</w:t>
      </w:r>
      <w:r>
        <w:t xml:space="preserve"> every</w:t>
      </w:r>
      <w:r>
        <w:t xml:space="preserve"> dav.</w:t>
        <w:br/>
        <w:t>原来</w:t>
      </w:r>
      <w:r>
        <w:t xml:space="preserve"> 最近莫顿老师会在午餐时</w:t>
        <w:br/>
        <w:t>I</w:t>
      </w:r>
      <w:r>
        <w:t xml:space="preserve"> found</w:t>
      </w:r>
      <w:r>
        <w:t xml:space="preserve"> out</w:t>
      </w:r>
      <w:r>
        <w:t xml:space="preserve"> Mr.</w:t>
      </w:r>
      <w:r>
        <w:t xml:space="preserve"> Morton's</w:t>
      </w:r>
      <w:r>
        <w:t xml:space="preserve"> been</w:t>
      </w:r>
      <w:r>
        <w:t xml:space="preserve"> using</w:t>
      </w:r>
      <w:r>
        <w:t xml:space="preserve"> his</w:t>
      </w:r>
      <w:r>
        <w:t xml:space="preserve"> classroom</w:t>
        <w:br/>
        <w:t>占用教室做情侣治疗</w:t>
        <w:br/>
        <w:t>for</w:t>
      </w:r>
      <w:r>
        <w:t xml:space="preserve"> lunchtime</w:t>
      </w:r>
      <w:r>
        <w:t xml:space="preserve"> couples</w:t>
      </w:r>
      <w:r>
        <w:t xml:space="preserve"> therapy,</w:t>
        <w:br/>
        <w:t>所以他们没处可去</w:t>
        <w:br/>
        <w:t>so</w:t>
      </w:r>
      <w:r>
        <w:t xml:space="preserve"> they</w:t>
      </w:r>
      <w:r>
        <w:t xml:space="preserve"> have</w:t>
      </w:r>
      <w:r>
        <w:t xml:space="preserve"> nowhere</w:t>
      </w:r>
      <w:r>
        <w:t xml:space="preserve"> else</w:t>
      </w:r>
      <w:r>
        <w:t xml:space="preserve"> to</w:t>
      </w:r>
      <w:r>
        <w:t xml:space="preserve"> hanq.</w:t>
        <w:br/>
        <w:t>真希望莫顿两口子能考虑下</w:t>
        <w:br/>
        <w:t>I</w:t>
      </w:r>
      <w:r>
        <w:t xml:space="preserve"> wish</w:t>
      </w:r>
      <w:r>
        <w:t xml:space="preserve"> the</w:t>
      </w:r>
      <w:r>
        <w:t xml:space="preserve"> Mortons</w:t>
      </w:r>
      <w:r>
        <w:t xml:space="preserve"> understood</w:t>
      </w:r>
      <w:r>
        <w:t xml:space="preserve"> the</w:t>
      </w:r>
      <w:r>
        <w:t xml:space="preserve"> collateral</w:t>
      </w:r>
      <w:r>
        <w:t xml:space="preserve"> damaqe</w:t>
        <w:br/>
        <w:t>他俩的关系造成的附带伤害</w:t>
        <w:br/>
        <w:t>their</w:t>
      </w:r>
      <w:r>
        <w:t xml:space="preserve"> relationship</w:t>
      </w:r>
      <w:r>
        <w:t xml:space="preserve"> is</w:t>
      </w:r>
      <w:r>
        <w:t xml:space="preserve"> causing.</w:t>
        <w:br/>
        <w:t>埃迪老师</w:t>
      </w:r>
      <w:r>
        <w:t xml:space="preserve"> 你觉得金莺队</w:t>
        <w:br/>
        <w:t>Mr.</w:t>
      </w:r>
      <w:r>
        <w:t xml:space="preserve"> Eddie,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Orioles-</w:t>
      </w:r>
      <w:r>
        <w:t xml:space="preserve"> -</w:t>
        <w:br/>
        <w:t>这是事情经过</w:t>
      </w:r>
      <w:r>
        <w:t xml:space="preserve"> 亲爱的</w:t>
        <w:br/>
        <w:t>Well,</w:t>
      </w:r>
      <w:r>
        <w:t xml:space="preserve"> that's</w:t>
      </w:r>
      <w:r>
        <w:t xml:space="preserve"> what</w:t>
      </w:r>
      <w:r>
        <w:t xml:space="preserve"> happens</w:t>
      </w:r>
      <w:r>
        <w:t xml:space="preserve"> hon.</w:t>
        <w:br/>
        <w:t>嘿</w:t>
      </w:r>
      <w:r>
        <w:t xml:space="preserve"> 看看是谁来了</w:t>
        <w:br/>
        <w:t>Hev.</w:t>
      </w:r>
      <w:r>
        <w:t xml:space="preserve"> Look</w:t>
      </w:r>
      <w:r>
        <w:t xml:space="preserve"> who</w:t>
      </w:r>
      <w:r>
        <w:t xml:space="preserve"> it</w:t>
      </w:r>
      <w:r>
        <w:t xml:space="preserve"> is.</w:t>
        <w:br/>
        <w:t>我忘了说了</w:t>
      </w:r>
      <w:r>
        <w:t xml:space="preserve"> 塔里克现在成了我班上</w:t>
        <w:br/>
        <w:t>I</w:t>
      </w:r>
      <w:r>
        <w:t xml:space="preserve"> forgot</w:t>
      </w:r>
      <w:r>
        <w:t xml:space="preserve"> to</w:t>
      </w:r>
      <w:r>
        <w:t xml:space="preserve"> mention</w:t>
      </w:r>
      <w:r>
        <w:t xml:space="preserve"> that</w:t>
      </w:r>
      <w:r>
        <w:t xml:space="preserve"> Tariq</w:t>
      </w:r>
      <w:r>
        <w:t xml:space="preserve"> is</w:t>
      </w:r>
      <w:r>
        <w:t xml:space="preserve"> now</w:t>
      </w:r>
      <w:r>
        <w:t xml:space="preserve"> the</w:t>
      </w:r>
      <w:r>
        <w:t xml:space="preserve"> father</w:t>
        <w:br/>
        <w:t>一个学生的父亲了</w:t>
        <w:br/>
        <w:t>of</w:t>
      </w:r>
      <w:r>
        <w:t xml:space="preserve"> one</w:t>
      </w:r>
      <w:r>
        <w:t xml:space="preserve"> of</w:t>
      </w:r>
      <w:r>
        <w:t xml:space="preserve"> the</w:t>
      </w:r>
      <w:r>
        <w:t xml:space="preserve"> students</w:t>
      </w:r>
      <w:r>
        <w:t xml:space="preserve"> in</w:t>
      </w:r>
      <w:r>
        <w:t xml:space="preserve"> my</w:t>
      </w:r>
      <w:r>
        <w:t xml:space="preserve"> class.</w:t>
        <w:br/>
        <w:t>知道吗</w:t>
      </w:r>
      <w:r>
        <w:t xml:space="preserve"> 我太习惯于护士珍妮</w:t>
        <w:br/>
        <w:t>You</w:t>
      </w:r>
      <w:r>
        <w:t xml:space="preserve"> know,</w:t>
      </w:r>
      <w:r>
        <w:t xml:space="preserve"> Iqot</w:t>
      </w:r>
      <w:r>
        <w:t xml:space="preserve"> so</w:t>
      </w:r>
      <w:r>
        <w:t xml:space="preserve"> qood</w:t>
      </w:r>
      <w:r>
        <w:t xml:space="preserve"> at</w:t>
      </w:r>
      <w:r>
        <w:t xml:space="preserve"> ignorinq</w:t>
      </w:r>
      <w:r>
        <w:t xml:space="preserve"> Janine,</w:t>
        <w:br/>
        <w:t>从没注意到她怀孕了</w:t>
        <w:br/>
        <w:t>I</w:t>
      </w:r>
      <w:r>
        <w:t xml:space="preserve"> never</w:t>
      </w:r>
      <w:r>
        <w:t xml:space="preserve"> noticed</w:t>
      </w:r>
      <w:r>
        <w:t xml:space="preserve"> she</w:t>
      </w:r>
      <w:r>
        <w:t xml:space="preserve"> was</w:t>
      </w:r>
      <w:r>
        <w:t xml:space="preserve"> pregnant.</w:t>
        <w:br/>
        <w:t>那孩子没生孩子</w:t>
        <w:br/>
        <w:t>That</w:t>
      </w:r>
      <w:r>
        <w:t xml:space="preserve"> child</w:t>
      </w:r>
      <w:r>
        <w:t xml:space="preserve"> does</w:t>
      </w:r>
      <w:r>
        <w:t xml:space="preserve"> not</w:t>
      </w:r>
      <w:r>
        <w:t xml:space="preserve"> have</w:t>
      </w:r>
      <w:r>
        <w:t xml:space="preserve"> a</w:t>
      </w:r>
      <w:r>
        <w:t xml:space="preserve"> child.</w:t>
        <w:br/>
        <w:t>塔里克只是在和我学生的妈妈约会</w:t>
        <w:br/>
        <w:t>Tariq</w:t>
      </w:r>
      <w:r>
        <w:t xml:space="preserve"> is</w:t>
      </w:r>
      <w:r>
        <w:t xml:space="preserve"> iust</w:t>
      </w:r>
      <w:r>
        <w:t xml:space="preserve"> dating</w:t>
      </w:r>
      <w:r>
        <w:t xml:space="preserve"> the</w:t>
      </w:r>
      <w:r>
        <w:t xml:space="preserve"> student's</w:t>
      </w:r>
      <w:r>
        <w:t xml:space="preserve"> mother.</w:t>
        <w:br/>
        <w:t>啊</w:t>
      </w:r>
      <w:r>
        <w:t xml:space="preserve"> </w:t>
      </w:r>
      <w:r>
        <w:t xml:space="preserve"> -你好</w:t>
      </w:r>
      <w:r>
        <w:t xml:space="preserve"> 霍华德老师</w:t>
        <w:br/>
        <w:t>Ah.</w:t>
      </w:r>
      <w:r>
        <w:t xml:space="preserve"> Tariq:</w:t>
      </w:r>
      <w:r>
        <w:t xml:space="preserve"> Hey,</w:t>
      </w:r>
      <w:r>
        <w:t xml:space="preserve"> Mrs.</w:t>
      </w:r>
      <w:r>
        <w:t xml:space="preserve"> Howard.</w:t>
      </w:r>
      <w:r>
        <w:t xml:space="preserve"> Hi.</w:t>
        <w:br/>
        <w:t>你好</w:t>
      </w:r>
      <w:r>
        <w:t xml:space="preserve"> 刻薄的意大利女人</w:t>
        <w:br/>
        <w:t>Hey,</w:t>
      </w:r>
      <w:r>
        <w:t xml:space="preserve"> mean</w:t>
      </w:r>
      <w:r>
        <w:t xml:space="preserve"> Italian</w:t>
      </w:r>
      <w:r>
        <w:t xml:space="preserve"> lady.</w:t>
        <w:br/>
        <w:t>塔里克</w:t>
      </w:r>
      <w:r>
        <w:t xml:space="preserve"> 你不能总这么不请白来</w:t>
        <w:br/>
        <w:t>Tariq,</w:t>
      </w:r>
      <w:r>
        <w:t xml:space="preserve"> vou</w:t>
      </w:r>
      <w:r>
        <w:t xml:space="preserve"> cannot</w:t>
      </w:r>
      <w:r>
        <w:t xml:space="preserve"> keep</w:t>
      </w:r>
      <w:r>
        <w:t xml:space="preserve"> showing</w:t>
      </w:r>
      <w:r>
        <w:t xml:space="preserve"> up</w:t>
      </w:r>
      <w:r>
        <w:t xml:space="preserve"> here</w:t>
      </w:r>
      <w:r>
        <w:t xml:space="preserve"> unannounced.</w:t>
        <w:br/>
        <w:t>我知道</w:t>
      </w:r>
      <w:r>
        <w:t xml:space="preserve"> 但这是紧急情况</w:t>
        <w:br/>
        <w:t>Okay,</w:t>
      </w:r>
      <w:r>
        <w:t xml:space="preserve"> but</w:t>
      </w:r>
      <w:r>
        <w:t xml:space="preserve"> it's</w:t>
      </w:r>
      <w:r>
        <w:t xml:space="preserve"> an</w:t>
      </w:r>
      <w:r>
        <w:t xml:space="preserve"> emergency.</w:t>
        <w:br/>
        <w:t>我不小心把我的午餐装给他了</w:t>
        <w:br/>
        <w:t>I</w:t>
      </w:r>
      <w:r>
        <w:t xml:space="preserve"> accidentallv</w:t>
      </w:r>
      <w:r>
        <w:t xml:space="preserve"> took</w:t>
      </w:r>
      <w:r>
        <w:t xml:space="preserve"> TJ's</w:t>
      </w:r>
      <w:r>
        <w:t xml:space="preserve"> lunch</w:t>
      </w:r>
      <w:r>
        <w:t xml:space="preserve"> and</w:t>
      </w:r>
      <w:r>
        <w:t xml:space="preserve"> I</w:t>
      </w:r>
      <w:r>
        <w:t xml:space="preserve"> qave</w:t>
      </w:r>
      <w:r>
        <w:t xml:space="preserve"> him</w:t>
      </w:r>
      <w:r>
        <w:t xml:space="preserve"> mine,</w:t>
        <w:br/>
        <w:t>我这不赶紧来换一下吗</w:t>
        <w:br/>
        <w:t>so</w:t>
      </w:r>
      <w:r>
        <w:t xml:space="preserve"> Immaiust</w:t>
      </w:r>
      <w:r>
        <w:t xml:space="preserve"> switch</w:t>
      </w:r>
      <w:r>
        <w:t xml:space="preserve"> these</w:t>
      </w:r>
      <w:r>
        <w:t xml:space="preserve"> out</w:t>
      </w:r>
      <w:r>
        <w:t xml:space="preserve"> real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quick</w:t>
        <w:br/>
        <w:t>这个我拿走了</w:t>
      </w:r>
      <w:r>
        <w:t xml:space="preserve"> 花&amp;hearts;花&amp;hearts;公&amp;hearts;子&amp;hearts;</w:t>
        <w:br/>
        <w:t>Take</w:t>
      </w:r>
      <w:r>
        <w:t xml:space="preserve"> that</w:t>
      </w:r>
      <w:r>
        <w:t xml:space="preserve"> from</w:t>
      </w:r>
      <w:r>
        <w:t xml:space="preserve"> you,</w:t>
      </w:r>
      <w:r>
        <w:t xml:space="preserve"> Plavboy.</w:t>
        <w:br/>
        <w:t>谢谢你</w:t>
      </w:r>
      <w:r>
        <w:t xml:space="preserve"> 我马上就|澈</w:t>
        <w:br/>
        <w:t>Thank</w:t>
      </w:r>
      <w:r>
        <w:t xml:space="preserve"> you.</w:t>
      </w:r>
      <w:r>
        <w:t xml:space="preserve"> And</w:t>
      </w:r>
      <w:r>
        <w:t xml:space="preserve"> Im</w:t>
      </w:r>
      <w:r>
        <w:t xml:space="preserve"> out</w:t>
      </w:r>
      <w:r>
        <w:t xml:space="preserve"> of</w:t>
      </w:r>
      <w:r>
        <w:t xml:space="preserve"> your</w:t>
      </w:r>
      <w:r>
        <w:t xml:space="preserve"> hair.</w:t>
        <w:br/>
        <w:t>这是速食午餐</w:t>
        <w:br/>
        <w:t>That</w:t>
      </w:r>
      <w:r>
        <w:t xml:space="preserve"> is</w:t>
      </w:r>
      <w:r>
        <w:t xml:space="preserve"> a</w:t>
      </w:r>
      <w:r>
        <w:t xml:space="preserve"> Lunchable.</w:t>
        <w:br/>
        <w:t>而且还很好吃呢</w:t>
        <w:br/>
        <w:t>And</w:t>
      </w:r>
      <w:r>
        <w:t xml:space="preserve"> it</w:t>
      </w:r>
      <w:r>
        <w:t xml:space="preserve"> is</w:t>
      </w:r>
      <w:r>
        <w:t xml:space="preserve"> delicious.</w:t>
        <w:br/>
        <w:t>好吧一天愉快小詹姆斯</w:t>
        <w:br/>
        <w:t>AII</w:t>
      </w:r>
      <w:r>
        <w:t xml:space="preserve"> riqht,</w:t>
      </w:r>
      <w:r>
        <w:t xml:space="preserve"> have</w:t>
      </w:r>
      <w:r>
        <w:t xml:space="preserve"> a</w:t>
      </w:r>
      <w:r>
        <w:t xml:space="preserve"> good</w:t>
      </w:r>
      <w:r>
        <w:t xml:space="preserve"> day</w:t>
      </w:r>
      <w:r>
        <w:t xml:space="preserve"> Junior.</w:t>
        <w:br/>
        <w:t>你才不是我爸</w:t>
        <w:br/>
        <w:t>You're</w:t>
      </w:r>
      <w:r>
        <w:t xml:space="preserve"> not</w:t>
      </w:r>
      <w:r>
        <w:t xml:space="preserve"> my</w:t>
      </w:r>
      <w:r>
        <w:t xml:space="preserve"> dad!</w:t>
        <w:br/>
        <w:t>这孩子真搞笑</w:t>
        <w:br/>
        <w:t>That</w:t>
      </w:r>
      <w:r>
        <w:t xml:space="preserve"> boy</w:t>
      </w:r>
      <w:r>
        <w:t xml:space="preserve"> hilarious.</w:t>
        <w:br/>
        <w:t>肯定是遗传了我</w:t>
      </w:r>
      <w:r>
        <w:t xml:space="preserve"> 各位拜拜</w:t>
        <w:br/>
        <w:t>And</w:t>
      </w:r>
      <w:r>
        <w:t xml:space="preserve"> he</w:t>
      </w:r>
      <w:r>
        <w:t xml:space="preserve"> qet</w:t>
      </w:r>
      <w:r>
        <w:t xml:space="preserve"> that</w:t>
      </w:r>
      <w:r>
        <w:t xml:space="preserve"> from</w:t>
      </w:r>
      <w:r>
        <w:t xml:space="preserve"> me.</w:t>
      </w:r>
      <w:r>
        <w:t xml:space="preserve"> Bye,</w:t>
      </w:r>
      <w:r>
        <w:t xml:space="preserve"> y'all.</w:t>
        <w:br/>
        <w:t>所以</w:t>
      </w:r>
      <w:r>
        <w:t xml:space="preserve"> 要想找到一位手语翻译</w:t>
        <w:br/>
        <w:t>So,</w:t>
      </w:r>
      <w:r>
        <w:t xml:space="preserve"> I</w:t>
      </w:r>
      <w:r>
        <w:t xml:space="preserve"> figured</w:t>
      </w:r>
      <w:r>
        <w:t xml:space="preserve"> out</w:t>
      </w:r>
      <w:r>
        <w:t xml:space="preserve"> how</w:t>
      </w:r>
      <w:r>
        <w:t xml:space="preserve"> to</w:t>
      </w:r>
      <w:r>
        <w:t xml:space="preserve"> make</w:t>
      </w:r>
      <w:r>
        <w:t xml:space="preserve"> this</w:t>
      </w:r>
      <w:r>
        <w:t xml:space="preserve"> ASL</w:t>
      </w:r>
      <w:r>
        <w:t xml:space="preserve"> interpreter</w:t>
      </w:r>
      <w:r>
        <w:t xml:space="preserve"> happen.</w:t>
        <w:br/>
        <w:t>我只需找几个合格的候选人</w:t>
        <w:br/>
        <w:t>AlI</w:t>
      </w:r>
      <w:r>
        <w:t xml:space="preserve"> I</w:t>
      </w:r>
      <w:r>
        <w:t xml:space="preserve"> need</w:t>
      </w:r>
      <w:r>
        <w:t xml:space="preserve"> to</w:t>
      </w:r>
      <w:r>
        <w:t xml:space="preserve"> do</w:t>
      </w:r>
      <w:r>
        <w:t xml:space="preserve"> is</w:t>
      </w:r>
      <w:r>
        <w:t xml:space="preserve"> find</w:t>
      </w:r>
      <w:r>
        <w:t xml:space="preserve"> some</w:t>
      </w:r>
      <w:r>
        <w:t xml:space="preserve"> qualified</w:t>
      </w:r>
      <w:r>
        <w:t xml:space="preserve"> candidates,</w:t>
        <w:br/>
        <w:t>给他们面试</w:t>
      </w:r>
      <w:r>
        <w:t xml:space="preserve"> 填些文件</w:t>
        <w:br/>
        <w:t>interview</w:t>
      </w:r>
      <w:r>
        <w:t xml:space="preserve"> them,</w:t>
      </w:r>
      <w:r>
        <w:t xml:space="preserve"> fill</w:t>
      </w:r>
      <w:r>
        <w:t xml:space="preserve"> out</w:t>
      </w:r>
      <w:r>
        <w:t xml:space="preserve"> this</w:t>
      </w:r>
      <w:r>
        <w:t xml:space="preserve"> paperwork,</w:t>
        <w:br/>
        <w:t>做个背景调查</w:t>
        <w:br/>
        <w:t>then</w:t>
      </w:r>
      <w:r>
        <w:t xml:space="preserve"> do</w:t>
      </w:r>
      <w:r>
        <w:t xml:space="preserve"> a</w:t>
      </w:r>
      <w:r>
        <w:t xml:space="preserve"> backqround</w:t>
      </w:r>
      <w:r>
        <w:t xml:space="preserve"> check,</w:t>
        <w:br/>
        <w:t>然后开张就业证明</w:t>
        <w:br/>
        <w:t>followed</w:t>
      </w:r>
      <w:r>
        <w:t xml:space="preserve"> by</w:t>
      </w:r>
      <w:r>
        <w:t xml:space="preserve"> an</w:t>
      </w:r>
      <w:r>
        <w:t xml:space="preserve"> employment</w:t>
      </w:r>
      <w:r>
        <w:t xml:space="preserve"> verification</w:t>
        <w:br/>
        <w:t>通过匹配性检查</w:t>
        <w:br/>
        <w:t>and</w:t>
      </w:r>
      <w:r>
        <w:t xml:space="preserve"> then</w:t>
      </w:r>
      <w:r>
        <w:t xml:space="preserve"> a</w:t>
      </w:r>
      <w:r>
        <w:t xml:space="preserve"> compatibility</w:t>
      </w:r>
      <w:r>
        <w:t xml:space="preserve"> check.</w:t>
        <w:br/>
        <w:t>跟会计部谈话</w:t>
        <w:br/>
        <w:t>And</w:t>
      </w:r>
      <w:r>
        <w:t xml:space="preserve"> right</w:t>
      </w:r>
      <w:r>
        <w:t xml:space="preserve"> after</w:t>
      </w:r>
      <w:r>
        <w:t xml:space="preserve"> I</w:t>
      </w:r>
      <w:r>
        <w:t xml:space="preserve"> talk</w:t>
      </w:r>
      <w:r>
        <w:t xml:space="preserve"> to</w:t>
      </w:r>
      <w:r>
        <w:t xml:space="preserve"> accountinq</w:t>
        <w:br/>
        <w:t>然后提交人力资源部就行</w:t>
        <w:br/>
        <w:t>and</w:t>
      </w:r>
      <w:r>
        <w:t xml:space="preserve"> run</w:t>
      </w:r>
      <w:r>
        <w:t xml:space="preserve"> it</w:t>
      </w:r>
      <w:r>
        <w:t xml:space="preserve"> through</w:t>
      </w:r>
      <w:r>
        <w:t xml:space="preserve"> HR.</w:t>
        <w:br/>
        <w:t>并在这个过程中保证其他工作的正常运行</w:t>
      </w:r>
      <w:r>
        <w:t xml:space="preserve"> 所以</w:t>
        <w:br/>
        <w:t>And</w:t>
      </w:r>
      <w:r>
        <w:t xml:space="preserve"> not</w:t>
      </w:r>
      <w:r>
        <w:t xml:space="preserve"> fall</w:t>
      </w:r>
      <w:r>
        <w:t xml:space="preserve"> behind</w:t>
      </w:r>
      <w:r>
        <w:t xml:space="preserve"> on</w:t>
      </w:r>
      <w:r>
        <w:t xml:space="preserve"> any</w:t>
      </w:r>
      <w:r>
        <w:t xml:space="preserve"> of</w:t>
      </w:r>
      <w:r>
        <w:t xml:space="preserve"> my</w:t>
      </w:r>
      <w:r>
        <w:t xml:space="preserve"> other</w:t>
      </w:r>
      <w:r>
        <w:t xml:space="preserve"> work,</w:t>
      </w:r>
      <w:r>
        <w:t xml:space="preserve"> so...</w:t>
        <w:br/>
        <w:t>你找的是应付账款部门</w:t>
        <w:br/>
        <w:t>You're</w:t>
      </w:r>
      <w:r>
        <w:t xml:space="preserve"> looking</w:t>
      </w:r>
      <w:r>
        <w:t xml:space="preserve"> for</w:t>
      </w:r>
      <w:r>
        <w:t xml:space="preserve"> accounts</w:t>
      </w:r>
      <w:r>
        <w:t xml:space="preserve"> pavable.</w:t>
        <w:br/>
        <w:t>我们是会计部</w:t>
      </w:r>
      <w:r>
        <w:t xml:space="preserve"> 你得下到三楼去</w:t>
        <w:br/>
        <w:t>We're</w:t>
      </w:r>
      <w:r>
        <w:t xml:space="preserve"> accounting.</w:t>
      </w:r>
      <w:r>
        <w:t xml:space="preserve"> You</w:t>
      </w:r>
      <w:r>
        <w:t xml:space="preserve"> need</w:t>
      </w:r>
      <w:r>
        <w:t xml:space="preserve"> to</w:t>
      </w:r>
      <w:r>
        <w:t xml:space="preserve"> qo</w:t>
      </w:r>
      <w:r>
        <w:t xml:space="preserve"> down</w:t>
      </w:r>
      <w:r>
        <w:t xml:space="preserve"> to</w:t>
      </w:r>
      <w:r>
        <w:t xml:space="preserve"> the</w:t>
      </w:r>
      <w:r>
        <w:t xml:space="preserve"> third</w:t>
      </w:r>
      <w:r>
        <w:t xml:space="preserve"> floor.</w:t>
        <w:br/>
        <w:t>我的错</w:t>
        <w:br/>
        <w:t>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B.</w:t>
        <w:br/>
        <w:t>汶些还没有公&amp;hearts;证&amp;hearts;</w:t>
        <w:br/>
        <w:t>These</w:t>
      </w:r>
      <w:r>
        <w:t xml:space="preserve"> aren't</w:t>
      </w:r>
      <w:r>
        <w:t xml:space="preserve"> notarized,</w:t>
        <w:br/>
        <w:t>你需要完成背景调查</w:t>
        <w:br/>
        <w:t>and</w:t>
      </w:r>
      <w:r>
        <w:t xml:space="preserve"> you're</w:t>
      </w:r>
      <w:r>
        <w:t xml:space="preserve"> qonna</w:t>
      </w:r>
      <w:r>
        <w:t xml:space="preserve"> need</w:t>
      </w:r>
      <w:r>
        <w:t xml:space="preserve"> to</w:t>
      </w:r>
      <w:r>
        <w:t xml:space="preserve"> qet</w:t>
      </w:r>
      <w:r>
        <w:t xml:space="preserve"> a</w:t>
      </w:r>
      <w:r>
        <w:t xml:space="preserve"> background</w:t>
      </w:r>
      <w:r>
        <w:t xml:space="preserve"> check</w:t>
      </w:r>
      <w:r>
        <w:t xml:space="preserve"> completed</w:t>
        <w:br/>
        <w:t>得到人力部的批准后</w:t>
      </w:r>
      <w:r>
        <w:t xml:space="preserve"> 然后我们才能签字</w:t>
        <w:br/>
        <w:t>and</w:t>
      </w:r>
      <w:r>
        <w:t xml:space="preserve"> approved</w:t>
      </w:r>
      <w:r>
        <w:t xml:space="preserve"> bv</w:t>
      </w:r>
      <w:r>
        <w:t xml:space="preserve"> HR</w:t>
      </w:r>
      <w:r>
        <w:t xml:space="preserve"> before</w:t>
      </w:r>
      <w:r>
        <w:t xml:space="preserve"> we</w:t>
      </w:r>
      <w:r>
        <w:t xml:space="preserve"> can</w:t>
      </w:r>
      <w:r>
        <w:t xml:space="preserve"> sign</w:t>
      </w:r>
      <w:r>
        <w:t xml:space="preserve"> off.</w:t>
        <w:br/>
        <w:t>没问题</w:t>
      </w:r>
      <w:r>
        <w:t xml:space="preserve"> 谢谢你</w:t>
        <w:br/>
        <w:t>Not</w:t>
      </w:r>
      <w:r>
        <w:t xml:space="preserve"> a</w:t>
      </w:r>
      <w:r>
        <w:t xml:space="preserve"> problem.</w:t>
      </w:r>
      <w:r>
        <w:t xml:space="preserve"> Thank</w:t>
      </w:r>
      <w:r>
        <w:t xml:space="preserve"> you.</w:t>
        <w:br/>
        <w:t>错了</w:t>
      </w:r>
      <w:r>
        <w:t xml:space="preserve"> 这个还没有公&amp;hearts;证&amp;hearts;</w:t>
        <w:br/>
        <w:t>Uh,</w:t>
      </w:r>
      <w:r>
        <w:t xml:space="preserve"> unh-</w:t>
      </w:r>
      <w:r>
        <w:t xml:space="preserve"> unh.</w:t>
      </w:r>
      <w:r>
        <w:t xml:space="preserve"> This</w:t>
      </w:r>
      <w:r>
        <w:t xml:space="preserve"> isn't</w:t>
      </w:r>
      <w:r>
        <w:t xml:space="preserve"> notarized</w:t>
      </w:r>
      <w:r>
        <w:t xml:space="preserve"> yet.</w:t>
        <w:br/>
        <w:t>是这样的</w:t>
      </w:r>
      <w:r>
        <w:t xml:space="preserve"> 公&amp;hearts;证&amp;hearts;人出去吃午饭了</w:t>
        <w:br/>
        <w:t>Well,</w:t>
      </w:r>
      <w:r>
        <w:t xml:space="preserve"> see,</w:t>
      </w:r>
      <w:r>
        <w:t xml:space="preserve"> the</w:t>
      </w:r>
      <w:r>
        <w:t xml:space="preserve"> notarv</w:t>
      </w:r>
      <w:r>
        <w:t xml:space="preserve"> went</w:t>
      </w:r>
      <w:r>
        <w:t xml:space="preserve"> out</w:t>
      </w:r>
      <w:r>
        <w:t xml:space="preserve"> to</w:t>
      </w:r>
      <w:r>
        <w:t xml:space="preserve"> lunch,</w:t>
        <w:br/>
        <w:t>所以我想着先来找你</w:t>
        <w:br/>
        <w:t>so</w:t>
      </w:r>
      <w:r>
        <w:t xml:space="preserve"> I</w:t>
      </w:r>
      <w:r>
        <w:t xml:space="preserve"> figured</w:t>
      </w:r>
      <w:r>
        <w:t xml:space="preserve"> I'd</w:t>
      </w:r>
      <w:r>
        <w:t xml:space="preserve"> just</w:t>
      </w:r>
      <w:r>
        <w:t xml:space="preserve"> come</w:t>
      </w:r>
      <w:r>
        <w:t xml:space="preserve"> to</w:t>
      </w:r>
      <w:r>
        <w:t xml:space="preserve"> vou</w:t>
      </w:r>
      <w:r>
        <w:t xml:space="preserve"> first.</w:t>
        <w:br/>
        <w:t>好吧</w:t>
      </w:r>
      <w:r>
        <w:t xml:space="preserve"> 你得先去艾米丽那边</w:t>
        <w:br/>
        <w:br/>
        <w:t>Okay,</w:t>
      </w:r>
      <w:r>
        <w:t xml:space="preserve"> you're</w:t>
      </w:r>
      <w:r>
        <w:t xml:space="preserve"> gonna</w:t>
      </w:r>
      <w:r>
        <w:t xml:space="preserve"> need</w:t>
      </w:r>
      <w:r>
        <w:t xml:space="preserve"> to</w:t>
      </w:r>
      <w:r>
        <w:t xml:space="preserve"> see</w:t>
      </w:r>
      <w:r>
        <w:t xml:space="preserve"> Emily</w:t>
        <w:br/>
        <w:t>提出正式申请</w:t>
        <w:br/>
        <w:t>to</w:t>
      </w:r>
      <w:r>
        <w:t xml:space="preserve"> make</w:t>
      </w:r>
      <w:r>
        <w:t xml:space="preserve"> an</w:t>
      </w:r>
      <w:r>
        <w:t xml:space="preserve"> official</w:t>
      </w:r>
      <w:r>
        <w:t xml:space="preserve"> request.</w:t>
        <w:br/>
        <w:t>好吧</w:t>
      </w:r>
      <w:r>
        <w:t xml:space="preserve"> 这就去找艾米丽</w:t>
        <w:br/>
        <w:t>AlI</w:t>
      </w:r>
      <w:r>
        <w:t xml:space="preserve"> right.</w:t>
      </w:r>
      <w:r>
        <w:t xml:space="preserve"> On</w:t>
      </w:r>
      <w:r>
        <w:t xml:space="preserve"> my</w:t>
      </w:r>
      <w:r>
        <w:t xml:space="preserve"> way</w:t>
      </w:r>
      <w:r>
        <w:t xml:space="preserve"> to</w:t>
      </w:r>
      <w:r>
        <w:t xml:space="preserve"> Emilv.</w:t>
        <w:br/>
        <w:t>艾米丽</w:t>
        <w:br/>
        <w:t>Emilv!</w:t>
        <w:br/>
        <w:t>没问题</w:t>
        <w:br/>
        <w:t>Emilv:</w:t>
      </w:r>
      <w:r>
        <w:t xml:space="preserve"> No</w:t>
      </w:r>
      <w:r>
        <w:t xml:space="preserve"> problem.</w:t>
        <w:br/>
        <w:t>我只要在上面盖上“生效“就行了</w:t>
        <w:br/>
        <w:t>AlI</w:t>
      </w:r>
      <w:r>
        <w:t xml:space="preserve"> I</w:t>
      </w:r>
      <w:r>
        <w:t xml:space="preserve"> have</w:t>
      </w:r>
      <w:r>
        <w:t xml:space="preserve"> to</w:t>
      </w:r>
      <w:r>
        <w:t xml:space="preserve"> do</w:t>
      </w:r>
      <w:r>
        <w:t xml:space="preserve"> is</w:t>
      </w:r>
      <w:r>
        <w:t xml:space="preserve"> stamp</w:t>
      </w:r>
      <w:r>
        <w:t xml:space="preserve"> the</w:t>
      </w:r>
      <w:r>
        <w:t xml:space="preserve"> word"official"on</w:t>
      </w:r>
      <w:r>
        <w:t xml:space="preserve"> it.</w:t>
        <w:br/>
        <w:t>好</w:t>
      </w:r>
      <w:r>
        <w:t xml:space="preserve"> 非常好</w:t>
        <w:br/>
        <w:t>Okay,</w:t>
      </w:r>
      <w:r>
        <w:t xml:space="preserve"> great.</w:t>
        <w:br/>
        <w:t>但是我找不到我的章了</w:t>
        <w:br/>
        <w:t>But</w:t>
      </w:r>
      <w:r>
        <w:t xml:space="preserve"> I</w:t>
      </w:r>
      <w:r>
        <w:t xml:space="preserve"> can't</w:t>
      </w:r>
      <w:r>
        <w:t xml:space="preserve"> find</w:t>
      </w:r>
      <w:r>
        <w:t xml:space="preserve"> my</w:t>
      </w:r>
      <w:r>
        <w:t xml:space="preserve"> stamp</w:t>
        <w:br/>
        <w:t>所以你先去公&amp;hearts;证&amp;hearts;下</w:t>
        <w:br/>
        <w:t>SO</w:t>
      </w:r>
      <w:r>
        <w:t xml:space="preserve"> iust</w:t>
      </w:r>
      <w:r>
        <w:t xml:space="preserve"> get</w:t>
      </w:r>
      <w:r>
        <w:t xml:space="preserve"> this</w:t>
      </w:r>
      <w:r>
        <w:t xml:space="preserve"> notarized,</w:t>
        <w:br/>
        <w:t>24小时到8周内</w:t>
        <w:br/>
        <w:t>and</w:t>
      </w:r>
      <w:r>
        <w:t xml:space="preserve"> in</w:t>
      </w:r>
      <w:r>
        <w:t xml:space="preserve"> 24</w:t>
      </w:r>
      <w:r>
        <w:t xml:space="preserve"> hours</w:t>
      </w:r>
      <w:r>
        <w:t xml:space="preserve"> to</w:t>
      </w:r>
      <w:r>
        <w:t xml:space="preserve"> 8</w:t>
      </w:r>
      <w:r>
        <w:t xml:space="preserve"> weeks</w:t>
        <w:br/>
        <w:t>你就会拿到最新的名址录</w:t>
        <w:br/>
        <w:t>you'll</w:t>
      </w:r>
      <w:r>
        <w:t xml:space="preserve"> qet</w:t>
      </w:r>
      <w:r>
        <w:t xml:space="preserve"> the</w:t>
      </w:r>
      <w:r>
        <w:t xml:space="preserve"> most</w:t>
      </w:r>
      <w:r>
        <w:t xml:space="preserve"> recent</w:t>
      </w:r>
      <w:r>
        <w:t xml:space="preserve"> directory,</w:t>
        <w:br/>
        <w:t>我也可能找到那枚章</w:t>
        <w:br/>
        <w:t>and</w:t>
      </w:r>
      <w:r>
        <w:t xml:space="preserve"> I'll</w:t>
      </w:r>
      <w:r>
        <w:t xml:space="preserve"> probably</w:t>
      </w:r>
      <w:r>
        <w:t xml:space="preserve"> have</w:t>
      </w:r>
      <w:r>
        <w:t xml:space="preserve"> found</w:t>
      </w:r>
      <w:r>
        <w:t xml:space="preserve"> my</w:t>
      </w:r>
      <w:r>
        <w:t xml:space="preserve"> stamp.</w:t>
        <w:br/>
        <w:t>好消息</w:t>
        <w:br/>
        <w:t>Great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news.</w:t>
        <w:br/>
        <w:t>所以我又回到人力资源部</w:t>
        <w:br/>
        <w:t>So</w:t>
      </w:r>
      <w:r>
        <w:t xml:space="preserve"> I</w:t>
      </w:r>
      <w:r>
        <w:t xml:space="preserve"> went</w:t>
      </w:r>
      <w:r>
        <w:t xml:space="preserve"> back</w:t>
      </w:r>
      <w:r>
        <w:t xml:space="preserve"> to</w:t>
      </w:r>
      <w:r>
        <w:t xml:space="preserve"> HR</w:t>
        <w:br/>
        <w:t>他们让我去找237室的女士</w:t>
        <w:br/>
        <w:t>and</w:t>
      </w:r>
      <w:r>
        <w:t xml:space="preserve"> thev</w:t>
      </w:r>
      <w:r>
        <w:t xml:space="preserve"> told</w:t>
      </w:r>
      <w:r>
        <w:t xml:space="preserve"> me</w:t>
      </w:r>
      <w:r>
        <w:t xml:space="preserve"> to</w:t>
      </w:r>
      <w:r>
        <w:t xml:space="preserve"> see</w:t>
      </w:r>
      <w:r>
        <w:t xml:space="preserve"> the</w:t>
      </w:r>
      <w:r>
        <w:t xml:space="preserve"> woman</w:t>
      </w:r>
      <w:r>
        <w:t xml:space="preserve"> in</w:t>
      </w:r>
      <w:r>
        <w:t xml:space="preserve"> office</w:t>
      </w:r>
      <w:r>
        <w:t xml:space="preserve"> 237</w:t>
        <w:br/>
        <w:t>她会解决我所有的问题</w:t>
        <w:br/>
        <w:t>and</w:t>
      </w:r>
      <w:r>
        <w:t xml:space="preserve"> she'll</w:t>
      </w:r>
      <w:r>
        <w:t xml:space="preserve"> be</w:t>
      </w:r>
      <w:r>
        <w:t xml:space="preserve"> able</w:t>
      </w:r>
      <w:r>
        <w:t xml:space="preserve"> to</w:t>
      </w:r>
      <w:r>
        <w:t xml:space="preserve"> help</w:t>
      </w:r>
      <w:r>
        <w:t xml:space="preserve"> me</w:t>
      </w:r>
      <w:r>
        <w:t xml:space="preserve"> with</w:t>
      </w:r>
      <w:r>
        <w:t xml:space="preserve"> evervthing.</w:t>
        <w:br/>
        <w:t>原来就是我的办公室</w:t>
        <w:br/>
        <w:t>So...this</w:t>
      </w:r>
      <w:r>
        <w:t xml:space="preserve"> is</w:t>
      </w:r>
      <w:r>
        <w:t xml:space="preserve"> my</w:t>
      </w:r>
      <w:r>
        <w:t xml:space="preserve"> office.</w:t>
        <w:br/>
        <w:t>好吧</w:t>
      </w:r>
      <w:r>
        <w:t xml:space="preserve"> 该死</w:t>
        <w:br/>
        <w:t>Okav.</w:t>
      </w:r>
      <w:r>
        <w:t xml:space="preserve"> Damn</w:t>
      </w:r>
      <w:r>
        <w:t xml:space="preserve"> it</w:t>
        <w:br/>
        <w:t>你好</w:t>
      </w:r>
      <w:r>
        <w:t xml:space="preserve"> 珍妮</w:t>
        <w:br/>
        <w:t>Hello,</w:t>
      </w:r>
      <w:r>
        <w:t xml:space="preserve"> Janine</w:t>
        <w:br/>
        <w:t>哦</w:t>
      </w:r>
      <w:r>
        <w:t xml:space="preserve"> 什么鬼</w:t>
        <w:br/>
        <w:t>Oh!</w:t>
      </w:r>
      <w:r>
        <w:t xml:space="preserve"> What</w:t>
      </w:r>
      <w:r>
        <w:t xml:space="preserve"> the</w:t>
      </w:r>
      <w:r>
        <w:t xml:space="preserve"> hell?</w:t>
      </w:r>
      <w:r>
        <w:t xml:space="preserve"> !</w:t>
        <w:br/>
        <w:t>不敢相信你抽屉里放着一张</w:t>
        <w:br/>
        <w:t>Icannot</w:t>
      </w:r>
      <w:r>
        <w:t xml:space="preserve"> believe</w:t>
      </w:r>
      <w:r>
        <w:t xml:space="preserve"> vou</w:t>
      </w:r>
      <w:r>
        <w:t xml:space="preserve"> have</w:t>
      </w:r>
      <w:r>
        <w:t xml:space="preserve"> a</w:t>
      </w:r>
      <w:r>
        <w:t xml:space="preserve"> picture</w:t>
      </w:r>
      <w:r>
        <w:t xml:space="preserve"> of</w:t>
      </w:r>
      <w:r>
        <w:t xml:space="preserve"> Greqory</w:t>
        <w:br/>
        <w:t>格雷格里的照片</w:t>
        <w:br/>
        <w:t>in</w:t>
      </w:r>
      <w:r>
        <w:t xml:space="preserve"> vour</w:t>
      </w:r>
      <w:r>
        <w:t xml:space="preserve"> desk</w:t>
      </w:r>
      <w:r>
        <w:t xml:space="preserve"> drawer</w:t>
        <w:br/>
        <w:t>你竟然还以为自己真放了</w:t>
        <w:br/>
        <w:t>You</w:t>
      </w:r>
      <w:r>
        <w:t xml:space="preserve"> thought</w:t>
      </w:r>
      <w:r>
        <w:t xml:space="preserve"> you</w:t>
      </w:r>
      <w:r>
        <w:t xml:space="preserve"> did</w:t>
      </w:r>
      <w:r>
        <w:t xml:space="preserve"> for</w:t>
      </w:r>
      <w:r>
        <w:t xml:space="preserve"> a</w:t>
      </w:r>
      <w:r>
        <w:t xml:space="preserve"> second.</w:t>
        <w:br/>
        <w:t>你来这儿干什么？</w:t>
        <w:br/>
        <w:t>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  <w:br/>
        <w:t>我是带着要求来的</w:t>
        <w:br/>
        <w:t>I'm</w:t>
      </w:r>
      <w:r>
        <w:t xml:space="preserve"> here</w:t>
      </w:r>
      <w:r>
        <w:t xml:space="preserve"> with</w:t>
      </w:r>
      <w:r>
        <w:t xml:space="preserve"> a</w:t>
      </w:r>
      <w:r>
        <w:t xml:space="preserve"> demand</w:t>
        <w:br/>
        <w:t>你是说请求吧</w:t>
        <w:br/>
        <w:t>You</w:t>
      </w:r>
      <w:r>
        <w:t xml:space="preserve"> mean</w:t>
      </w:r>
      <w:r>
        <w:t xml:space="preserve"> a</w:t>
      </w:r>
      <w:r>
        <w:t xml:space="preserve"> request</w:t>
        <w:br/>
        <w:t>我需要一张公&amp;hearts;司&amp;hearts;卡</w:t>
        <w:br/>
        <w:t>I</w:t>
      </w:r>
      <w:r>
        <w:t xml:space="preserve"> need</w:t>
      </w:r>
      <w:r>
        <w:t xml:space="preserve"> a</w:t>
      </w:r>
      <w:r>
        <w:t xml:space="preserve"> company</w:t>
      </w:r>
      <w:r>
        <w:t xml:space="preserve"> card.</w:t>
        <w:br/>
        <w:t>卡</w:t>
      </w:r>
      <w:r>
        <w:t xml:space="preserve"> 还是车</w:t>
        <w:br/>
        <w:t>A</w:t>
      </w:r>
      <w:r>
        <w:t xml:space="preserve"> card,</w:t>
      </w:r>
      <w:r>
        <w:t xml:space="preserve"> ora</w:t>
      </w:r>
      <w:r>
        <w:t xml:space="preserve"> car?</w:t>
        <w:br/>
        <w:t>卡</w:t>
      </w:r>
      <w:r>
        <w:t xml:space="preserve"> </w:t>
      </w:r>
      <w:r>
        <w:t xml:space="preserve"> -不行</w:t>
        <w:br/>
        <w:t>Card?</w:t>
      </w:r>
      <w:r>
        <w:t xml:space="preserve"> No.</w:t>
        <w:br/>
        <w:t>那车呢</w:t>
      </w:r>
      <w:r>
        <w:t xml:space="preserve"> </w:t>
      </w:r>
      <w:r>
        <w:t xml:space="preserve"> -也不行</w:t>
        <w:br/>
        <w:t>Car?</w:t>
      </w:r>
      <w:r>
        <w:t xml:space="preserve"> No,</w:t>
      </w:r>
      <w:r>
        <w:t xml:space="preserve"> also,</w:t>
      </w:r>
      <w:r>
        <w:t xml:space="preserve"> no.</w:t>
        <w:br/>
        <w:t>艾娃</w:t>
      </w:r>
      <w:r>
        <w:t xml:space="preserve"> 拜托</w:t>
        <w:br/>
        <w:t>Ava,</w:t>
      </w:r>
      <w:r>
        <w:t xml:space="preserve"> please,</w:t>
      </w:r>
      <w:r>
        <w:t xml:space="preserve"> please.</w:t>
        <w:br/>
        <w:t>我正忙着给雅各布的课找个手语翻译</w:t>
        <w:br/>
        <w:t>I'm</w:t>
      </w:r>
      <w:r>
        <w:t xml:space="preserve"> busy</w:t>
      </w:r>
      <w:r>
        <w:t xml:space="preserve"> trving</w:t>
      </w:r>
      <w:r>
        <w:t xml:space="preserve"> to</w:t>
      </w:r>
      <w:r>
        <w:t xml:space="preserve"> qet</w:t>
      </w:r>
      <w:r>
        <w:t xml:space="preserve"> an</w:t>
      </w:r>
      <w:r>
        <w:t xml:space="preserve"> ASL</w:t>
      </w:r>
      <w:r>
        <w:t xml:space="preserve"> translator</w:t>
      </w:r>
      <w:r>
        <w:t xml:space="preserve"> for</w:t>
      </w:r>
      <w:r>
        <w:t xml:space="preserve"> Jacob's</w:t>
      </w:r>
      <w:r>
        <w:t xml:space="preserve"> class</w:t>
        <w:br/>
        <w:t>我可以帮你雇一个</w:t>
        <w:br/>
        <w:t>Oh!</w:t>
      </w:r>
      <w:r>
        <w:t xml:space="preserve"> I'll</w:t>
      </w:r>
      <w:r>
        <w:t xml:space="preserve"> hire</w:t>
      </w:r>
      <w:r>
        <w:t xml:space="preserve"> one</w:t>
      </w:r>
      <w:r>
        <w:t xml:space="preserve"> for</w:t>
      </w:r>
      <w:r>
        <w:t xml:space="preserve"> you.</w:t>
        <w:br/>
        <w:t>费用记在公&amp;hearts;司&amp;hearts;卡上</w:t>
        <w:br/>
        <w:t>I'll</w:t>
      </w:r>
      <w:r>
        <w:t xml:space="preserve"> put</w:t>
      </w:r>
      <w:r>
        <w:t xml:space="preserve"> it</w:t>
      </w:r>
      <w:r>
        <w:t xml:space="preserve"> on</w:t>
      </w:r>
      <w:r>
        <w:t xml:space="preserve"> the</w:t>
      </w:r>
      <w:r>
        <w:t xml:space="preserve"> company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card.</w:t>
        <w:br/>
        <w:t>不会给你公&amp;hearts;司&amp;hearts;卡的</w:t>
        <w:br/>
        <w:t>You</w:t>
      </w:r>
      <w:r>
        <w:t xml:space="preserve"> are</w:t>
      </w:r>
      <w:r>
        <w:t xml:space="preserve"> not</w:t>
      </w:r>
      <w:r>
        <w:t xml:space="preserve"> qetting</w:t>
      </w:r>
      <w:r>
        <w:t xml:space="preserve"> a</w:t>
      </w:r>
      <w:r>
        <w:t xml:space="preserve"> company</w:t>
      </w:r>
      <w:r>
        <w:t xml:space="preserve"> card.</w:t>
        <w:br/>
        <w:t>你连这个都帮不了我</w:t>
      </w:r>
      <w:r>
        <w:t xml:space="preserve"> 那你做我的内鬼</w:t>
        <w:br/>
        <w:t>What</w:t>
      </w:r>
      <w:r>
        <w:t xml:space="preserve"> is</w:t>
      </w:r>
      <w:r>
        <w:t xml:space="preserve"> the</w:t>
      </w:r>
      <w:r>
        <w:t xml:space="preserve"> point</w:t>
      </w:r>
      <w:r>
        <w:t xml:space="preserve"> of</w:t>
      </w:r>
      <w:r>
        <w:t xml:space="preserve"> having</w:t>
      </w:r>
      <w:r>
        <w:t xml:space="preserve"> you</w:t>
      </w:r>
      <w:r>
        <w:t xml:space="preserve"> here</w:t>
      </w:r>
      <w:r>
        <w:t xml:space="preserve"> as</w:t>
      </w:r>
      <w:r>
        <w:t xml:space="preserve"> my</w:t>
      </w:r>
      <w:r>
        <w:t xml:space="preserve"> mole</w:t>
        <w:br/>
        <w:t>有什么意义</w:t>
      </w:r>
      <w:r>
        <w:t xml:space="preserve"> </w:t>
      </w:r>
      <w:r>
        <w:t xml:space="preserve"> -我不是内鬼</w:t>
        <w:br/>
        <w:t>if</w:t>
      </w:r>
      <w:r>
        <w:t xml:space="preserve"> γou</w:t>
      </w:r>
      <w:r>
        <w:t xml:space="preserve"> can't</w:t>
      </w:r>
      <w:r>
        <w:t xml:space="preserve"> even-</w:t>
      </w:r>
      <w:r>
        <w:t xml:space="preserve"> I'm</w:t>
      </w:r>
      <w:r>
        <w:t xml:space="preserve"> not</w:t>
      </w:r>
      <w:r>
        <w:t xml:space="preserve"> a</w:t>
      </w:r>
      <w:r>
        <w:t xml:space="preserve"> mole!</w:t>
        <w:br/>
        <w:t>是啊</w:t>
      </w:r>
      <w:r>
        <w:t xml:space="preserve"> 更像是个叛徒</w:t>
        <w:br/>
        <w:t>Yeah.</w:t>
      </w:r>
      <w:r>
        <w:t xml:space="preserve"> More</w:t>
      </w:r>
      <w:r>
        <w:t xml:space="preserve"> like</w:t>
      </w:r>
      <w:r>
        <w:t xml:space="preserve"> a</w:t>
      </w:r>
      <w:r>
        <w:t xml:space="preserve"> pimple.</w:t>
        <w:br/>
        <w:t>无论你在为雅各布做什么</w:t>
      </w:r>
      <w:r>
        <w:t xml:space="preserve"> 都没有我重要</w:t>
        <w:br/>
        <w:t>And</w:t>
      </w:r>
      <w:r>
        <w:t xml:space="preserve"> I'm</w:t>
      </w:r>
      <w:r>
        <w:t xml:space="preserve"> more</w:t>
      </w:r>
      <w:r>
        <w:t xml:space="preserve"> important</w:t>
      </w:r>
      <w:r>
        <w:t xml:space="preserve"> than</w:t>
      </w:r>
      <w:r>
        <w:t xml:space="preserve"> whatever</w:t>
      </w:r>
      <w:r>
        <w:t xml:space="preserve"> you're</w:t>
      </w:r>
      <w:r>
        <w:t xml:space="preserve"> doing</w:t>
      </w:r>
      <w:r>
        <w:t xml:space="preserve"> for</w:t>
      </w:r>
      <w:r>
        <w:t xml:space="preserve"> Jacob.</w:t>
        <w:br/>
        <w:t>我正在帮助他的一个学生</w:t>
        <w:br/>
        <w:t>I</w:t>
      </w:r>
      <w:r>
        <w:t xml:space="preserve"> am</w:t>
      </w:r>
      <w:r>
        <w:t xml:space="preserve"> trving</w:t>
      </w:r>
      <w:r>
        <w:t xml:space="preserve"> to</w:t>
      </w:r>
      <w:r>
        <w:t xml:space="preserve"> help</w:t>
      </w:r>
      <w:r>
        <w:t xml:space="preserve"> one</w:t>
      </w:r>
      <w:r>
        <w:t xml:space="preserve"> of</w:t>
      </w:r>
      <w:r>
        <w:t xml:space="preserve"> his</w:t>
      </w:r>
      <w:r>
        <w:t xml:space="preserve"> students.</w:t>
        <w:br/>
        <w:t>行吧</w:t>
      </w:r>
      <w:r>
        <w:t xml:space="preserve"> 那我去休息室</w:t>
        <w:br/>
        <w:t>Well,</w:t>
      </w:r>
      <w:r>
        <w:t xml:space="preserve"> I'm</w:t>
      </w:r>
      <w:r>
        <w:t xml:space="preserve"> qonna</w:t>
      </w:r>
      <w:r>
        <w:t xml:space="preserve"> hit</w:t>
      </w:r>
      <w:r>
        <w:t xml:space="preserve"> the</w:t>
      </w:r>
      <w:r>
        <w:t xml:space="preserve"> break</w:t>
      </w:r>
      <w:r>
        <w:t xml:space="preserve"> room</w:t>
        <w:br/>
        <w:t>再喝瓶免费气泡水了</w:t>
        <w:br/>
        <w:t>and</w:t>
      </w:r>
      <w:r>
        <w:t xml:space="preserve"> qet</w:t>
      </w:r>
      <w:r>
        <w:t xml:space="preserve"> another</w:t>
      </w:r>
      <w:r>
        <w:t xml:space="preserve"> one</w:t>
      </w:r>
      <w:r>
        <w:t xml:space="preserve"> of</w:t>
      </w:r>
      <w:r>
        <w:t xml:space="preserve"> these</w:t>
      </w:r>
      <w:r>
        <w:t xml:space="preserve"> free</w:t>
      </w:r>
      <w:r>
        <w:t xml:space="preserve"> fancy</w:t>
      </w:r>
      <w:r>
        <w:t xml:space="preserve"> bubbly</w:t>
      </w:r>
      <w:r>
        <w:t xml:space="preserve"> waters.</w:t>
        <w:br/>
        <w:t>我们这儿没有气泡水</w:t>
        <w:br/>
        <w:t>We</w:t>
      </w:r>
      <w:r>
        <w:t xml:space="preserve"> don't</w:t>
      </w:r>
      <w:r>
        <w:t xml:space="preserve"> have</w:t>
      </w:r>
      <w:r>
        <w:t xml:space="preserve"> bubblv</w:t>
      </w:r>
      <w:r>
        <w:t xml:space="preserve"> waters</w:t>
      </w:r>
      <w:r>
        <w:t xml:space="preserve"> for</w:t>
      </w:r>
      <w:r>
        <w:t xml:space="preserve"> fr-</w:t>
      </w:r>
      <w:r>
        <w:t xml:space="preserve"> -</w:t>
        <w:br/>
        <w:t>你是从公共冰箱里拿的吗</w:t>
        <w:br/>
        <w:t>Did</w:t>
      </w:r>
      <w:r>
        <w:t xml:space="preserve"> you</w:t>
      </w:r>
      <w:r>
        <w:t xml:space="preserve"> take</w:t>
      </w:r>
      <w:r>
        <w:t xml:space="preserve"> that</w:t>
      </w:r>
      <w:r>
        <w:t xml:space="preserve"> out</w:t>
      </w:r>
      <w:r>
        <w:t xml:space="preserve"> of</w:t>
      </w:r>
      <w:r>
        <w:t xml:space="preserve"> the</w:t>
      </w:r>
      <w:r>
        <w:t xml:space="preserve"> communal</w:t>
      </w:r>
      <w:r>
        <w:t xml:space="preserve"> fridqe?</w:t>
        <w:br/>
        <w:t>我从家带来的</w:t>
        <w:br/>
        <w:t>I</w:t>
      </w:r>
      <w:r>
        <w:t xml:space="preserve"> brought</w:t>
      </w:r>
      <w:r>
        <w:t xml:space="preserve"> this</w:t>
      </w:r>
      <w:r>
        <w:t xml:space="preserve"> from</w:t>
      </w:r>
      <w:r>
        <w:t xml:space="preserve"> home.</w:t>
        <w:br/>
        <w:t>嘿</w:t>
      </w:r>
      <w:r>
        <w:t xml:space="preserve"> 我喜欢你时不时来找我聊天</w:t>
        <w:br/>
        <w:t>Hey!</w:t>
      </w:r>
      <w:r>
        <w:t xml:space="preserve"> I</w:t>
      </w:r>
      <w:r>
        <w:t xml:space="preserve"> love</w:t>
      </w:r>
      <w:r>
        <w:t xml:space="preserve"> these</w:t>
      </w:r>
      <w:r>
        <w:t xml:space="preserve"> random</w:t>
      </w:r>
      <w:r>
        <w:t xml:space="preserve"> pop-</w:t>
      </w:r>
      <w:r>
        <w:t xml:space="preserve"> ins.</w:t>
        <w:br/>
        <w:t>填补了珍妮走后留下的空虚</w:t>
        <w:br/>
        <w:t>Reallv</w:t>
      </w:r>
      <w:r>
        <w:t xml:space="preserve"> helps</w:t>
      </w:r>
      <w:r>
        <w:t xml:space="preserve"> fill</w:t>
      </w:r>
      <w:r>
        <w:t xml:space="preserve"> the</w:t>
      </w:r>
      <w:r>
        <w:t xml:space="preserve"> Janine-</w:t>
      </w:r>
      <w:r>
        <w:t xml:space="preserve"> sized</w:t>
      </w:r>
      <w:r>
        <w:t xml:space="preserve"> hole</w:t>
      </w:r>
      <w:r>
        <w:t xml:space="preserve"> in</w:t>
      </w:r>
      <w:r>
        <w:t xml:space="preserve"> my</w:t>
      </w:r>
      <w:r>
        <w:t xml:space="preserve"> heart.</w:t>
        <w:br/>
        <w:t>我不是来闹聊的</w:t>
        <w:br/>
        <w:t>Well,</w:t>
      </w:r>
      <w:r>
        <w:t xml:space="preserve"> this</w:t>
      </w:r>
      <w:r>
        <w:t xml:space="preserve"> isn't</w:t>
      </w:r>
      <w:r>
        <w:t xml:space="preserve"> a</w:t>
      </w:r>
      <w:r>
        <w:t xml:space="preserve"> social</w:t>
      </w:r>
      <w:r>
        <w:t xml:space="preserve"> visit.</w:t>
        <w:br/>
        <w:t>请别让你班学生来我的课堂</w:t>
        <w:br/>
        <w:t>I</w:t>
      </w:r>
      <w:r>
        <w:t xml:space="preserve"> need</w:t>
      </w:r>
      <w:r>
        <w:t xml:space="preserve"> you</w:t>
      </w:r>
      <w:r>
        <w:t xml:space="preserve"> to</w:t>
      </w:r>
      <w:r>
        <w:t xml:space="preserve"> keep</w:t>
      </w:r>
      <w:r>
        <w:t xml:space="preserve"> your</w:t>
      </w:r>
      <w:r>
        <w:t xml:space="preserve"> kids</w:t>
      </w:r>
      <w:r>
        <w:t xml:space="preserve"> out</w:t>
      </w:r>
      <w:r>
        <w:t xml:space="preserve"> of</w:t>
      </w:r>
      <w:r>
        <w:t xml:space="preserve"> my</w:t>
      </w:r>
      <w:r>
        <w:t xml:space="preserve"> class</w:t>
        <w:br/>
        <w:t>我们班学生哪里去你班课堂了</w:t>
        <w:br/>
        <w:t>Mm,</w:t>
      </w:r>
      <w:r>
        <w:t xml:space="preserve"> pretty</w:t>
      </w:r>
      <w:r>
        <w:t xml:space="preserve"> sure</w:t>
      </w:r>
      <w:r>
        <w:t xml:space="preserve"> all</w:t>
      </w:r>
      <w:r>
        <w:t xml:space="preserve"> my</w:t>
      </w:r>
      <w:r>
        <w:t xml:space="preserve"> kids</w:t>
      </w:r>
      <w:r>
        <w:t xml:space="preserve"> are</w:t>
      </w:r>
      <w:r>
        <w:t xml:space="preserve"> in</w:t>
      </w:r>
      <w:r>
        <w:t xml:space="preserve"> my</w:t>
      </w:r>
      <w:r>
        <w:t xml:space="preserve"> class,</w:t>
        <w:br/>
        <w:t>再说现在有没有上课</w:t>
        <w:br/>
        <w:t>but</w:t>
      </w:r>
      <w:r>
        <w:t xml:space="preserve"> also</w:t>
      </w:r>
      <w:r>
        <w:t xml:space="preserve"> it's</w:t>
      </w:r>
      <w:r>
        <w:t xml:space="preserve"> not</w:t>
      </w:r>
      <w:r>
        <w:t xml:space="preserve"> currentlv</w:t>
      </w:r>
      <w:r>
        <w:t xml:space="preserve"> class.</w:t>
        <w:br/>
        <w:t>我是指午餐时间</w:t>
        <w:br/>
        <w:t>I</w:t>
      </w:r>
      <w:r>
        <w:t xml:space="preserve"> mean</w:t>
      </w:r>
      <w:r>
        <w:t xml:space="preserve"> during</w:t>
      </w:r>
      <w:r>
        <w:t xml:space="preserve"> lunchtime.</w:t>
        <w:br/>
        <w:t>我休息时</w:t>
      </w:r>
      <w:r>
        <w:t xml:space="preserve"> 和放学后</w:t>
        <w:br/>
        <w:t>And</w:t>
      </w:r>
      <w:r>
        <w:t xml:space="preserve"> on</w:t>
      </w:r>
      <w:r>
        <w:t xml:space="preserve"> mv</w:t>
      </w:r>
      <w:r>
        <w:t xml:space="preserve"> free</w:t>
      </w:r>
      <w:r>
        <w:t xml:space="preserve"> period</w:t>
      </w:r>
      <w:r>
        <w:t xml:space="preserve"> and</w:t>
      </w:r>
      <w:r>
        <w:t xml:space="preserve"> after</w:t>
      </w:r>
      <w:r>
        <w:t xml:space="preserve"> school</w:t>
        <w:br/>
        <w:t>以及任何与工作无关的时段</w:t>
      </w:r>
      <w:r>
        <w:t xml:space="preserve"> 好吗</w:t>
        <w:br/>
        <w:t>and</w:t>
      </w:r>
      <w:r>
        <w:t xml:space="preserve"> anv</w:t>
      </w:r>
      <w:r>
        <w:t xml:space="preserve"> non-</w:t>
      </w:r>
      <w:r>
        <w:t xml:space="preserve"> work-</w:t>
      </w:r>
      <w:r>
        <w:t xml:space="preserve"> related</w:t>
      </w:r>
      <w:r>
        <w:t xml:space="preserve"> time,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okav?</w:t>
        <w:br/>
        <w:t>他们来我教室侃大山</w:t>
        <w:br/>
        <w:t>They</w:t>
      </w:r>
      <w:r>
        <w:t xml:space="preserve"> come</w:t>
      </w:r>
      <w:r>
        <w:t xml:space="preserve"> into</w:t>
      </w:r>
      <w:r>
        <w:t xml:space="preserve"> my</w:t>
      </w:r>
      <w:r>
        <w:t xml:space="preserve"> class</w:t>
      </w:r>
      <w:r>
        <w:t xml:space="preserve"> and</w:t>
      </w:r>
      <w:r>
        <w:t xml:space="preserve"> they</w:t>
      </w:r>
      <w:r>
        <w:t xml:space="preserve"> loiter.</w:t>
        <w:br/>
        <w:t>侃大山</w:t>
      </w:r>
      <w:r>
        <w:t xml:space="preserve"> 这有点种族歧视吧</w:t>
        <w:br/>
        <w:t>Loiter?</w:t>
      </w:r>
      <w:r>
        <w:t xml:space="preserve"> That</w:t>
      </w:r>
      <w:r>
        <w:t xml:space="preserve"> feels</w:t>
      </w:r>
      <w:r>
        <w:t xml:space="preserve"> racially</w:t>
      </w:r>
      <w:r>
        <w:t xml:space="preserve"> charged.</w:t>
        <w:br/>
        <w:t>他们坐在课桌上</w:t>
        <w:br/>
        <w:t>Thev</w:t>
      </w:r>
      <w:r>
        <w:t xml:space="preserve"> sit</w:t>
      </w:r>
      <w:r>
        <w:t xml:space="preserve"> on</w:t>
      </w:r>
      <w:r>
        <w:t xml:space="preserve"> top</w:t>
      </w:r>
      <w:r>
        <w:t xml:space="preserve"> of</w:t>
      </w:r>
      <w:r>
        <w:t xml:space="preserve"> the</w:t>
      </w:r>
      <w:r>
        <w:t xml:space="preserve"> desks.</w:t>
        <w:br/>
        <w:t>吃着小零食</w:t>
        <w:br/>
        <w:t>They</w:t>
      </w:r>
      <w:r>
        <w:t xml:space="preserve"> eat</w:t>
      </w:r>
      <w:r>
        <w:t xml:space="preserve"> their</w:t>
      </w:r>
      <w:r>
        <w:t xml:space="preserve"> little</w:t>
      </w:r>
      <w:r>
        <w:t xml:space="preserve"> snack</w:t>
      </w:r>
      <w:r>
        <w:t xml:space="preserve"> packs,</w:t>
        <w:br/>
        <w:t>一个劲地聊聊聊</w:t>
        <w:br/>
        <w:t>and</w:t>
      </w:r>
      <w:r>
        <w:t xml:space="preserve"> then</w:t>
      </w:r>
      <w:r>
        <w:t xml:space="preserve"> they</w:t>
      </w:r>
      <w:r>
        <w:t xml:space="preserve"> talk</w:t>
      </w:r>
      <w:r>
        <w:t xml:space="preserve"> nonstop.</w:t>
        <w:br/>
        <w:t>他们</w:t>
      </w:r>
      <w:r>
        <w:t xml:space="preserve"> 好吧</w:t>
      </w:r>
      <w:r>
        <w:t xml:space="preserve"> 别激动</w:t>
      </w:r>
      <w:r>
        <w:t xml:space="preserve"> 但很抱歉</w:t>
        <w:br/>
        <w:t>They're-</w:t>
      </w:r>
      <w:r>
        <w:t xml:space="preserve"> Okay,</w:t>
      </w:r>
      <w:r>
        <w:t xml:space="preserve"> okay,</w:t>
      </w:r>
      <w:r>
        <w:t xml:space="preserve"> easy.</w:t>
      </w:r>
      <w:r>
        <w:t xml:space="preserve"> I'm</w:t>
      </w:r>
      <w:r>
        <w:t xml:space="preserve"> sorry,</w:t>
      </w:r>
      <w:r>
        <w:t xml:space="preserve"> I</w:t>
      </w:r>
      <w:r>
        <w:t xml:space="preserve"> just</w:t>
        <w:br/>
        <w:t>我不知道这有啥问题</w:t>
        <w:br/>
        <w:t>I</w:t>
      </w:r>
      <w:r>
        <w:t xml:space="preserve"> don't</w:t>
      </w:r>
      <w:r>
        <w:t xml:space="preserve"> see</w:t>
      </w:r>
      <w:r>
        <w:t xml:space="preserve"> what</w:t>
      </w:r>
      <w:r>
        <w:t xml:space="preserve"> the</w:t>
      </w:r>
      <w:r>
        <w:t xml:space="preserve"> big</w:t>
      </w:r>
      <w:r>
        <w:t xml:space="preserve"> problem</w:t>
      </w:r>
      <w:r>
        <w:t xml:space="preserve"> is.</w:t>
        <w:br/>
        <w:t>我本不想说这些的</w:t>
        <w:br/>
        <w:t>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have</w:t>
      </w:r>
      <w:r>
        <w:t xml:space="preserve"> to</w:t>
      </w:r>
      <w:r>
        <w:t xml:space="preserve"> say</w:t>
      </w:r>
      <w:r>
        <w:t xml:space="preserve"> this...</w:t>
        <w:br/>
        <w:t>但他们会很多屁</w:t>
        <w:br/>
        <w:t>but</w:t>
      </w:r>
      <w:r>
        <w:t xml:space="preserve"> a</w:t>
      </w:r>
      <w:r>
        <w:t xml:space="preserve"> considerable</w:t>
      </w:r>
      <w:r>
        <w:t xml:space="preserve"> amount</w:t>
      </w:r>
      <w:r>
        <w:t xml:space="preserve"> of</w:t>
      </w:r>
      <w:r>
        <w:t xml:space="preserve"> qas</w:t>
      </w:r>
      <w:r>
        <w:t xml:space="preserve"> was</w:t>
      </w:r>
      <w:r>
        <w:t xml:space="preserve"> passed.</w:t>
        <w:br/>
        <w:t>但你听到放屁了吗</w:t>
        <w:br/>
        <w:t>Did</w:t>
      </w:r>
      <w:r>
        <w:t xml:space="preserve"> you</w:t>
      </w:r>
      <w:r>
        <w:t xml:space="preserve"> actuallv</w:t>
      </w:r>
      <w:r>
        <w:t xml:space="preserve"> hear</w:t>
      </w:r>
      <w:r>
        <w:t xml:space="preserve"> it</w:t>
        <w:br/>
        <w:t>因为</w:t>
      </w:r>
      <w:r>
        <w:t xml:space="preserve"> 不管是谁闻到</w:t>
        <w:br/>
        <w:t>because,</w:t>
      </w:r>
      <w:r>
        <w:t xml:space="preserve"> you</w:t>
      </w:r>
      <w:r>
        <w:t xml:space="preserve"> know,</w:t>
      </w:r>
      <w:r>
        <w:t xml:space="preserve"> whoever</w:t>
      </w:r>
      <w:r>
        <w:t xml:space="preserve"> smelt</w:t>
      </w:r>
      <w:r>
        <w:t xml:space="preserve"> it-</w:t>
      </w:r>
      <w:r>
        <w:t xml:space="preserve"> -</w:t>
        <w:br/>
        <w:t>你得让他们去别的地方玩</w:t>
        <w:br/>
        <w:t>I</w:t>
      </w:r>
      <w:r>
        <w:t xml:space="preserve"> need</w:t>
      </w:r>
      <w:r>
        <w:t xml:space="preserve"> them</w:t>
      </w:r>
      <w:r>
        <w:t xml:space="preserve"> to</w:t>
      </w:r>
      <w:r>
        <w:t xml:space="preserve"> hang</w:t>
      </w:r>
      <w:r>
        <w:t xml:space="preserve"> out</w:t>
      </w:r>
      <w:r>
        <w:t xml:space="preserve"> literally</w:t>
      </w:r>
      <w:r>
        <w:t xml:space="preserve"> anywhere</w:t>
      </w:r>
      <w:r>
        <w:t xml:space="preserve"> else.</w:t>
        <w:br/>
        <w:t>等等</w:t>
      </w:r>
      <w:r>
        <w:t xml:space="preserve"> 等等</w:t>
      </w:r>
      <w:r>
        <w:t xml:space="preserve"> 等等</w:t>
        <w:br/>
        <w:t>Wait,</w:t>
      </w:r>
      <w:r>
        <w:t xml:space="preserve"> wait,</w:t>
      </w:r>
      <w:r>
        <w:t xml:space="preserve"> hold</w:t>
      </w:r>
      <w:r>
        <w:t xml:space="preserve"> on.</w:t>
        <w:br/>
        <w:t>你是说这些孩了在下课时</w:t>
        <w:br/>
        <w:t>Are</w:t>
      </w:r>
      <w:r>
        <w:t xml:space="preserve"> you</w:t>
      </w:r>
      <w:r>
        <w:t xml:space="preserve"> saying</w:t>
      </w:r>
      <w:r>
        <w:t xml:space="preserve"> that</w:t>
      </w:r>
      <w:r>
        <w:t xml:space="preserve"> in</w:t>
      </w:r>
      <w:r>
        <w:t xml:space="preserve"> their</w:t>
      </w:r>
      <w:r>
        <w:t xml:space="preserve"> free</w:t>
      </w:r>
      <w:r>
        <w:t xml:space="preserve"> time,</w:t>
        <w:br/>
        <w:t>自愿选择</w:t>
        <w:br/>
        <w:t>these</w:t>
      </w:r>
      <w:r>
        <w:t xml:space="preserve"> kids</w:t>
      </w:r>
      <w:r>
        <w:t xml:space="preserve"> are</w:t>
      </w:r>
      <w:r>
        <w:t xml:space="preserve"> voluntarilv</w:t>
      </w:r>
      <w:r>
        <w:t xml:space="preserve"> choosing</w:t>
        <w:br/>
        <w:t>走进你的教室</w:t>
        <w:br/>
        <w:t>to</w:t>
      </w:r>
      <w:r>
        <w:t xml:space="preserve"> come</w:t>
      </w:r>
      <w:r>
        <w:t xml:space="preserve"> into</w:t>
      </w:r>
      <w:r>
        <w:t xml:space="preserve"> your</w:t>
      </w:r>
      <w:r>
        <w:t xml:space="preserve"> classroom?</w:t>
        <w:br/>
        <w:t>这下你明白</w:t>
        <w:br/>
        <w:t>You're</w:t>
      </w:r>
      <w:r>
        <w:t xml:space="preserve"> beginning</w:t>
      </w:r>
      <w:r>
        <w:t xml:space="preserve"> to</w:t>
      </w:r>
      <w:r>
        <w:t xml:space="preserve"> understand</w:t>
        <w:br/>
        <w:t>事情的严重性了吧</w:t>
        <w:br/>
        <w:t>the</w:t>
      </w:r>
      <w:r>
        <w:t xml:space="preserve"> qravity</w:t>
      </w:r>
      <w:r>
        <w:t xml:space="preserve"> of</w:t>
      </w:r>
      <w:r>
        <w:t xml:space="preserve"> the</w:t>
      </w:r>
      <w:r>
        <w:t xml:space="preserve"> situation</w:t>
      </w:r>
      <w:r>
        <w:t xml:space="preserve"> now.</w:t>
        <w:br/>
        <w:t>天哪</w:t>
      </w:r>
      <w:r>
        <w:t xml:space="preserve"> 你没看出来吗</w:t>
        <w:br/>
        <w:t>Oh,</w:t>
      </w:r>
      <w:r>
        <w:t xml:space="preserve"> my</w:t>
      </w:r>
      <w:r>
        <w:t xml:space="preserve"> God!</w:t>
      </w:r>
      <w:r>
        <w:t xml:space="preserve"> Don't</w:t>
      </w:r>
      <w:r>
        <w:t xml:space="preserve"> you</w:t>
      </w:r>
      <w:r>
        <w:t xml:space="preserve"> see?</w:t>
        <w:br/>
        <w:t>看出来什么</w:t>
        <w:br/>
        <w:t>See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what?</w:t>
        <w:br/>
        <w:t>格雷戈里</w:t>
        <w:br/>
        <w:t>Greqory...</w:t>
        <w:br/>
        <w:t>你是一个酷老师</w:t>
        <w:br/>
        <w:t>you're</w:t>
      </w:r>
      <w:r>
        <w:t xml:space="preserve"> the</w:t>
      </w:r>
      <w:r>
        <w:t xml:space="preserve"> cool</w:t>
      </w:r>
      <w:r>
        <w:t xml:space="preserve"> teacher.</w:t>
        <w:br/>
        <w:t>什么</w:t>
        <w:br/>
        <w:t>What?</w:t>
        <w:br/>
        <w:t>对啊</w:t>
      </w:r>
      <w:r>
        <w:t xml:space="preserve"> 你很酷</w:t>
        <w:br/>
        <w:t>No.</w:t>
      </w:r>
      <w:r>
        <w:t xml:space="preserve"> Yeah!</w:t>
      </w:r>
      <w:r>
        <w:t xml:space="preserve"> You're</w:t>
      </w:r>
      <w:r>
        <w:t xml:space="preserve"> cool.</w:t>
        <w:br/>
        <w:t>我不酷</w:t>
        <w:br/>
        <w:t>No,</w:t>
      </w:r>
      <w:r>
        <w:t xml:space="preserve"> I'm</w:t>
      </w:r>
      <w:r>
        <w:t xml:space="preserve"> not.</w:t>
        <w:br/>
        <w:t>你就是</w:t>
      </w:r>
      <w:r>
        <w:t xml:space="preserve"> </w:t>
      </w:r>
      <w:r>
        <w:t xml:space="preserve"> -不</w:t>
      </w:r>
      <w:r>
        <w:t xml:space="preserve"> 请你收回</w:t>
        <w:br/>
        <w:t>You</w:t>
      </w:r>
      <w:r>
        <w:t xml:space="preserve"> are.</w:t>
      </w:r>
      <w:r>
        <w:t xml:space="preserve"> No.</w:t>
      </w:r>
      <w:r>
        <w:t xml:space="preserve"> Take</w:t>
      </w:r>
      <w:r>
        <w:t xml:space="preserve"> it</w:t>
      </w:r>
      <w:r>
        <w:t xml:space="preserve"> back.</w:t>
      </w:r>
      <w:r>
        <w:t xml:space="preserve"> 彡</w:t>
        <w:br/>
        <w:t>法拉的生日快到了</w:t>
        <w:br/>
        <w:t>Farrah's</w:t>
      </w:r>
      <w:r>
        <w:t xml:space="preserve"> birthdav</w:t>
      </w:r>
      <w:r>
        <w:t xml:space="preserve"> is</w:t>
      </w:r>
      <w:r>
        <w:t xml:space="preserve"> coming</w:t>
      </w:r>
      <w:r>
        <w:t xml:space="preserve"> up,</w:t>
        <w:br/>
        <w:t>我已经想好要送她什么了</w:t>
        <w:br/>
        <w:t>and</w:t>
      </w:r>
      <w:r>
        <w:t xml:space="preserve"> I</w:t>
      </w:r>
      <w:r>
        <w:t xml:space="preserve"> alreadγ</w:t>
      </w:r>
      <w:r>
        <w:t xml:space="preserve"> know</w:t>
      </w:r>
      <w:r>
        <w:t xml:space="preserve"> what</w:t>
      </w:r>
      <w:r>
        <w:t xml:space="preserve"> I'm</w:t>
      </w:r>
      <w:r>
        <w:t xml:space="preserve"> qetting</w:t>
      </w:r>
      <w:r>
        <w:t xml:space="preserve"> her.</w:t>
        <w:br/>
        <w:t>一条新项链</w:t>
      </w:r>
      <w:r>
        <w:t xml:space="preserve"> 给我戴的</w:t>
        <w:br/>
        <w:t>A</w:t>
      </w:r>
      <w:r>
        <w:t xml:space="preserve"> new</w:t>
      </w:r>
      <w:r>
        <w:t xml:space="preserve"> chain...for</w:t>
      </w:r>
      <w:r>
        <w:t xml:space="preserve"> me.</w:t>
        <w:br/>
        <w:t>等等</w:t>
      </w:r>
      <w:r>
        <w:t xml:space="preserve"> 什么</w:t>
        <w:br/>
        <w:t>Wait</w:t>
      </w:r>
      <w:r>
        <w:t xml:space="preserve"> What?</w:t>
        <w:br/>
        <w:t>你想想啊</w:t>
        <w:br/>
        <w:t>Think</w:t>
      </w:r>
      <w:r>
        <w:t xml:space="preserve"> about</w:t>
      </w:r>
      <w:r>
        <w:t xml:space="preserve"> it,</w:t>
      </w:r>
      <w:r>
        <w:t xml:space="preserve"> man.</w:t>
        <w:br/>
        <w:t>她就会有一个戴新项链的男朋友了</w:t>
        <w:br/>
        <w:t>She'll</w:t>
      </w:r>
      <w:r>
        <w:t xml:space="preserve"> qet</w:t>
      </w:r>
      <w:r>
        <w:t xml:space="preserve"> to</w:t>
      </w:r>
      <w:r>
        <w:t xml:space="preserve"> have</w:t>
      </w:r>
      <w:r>
        <w:t xml:space="preserve"> a</w:t>
      </w:r>
      <w:r>
        <w:t xml:space="preserve"> bovfriend,</w:t>
      </w:r>
      <w:r>
        <w:t xml:space="preserve"> but</w:t>
      </w:r>
      <w:r>
        <w:t xml:space="preserve"> with</w:t>
      </w:r>
      <w:r>
        <w:t xml:space="preserve"> a</w:t>
      </w:r>
      <w:r>
        <w:t xml:space="preserve"> new</w:t>
      </w:r>
      <w:r>
        <w:t xml:space="preserve"> chain.</w:t>
        <w:br/>
        <w:t>哦对</w:t>
      </w:r>
      <w:r>
        <w:t xml:space="preserve"> 貌似有道理</w:t>
        <w:br/>
        <w:t>Oh,</w:t>
      </w:r>
      <w:r>
        <w:t xml:space="preserve"> yeah.</w:t>
      </w:r>
      <w:r>
        <w:t xml:space="preserve"> Guess</w:t>
      </w:r>
      <w:r>
        <w:t xml:space="preserve"> that</w:t>
      </w:r>
      <w:r>
        <w:t xml:space="preserve"> makes</w:t>
      </w:r>
      <w:r>
        <w:t xml:space="preserve"> sense.</w:t>
        <w:br/>
        <w:t>法拉一定会喜欢</w:t>
        <w:br/>
        <w:t>Farrah's</w:t>
      </w:r>
      <w:r>
        <w:t xml:space="preserve"> qonna</w:t>
      </w:r>
      <w:r>
        <w:t xml:space="preserve"> love</w:t>
      </w:r>
      <w:r>
        <w:t xml:space="preserve"> it.</w:t>
        <w:br/>
        <w:t>我说的对吧</w:t>
      </w:r>
      <w:r>
        <w:t xml:space="preserve"> 埃迪老师</w:t>
        <w:br/>
        <w:t>Back</w:t>
      </w:r>
      <w:r>
        <w:t xml:space="preserve"> me</w:t>
      </w:r>
      <w:r>
        <w:t xml:space="preserve"> up,</w:t>
      </w:r>
      <w:r>
        <w:t xml:space="preserve"> Mr.</w:t>
      </w:r>
      <w:r>
        <w:t xml:space="preserve"> Eddie</w:t>
        <w:br/>
        <w:t>不</w:t>
      </w:r>
      <w:r>
        <w:t xml:space="preserve"> 太对</w:t>
      </w:r>
      <w:r>
        <w:t xml:space="preserve"> 她不会喜欢的</w:t>
        <w:br/>
        <w:t>I</w:t>
      </w:r>
      <w:r>
        <w:t xml:space="preserve"> will</w:t>
      </w:r>
      <w:r>
        <w:t xml:space="preserve"> not.</w:t>
      </w:r>
      <w:r>
        <w:t xml:space="preserve"> She's</w:t>
      </w:r>
      <w:r>
        <w:t xml:space="preserve"> not</w:t>
      </w:r>
      <w:r>
        <w:t xml:space="preserve"> qonna</w:t>
      </w:r>
      <w:r>
        <w:t xml:space="preserve"> love</w:t>
      </w:r>
      <w:r>
        <w:t xml:space="preserve"> it.</w:t>
        <w:br/>
        <w:t>这明明是借着送她礼物的由头</w:t>
      </w:r>
      <w:r>
        <w:t xml:space="preserve"> 给自己送礼物</w:t>
        <w:br/>
        <w:t>It's</w:t>
      </w:r>
      <w:r>
        <w:t xml:space="preserve"> a</w:t>
      </w:r>
      <w:r>
        <w:t xml:space="preserve"> gift</w:t>
      </w:r>
      <w:r>
        <w:t xml:space="preserve"> for</w:t>
      </w:r>
      <w:r>
        <w:t xml:space="preserve"> you,</w:t>
      </w:r>
      <w:r>
        <w:t xml:space="preserve"> not</w:t>
      </w:r>
      <w:r>
        <w:t xml:space="preserve"> for</w:t>
      </w:r>
      <w:r>
        <w:t xml:space="preserve"> her.</w:t>
        <w:br/>
        <w:t>什么</w:t>
        <w:br/>
        <w:t>What?</w:t>
        <w:br/>
        <w:t>我给她的是地位</w:t>
      </w:r>
      <w:r>
        <w:t xml:space="preserve"> 这是世上最珍贵的东西</w:t>
        <w:br/>
        <w:t>I'm</w:t>
      </w:r>
      <w:r>
        <w:t xml:space="preserve"> giving</w:t>
      </w:r>
      <w:r>
        <w:t xml:space="preserve"> her</w:t>
      </w:r>
      <w:r>
        <w:t xml:space="preserve"> status,</w:t>
      </w:r>
      <w:r>
        <w:t xml:space="preserve"> the</w:t>
      </w:r>
      <w:r>
        <w:t xml:space="preserve"> world's</w:t>
      </w:r>
      <w:r>
        <w:t xml:space="preserve"> greatest</w:t>
      </w:r>
      <w:r>
        <w:t xml:space="preserve"> currency.</w:t>
        <w:br/>
        <w:t>等等</w:t>
      </w:r>
      <w:r>
        <w:t xml:space="preserve"> 听他把话说完</w:t>
        <w:br/>
        <w:t>Well,</w:t>
      </w:r>
      <w:r>
        <w:t xml:space="preserve"> hold</w:t>
      </w:r>
      <w:r>
        <w:t xml:space="preserve"> on.</w:t>
      </w:r>
      <w:r>
        <w:t xml:space="preserve"> Let's</w:t>
      </w:r>
      <w:r>
        <w:t xml:space="preserve"> hear</w:t>
      </w:r>
      <w:r>
        <w:t xml:space="preserve"> him</w:t>
      </w:r>
      <w:r>
        <w:t xml:space="preserve"> out.</w:t>
        <w:br/>
        <w:t>我们都知道埃迪老师的得手率很高</w:t>
      </w:r>
      <w:r>
        <w:t xml:space="preserve"> 对吧</w:t>
      </w:r>
      <w:r>
        <w:t xml:space="preserve"> 埃迪老师</w:t>
        <w:br/>
        <w:t>We</w:t>
      </w:r>
      <w:r>
        <w:t xml:space="preserve"> know</w:t>
      </w:r>
      <w:r>
        <w:t xml:space="preserve"> Mr.</w:t>
      </w:r>
      <w:r>
        <w:t xml:space="preserve"> Eddie's</w:t>
      </w:r>
      <w:r>
        <w:t xml:space="preserve"> roster</w:t>
      </w:r>
      <w:r>
        <w:t xml:space="preserve"> is</w:t>
      </w:r>
      <w:r>
        <w:t xml:space="preserve"> strong.</w:t>
      </w:r>
      <w:r>
        <w:t xml:space="preserve"> Right,</w:t>
      </w:r>
      <w:r>
        <w:t xml:space="preserve"> Mr.</w:t>
      </w:r>
    </w:p>
    <w:p>
      <w:r>
        <w:t xml:space="preserve"> Eddie?</w:t>
        <w:br/>
        <w:t>对啊</w:t>
        <w:br/>
        <w:t>True.</w:t>
        <w:br/>
        <w:t>好吧</w:t>
      </w:r>
      <w:r>
        <w:t xml:space="preserve"> 我没什么得手率</w:t>
        <w:br/>
        <w:t>Okav,</w:t>
      </w:r>
      <w:r>
        <w:t xml:space="preserve"> um,</w:t>
      </w:r>
      <w:r>
        <w:t xml:space="preserve"> I</w:t>
      </w:r>
      <w:r>
        <w:t xml:space="preserve"> do</w:t>
      </w:r>
      <w:r>
        <w:t xml:space="preserve"> not</w:t>
      </w:r>
      <w:r>
        <w:t xml:space="preserve"> have</w:t>
      </w:r>
      <w:r>
        <w:t xml:space="preserve"> a"roster.</w:t>
      </w:r>
      <w:r>
        <w:t xml:space="preserve"> "</w:t>
        <w:br/>
        <w:t>你可是个成年人啊</w:t>
        <w:br/>
        <w:t>As</w:t>
      </w:r>
      <w:r>
        <w:t xml:space="preserve"> a</w:t>
      </w:r>
      <w:r>
        <w:t xml:space="preserve"> grown</w:t>
      </w:r>
      <w:r>
        <w:t xml:space="preserve"> man?</w:t>
        <w:br/>
        <w:t>真为你遗憾</w:t>
        <w:br/>
        <w:t>Sorry</w:t>
      </w:r>
      <w:r>
        <w:t xml:space="preserve"> to</w:t>
      </w:r>
      <w:r>
        <w:t xml:space="preserve"> hear</w:t>
      </w:r>
      <w:r>
        <w:t xml:space="preserve"> that.</w:t>
        <w:br/>
        <w:t>我不这么叫</w:t>
      </w:r>
      <w:r>
        <w:t xml:space="preserve"> 正囚为我是成年人了</w:t>
        <w:br/>
        <w:t>I</w:t>
      </w:r>
      <w:r>
        <w:t xml:space="preserve"> don't</w:t>
      </w:r>
      <w:r>
        <w:t xml:space="preserve"> call</w:t>
      </w:r>
      <w:r>
        <w:t xml:space="preserve"> it</w:t>
      </w:r>
      <w:r>
        <w:t xml:space="preserve"> that</w:t>
      </w:r>
      <w:r>
        <w:t xml:space="preserve"> because</w:t>
      </w:r>
      <w:r>
        <w:t xml:space="preserve"> I</w:t>
      </w:r>
      <w:r>
        <w:t xml:space="preserve"> am</w:t>
      </w:r>
      <w:r>
        <w:t xml:space="preserve"> a</w:t>
      </w:r>
      <w:r>
        <w:t xml:space="preserve"> grown</w:t>
      </w:r>
      <w:r>
        <w:t xml:space="preserve"> man.</w:t>
        <w:br/>
        <w:t>听着</w:t>
      </w:r>
      <w:r>
        <w:t xml:space="preserve"> 你们还年轻</w:t>
        <w:br/>
        <w:t>Listen,</w:t>
      </w:r>
      <w:r>
        <w:t xml:space="preserve"> you</w:t>
      </w:r>
      <w:r>
        <w:t xml:space="preserve"> quys</w:t>
      </w:r>
      <w:r>
        <w:t xml:space="preserve"> are</w:t>
      </w:r>
      <w:r>
        <w:t xml:space="preserve"> young,</w:t>
      </w:r>
      <w:r>
        <w:t xml:space="preserve"> right?</w:t>
        <w:br/>
        <w:t>不用买&amp;hearts;&amp;hearts;新项链</w:t>
      </w:r>
      <w:r>
        <w:t xml:space="preserve"> 也别操心女生的事</w:t>
        <w:br/>
        <w:t>Don't</w:t>
      </w:r>
      <w:r>
        <w:t xml:space="preserve"> buy</w:t>
      </w:r>
      <w:r>
        <w:t xml:space="preserve"> a</w:t>
      </w:r>
      <w:r>
        <w:t xml:space="preserve"> new</w:t>
      </w:r>
      <w:r>
        <w:t xml:space="preserve"> chain,</w:t>
      </w:r>
      <w:r>
        <w:t xml:space="preserve"> and</w:t>
      </w:r>
      <w:r>
        <w:t xml:space="preserve"> don't</w:t>
      </w:r>
      <w:r>
        <w:t xml:space="preserve"> worrv</w:t>
      </w:r>
      <w:r>
        <w:t xml:space="preserve"> about</w:t>
      </w:r>
      <w:r>
        <w:t xml:space="preserve"> girls.</w:t>
        <w:br/>
        <w:t>把心思放在学习上</w:t>
      </w:r>
      <w:r>
        <w:t xml:space="preserve"> 我向你们保证</w:t>
        <w:br/>
        <w:t>Just</w:t>
      </w:r>
      <w:r>
        <w:t xml:space="preserve"> focus</w:t>
      </w:r>
      <w:r>
        <w:t xml:space="preserve"> on</w:t>
      </w:r>
      <w:r>
        <w:t xml:space="preserve"> school,</w:t>
      </w:r>
      <w:r>
        <w:t xml:space="preserve"> and</w:t>
      </w:r>
      <w:r>
        <w:t xml:space="preserve"> I</w:t>
      </w:r>
      <w:r>
        <w:t xml:space="preserve"> promise</w:t>
      </w:r>
      <w:r>
        <w:t xml:space="preserve"> you</w:t>
      </w:r>
      <w:r>
        <w:t xml:space="preserve"> later,</w:t>
        <w:br/>
        <w:t>将来还会有人把时间想女生</w:t>
        <w:br/>
        <w:t>you</w:t>
      </w:r>
      <w:r>
        <w:t xml:space="preserve"> will</w:t>
      </w:r>
      <w:r>
        <w:t xml:space="preserve"> have</w:t>
      </w:r>
      <w:r>
        <w:t xml:space="preserve"> plenty</w:t>
      </w:r>
      <w:r>
        <w:t xml:space="preserve"> of</w:t>
      </w:r>
      <w:r>
        <w:t xml:space="preserve"> time</w:t>
      </w:r>
      <w:r>
        <w:t xml:space="preserve"> to</w:t>
      </w:r>
      <w:r>
        <w:t xml:space="preserve"> think</w:t>
      </w:r>
      <w:r>
        <w:t xml:space="preserve"> about</w:t>
      </w:r>
      <w:r>
        <w:t xml:space="preserve"> girls.</w:t>
        <w:br/>
        <w:t>相信我</w:t>
        <w:br/>
        <w:t>Trust</w:t>
      </w:r>
      <w:r>
        <w:t xml:space="preserve"> me.</w:t>
        <w:br/>
        <w:t>对</w:t>
      </w:r>
      <w:r>
        <w:t xml:space="preserve"> 这个职位已经获批</w:t>
        <w:br/>
        <w:t>Yes,</w:t>
      </w:r>
      <w:r>
        <w:t xml:space="preserve"> the</w:t>
      </w:r>
      <w:r>
        <w:t xml:space="preserve"> position's</w:t>
      </w:r>
      <w:r>
        <w:t xml:space="preserve"> been</w:t>
      </w:r>
      <w:r>
        <w:t xml:space="preserve"> approved,</w:t>
        <w:br/>
        <w:t>我们觉得你很适合希尔老师的课堂</w:t>
        <w:br/>
        <w:t>and</w:t>
      </w:r>
      <w:r>
        <w:t xml:space="preserve"> we</w:t>
      </w:r>
      <w:r>
        <w:t xml:space="preserve"> think</w:t>
      </w:r>
      <w:r>
        <w:t xml:space="preserve"> you'd</w:t>
      </w:r>
      <w:r>
        <w:t xml:space="preserve"> make</w:t>
      </w:r>
      <w:r>
        <w:t xml:space="preserve"> a</w:t>
      </w:r>
      <w:r>
        <w:t xml:space="preserve"> great</w:t>
      </w:r>
      <w:r>
        <w:t xml:space="preserve"> fit</w:t>
      </w:r>
      <w:r>
        <w:t xml:space="preserve"> for</w:t>
      </w:r>
      <w:r>
        <w:t xml:space="preserve"> Mr.</w:t>
      </w:r>
      <w:r>
        <w:t xml:space="preserve"> Hill's</w:t>
      </w:r>
      <w:r>
        <w:t xml:space="preserve"> class.</w:t>
        <w:br/>
        <w:t>不是全职的</w:t>
        <w:br/>
        <w:t>Well,</w:t>
      </w:r>
      <w:r>
        <w:t xml:space="preserve"> no,</w:t>
      </w:r>
      <w:r>
        <w:t xml:space="preserve"> it's</w:t>
      </w:r>
      <w:r>
        <w:t xml:space="preserve"> not</w:t>
      </w:r>
      <w:r>
        <w:t xml:space="preserve"> full-</w:t>
      </w:r>
      <w:r>
        <w:t xml:space="preserve"> time.</w:t>
        <w:br/>
        <w:t>没</w:t>
      </w:r>
      <w:r>
        <w:t xml:space="preserve"> 你没达到享受医保的条件</w:t>
        <w:br/>
        <w:t>No,</w:t>
      </w:r>
      <w:r>
        <w:t xml:space="preserve"> you-</w:t>
      </w:r>
      <w:r>
        <w:t xml:space="preserve"> -</w:t>
      </w:r>
      <w:r>
        <w:t xml:space="preserve"> you</w:t>
      </w:r>
      <w:r>
        <w:t xml:space="preserve"> wouldn't</w:t>
      </w:r>
      <w:r>
        <w:t xml:space="preserve"> qualify</w:t>
      </w:r>
      <w:r>
        <w:t xml:space="preserve"> for</w:t>
      </w:r>
      <w:r>
        <w:t xml:space="preserve"> health</w:t>
      </w:r>
      <w:r>
        <w:t xml:space="preserve"> benefits.</w:t>
        <w:br/>
        <w:t>这个也没有</w:t>
      </w:r>
      <w:r>
        <w:t xml:space="preserve"> 但街上停车位很多</w:t>
        <w:br/>
        <w:t>Aqain,</w:t>
      </w:r>
      <w:r>
        <w:t xml:space="preserve"> no,</w:t>
      </w:r>
      <w:r>
        <w:t xml:space="preserve"> but</w:t>
      </w:r>
      <w:r>
        <w:t xml:space="preserve"> there</w:t>
      </w:r>
      <w:r>
        <w:t xml:space="preserve"> is</w:t>
      </w:r>
      <w:r>
        <w:t xml:space="preserve"> so</w:t>
      </w:r>
      <w:r>
        <w:t xml:space="preserve"> much</w:t>
      </w:r>
      <w:r>
        <w:t xml:space="preserve"> street</w:t>
      </w:r>
      <w:r>
        <w:t xml:space="preserve"> parkinq.</w:t>
        <w:br/>
        <w:t>你</w:t>
      </w:r>
      <w:r>
        <w:t xml:space="preserve"> 喂喂</w:t>
        <w:br/>
        <w:t>You-</w:t>
      </w:r>
      <w:r>
        <w:t xml:space="preserve"> -</w:t>
      </w:r>
      <w:r>
        <w:t xml:space="preserve"> Hello?</w:t>
        <w:br/>
        <w:t>嘿</w:t>
      </w:r>
      <w:r>
        <w:t xml:space="preserve"> </w:t>
      </w:r>
      <w:r>
        <w:t xml:space="preserve"> -嘿</w:t>
        <w:br/>
        <w:t>Hey.</w:t>
      </w:r>
      <w:r>
        <w:t xml:space="preserve"> Hey.</w:t>
        <w:br/>
        <w:t>你这里怎么样了</w:t>
        <w:br/>
        <w:t>How's</w:t>
      </w:r>
      <w:r>
        <w:t xml:space="preserve"> all</w:t>
      </w:r>
      <w:r>
        <w:t xml:space="preserve"> this</w:t>
      </w:r>
      <w:r>
        <w:t xml:space="preserve"> qoing?</w:t>
        <w:br/>
        <w:t>说实话</w:t>
        <w:br/>
        <w:t>Well,</w:t>
      </w:r>
      <w:r>
        <w:t xml:space="preserve"> to</w:t>
      </w:r>
      <w:r>
        <w:t xml:space="preserve"> be</w:t>
      </w:r>
      <w:r>
        <w:t xml:space="preserve"> honest</w:t>
        <w:br/>
        <w:t>我在寻找翻译的过程中</w:t>
        <w:br/>
        <w:t>I'm-</w:t>
      </w:r>
      <w:r>
        <w:t xml:space="preserve"> I'm</w:t>
      </w:r>
      <w:r>
        <w:t xml:space="preserve"> having</w:t>
      </w:r>
      <w:r>
        <w:t xml:space="preserve"> a</w:t>
      </w:r>
      <w:r>
        <w:t xml:space="preserve"> little</w:t>
      </w:r>
      <w:r>
        <w:t xml:space="preserve"> bit</w:t>
      </w:r>
      <w:r>
        <w:t xml:space="preserve"> of</w:t>
      </w:r>
      <w:r>
        <w:t xml:space="preserve"> trouble</w:t>
        <w:br/>
        <w:t>感觉步履维艰</w:t>
        <w:br/>
        <w:t>finding</w:t>
      </w:r>
      <w:r>
        <w:t xml:space="preserve"> someone</w:t>
      </w:r>
      <w:r>
        <w:t xml:space="preserve"> who</w:t>
      </w:r>
      <w:r>
        <w:t xml:space="preserve"> would</w:t>
      </w:r>
      <w:r>
        <w:t xml:space="preserve"> do</w:t>
      </w:r>
      <w:r>
        <w:t xml:space="preserve"> it</w:t>
      </w:r>
      <w:r>
        <w:t xml:space="preserve"> for</w:t>
      </w:r>
      <w:r>
        <w:t xml:space="preserve"> the</w:t>
      </w:r>
      <w:r>
        <w:t xml:space="preserve"> hours</w:t>
      </w:r>
      <w:r>
        <w:t xml:space="preserve"> and</w:t>
      </w:r>
      <w:r>
        <w:t xml:space="preserve"> the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https://d.book118.com/675302334341011123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753023343410111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