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2023学年教师考核个人工作总结15篇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ab/>
      </w:r>
      <w:r>
        <w:rPr>
          <w:lang w:eastAsia="zh-CN"/>
        </w:rPr>
        <w:tab/>
      </w:r>
      <w:r>
        <w:rPr>
          <w:lang w:eastAsia="zh-CN"/>
        </w:rPr>
        <w:tab/>
      </w:r>
      <w:r>
        <w:rPr>
          <w:lang w:eastAsia="zh-CN"/>
        </w:rPr>
        <w:tab/>
      </w:r>
      <w:r>
        <w:rPr>
          <w:lang w:eastAsia="zh-CN"/>
        </w:rPr>
        <w:tab/>
      </w:r>
      <w:r>
        <w:rPr>
          <w:lang w:eastAsia="zh-CN"/>
        </w:rPr>
        <w:br/>
      </w:r>
      <w:r>
        <w:rPr>
          <w:lang w:eastAsia="zh-CN"/>
        </w:rPr>
        <w:t xml:space="preserve">    教师教学考核是规范教学行为、科学管理教师队伍建设的一种重要方式和手段，其最终目的是为了提高教学质量、实现教师自身与高职院校的共同提升与发展，从而为社会输送更加优质的职业技能人才资源。下面给大家分享一些关于2023学年教师考核个人工作总结精选，方便大家参考学习。 </w:t>
      </w:r>
      <w:r>
        <w:rPr>
          <w:lang w:eastAsia="zh-CN"/>
        </w:rPr>
        <w:br/>
      </w:r>
      <w:r>
        <w:rPr>
          <w:lang w:eastAsia="zh-CN"/>
        </w:rPr>
        <w:t xml:space="preserve">     </w:t>
      </w:r>
      <w:r>
        <w:rPr>
          <w:lang w:eastAsia="zh-CN"/>
        </w:rPr>
        <w:br/>
      </w:r>
      <w:r>
        <w:rPr>
          <w:lang w:eastAsia="zh-CN"/>
        </w:rPr>
        <w:t>教师考核个人工作总结【篇1】</w:t>
      </w:r>
      <w:r>
        <w:rPr>
          <w:lang w:eastAsia="zh-CN"/>
        </w:rPr>
        <w:br/>
      </w:r>
      <w:r>
        <w:rPr>
          <w:lang w:eastAsia="zh-CN"/>
        </w:rPr>
        <w:t xml:space="preserve">    在本年度，为适应新的教学工作的要求，本人从各方面严格要求自己，积极向有经验的老师请教，结合本校的实际条件和学生的实际情况，有计划、有组织、有步骤地开展各项教学工作。现对本年度工作总结下 </w:t>
      </w:r>
      <w:r>
        <w:rPr>
          <w:lang w:eastAsia="zh-CN"/>
        </w:rPr>
        <w:br/>
      </w:r>
      <w:r>
        <w:rPr>
          <w:lang w:eastAsia="zh-CN"/>
        </w:rPr>
        <w:t xml:space="preserve">    一年以来，本人能够主动学习党的各项方针政策，坚决拥护中国共产党的领导，坚持党的基本路线。认真贯彻国家的教育方针和政策，严格遵守学校的各项规章制度，热爱本职工作，能以教师的职业道德要求自己，不断提高自己的思想认识水平。 </w:t>
      </w:r>
      <w:r>
        <w:rPr>
          <w:lang w:eastAsia="zh-CN"/>
        </w:rPr>
        <w:br/>
      </w:r>
      <w:r>
        <w:rPr>
          <w:lang w:eastAsia="zh-CN"/>
        </w:rPr>
        <w:t xml:space="preserve">    教学过程中，能严格按照教学大纲和教学计划进行课程设计和讲授，__年度共完成教学课时数______课时，详情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xml:space="preserve">    ⑴.在__~__学年第二学期，本人承担了英语专业英语精读(2)、论文写作与指导共计两门课程的教学任务，具体工作量 </w:t>
      </w:r>
      <w:r>
        <w:rPr>
          <w:lang w:eastAsia="zh-CN"/>
        </w:rPr>
        <w:br/>
      </w:r>
      <w:r>
        <w:rPr>
          <w:lang w:eastAsia="zh-CN"/>
        </w:rPr>
        <w:t xml:space="preserve">    英语精读 __________ 1~16周 ____ </w:t>
      </w:r>
      <w:r>
        <w:rPr>
          <w:lang w:eastAsia="zh-CN"/>
        </w:rPr>
        <w:br/>
      </w:r>
      <w:r>
        <w:rPr>
          <w:lang w:eastAsia="zh-CN"/>
        </w:rPr>
        <w:t xml:space="preserve">    论文写作与指导 ____________ 1~16周 ____ </w:t>
      </w:r>
      <w:r>
        <w:rPr>
          <w:lang w:eastAsia="zh-CN"/>
        </w:rPr>
        <w:br/>
      </w:r>
      <w:r>
        <w:rPr>
          <w:lang w:eastAsia="zh-CN"/>
        </w:rPr>
        <w:t xml:space="preserve">    全学期两门课程共完成课时数为______课时。 </w:t>
      </w:r>
      <w:r>
        <w:rPr>
          <w:lang w:eastAsia="zh-CN"/>
        </w:rPr>
        <w:br/>
      </w:r>
      <w:r>
        <w:rPr>
          <w:lang w:eastAsia="zh-CN"/>
        </w:rPr>
        <w:t xml:space="preserve">    ⑵.在__~__学年第一学期，本人主要承担了英语专业英语精读(3)、论文写作与指导共计两门课程的教学任务，具体工作量 </w:t>
      </w:r>
      <w:r>
        <w:rPr>
          <w:lang w:eastAsia="zh-CN"/>
        </w:rPr>
        <w:br/>
      </w:r>
      <w:r>
        <w:rPr>
          <w:lang w:eastAsia="zh-CN"/>
        </w:rPr>
        <w:t xml:space="preserve">    英语精读 ____________ 1~16周 ____ </w:t>
      </w:r>
      <w:r>
        <w:rPr>
          <w:lang w:eastAsia="zh-CN"/>
        </w:rPr>
        <w:br/>
      </w:r>
      <w:r>
        <w:rPr>
          <w:lang w:eastAsia="zh-CN"/>
        </w:rPr>
        <w:t xml:space="preserve">    论文写作与指导 ________________ 1~16周 ____ </w:t>
      </w:r>
      <w:r>
        <w:rPr>
          <w:lang w:eastAsia="zh-CN"/>
        </w:rPr>
        <w:br/>
      </w:r>
      <w:r>
        <w:rPr>
          <w:lang w:eastAsia="zh-CN"/>
        </w:rPr>
        <w:t xml:space="preserve">    全学期两门课程共完成课时数为______课时。 </w:t>
      </w:r>
      <w:r>
        <w:rPr>
          <w:lang w:eastAsia="zh-CN"/>
        </w:rPr>
        <w:br/>
      </w:r>
      <w:r>
        <w:rPr>
          <w:lang w:eastAsia="zh-CN"/>
        </w:rPr>
        <w:t xml:space="preserve">    ⑶.：本年度负责08级8名应届毕业生的论文指导工作，论文经多次修改，所有学生均已顺利毕业，其中两人获得学院优秀毕业论文。09级6名应届毕业生的论文指导工作现进展顺利。 </w:t>
      </w:r>
      <w:r>
        <w:rPr>
          <w:lang w:eastAsia="zh-CN"/>
        </w:rPr>
        <w:br/>
      </w:r>
      <w:r>
        <w:rPr>
          <w:lang w:eastAsia="zh-CN"/>
        </w:rPr>
        <w:t xml:space="preserve">    在本职工作中，根据教材内容及学生的实际设计课程，拟定采用的教学方法，并对教学过程的程序及时间安排都作了详细的安排，课后及时对该课程设计做出总结。以备课本为基础，重点备学生，授课时能联系课文进行人生教育。在课堂上特别注意调动学生的积极性，加强师生交流，充分考虑各个层次学生的学习需求和学习能力，促使学生多动口多动手多动脑。在教学中，积极征求其他老师的意见，学习借鉴别人的优点，克服自己的不足，征求学生意见，不断提高教学质量。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xml:space="preserve"> 加大学生的自主学习能力的培养，对学生的作业批改及时、认真，详细分析并记录学生的作业情况，并进行有针对性的讲评。教学工作中注意了学生能力的培养，把传授知识、技能和发展智力、能力结合起来，在知识层面上注入了思想情感教育的因素。不断转变学生学习态度，帮助学生优化学习方法，培养学生刻苦学习的.精神风貌。引导学生树立正确的人生观和价值观;诲人不倦，关心学生生活，关注学生思想及心理问题。通过作业及各种教学任务的设计及实施使学生逐渐树立起学习的信心，建立自信，在老师的引导下不断前进。</w:t>
      </w:r>
      <w:r>
        <w:rPr>
          <w:lang w:eastAsia="zh-CN"/>
        </w:rPr>
        <w:t xml:space="preserve"> </w:t>
      </w:r>
      <w:r>
        <w:rPr>
          <w:lang w:eastAsia="zh-CN"/>
        </w:rPr>
        <w:br/>
      </w:r>
      <w:r>
        <w:rPr>
          <w:lang w:eastAsia="zh-CN"/>
        </w:rPr>
        <w:t xml:space="preserve">    教学中能够了解和分析90后学生的心理和社会特点，体会学生和家长的期盼。能够有针对性的对学生学习中所面临的一些主要问题，如：无知识结构的框架、逻辑思维或思辨能力差、阅读书目少、阅读量小、学习积极性及主动性差等思维及非智力因素问题，在教学过程中进行有目的、有意识地引导。 </w:t>
      </w:r>
      <w:r>
        <w:rPr>
          <w:lang w:eastAsia="zh-CN"/>
        </w:rPr>
        <w:br/>
      </w:r>
      <w:r>
        <w:rPr>
          <w:lang w:eastAsia="zh-CN"/>
        </w:rPr>
        <w:t xml:space="preserve">    教学中，加大了后进生的辅导力度，注重其学习思想的辅导，通过各种途径激发他们的求知欲和上进心。教学工作中注意了学生能力的培养，把传授知识、技能和发展智力、能力结合起来，在知识层面上注入了思想情感教育的因素。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xml:space="preserve"> __-__学年第二学期本人担任____________班班指导教师。针对英语专业大一新生在大学学习和生活中所面临的各种问题，数次召开主题班会。几次班会中，主要介绍了在大学期间学生应该如何提高自己的英语水平，分析了本班学生学习情况和英语学习方法，对学生的学习和班级建设提出了建议和要求。积极征求同学意见，就学生存在的各种学习问题在班里进行集体讨论，强调建设良好的班风学风。</w:t>
      </w:r>
      <w:r>
        <w:rPr>
          <w:lang w:eastAsia="zh-CN"/>
        </w:rPr>
        <w:t xml:space="preserve"> </w:t>
      </w:r>
      <w:r>
        <w:rPr>
          <w:lang w:eastAsia="zh-CN"/>
        </w:rPr>
        <w:br/>
      </w:r>
      <w:r>
        <w:rPr>
          <w:lang w:eastAsia="zh-CN"/>
        </w:rPr>
        <w:t xml:space="preserve">    __-__学年第一学期本人担任____________班班指导教师。开学分析上学期成绩并提出要求;期中针对教学检查问题进行分析讨论;期末强调考风考纪。开学初，通过班会活动讨论英语专业四级及备考的重要性;备考中，召开主题班会交流学习方法、心得，查缺补漏;考试前，强调考试纪律，交流应试方法，提醒注意事项。及时与班干部及班里同学交流，了解班级动态;对缺课生预先示警以防取消考试资格;加大对差生的工作力度，努力在班级里提倡一种团结、认真、求实、上进的学风。 </w:t>
      </w:r>
      <w:r>
        <w:rPr>
          <w:lang w:eastAsia="zh-CN"/>
        </w:rPr>
        <w:br/>
      </w:r>
      <w:r>
        <w:rPr>
          <w:lang w:eastAsia="zh-CN"/>
        </w:rPr>
        <w:t>教师考核个人工作总结【篇2】</w:t>
      </w:r>
      <w:r>
        <w:rPr>
          <w:lang w:eastAsia="zh-CN"/>
        </w:rPr>
        <w:br/>
      </w:r>
      <w:r>
        <w:rPr>
          <w:lang w:eastAsia="zh-CN"/>
        </w:rPr>
        <w:t xml:space="preserve">    本学年度我担任高一1部3、4班的化学课。高一1部四个班是__实验高中初中部直升班。学生学习习惯、学业成绩、学习状态比之以往都有较大改变。是学校的希望所在，因此担任这个学部的教学工作备感责任与压力重大。 </w:t>
      </w:r>
      <w:r>
        <w:rPr>
          <w:lang w:eastAsia="zh-CN"/>
        </w:rPr>
        <w:br/>
      </w:r>
      <w:r>
        <w:rPr>
          <w:lang w:eastAsia="zh-CN"/>
        </w:rPr>
        <w:t xml:space="preserve">    我与井老师自担任这个学部的化学老师以来，精诚团结、精心安排、精心备好每一节课、上好每一节课、批好每一次作业、精心安排好每一次周末测试，尽心尽力、尽职尽责，全力以赴，全身心投入到这个学部中，与老师们、学生们打成一片，融为一体，与孩子们一块学习，一同成长，做孩子们的导师，也做学生们的益友。可以说，收获颇多。 </w:t>
      </w:r>
      <w:r>
        <w:rPr>
          <w:lang w:eastAsia="zh-CN"/>
        </w:rPr>
        <w:br/>
      </w:r>
      <w:r>
        <w:rPr>
          <w:lang w:eastAsia="zh-CN"/>
        </w:rPr>
        <w:t xml:space="preserve">    一、树立成就学生、成就自己的信念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xml:space="preserve">    良好的学习习惯，良好的心理状态，良好的个性品质，是这一批学生的优势一面；面对一批素质优良的学生群体，让每一个有责任心的老师都不得不重新给自己定位，成就学生、成就自己。 </w:t>
      </w:r>
      <w:r>
        <w:rPr>
          <w:lang w:eastAsia="zh-CN"/>
        </w:rPr>
        <w:br/>
      </w:r>
      <w:r>
        <w:rPr>
          <w:lang w:eastAsia="zh-CN"/>
        </w:rPr>
        <w:t xml:space="preserve">    让自己成为学生一生当中最好的老师，让学生成为老师心中最好的学生。让学生的人生观、价值观、世界观随着与自己接触的时间的变化而变化，让积极、快乐、健康、向上成为学生心中永远的阳光。 </w:t>
      </w:r>
      <w:r>
        <w:rPr>
          <w:lang w:eastAsia="zh-CN"/>
        </w:rPr>
        <w:br/>
      </w:r>
      <w:r>
        <w:rPr>
          <w:lang w:eastAsia="zh-CN"/>
        </w:rPr>
        <w:t xml:space="preserve">    阳光少年、阳光学生、阳光教师，让阳光伴随着这一级的师生共同成长。让老师的大爱成就每一名学生，让每一名学生在老师无私的帮助下能够自信、理解、包容、坚持、坚毅、执着又不失进取与拼搏。 </w:t>
      </w:r>
      <w:r>
        <w:rPr>
          <w:lang w:eastAsia="zh-CN"/>
        </w:rPr>
        <w:br/>
      </w:r>
      <w:r>
        <w:rPr>
          <w:lang w:eastAsia="zh-CN"/>
        </w:rPr>
        <w:t xml:space="preserve">    二、抓好常规教学的落实 </w:t>
      </w:r>
      <w:r>
        <w:rPr>
          <w:lang w:eastAsia="zh-CN"/>
        </w:rPr>
        <w:br/>
      </w:r>
      <w:r>
        <w:rPr>
          <w:lang w:eastAsia="zh-CN"/>
        </w:rPr>
        <w:t xml:space="preserve">    1。落实好教学的各个环节 </w:t>
      </w:r>
      <w:r>
        <w:rPr>
          <w:lang w:eastAsia="zh-CN"/>
        </w:rPr>
        <w:br/>
      </w:r>
      <w:r>
        <w:rPr>
          <w:lang w:eastAsia="zh-CN"/>
        </w:rPr>
        <w:t xml:space="preserve">    教学常规是提高教学质量的保证。认真备课，写出切实可行的教案，学生要认真预习，做到难点分明，听讲有重点，上课教师要组织学生进行预习或复习。提高课堂教学效率，向45分钟要质量。课后要留书面作业，学生作业要注意整洁、美观、正确、规范，坚决杜绝抄袭作业的不良习惯。 </w:t>
      </w:r>
      <w:r>
        <w:rPr>
          <w:lang w:eastAsia="zh-CN"/>
        </w:rPr>
        <w:br/>
      </w:r>
      <w:r>
        <w:rPr>
          <w:lang w:eastAsia="zh-CN"/>
        </w:rPr>
        <w:t xml:space="preserve">    对作业实行全收全改，精批细致，做到不错批、漏批。对作业存在的问题要作好详细记录，并及时予以纠正。辅导学生要讲方法，重实效。将课内辅导与课外辅导相结合，集体辅导、个人辅导相结合，有计划、有步骤地提高学生的整素质。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2。落实好教学的各个细节 </w:t>
      </w:r>
      <w:r>
        <w:rPr>
          <w:lang w:eastAsia="zh-CN"/>
        </w:rPr>
        <w:br/>
      </w:r>
      <w:r>
        <w:rPr>
          <w:lang w:eastAsia="zh-CN"/>
        </w:rPr>
        <w:t xml:space="preserve">    （1）教师板演的规范性，学生书写的规范性 </w:t>
      </w:r>
      <w:r>
        <w:rPr>
          <w:lang w:eastAsia="zh-CN"/>
        </w:rPr>
        <w:br/>
      </w:r>
      <w:r>
        <w:rPr>
          <w:lang w:eastAsia="zh-CN"/>
        </w:rPr>
        <w:t xml:space="preserve">    例如：化学用语、化学术语、元素符号的大小写、等号、可逆号，反应条件中的加热、点燃、高温、放电、通电、气体符号、沉淀符号等。 </w:t>
      </w:r>
      <w:r>
        <w:rPr>
          <w:lang w:eastAsia="zh-CN"/>
        </w:rPr>
        <w:br/>
      </w:r>
      <w:r>
        <w:rPr>
          <w:lang w:eastAsia="zh-CN"/>
        </w:rPr>
        <w:t xml:space="preserve">    （2）回答问题的准确性、简洁性 </w:t>
      </w:r>
      <w:r>
        <w:rPr>
          <w:lang w:eastAsia="zh-CN"/>
        </w:rPr>
        <w:br/>
      </w:r>
      <w:r>
        <w:rPr>
          <w:lang w:eastAsia="zh-CN"/>
        </w:rPr>
        <w:t xml:space="preserve">    回答本学科的问题要注意充分利用本学科的专用术语准确而不拖沓，简洁而不失准确。 </w:t>
      </w:r>
      <w:r>
        <w:rPr>
          <w:lang w:eastAsia="zh-CN"/>
        </w:rPr>
        <w:br/>
      </w:r>
      <w:r>
        <w:rPr>
          <w:lang w:eastAsia="zh-CN"/>
        </w:rPr>
        <w:t xml:space="preserve">    （3）回答问题的逻辑性、条理性 </w:t>
      </w:r>
      <w:r>
        <w:rPr>
          <w:lang w:eastAsia="zh-CN"/>
        </w:rPr>
        <w:br/>
      </w:r>
      <w:r>
        <w:rPr>
          <w:lang w:eastAsia="zh-CN"/>
        </w:rPr>
        <w:t xml:space="preserve">    学生回答任何化学问题必须符合逻辑，必须条理。特别是在无机物的推断题中当学生要善于从已知中找到未知的联系，找到各相关物质间的逻辑关系，进而形成知识链，推导出想要的任何一种物质。在气体的制备当中，一套完整的实验装置必须有发生装置、净化装置、收集装置和尾气处理装置，学生要明确这一思路，回答问题紧扣这一顺序，方能不重不漏，条理有序。 </w:t>
      </w:r>
      <w:r>
        <w:rPr>
          <w:lang w:eastAsia="zh-CN"/>
        </w:rPr>
        <w:br/>
      </w:r>
      <w:r>
        <w:rPr>
          <w:lang w:eastAsia="zh-CN"/>
        </w:rPr>
        <w:t xml:space="preserve">    3。编写好教学案、周末作业及周末测试题 </w:t>
      </w:r>
      <w:r>
        <w:rPr>
          <w:lang w:eastAsia="zh-CN"/>
        </w:rPr>
        <w:br/>
      </w:r>
      <w:r>
        <w:rPr>
          <w:lang w:eastAsia="zh-CN"/>
        </w:rPr>
        <w:t xml:space="preserve">    教学案的编写要明确学习内容、学习目标、学习的重点难点。知识点的排列要与学生手头的资料相一致，便于学生自学。知识点的预习紧跟针对性练习，有利于学生对于预习知识的拓展与巩固。 </w:t>
      </w:r>
      <w:r>
        <w:rPr>
          <w:lang w:eastAsia="zh-CN"/>
        </w:rPr>
        <w:br/>
      </w:r>
      <w:r>
        <w:rPr>
          <w:lang w:eastAsia="zh-CN"/>
        </w:rPr>
        <w:t xml:space="preserve">    周末作业的设计与当周学习内容密切相关，是对当周学习内容的复习与巩固。周末测试题要有时效性，便于学生把握重点，理顺知识结构与体系。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xml:space="preserve">    4。尊重学生的个性差异 </w:t>
      </w:r>
      <w:r>
        <w:rPr>
          <w:lang w:eastAsia="zh-CN"/>
        </w:rPr>
        <w:br/>
      </w:r>
      <w:r>
        <w:rPr>
          <w:lang w:eastAsia="zh-CN"/>
        </w:rPr>
        <w:t xml:space="preserve">    老师的辅导与作业的检查体现因材施教的教学原则，针对不同层次的学生提出不同的学习要求。辅导要有耐心、要细心、要让学生体会到老师的温暖与关爱。相信老师，相信自己，帮助学生树立学习的信心与干劲，培养学生学习的兴趣与习惯，让不同层次的学生都能进步。 </w:t>
      </w:r>
      <w:r>
        <w:rPr>
          <w:lang w:eastAsia="zh-CN"/>
        </w:rPr>
        <w:br/>
      </w:r>
      <w:r>
        <w:rPr>
          <w:lang w:eastAsia="zh-CN"/>
        </w:rPr>
        <w:t xml:space="preserve">    5。突出教学的重点、难点与疑点 </w:t>
      </w:r>
      <w:r>
        <w:rPr>
          <w:lang w:eastAsia="zh-CN"/>
        </w:rPr>
        <w:br/>
      </w:r>
      <w:r>
        <w:rPr>
          <w:lang w:eastAsia="zh-CN"/>
        </w:rPr>
        <w:t xml:space="preserve">    对于教学中的重点、难点等知识，老师要善于发现其中的突破口，帮助学生理解与记忆，准确的记忆与提取，有利于学生对于知识的运用。如其中的氧化还原反应。 </w:t>
      </w:r>
      <w:r>
        <w:rPr>
          <w:lang w:eastAsia="zh-CN"/>
        </w:rPr>
        <w:br/>
      </w:r>
      <w:r>
        <w:rPr>
          <w:lang w:eastAsia="zh-CN"/>
        </w:rPr>
        <w:t xml:space="preserve">    要求学生记住“化学价升高被氧化是还原剂，发生氧化反应，得氧化产物；化合价降低被还原，发生还原反应，得还原产物。”“氧化剂的氧化性大于氧化产物的氧化性，还原剂的还原性大于还原产物的还原性。”“强氧化剂与强还原剂反应，得弱氧化性物质和弱还原性物质。”在物质的量的教学中突出“在同温同压下，体积之比等于物质的量之比，等于微粒个数之比。”“密度之比等于摩尔质量之比”，让每一位同学能够达到脱口而出，而不用再进行思维的换算。 </w:t>
      </w:r>
      <w:r>
        <w:rPr>
          <w:lang w:eastAsia="zh-CN"/>
        </w:rPr>
        <w:br/>
      </w:r>
      <w:r>
        <w:rPr>
          <w:lang w:eastAsia="zh-CN"/>
        </w:rPr>
        <w:t xml:space="preserve">    三、不忘教育科研 </w:t>
      </w:r>
      <w:r>
        <w:rPr>
          <w:lang w:eastAsia="zh-CN"/>
        </w:rPr>
        <w:br/>
      </w:r>
      <w:r>
        <w:rPr>
          <w:lang w:eastAsia="zh-CN"/>
        </w:rPr>
        <w:t xml:space="preserve">    1。专注力高效课堂的训练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xml:space="preserve"> （1）倾听音乐，展开想像的翅膀。播放一首轻音乐，与同学们一同闭上眼睛，在音乐中想像蓝天、白云、飞鸟；高山、流水、草原、骏马。</w:t>
      </w:r>
      <w:r>
        <w:rPr>
          <w:lang w:eastAsia="zh-CN"/>
        </w:rPr>
        <w:t xml:space="preserve"> </w:t>
      </w:r>
      <w:r>
        <w:rPr>
          <w:lang w:eastAsia="zh-CN"/>
        </w:rPr>
        <w:br/>
      </w:r>
      <w:r>
        <w:rPr>
          <w:lang w:eastAsia="zh-CN"/>
        </w:rPr>
        <w:t xml:space="preserve">    （2）目光紧盯，回忆知识，形成知识网络。 </w:t>
      </w:r>
      <w:r>
        <w:rPr>
          <w:lang w:eastAsia="zh-CN"/>
        </w:rPr>
        <w:br/>
      </w:r>
      <w:r>
        <w:rPr>
          <w:lang w:eastAsia="zh-CN"/>
        </w:rPr>
        <w:t xml:space="preserve">    老师在黑板上板书“化学”两字，学生眼睛紧盯此二字，思考高中化学必修一共分四章，13节；其中，第一章共分三节；第二章三节，第三章四节，第四章三节。然后思考每节的知识点，每节的重难点，常见的命题形式，自己曾经出现的失误等等。如果黑板上板书“氧化还原反应”，学生就要思考氧化还原反应的特征、实质、几个相关概念的联系，氧化还原反应中电子转移的表示方法，常见的氧化剂和还原剂等。 </w:t>
      </w:r>
      <w:r>
        <w:rPr>
          <w:lang w:eastAsia="zh-CN"/>
        </w:rPr>
        <w:br/>
      </w:r>
      <w:r>
        <w:rPr>
          <w:lang w:eastAsia="zh-CN"/>
        </w:rPr>
        <w:t xml:space="preserve">    2。小组合作学习的实施 </w:t>
      </w:r>
      <w:r>
        <w:rPr>
          <w:lang w:eastAsia="zh-CN"/>
        </w:rPr>
        <w:br/>
      </w:r>
      <w:r>
        <w:rPr>
          <w:lang w:eastAsia="zh-CN"/>
        </w:rPr>
        <w:t xml:space="preserve">    分组是前提，合作是关键。实行强强分组，强弱互助。杜绝强弱分组。同等情况的同学分为一组，才会有交流的共同语言，才会更容易达成共识。实行以强带弱，而不能让弱拖了强的后腿。合作小组内定期实行试卷的互批，找到别人常犯的错误，避免绊倒别人的石头再绊倒自己。 </w:t>
      </w:r>
      <w:r>
        <w:rPr>
          <w:lang w:eastAsia="zh-CN"/>
        </w:rPr>
        <w:br/>
      </w:r>
      <w:r>
        <w:rPr>
          <w:lang w:eastAsia="zh-CN"/>
        </w:rPr>
        <w:t xml:space="preserve">    3。基于课堂教学研究的作业布置 </w:t>
      </w:r>
      <w:r>
        <w:rPr>
          <w:lang w:eastAsia="zh-CN"/>
        </w:rPr>
        <w:br/>
      </w:r>
      <w:r>
        <w:rPr>
          <w:lang w:eastAsia="zh-CN"/>
        </w:rPr>
        <w:t xml:space="preserve">    （1）要明确作业的目的`是对课堂知识的巩固与拓展，课上完不成的任务，不能挤占学生课下的时间，加重学生的课业负担。 </w:t>
      </w:r>
      <w:r>
        <w:rPr>
          <w:lang w:eastAsia="zh-CN"/>
        </w:rPr>
        <w:br/>
      </w:r>
      <w:r>
        <w:rPr>
          <w:lang w:eastAsia="zh-CN"/>
        </w:rPr>
        <w:t xml:space="preserve">    作业的布置要有利于学生的课后学习，有利于调动学生学习的积极性，让学生在完成任务的兴奋中不断挑战自我，实现自我的不满足，从而激发学生的好奇心和求知欲。 </w:t>
      </w:r>
      <w:r>
        <w:rPr>
          <w:lang w:eastAsia="zh-CN"/>
        </w:rPr>
        <w:br/>
      </w:r>
      <w:r>
        <w:rPr>
          <w:lang w:eastAsia="zh-CN"/>
        </w:rPr>
        <w:t xml:space="preserve">    （2）作业的设置不在量，而在质。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xml:space="preserve">    有质的作业才会给学生更多的时间，让学生有足够的时间进行深入的思考，完成对课堂知识的理解与拓展。 </w:t>
      </w:r>
      <w:r>
        <w:rPr>
          <w:lang w:eastAsia="zh-CN"/>
        </w:rPr>
        <w:br/>
      </w:r>
      <w:r>
        <w:rPr>
          <w:lang w:eastAsia="zh-CN"/>
        </w:rPr>
        <w:t xml:space="preserve">    （3）作业检查的形式要灵活，不能占用公共时间。 </w:t>
      </w:r>
      <w:r>
        <w:rPr>
          <w:lang w:eastAsia="zh-CN"/>
        </w:rPr>
        <w:br/>
      </w:r>
      <w:r>
        <w:rPr>
          <w:lang w:eastAsia="zh-CN"/>
        </w:rPr>
        <w:t xml:space="preserve">    解决了少数人的问题，而浪费了大多数学生的时间。作业检查可以是老师抽查，可以是学生递纸条给老师，可以是学习小组内互查；以便充分利用学生的学习时间，提高学习效率。 </w:t>
      </w:r>
      <w:r>
        <w:rPr>
          <w:lang w:eastAsia="zh-CN"/>
        </w:rPr>
        <w:br/>
      </w:r>
      <w:r>
        <w:rPr>
          <w:lang w:eastAsia="zh-CN"/>
        </w:rPr>
        <w:t xml:space="preserve">    （4）作业的类型分为巩固型作业、拓展型作业、专题型作业 </w:t>
      </w:r>
      <w:r>
        <w:rPr>
          <w:lang w:eastAsia="zh-CN"/>
        </w:rPr>
        <w:br/>
      </w:r>
      <w:r>
        <w:rPr>
          <w:lang w:eastAsia="zh-CN"/>
        </w:rPr>
        <w:t xml:space="preserve">    巩固型作业即对有利于学生加深对于某一知识点的认识与巩固，纳入学生自己的知识结构，如学生知识问答作业。 </w:t>
      </w:r>
      <w:r>
        <w:rPr>
          <w:lang w:eastAsia="zh-CN"/>
        </w:rPr>
        <w:br/>
      </w:r>
      <w:r>
        <w:rPr>
          <w:lang w:eastAsia="zh-CN"/>
        </w:rPr>
        <w:t xml:space="preserve">    拓展型作业是一种培养学习能力的作业，如探究性实验作业等。 </w:t>
      </w:r>
      <w:r>
        <w:rPr>
          <w:lang w:eastAsia="zh-CN"/>
        </w:rPr>
        <w:br/>
      </w:r>
      <w:r>
        <w:rPr>
          <w:lang w:eastAsia="zh-CN"/>
        </w:rPr>
        <w:t xml:space="preserve">    专题型作业是一种为巩固某一知识点，或某一种题型训练而设置的作业，如学生黑板报、每日一题等。 </w:t>
      </w:r>
      <w:r>
        <w:rPr>
          <w:lang w:eastAsia="zh-CN"/>
        </w:rPr>
        <w:br/>
      </w:r>
      <w:r>
        <w:rPr>
          <w:lang w:eastAsia="zh-CN"/>
        </w:rPr>
        <w:t xml:space="preserve">    四、还在思考的问题 </w:t>
      </w:r>
      <w:r>
        <w:rPr>
          <w:lang w:eastAsia="zh-CN"/>
        </w:rPr>
        <w:br/>
      </w:r>
      <w:r>
        <w:rPr>
          <w:lang w:eastAsia="zh-CN"/>
        </w:rPr>
        <w:t xml:space="preserve">    1。学生自我目标实现的问题 </w:t>
      </w:r>
      <w:r>
        <w:rPr>
          <w:lang w:eastAsia="zh-CN"/>
        </w:rPr>
        <w:br/>
      </w:r>
      <w:r>
        <w:rPr>
          <w:lang w:eastAsia="zh-CN"/>
        </w:rPr>
        <w:t xml:space="preserve">    部分学生未给自己的学习进行前途理想定位，或者对于自己的学习缺乏信心，课上听讲不认真，课下巩固不及时，对于自己存在的问题听之任之。 </w:t>
      </w:r>
      <w:r>
        <w:rPr>
          <w:lang w:eastAsia="zh-CN"/>
        </w:rPr>
        <w:br/>
      </w:r>
      <w:r>
        <w:rPr>
          <w:lang w:eastAsia="zh-CN"/>
        </w:rPr>
        <w:t xml:space="preserve">    2。学生学习习惯的问题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xml:space="preserve"> 预备铃响，是学生课前的准备时间；是学生资料准备、思维准备的时间。但一学期下来，学生课前准备还未尽人意。如课前的教材、学案、笔记、草稿纸与纸准备，自第一节化学课开始，就强调是学生课前必须准备的内容，一个学期结束，真正能够课前准备好的，不到三分之一。要求规范性书面作业中间划一条竖线，到现在为止还有不少同学未能落实，且部分同学划线太随意。</w:t>
      </w:r>
      <w:r>
        <w:rPr>
          <w:lang w:eastAsia="zh-CN"/>
        </w:rPr>
        <w:t xml:space="preserve"> </w:t>
      </w:r>
      <w:r>
        <w:rPr>
          <w:lang w:eastAsia="zh-CN"/>
        </w:rPr>
        <w:br/>
      </w:r>
      <w:r>
        <w:rPr>
          <w:lang w:eastAsia="zh-CN"/>
        </w:rPr>
        <w:t xml:space="preserve">    3。卷面问题 </w:t>
      </w:r>
      <w:r>
        <w:rPr>
          <w:lang w:eastAsia="zh-CN"/>
        </w:rPr>
        <w:br/>
      </w:r>
      <w:r>
        <w:rPr>
          <w:lang w:eastAsia="zh-CN"/>
        </w:rPr>
        <w:t xml:space="preserve">    卷面问题反映的是一个学生的整体学习能力。对于知识的归纳、梳理、整合、运用的综合能力。阅卷老师看到的是卷面，而卷面却反映的是一个人的综合素质。 </w:t>
      </w:r>
      <w:r>
        <w:rPr>
          <w:lang w:eastAsia="zh-CN"/>
        </w:rPr>
        <w:br/>
      </w:r>
      <w:r>
        <w:rPr>
          <w:lang w:eastAsia="zh-CN"/>
        </w:rPr>
        <w:t xml:space="preserve">    我对于学生规范性作业的是要求是：①演草中间划一竖线；②写清第几次作业；③左边必须对齐；④字体工整清晰；⑤用同一色笔书写；⑥要有合适的行间距和字符间距。演草本最多书写21行。⑦错误作业必须及时订正。 </w:t>
      </w:r>
      <w:r>
        <w:rPr>
          <w:lang w:eastAsia="zh-CN"/>
        </w:rPr>
        <w:br/>
      </w:r>
      <w:r>
        <w:rPr>
          <w:lang w:eastAsia="zh-CN"/>
        </w:rPr>
        <w:t xml:space="preserve">    4。学生学习时间分配的问题 </w:t>
      </w:r>
      <w:r>
        <w:rPr>
          <w:lang w:eastAsia="zh-CN"/>
        </w:rPr>
        <w:br/>
      </w:r>
      <w:r>
        <w:rPr>
          <w:lang w:eastAsia="zh-CN"/>
        </w:rPr>
        <w:t xml:space="preserve">    学生一天上七节课，只有四节自习课。每一学科都有自己的课后作业及预习学案；年级、学校、班级还会有一些临时性的工作。时间分配的合理与否，直接关系学生作业完成的情况。 </w:t>
      </w:r>
      <w:r>
        <w:rPr>
          <w:lang w:eastAsia="zh-CN"/>
        </w:rPr>
        <w:br/>
      </w:r>
      <w:r>
        <w:rPr>
          <w:lang w:eastAsia="zh-CN"/>
        </w:rPr>
        <w:t xml:space="preserve">    我的要求是：按自己学习的重点把作业从上到下排好，实行挂帐消号；或者强迫自己规定一个时间段必须完成那些作业，完不成也要及时更换下一学科。 </w:t>
      </w:r>
      <w:r>
        <w:rPr>
          <w:lang w:eastAsia="zh-CN"/>
        </w:rPr>
        <w:br/>
      </w:r>
      <w:r>
        <w:rPr>
          <w:lang w:eastAsia="zh-CN"/>
        </w:rPr>
        <w:t xml:space="preserve">    5。课堂效率不高的问题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xml:space="preserve"> “问题”课堂不少，但解决“问题”的课堂不多。一个教案是一节课的教学内容；一个课件是一节课要完成的教学任务。为完成教学内容而完成任务，较少顾及学生的学习情况。解决了极少数尖子学生的学习障碍，忽略了大部分学生的学习效果。结果是尖子不尖，尾巴更大。</w:t>
      </w:r>
      <w:r>
        <w:rPr>
          <w:lang w:eastAsia="zh-CN"/>
        </w:rPr>
        <w:t xml:space="preserve"> </w:t>
      </w:r>
      <w:r>
        <w:rPr>
          <w:lang w:eastAsia="zh-CN"/>
        </w:rPr>
        <w:br/>
      </w:r>
      <w:r>
        <w:rPr>
          <w:lang w:eastAsia="zh-CN"/>
        </w:rPr>
        <w:t xml:space="preserve">    五、下一步努力的方向 </w:t>
      </w:r>
      <w:r>
        <w:rPr>
          <w:lang w:eastAsia="zh-CN"/>
        </w:rPr>
        <w:br/>
      </w:r>
      <w:r>
        <w:rPr>
          <w:lang w:eastAsia="zh-CN"/>
        </w:rPr>
        <w:t xml:space="preserve">    1。帮助学生给自己定位，确定自己的学习目标。 </w:t>
      </w:r>
      <w:r>
        <w:rPr>
          <w:lang w:eastAsia="zh-CN"/>
        </w:rPr>
        <w:br/>
      </w:r>
      <w:r>
        <w:rPr>
          <w:lang w:eastAsia="zh-CN"/>
        </w:rPr>
        <w:t xml:space="preserve">    2。督促学生学习习惯的养成：书写的习惯、课前准备的习惯、回答问题的习惯、作息习惯、完成作业的习惯、及时复习巩固的习惯、整理桌面的习惯、整理资料的习惯、科学分配时间的习惯、答卷的习惯等。 </w:t>
      </w:r>
      <w:r>
        <w:rPr>
          <w:lang w:eastAsia="zh-CN"/>
        </w:rPr>
        <w:br/>
      </w:r>
      <w:r>
        <w:rPr>
          <w:lang w:eastAsia="zh-CN"/>
        </w:rPr>
        <w:t xml:space="preserve">    3。分类对学生进行指导，形成学生良好的卷面。答百分卷、答整洁卷。 </w:t>
      </w:r>
      <w:r>
        <w:rPr>
          <w:lang w:eastAsia="zh-CN"/>
        </w:rPr>
        <w:br/>
      </w:r>
      <w:r>
        <w:rPr>
          <w:lang w:eastAsia="zh-CN"/>
        </w:rPr>
        <w:t xml:space="preserve">    4。针对“问题”课堂，找到解决问题的办法，抓好知识的落实，做知识落实的课堂，让学生天天有进步的课堂；提高课堂效率。 </w:t>
      </w:r>
      <w:r>
        <w:rPr>
          <w:lang w:eastAsia="zh-CN"/>
        </w:rPr>
        <w:br/>
      </w:r>
      <w:r>
        <w:rPr>
          <w:lang w:eastAsia="zh-CN"/>
        </w:rPr>
        <w:t>教师考核个人工作总结【篇3】</w:t>
      </w:r>
      <w:r>
        <w:rPr>
          <w:lang w:eastAsia="zh-CN"/>
        </w:rPr>
        <w:br/>
      </w:r>
      <w:r>
        <w:rPr>
          <w:lang w:eastAsia="zh-CN"/>
        </w:rPr>
        <w:t xml:space="preserve">    在初一生物教学中，为提高学生素质我主要是通过生物实验教学来实现的。初一生物实验包括观察能力、实验操作能力、分析实验现象能力、实验设计能力、综合应用能力。因此，组织好实验教学对学生学好生物学有着相当重要的作用。下面把我初一实验教学工作总结如下。 </w:t>
      </w:r>
      <w:r>
        <w:rPr>
          <w:lang w:eastAsia="zh-CN"/>
        </w:rPr>
        <w:br/>
      </w:r>
      <w:r>
        <w:rPr>
          <w:lang w:eastAsia="zh-CN"/>
        </w:rPr>
        <w:t xml:space="preserve">    一、要使学生明确观察目的和任务 </w:t>
      </w:r>
      <w:r>
        <w:rPr>
          <w:lang w:eastAsia="zh-CN"/>
        </w:rPr>
        <w:br/>
      </w:r>
      <w:r>
        <w:rPr>
          <w:lang w:eastAsia="zh-CN"/>
        </w:rPr>
        <w:t xml:space="preserve">    观察是人对客观事物的一种生动的感性认识形式，它是通过多种感官的联合活动，并在思维的参与下进行的。学生在观察时： </w:t>
      </w:r>
      <w:r>
        <w:rPr>
          <w:lang w:eastAsia="zh-CN"/>
        </w:rPr>
        <w:br/>
      </w:r>
      <w:r>
        <w:rPr>
          <w:lang w:eastAsia="zh-CN"/>
        </w:rPr>
        <w:t xml:space="preserve">    ①首先提出目的和任务； </w:t>
      </w:r>
      <w:r>
        <w:rPr>
          <w:lang w:eastAsia="zh-CN"/>
        </w:rPr>
        <w:br/>
      </w:r>
      <w:r>
        <w:rPr>
          <w:lang w:eastAsia="zh-CN"/>
        </w:rPr>
        <w:t xml:space="preserve">    ②拟定计划；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xml:space="preserve">    ③按计划认真仔细观察； </w:t>
      </w:r>
      <w:r>
        <w:rPr>
          <w:lang w:eastAsia="zh-CN"/>
        </w:rPr>
        <w:br/>
      </w:r>
      <w:r>
        <w:rPr>
          <w:lang w:eastAsia="zh-CN"/>
        </w:rPr>
        <w:t xml:space="preserve">    ④提出问题寻求答案。 </w:t>
      </w:r>
      <w:r>
        <w:rPr>
          <w:lang w:eastAsia="zh-CN"/>
        </w:rPr>
        <w:br/>
      </w:r>
      <w:r>
        <w:rPr>
          <w:lang w:eastAsia="zh-CN"/>
        </w:rPr>
        <w:t xml:space="preserve">    这样才能保证注意力集中在所要观察的物体上。例如：鱼鳍的血液循环。实验目的是要求学生在观察中认识动脉、静脉、毛细血管及血液的流动方向。观察前教师应强调要调好光圈，光线强弱要控制适当。使学生按照老师提出的目的要求去观察。观察的结果好坏，可由教师检查，检查方法可采取教师提问学生回答，也可让学生绘制观察的标本图示，这样一定能达到观察的目的。在该实验中，还应该强调在观察完毕，应把小鱼放回水中，提高学生保护小动物的意识。 </w:t>
      </w:r>
      <w:r>
        <w:rPr>
          <w:lang w:eastAsia="zh-CN"/>
        </w:rPr>
        <w:br/>
      </w:r>
      <w:r>
        <w:rPr>
          <w:lang w:eastAsia="zh-CN"/>
        </w:rPr>
        <w:t xml:space="preserve">    二、对每个实验，应让学生找出重点、难点。 </w:t>
      </w:r>
      <w:r>
        <w:rPr>
          <w:lang w:eastAsia="zh-CN"/>
        </w:rPr>
        <w:br/>
      </w:r>
      <w:r>
        <w:rPr>
          <w:lang w:eastAsia="zh-CN"/>
        </w:rPr>
        <w:t xml:space="preserve">    同时围绕重点、难点进行思考并注意关键问题，这样学生在预习时就有了明确的目的、有了思考的内容、有了讨论的话题。在课堂上教师参与学生们的`讨论，在课外教师指导兴趣小组的活动，对实验内容进行预演，培养实验课小骨干，让他们在实验课上充当小老师的角色，既发挥了实验小骨干的作用，又充分调动了学生的学习积极性。 </w:t>
      </w:r>
      <w:r>
        <w:rPr>
          <w:lang w:eastAsia="zh-CN"/>
        </w:rPr>
        <w:br/>
      </w:r>
      <w:r>
        <w:rPr>
          <w:lang w:eastAsia="zh-CN"/>
        </w:rPr>
        <w:t xml:space="preserve">    三、充分对比观察 </w:t>
      </w:r>
      <w:r>
        <w:rPr>
          <w:lang w:eastAsia="zh-CN"/>
        </w:rPr>
        <w:br/>
      </w:r>
      <w:r>
        <w:rPr>
          <w:lang w:eastAsia="zh-CN"/>
        </w:rPr>
        <w:t xml:space="preserve">    运用纵横比较进行观察，同中求异或异中求同。对比观察能使学生从平常的现象中发现不平常的东西，从相似的事物中找出差异以及从差异中找出共同点或因果关系。这样，学生在实验中就会有针对性，便于观察，从而减少盲目性，且印象深刻。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xml:space="preserve">    四、先整体观察后局部观察 </w:t>
      </w:r>
      <w:r>
        <w:rPr>
          <w:lang w:eastAsia="zh-CN"/>
        </w:rPr>
        <w:br/>
      </w:r>
      <w:r>
        <w:rPr>
          <w:lang w:eastAsia="zh-CN"/>
        </w:rPr>
        <w:t xml:space="preserve">    教师要指导学生全面进行观察，抓住事物的各个方面及其发展变化的全过程，这样才能达到认识事物的目的。例如，观察人体的各种组织，先从整体观察各器官的部位，再观察种种组织的局部，从而有了整体和各种器官细胞组成的不同概念。 </w:t>
      </w:r>
      <w:r>
        <w:rPr>
          <w:lang w:eastAsia="zh-CN"/>
        </w:rPr>
        <w:br/>
      </w:r>
      <w:r>
        <w:rPr>
          <w:lang w:eastAsia="zh-CN"/>
        </w:rPr>
        <w:t xml:space="preserve">    五、重复观察 </w:t>
      </w:r>
      <w:r>
        <w:rPr>
          <w:lang w:eastAsia="zh-CN"/>
        </w:rPr>
        <w:br/>
      </w:r>
      <w:r>
        <w:rPr>
          <w:lang w:eastAsia="zh-CN"/>
        </w:rPr>
        <w:t xml:space="preserve">    为了保证观察的结果可靠性，观察的次数要多，否则就难以区分偶然发生和一贯现象，也就是巴甫洛夫所说的“观察、观察、再观察”，他深刻地揭示了观察的严肃性和科学性。由于学生自身能力、性格、知识水平的不同，在实验中不可避免的会出现速度上的差距。对待这种现象我的做法是：划分实验小组时要根据以往了解的情况进行合理搭配，在此基础上对实验速度特别慢的小组再进行强化指导，或把他们落下的`个别次要步骤“演示”完成，以帮助他们在实验结束后享受到成功的喜悦，为今后的学习树立信心。对实验过程中出现问题的学生应讲清楚道理布局严格要求，有时甚至手把手地教，以形成规范化操作。当学生在实验过程中出现了一些错误操作并且会影响实验结论时，应引导学生分析原因，找到补救办法，以防学生一错再错，影响对实验结果的分析。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xml:space="preserve"> 此外，在实验完成后必须进行总结，结合具体、有针对性的问题进行分析，对学生的思维进行适时得当的点拨、引导，这样既起到“画龙点睛”的作用，又起到思维辐射的作用。总之，只要老师功夫深，就能改变学生的学习方式，由过去被动、机械、僵化的学习方式变为主动、合作、探究式的学习方式，使学生具有学习生物课的浓厚兴趣，有助于他们形成生物学概念，获得生物知识和实验技能，提高观察、实践、探究和创新能力，还有助于培养学生求精、求实、严肃认真的科学态度。</w:t>
      </w:r>
      <w:r>
        <w:rPr>
          <w:lang w:eastAsia="zh-CN"/>
        </w:rPr>
        <w:t xml:space="preserve"> </w:t>
      </w:r>
      <w:r>
        <w:rPr>
          <w:lang w:eastAsia="zh-CN"/>
        </w:rPr>
        <w:br/>
      </w:r>
      <w:r>
        <w:rPr>
          <w:lang w:eastAsia="zh-CN"/>
        </w:rPr>
        <w:t>教师考核个人工作总结【篇4】</w:t>
      </w:r>
      <w:r>
        <w:rPr>
          <w:lang w:eastAsia="zh-CN"/>
        </w:rPr>
        <w:br/>
      </w:r>
      <w:r>
        <w:rPr>
          <w:lang w:eastAsia="zh-CN"/>
        </w:rPr>
        <w:t xml:space="preserve">    时间过得真快，转眼间一学期的教学工作已接近尾声，为了更好地做好今后的工作，总结经验、吸取教训，本人特就这学期的工作小结如下： </w:t>
      </w:r>
      <w:r>
        <w:rPr>
          <w:lang w:eastAsia="zh-CN"/>
        </w:rPr>
        <w:br/>
      </w:r>
      <w:r>
        <w:rPr>
          <w:lang w:eastAsia="zh-CN"/>
        </w:rPr>
        <w:t xml:space="preserve">    一思想工作方面 </w:t>
      </w:r>
      <w:r>
        <w:rPr>
          <w:lang w:eastAsia="zh-CN"/>
        </w:rPr>
        <w:br/>
      </w:r>
      <w:r>
        <w:rPr>
          <w:lang w:eastAsia="zh-CN"/>
        </w:rPr>
        <w:t xml:space="preserve">    俗话说：“活到老，学到老”，本人一直在各方面严格要求自己，努力地提高自己，以便使自己更快地适应社会发展的形势。通过阅读大量的道德修养书籍，勇于解剖自己，分析自己，正视自己，提高自身素质。 </w:t>
      </w:r>
      <w:r>
        <w:rPr>
          <w:lang w:eastAsia="zh-CN"/>
        </w:rPr>
        <w:br/>
      </w:r>
      <w:r>
        <w:rPr>
          <w:lang w:eastAsia="zh-CN"/>
        </w:rPr>
        <w:t xml:space="preserve">    二业务进修方面 </w:t>
      </w:r>
      <w:r>
        <w:rPr>
          <w:lang w:eastAsia="zh-CN"/>
        </w:rPr>
        <w:br/>
      </w:r>
      <w:r>
        <w:rPr>
          <w:lang w:eastAsia="zh-CN"/>
        </w:rPr>
        <w:t xml:space="preserve">    随着新课程改革对教师业务能力要求的提高，本人在教学之余，还挤时间自学各种知识并积极学习各类现代教育技术，初步掌握了多媒体课件制作，并能把它运用于教学中。 </w:t>
      </w:r>
      <w:r>
        <w:rPr>
          <w:lang w:eastAsia="zh-CN"/>
        </w:rPr>
        <w:br/>
      </w:r>
      <w:r>
        <w:rPr>
          <w:lang w:eastAsia="zh-CN"/>
        </w:rPr>
        <w:t xml:space="preserve">    三遵守纪律方面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xml:space="preserve"> 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r>
        <w:rPr>
          <w:lang w:eastAsia="zh-CN"/>
        </w:rPr>
        <w:t xml:space="preserve"> </w:t>
      </w:r>
      <w:r>
        <w:rPr>
          <w:lang w:eastAsia="zh-CN"/>
        </w:rPr>
        <w:br/>
      </w:r>
      <w:r>
        <w:rPr>
          <w:lang w:eastAsia="zh-CN"/>
        </w:rPr>
        <w:t xml:space="preserve">    四教育工作方面 </w:t>
      </w:r>
      <w:r>
        <w:rPr>
          <w:lang w:eastAsia="zh-CN"/>
        </w:rPr>
        <w:br/>
      </w:r>
      <w:r>
        <w:rPr>
          <w:lang w:eastAsia="zh-CN"/>
        </w:rPr>
        <w:t xml:space="preserve">    这学期，本人担任二年级二班语文、数学等学科教学工作，还担任了该班的班主任，班级人数虽然少，但是任务重，又面临着新课程改革，面对首次接触的教材，我在教育教学工作中遇到了不少困难。针对这些情况，我在工作中虚心向有经验的教师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有较大收获与提高。 </w:t>
      </w:r>
      <w:r>
        <w:rPr>
          <w:lang w:eastAsia="zh-CN"/>
        </w:rPr>
        <w:br/>
      </w:r>
      <w:r>
        <w:rPr>
          <w:lang w:eastAsia="zh-CN"/>
        </w:rPr>
        <w:t xml:space="preserve">    总之，一份耕耘，一份收获，教学工作苦乐相伴。在以后的教学工作中，我要不断总结经验，力求提高自己的教学水平，还要多下功夫加强对个别差生的辅导，相信一切问题都会迎刃而解，我也相信有耕耘总会有收获。 </w:t>
      </w:r>
      <w:r>
        <w:rPr>
          <w:lang w:eastAsia="zh-CN"/>
        </w:rPr>
        <w:br/>
      </w:r>
      <w:r>
        <w:rPr>
          <w:lang w:eastAsia="zh-CN"/>
        </w:rPr>
        <w:t>教师考核个人工作总结【篇5】</w:t>
      </w:r>
      <w:r>
        <w:rPr>
          <w:lang w:eastAsia="zh-CN"/>
        </w:rPr>
        <w:br/>
      </w:r>
      <w:r>
        <w:rPr>
          <w:lang w:eastAsia="zh-CN"/>
        </w:rPr>
        <w:t xml:space="preserve">    (一)经过一个学年的努力，期末考就是一种考验。无论成绩高低，都体现了我在这学年的教学成果。教学工作苦乐相伴，我会继续努力，多问，多想，多学习，争取进步把工作搞得更好。由于经验颇浅，许多地方存在不足，希望在未来的日子里，能在领导老师和前辈的指导下，取得更好成绩。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xml:space="preserve">    (二)回顾我的教学工作，我一直以来都能全身心地付出，虽然伴随着很多挫折和无奈，但更多的是成功的喜悦和满足。从中我深深的体会教学是一门艺术，艺术的生命在于创新，学海无涯，艺海无边。今后，我要进一步加强自己的修养，不断提高自己的教学水平，做一个教育事业这块沃土上勤耕不辍的“孺子牛”。 </w:t>
      </w:r>
      <w:r>
        <w:rPr>
          <w:lang w:eastAsia="zh-CN"/>
        </w:rPr>
        <w:br/>
      </w:r>
      <w:r>
        <w:rPr>
          <w:lang w:eastAsia="zh-CN"/>
        </w:rPr>
        <w:t xml:space="preserve">    (三)经过了一个学年的努力，我不但学会了如何教育学生，更学会了如何爱学生。这种爱是了解，是关怀，是尊重，是信任。教师与学生虽然处在教育教学过程中的`不同的地位，但在人格上应该是平等的。所以我在平日与孩子们的交流中，尝试着从他们的心理发展特点出发，尊重他们的建议和想法，理解他们的幼稚和天真;信任他们潜在的能力，放手让他们在实践中锻炼，在磨练中成长。 </w:t>
      </w:r>
      <w:r>
        <w:rPr>
          <w:lang w:eastAsia="zh-CN"/>
        </w:rPr>
        <w:br/>
      </w:r>
      <w:r>
        <w:rPr>
          <w:lang w:eastAsia="zh-CN"/>
        </w:rPr>
        <w:t xml:space="preserve">    (四)综上所述，经过一个学年的努力，一部分同学成绩有所提高，在本学年的两次期末考试中我所任教两个班级也取得了较好的成绩。所以，七年级起始阶段，只要我们教师用心地教，只要我们学生用心地学，相信我们就能圆满的完成教学工作，为学生之后的更高层次的英语学习奠定扎实的基础。 </w:t>
      </w:r>
      <w:r>
        <w:rPr>
          <w:lang w:eastAsia="zh-CN"/>
        </w:rPr>
        <w:br/>
      </w:r>
      <w:r>
        <w:rPr>
          <w:lang w:eastAsia="zh-CN"/>
        </w:rPr>
        <w:t>教师考核个人工作总结【篇6】</w:t>
      </w:r>
      <w:r>
        <w:rPr>
          <w:lang w:eastAsia="zh-CN"/>
        </w:rPr>
        <w:br/>
      </w:r>
      <w:r>
        <w:rPr>
          <w:lang w:eastAsia="zh-CN"/>
        </w:rPr>
        <w:t xml:space="preserve">    本学年度我担任高一1部3、4班的化学课。高一1部四个班是__实验高中初中部直升班。学生学习习惯、学业成绩、学习状态比之以往都有较大改变。是学校的希望所在，因此担任这个学部的教学工作备感责任与压力重大。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xml:space="preserve"> 我与井老师自担任这个学部的化学老师以来，精诚团结、精心安排、精心备好每一节课、上好每一节课、批好每一次作业、精心安排好每一次周末测试，尽心尽力、尽职尽责，全力以赴，全身心投入到这个学部中，与老师们、学生们打成一片，融为一体，与孩子们一块学习，一同成长，做孩子们的导师，也做学生们的益友。可以说，收获颇多。</w:t>
      </w:r>
      <w:r>
        <w:rPr>
          <w:lang w:eastAsia="zh-CN"/>
        </w:rPr>
        <w:t xml:space="preserve"> </w:t>
      </w:r>
      <w:r>
        <w:rPr>
          <w:lang w:eastAsia="zh-CN"/>
        </w:rPr>
        <w:br/>
      </w:r>
      <w:r>
        <w:rPr>
          <w:lang w:eastAsia="zh-CN"/>
        </w:rPr>
        <w:t xml:space="preserve">    一、树立成就学生、成就自己的信念 </w:t>
      </w:r>
      <w:r>
        <w:rPr>
          <w:lang w:eastAsia="zh-CN"/>
        </w:rPr>
        <w:br/>
      </w:r>
      <w:r>
        <w:rPr>
          <w:lang w:eastAsia="zh-CN"/>
        </w:rPr>
        <w:t xml:space="preserve">    良好的学习习惯，良好的心理状态，良好的个性品质，是这一批学生的优势一面；面对一批素质优良的学生群体，让每一个有责任心的老师都不得不重新给自己定位，成就学生、成就自己。 </w:t>
      </w:r>
      <w:r>
        <w:rPr>
          <w:lang w:eastAsia="zh-CN"/>
        </w:rPr>
        <w:br/>
      </w:r>
      <w:r>
        <w:rPr>
          <w:lang w:eastAsia="zh-CN"/>
        </w:rPr>
        <w:t xml:space="preserve">    让自己成为学生一生当中最好的老师，让学生成为老师心中最好的学生。让学生的人生观、价值观、世界观随着与自己接触的时间的变化而变化，让积极、快乐、健康、向上成为学生心中永远的阳光。 </w:t>
      </w:r>
      <w:r>
        <w:rPr>
          <w:lang w:eastAsia="zh-CN"/>
        </w:rPr>
        <w:br/>
      </w:r>
      <w:r>
        <w:rPr>
          <w:lang w:eastAsia="zh-CN"/>
        </w:rPr>
        <w:t xml:space="preserve">    阳光少年、阳光学生、阳光教师，让阳光伴随着这一级的师生共同成长。让老师的大爱成就每一名学生，让每一名学生在老师无私的帮助下能够自信、理解、包容、坚持、坚毅、执着又不失进取与拼搏。 </w:t>
      </w:r>
      <w:r>
        <w:rPr>
          <w:lang w:eastAsia="zh-CN"/>
        </w:rPr>
        <w:br/>
      </w:r>
      <w:r>
        <w:rPr>
          <w:lang w:eastAsia="zh-CN"/>
        </w:rPr>
        <w:t xml:space="preserve">    二、抓好常规教学的落实 </w:t>
      </w:r>
      <w:r>
        <w:rPr>
          <w:lang w:eastAsia="zh-CN"/>
        </w:rPr>
        <w:br/>
      </w:r>
      <w:r>
        <w:rPr>
          <w:lang w:eastAsia="zh-CN"/>
        </w:rPr>
        <w:t xml:space="preserve">    1。落实好教学的各个环节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xml:space="preserve"> 教学常规是提高教学质量的保证。认真备课，写出切实可行的教案，学生要认真预习，做到难点分明，听讲有重点，上课教师要组织学生进行预习或复习。提高课堂教学效率，向45分钟要质量。课后要留书面作业，学生作业要注意整洁、美观、正确、规范，坚决杜绝抄袭作业的不良习惯。</w:t>
      </w:r>
      <w:r>
        <w:rPr>
          <w:lang w:eastAsia="zh-CN"/>
        </w:rPr>
        <w:t xml:space="preserve"> </w:t>
      </w:r>
      <w:r>
        <w:rPr>
          <w:lang w:eastAsia="zh-CN"/>
        </w:rPr>
        <w:br/>
      </w:r>
      <w:r>
        <w:rPr>
          <w:lang w:eastAsia="zh-CN"/>
        </w:rPr>
        <w:t xml:space="preserve">    对作业实行全收全改，精批细致，做到不错批、漏批。对作业存在的问题要作好详细记录，并及时予以纠正。辅导学生要讲方法，重实效。将课内辅导与课外辅导相结合，集体辅导、个人辅导相结合，有计划、有步骤地提高学生的整素质。 </w:t>
      </w:r>
      <w:r>
        <w:rPr>
          <w:lang w:eastAsia="zh-CN"/>
        </w:rPr>
        <w:br/>
      </w:r>
      <w:r>
        <w:rPr>
          <w:lang w:eastAsia="zh-CN"/>
        </w:rPr>
        <w:t xml:space="preserve">    2。落实好教学的各个细节 </w:t>
      </w:r>
      <w:r>
        <w:rPr>
          <w:lang w:eastAsia="zh-CN"/>
        </w:rPr>
        <w:br/>
      </w:r>
      <w:r>
        <w:rPr>
          <w:lang w:eastAsia="zh-CN"/>
        </w:rPr>
        <w:t xml:space="preserve">    （1）教师板演的规范性，学生书写的规范性 </w:t>
      </w:r>
      <w:r>
        <w:rPr>
          <w:lang w:eastAsia="zh-CN"/>
        </w:rPr>
        <w:br/>
      </w:r>
      <w:r>
        <w:rPr>
          <w:lang w:eastAsia="zh-CN"/>
        </w:rPr>
        <w:t xml:space="preserve">    例如：化学用语、化学术语、元素符号的大小写、等号、可逆号，反应条件中的加热、点燃、高温、放电、通电、气体符号、沉淀符号等。 </w:t>
      </w:r>
      <w:r>
        <w:rPr>
          <w:lang w:eastAsia="zh-CN"/>
        </w:rPr>
        <w:br/>
      </w:r>
      <w:r>
        <w:rPr>
          <w:lang w:eastAsia="zh-CN"/>
        </w:rPr>
        <w:t xml:space="preserve">    （2）回答问题的准确性、简洁性 </w:t>
      </w:r>
      <w:r>
        <w:rPr>
          <w:lang w:eastAsia="zh-CN"/>
        </w:rPr>
        <w:br/>
      </w:r>
      <w:r>
        <w:rPr>
          <w:lang w:eastAsia="zh-CN"/>
        </w:rPr>
        <w:t xml:space="preserve">    回答本学科的问题要注意充分利用本学科的专用术语准确而不拖沓，简洁而不失准确。 </w:t>
      </w:r>
      <w:r>
        <w:rPr>
          <w:lang w:eastAsia="zh-CN"/>
        </w:rPr>
        <w:br/>
      </w:r>
      <w:r>
        <w:rPr>
          <w:lang w:eastAsia="zh-CN"/>
        </w:rPr>
        <w:t xml:space="preserve">    （3）回答问题的逻辑性、条理性 </w:t>
      </w:r>
      <w:r>
        <w:rPr>
          <w:lang w:eastAsia="zh-CN"/>
        </w:rPr>
        <w:br/>
      </w:r>
      <w:r>
        <w:rPr>
          <w:lang w:eastAsia="zh-CN"/>
        </w:rPr>
        <w:t xml:space="preserve">    学生回答任何化学问题必须符合逻辑，必须条理。特别是在无机物的推断题中当学生要善于从已知中找到未知的联系，找到各相关物质间的逻辑关系，进而形成知识链，推导出想要的任何一种物质。在气体的制备当中，一套完整的实验装置必须有发生装置、净化装置、收集装置和尾气处理装置，学生要明确这一思路，回答问题紧扣这一顺序，方能不重不漏，条理有序。 </w:t>
      </w:r>
      <w:r>
        <w:rPr>
          <w:lang w:eastAsia="zh-CN"/>
        </w:rPr>
        <w:br/>
      </w:r>
      <w:r>
        <w:rPr>
          <w:lang w:eastAsia="zh-CN"/>
        </w:rPr>
        <w:t xml:space="preserve">    3。编写好教学案、周末作业及周末测试题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xml:space="preserve">    教学案的编写要明确学习内容、学习目标、学习的重点难点。知识点的排列要与学生手头的资料相一致，便于学生自学。知识点的预习紧跟针对性练习，有利于学生对于预习知识的拓展与巩固。 </w:t>
      </w:r>
      <w:r>
        <w:rPr>
          <w:lang w:eastAsia="zh-CN"/>
        </w:rPr>
        <w:br/>
      </w:r>
      <w:r>
        <w:rPr>
          <w:lang w:eastAsia="zh-CN"/>
        </w:rPr>
        <w:t xml:space="preserve">    周末作业的设计与当周学习内容密切相关，是对当周学习内容的复习与巩固。周末测试题要有时效性，便于学生把握重点，理顺知识结构与体系。 </w:t>
      </w:r>
      <w:r>
        <w:rPr>
          <w:lang w:eastAsia="zh-CN"/>
        </w:rPr>
        <w:br/>
      </w:r>
      <w:r>
        <w:rPr>
          <w:lang w:eastAsia="zh-CN"/>
        </w:rPr>
        <w:t xml:space="preserve">    4。尊重学生的个性差异 </w:t>
      </w:r>
      <w:r>
        <w:rPr>
          <w:lang w:eastAsia="zh-CN"/>
        </w:rPr>
        <w:br/>
      </w:r>
      <w:r>
        <w:rPr>
          <w:lang w:eastAsia="zh-CN"/>
        </w:rPr>
        <w:t xml:space="preserve">    老师的辅导与作业的检查体现因材施教的教学原则，针对不同层次的学生提出不同的学习要求。辅导要有耐心、要细心、要让学生体会到老师的温暖与关爱。相信老师，相信自己，帮助学生树立学习的信心与干劲，培养学生学习的兴趣与习惯，让不同层次的学生都能进步。 </w:t>
      </w:r>
      <w:r>
        <w:rPr>
          <w:lang w:eastAsia="zh-CN"/>
        </w:rPr>
        <w:br/>
      </w:r>
      <w:r>
        <w:rPr>
          <w:lang w:eastAsia="zh-CN"/>
        </w:rPr>
        <w:t xml:space="preserve">    5。突出教学的重点、难点与疑点 </w:t>
      </w:r>
      <w:r>
        <w:rPr>
          <w:lang w:eastAsia="zh-CN"/>
        </w:rPr>
        <w:br/>
      </w:r>
      <w:r>
        <w:rPr>
          <w:lang w:eastAsia="zh-CN"/>
        </w:rPr>
        <w:t xml:space="preserve">    对于教学中的重点、难点等知识，老师要善于发现其中的突破口，帮助学生理解与记忆，准确的记忆与提取，有利于学生对于知识的运用。如其中的氧化还原反应。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xml:space="preserve"> 要求学生记住“化学价升高被氧化是还原剂，发生氧化反应，得氧化产物；化合价降低被还原，发生还原反应，得还原产物。”“氧化剂的氧化性大于氧化产物的氧化性，还原剂的还原性大于还原产物的还原性。”“强氧化剂与强还原剂反应，得弱氧化性物质和弱还原性物质。”在物质的量的教学中突出“在同温同压下，体积之比等于物质的量之比，等于微粒个数之比。”“密度之比等于摩尔质量之比”，让每一位同学能够达到脱口而出，而不用再进行思维的换算。</w:t>
      </w:r>
      <w:r>
        <w:rPr>
          <w:lang w:eastAsia="zh-CN"/>
        </w:rPr>
        <w:t xml:space="preserve"> </w:t>
      </w:r>
      <w:r>
        <w:rPr>
          <w:lang w:eastAsia="zh-CN"/>
        </w:rPr>
        <w:br/>
      </w:r>
      <w:r>
        <w:rPr>
          <w:lang w:eastAsia="zh-CN"/>
        </w:rPr>
        <w:t xml:space="preserve">    三、不忘教育科研 </w:t>
      </w:r>
      <w:r>
        <w:rPr>
          <w:lang w:eastAsia="zh-CN"/>
        </w:rPr>
        <w:br/>
      </w:r>
      <w:r>
        <w:rPr>
          <w:lang w:eastAsia="zh-CN"/>
        </w:rPr>
        <w:t xml:space="preserve">    1。专注力高效课堂的训练 </w:t>
      </w:r>
      <w:r>
        <w:rPr>
          <w:lang w:eastAsia="zh-CN"/>
        </w:rPr>
        <w:br/>
      </w:r>
      <w:r>
        <w:rPr>
          <w:lang w:eastAsia="zh-CN"/>
        </w:rPr>
        <w:t xml:space="preserve">    （1）倾听音乐，展开想像的翅膀。播放一首轻音乐，与同学们一同闭上眼睛，在音乐中想像蓝天、白云、飞鸟；高山、流水、草原、骏马。 </w:t>
      </w:r>
      <w:r>
        <w:rPr>
          <w:lang w:eastAsia="zh-CN"/>
        </w:rPr>
        <w:br/>
      </w:r>
      <w:r>
        <w:rPr>
          <w:lang w:eastAsia="zh-CN"/>
        </w:rPr>
        <w:t xml:space="preserve">    （2）目光紧盯，回忆知识，形成知识网络。 </w:t>
      </w:r>
      <w:r>
        <w:rPr>
          <w:lang w:eastAsia="zh-CN"/>
        </w:rPr>
        <w:br/>
      </w:r>
      <w:r>
        <w:rPr>
          <w:lang w:eastAsia="zh-CN"/>
        </w:rPr>
        <w:t xml:space="preserve">    老师在黑板上板书“化学”两字，学生眼睛紧盯此二字，思考高中化学必修一共分四章，13节；其中，第一章共分三节；第二章三节，第三章四节，第四章三节。然后思考每节的知识点，每节的重难点，常见的命题形式，自己曾经出现的失误等等。如果黑板上板书“氧化还原反应”，学生就要思考氧化还原反应的特征、实质、几个相关概念的联系，氧化还原反应中电子转移的表示方法，常见的氧化剂和还原剂等。 </w:t>
      </w:r>
      <w:r>
        <w:rPr>
          <w:lang w:eastAsia="zh-CN"/>
        </w:rPr>
        <w:br/>
      </w:r>
      <w:r>
        <w:rPr>
          <w:lang w:eastAsia="zh-CN"/>
        </w:rPr>
        <w:t xml:space="preserve">    2。小组合作学习的实施 </w:t>
      </w:r>
      <w:r>
        <w:rPr>
          <w:lang w:eastAsia="zh-CN"/>
        </w:rPr>
        <w:br/>
      </w:r>
      <w:r>
        <w:rPr>
          <w:lang w:eastAsia="zh-CN"/>
        </w:rPr>
        <w:t xml:space="preserve">    分组是前提，合作是关键。实行强强分组，强弱互助。杜绝强弱分组。同等情况的同学分为一组，才会有交流的共同语言，才会更容易达成共识。实行以强带弱，而不能让弱拖了强的后腿。合作小组内定期实行试卷的互批，找到别人常犯的错误，避免绊倒别人的石头再绊倒自己。 </w:t>
      </w:r>
      <w:r>
        <w:rPr>
          <w:lang w:eastAsia="zh-CN"/>
        </w:rPr>
        <w:br/>
      </w:r>
      <w:r>
        <w:rPr>
          <w:lang w:eastAsia="zh-CN"/>
        </w:rPr>
        <w:t xml:space="preserve">    3。基于课堂教学研究的作业布置 </w:t>
      </w:r>
      <w:r>
        <w:rPr>
          <w:lang w:eastAsia="zh-CN"/>
        </w:rPr>
        <w:br/>
      </w:r>
    </w:p>
    <w:p w:rsidR="001B1F19" w14:textId="27C3F48A">
      <w:pPr>
        <w:rPr>
          <w:rFonts w:hint="eastAsia"/>
          <w:lang w:eastAsia="zh-CN"/>
        </w:rPr>
      </w:pPr>
      <w:r>
        <w:rPr>
          <w:lang w:eastAsia="zh-CN"/>
        </w:rPr>
        <w:t xml:space="preserve">    （1）要明确作业的目的是对课堂知识的巩固与拓展，课上完不成的任务，不能挤占学生课下的时间，加重学生的课业负担。 </w:t>
      </w:r>
      <w:r>
        <w:rPr>
          <w:lang w:eastAsia="zh-CN"/>
        </w:rPr>
        <w:br/>
      </w:r>
      <w:r>
        <w:rPr>
          <w:lang w:eastAsia="zh-CN"/>
        </w:rPr>
        <w:t xml:space="preserve">    作业的布置要有利于学生的课后学习，有利于调动学生学习的积极性，让学生在完成任务的兴奋中不断挑战自我，实现自我的不满足，从而激发学生的好奇心和求知欲。 </w:t>
      </w:r>
      <w:r>
        <w:rPr>
          <w:lang w:eastAsia="zh-CN"/>
        </w:rPr>
        <w:br/>
      </w:r>
      <w:r>
        <w:rPr>
          <w:lang w:eastAsia="zh-CN"/>
        </w:rPr>
        <w:t xml:space="preserve">    （2）作业的设置不在量，而在质。 </w:t>
      </w:r>
      <w:r>
        <w:rPr>
          <w:lang w:eastAsia="zh-CN"/>
        </w:rPr>
        <w:br/>
      </w:r>
      <w:r>
        <w:rPr>
          <w:lang w:eastAsia="zh-CN"/>
        </w:rPr>
        <w:t xml:space="preserve">    有质的作业才会给学生更多的时间，让学生有足够的时间进行深入的思考，完成对课堂知识的理解与拓展。 </w:t>
      </w:r>
      <w:r>
        <w:rPr>
          <w:lang w:eastAsia="zh-CN"/>
        </w:rPr>
        <w:br/>
      </w:r>
      <w:r>
        <w:rPr>
          <w:lang w:eastAsia="zh-CN"/>
        </w:rPr>
        <w:t xml:space="preserve">    （3）作业检查的形式要灵活，不能占用公共时间。 </w:t>
      </w:r>
      <w:r>
        <w:rPr>
          <w:lang w:eastAsia="zh-CN"/>
        </w:rPr>
        <w:br/>
      </w:r>
      <w:r>
        <w:rPr>
          <w:lang w:eastAsia="zh-CN"/>
        </w:rPr>
        <w:t xml:space="preserve">    解决了少数人的问题，而浪费了大多数学生的时间。作业检查可以是老师抽查，可以是学生递纸条给老师，可以是学习小组内互查；以便充分利用学生的学习时间，提高学习效率。 </w:t>
      </w:r>
      <w:r>
        <w:rPr>
          <w:lang w:eastAsia="zh-CN"/>
        </w:rPr>
        <w:br/>
      </w:r>
      <w:r>
        <w:rPr>
          <w:lang w:eastAsia="zh-CN"/>
        </w:rPr>
        <w:t xml:space="preserve">    （4）作业的类型分为巩固型作业、拓展型作业、专题型作业 </w:t>
      </w:r>
      <w:r>
        <w:rPr>
          <w:lang w:eastAsia="zh-CN"/>
        </w:rPr>
        <w:br/>
      </w:r>
      <w:r>
        <w:rPr>
          <w:lang w:eastAsia="zh-CN"/>
        </w:rPr>
        <w:t xml:space="preserve">    巩固型作业即对有利于学生加深对于某一知识点的认识与巩固，纳入学生自己的知识结构，如学生知识问答作业。 </w:t>
      </w:r>
      <w:r>
        <w:rPr>
          <w:lang w:eastAsia="zh-CN"/>
        </w:rPr>
        <w:br/>
      </w:r>
      <w:r>
        <w:rPr>
          <w:lang w:eastAsia="zh-CN"/>
        </w:rPr>
        <w:t xml:space="preserve">    拓展型作业是一种培养学习能力的作业，如探究性实验作业等。 </w:t>
      </w:r>
      <w:r>
        <w:rPr>
          <w:lang w:eastAsia="zh-CN"/>
        </w:rPr>
        <w:br/>
      </w:r>
      <w:r>
        <w:rPr>
          <w:lang w:eastAsia="zh-CN"/>
        </w:rPr>
        <w:t xml:space="preserve">    专题型作业是一种为巩固某一知识点，或某一种题型训练而设置的作业，如学生黑板报、每日一题等。 </w:t>
      </w:r>
      <w:r>
        <w:rPr>
          <w:lang w:eastAsia="zh-CN"/>
        </w:rPr>
        <w:br/>
      </w:r>
      <w:r>
        <w:rPr>
          <w:lang w:eastAsia="zh-CN"/>
        </w:rPr>
        <w:t xml:space="preserve">    四、还在思考的问题 </w:t>
      </w:r>
      <w:r>
        <w:rPr>
          <w:lang w:eastAsia="zh-CN"/>
        </w:rPr>
        <w:br/>
      </w:r>
      <w:r>
        <w:rPr>
          <w:lang w:eastAsia="zh-CN"/>
        </w:rPr>
        <w:t xml:space="preserve">    1。学生自我目标实现的问题 </w:t>
      </w:r>
      <w:r>
        <w:rPr>
          <w:lang w:eastAsia="zh-CN"/>
        </w:rPr>
        <w:br/>
      </w:r>
      <w:r>
        <w:rPr>
          <w:lang w:eastAsia="zh-CN"/>
        </w:rPr>
        <w:t xml:space="preserve">  </w:t>
      </w:r>
      <w:r>
        <w:rPr>
          <w:lang w:eastAsia="zh-CN"/>
        </w:rPr>
        <w:t xml:space="preserve"> </w:t>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https://d.book118.com/676124234201010055</w:t>
        </w:r>
      </w:hyperlink>
    </w:p>
    <w:p w:rsidR="001B1F19">
      <w:pPr>
        <w:rPr>
          <w:rFonts w:hint="eastAsia"/>
          <w:lang w:eastAsia="zh-CN"/>
        </w:rPr>
      </w:pPr>
    </w:p>
    <w:sectPr>
      <w:type w:val="nextPage"/>
      <w:pgSz w:w="11906" w:h="16838"/>
      <w:pgMar w:top="1440" w:right="1800" w:bottom="1440" w:left="1800" w:header="851" w:footer="992" w:gutter="0"/>
      <w:pgNumType w:start="2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76124234201010055"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