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逃生演练总结（31篇）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逃生演练总结（精选31篇）</w:t>
      </w:r>
      <w:r>
        <w:rPr>
          <w:lang w:eastAsia="zh-CN"/>
        </w:rPr>
        <w:br/>
      </w:r>
      <w:r>
        <w:rPr>
          <w:lang w:eastAsia="zh-CN"/>
        </w:rPr>
        <w:t xml:space="preserve">    逃生演练总结 篇1 </w:t>
      </w:r>
      <w:r>
        <w:rPr>
          <w:lang w:eastAsia="zh-CN"/>
        </w:rPr>
        <w:br/>
      </w:r>
      <w:r>
        <w:rPr>
          <w:lang w:eastAsia="zh-CN"/>
        </w:rPr>
        <w:t>　　一、演练目的</w:t>
      </w:r>
      <w:r>
        <w:rPr>
          <w:lang w:eastAsia="zh-CN"/>
        </w:rPr>
        <w:br/>
      </w:r>
      <w:r>
        <w:rPr>
          <w:lang w:eastAsia="zh-CN"/>
        </w:rPr>
        <w:t>　　为了使全体教职工及幼儿了解灾难发生时的应急逃生知识，掌握应对灾难发生时采取的防护措施和方法，最大限度地降低灾难带来的损失，从而提高全体师生对各种突发事件来临时能做到紧急避险、懂得自救自护的能力。</w:t>
      </w:r>
      <w:r>
        <w:rPr>
          <w:lang w:eastAsia="zh-CN"/>
        </w:rPr>
        <w:br/>
      </w:r>
      <w:r>
        <w:rPr>
          <w:lang w:eastAsia="zh-CN"/>
        </w:rPr>
        <w:t>　　二、演练领导小组成员及分工</w:t>
      </w:r>
      <w:r>
        <w:rPr>
          <w:lang w:eastAsia="zh-CN"/>
        </w:rPr>
        <w:br/>
      </w:r>
      <w:r>
        <w:rPr>
          <w:lang w:eastAsia="zh-CN"/>
        </w:rPr>
        <w:t>　　1、领导小组：</w:t>
      </w:r>
      <w:r>
        <w:rPr>
          <w:lang w:eastAsia="zh-CN"/>
        </w:rPr>
        <w:br/>
      </w:r>
      <w:r>
        <w:rPr>
          <w:lang w:eastAsia="zh-CN"/>
        </w:rPr>
        <w:t>　　(1)现场指挥：</w:t>
      </w:r>
      <w:r>
        <w:rPr>
          <w:lang w:eastAsia="zh-CN"/>
        </w:rPr>
        <w:br/>
      </w:r>
      <w:r>
        <w:rPr>
          <w:lang w:eastAsia="zh-CN"/>
        </w:rPr>
        <w:t>　　(2)班级组织指挥：各班教师</w:t>
      </w:r>
      <w:r>
        <w:rPr>
          <w:lang w:eastAsia="zh-CN"/>
        </w:rPr>
        <w:br/>
      </w:r>
      <w:r>
        <w:rPr>
          <w:lang w:eastAsia="zh-CN"/>
        </w:rPr>
        <w:t>　　2、现场分工：</w:t>
      </w:r>
      <w:r>
        <w:rPr>
          <w:lang w:eastAsia="zh-CN"/>
        </w:rPr>
        <w:br/>
      </w:r>
      <w:r>
        <w:rPr>
          <w:lang w:eastAsia="zh-CN"/>
        </w:rPr>
        <w:t>　　(1)警铃信号组：</w:t>
      </w:r>
      <w:r>
        <w:rPr>
          <w:lang w:eastAsia="zh-CN"/>
        </w:rPr>
        <w:br/>
      </w:r>
      <w:r>
        <w:rPr>
          <w:lang w:eastAsia="zh-CN"/>
        </w:rPr>
        <w:t>　　(2)医务组：（提前准备好医药）</w:t>
      </w:r>
      <w:r>
        <w:rPr>
          <w:lang w:eastAsia="zh-CN"/>
        </w:rPr>
        <w:br/>
      </w:r>
      <w:r>
        <w:rPr>
          <w:lang w:eastAsia="zh-CN"/>
        </w:rPr>
        <w:t>　　(3)疏散防护组：各班老师</w:t>
      </w:r>
      <w:r>
        <w:rPr>
          <w:lang w:eastAsia="zh-CN"/>
        </w:rPr>
        <w:br/>
      </w:r>
      <w:r>
        <w:rPr>
          <w:lang w:eastAsia="zh-CN"/>
        </w:rPr>
        <w:t>　　三、演练时间及具体要求</w:t>
      </w:r>
      <w:r>
        <w:rPr>
          <w:lang w:eastAsia="zh-CN"/>
        </w:rPr>
        <w:br/>
      </w:r>
      <w:r>
        <w:rPr>
          <w:lang w:eastAsia="zh-CN"/>
        </w:rPr>
        <w:t>　　1、演习时间</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20__年6月15日（具体时间听报警铃声，铃声一响，各班迅速组织幼儿安全、有序地疏散）</w:t>
      </w:r>
      <w:r>
        <w:rPr>
          <w:lang w:eastAsia="zh-CN"/>
        </w:rPr>
        <w:br/>
      </w:r>
      <w:r>
        <w:rPr>
          <w:lang w:eastAsia="zh-CN"/>
        </w:rPr>
        <w:t>　　2、演练人员</w:t>
      </w:r>
      <w:r>
        <w:rPr>
          <w:lang w:eastAsia="zh-CN"/>
        </w:rPr>
        <w:br/>
      </w:r>
      <w:r>
        <w:rPr>
          <w:lang w:eastAsia="zh-CN"/>
        </w:rPr>
        <w:t>　　幼儿园小、中、大班全体幼儿及教师</w:t>
      </w:r>
      <w:r>
        <w:rPr>
          <w:lang w:eastAsia="zh-CN"/>
        </w:rPr>
        <w:br/>
      </w:r>
      <w:r>
        <w:rPr>
          <w:lang w:eastAsia="zh-CN"/>
        </w:rPr>
        <w:t>　　3、具体要求</w:t>
      </w:r>
      <w:r>
        <w:rPr>
          <w:lang w:eastAsia="zh-CN"/>
        </w:rPr>
        <w:br/>
      </w:r>
      <w:r>
        <w:rPr>
          <w:lang w:eastAsia="zh-CN"/>
        </w:rPr>
        <w:t>　　（1）明确职责，负起责任，演练开始前要到达所负责的岗位，每层的楼梯口、疏散路线每个拐弯处等，都要有人负责。</w:t>
      </w:r>
      <w:r>
        <w:rPr>
          <w:lang w:eastAsia="zh-CN"/>
        </w:rPr>
        <w:br/>
      </w:r>
      <w:r>
        <w:rPr>
          <w:lang w:eastAsia="zh-CN"/>
        </w:rPr>
        <w:t>　　（2）严肃认真对待本次演练活动。</w:t>
      </w:r>
      <w:r>
        <w:rPr>
          <w:lang w:eastAsia="zh-CN"/>
        </w:rPr>
        <w:br/>
      </w:r>
      <w:r>
        <w:rPr>
          <w:lang w:eastAsia="zh-CN"/>
        </w:rPr>
        <w:t>　　（3）及时纠正幼儿不正当的'动作。</w:t>
      </w:r>
      <w:r>
        <w:rPr>
          <w:lang w:eastAsia="zh-CN"/>
        </w:rPr>
        <w:br/>
      </w:r>
      <w:r>
        <w:rPr>
          <w:lang w:eastAsia="zh-CN"/>
        </w:rPr>
        <w:t>　　（4）当发生意外事故时，要及时作出处理。</w:t>
      </w:r>
      <w:r>
        <w:rPr>
          <w:lang w:eastAsia="zh-CN"/>
        </w:rPr>
        <w:br/>
      </w:r>
      <w:r>
        <w:rPr>
          <w:lang w:eastAsia="zh-CN"/>
        </w:rPr>
        <w:t>　　（5）集合后及时清点人数。</w:t>
      </w:r>
      <w:r>
        <w:rPr>
          <w:lang w:eastAsia="zh-CN"/>
        </w:rPr>
        <w:br/>
      </w:r>
      <w:r>
        <w:rPr>
          <w:lang w:eastAsia="zh-CN"/>
        </w:rPr>
        <w:t>　　四、演练步骤</w:t>
      </w:r>
      <w:r>
        <w:rPr>
          <w:lang w:eastAsia="zh-CN"/>
        </w:rPr>
        <w:br/>
      </w:r>
      <w:r>
        <w:rPr>
          <w:lang w:eastAsia="zh-CN"/>
        </w:rPr>
        <w:t>　　1、让幼儿熟悉应急逃生的方法。</w:t>
      </w:r>
      <w:r>
        <w:rPr>
          <w:lang w:eastAsia="zh-CN"/>
        </w:rPr>
        <w:br/>
      </w:r>
      <w:r>
        <w:rPr>
          <w:lang w:eastAsia="zh-CN"/>
        </w:rPr>
        <w:t>　　2、让幼儿熟悉疏散途径的路线和集中地点。</w:t>
      </w:r>
      <w:r>
        <w:rPr>
          <w:lang w:eastAsia="zh-CN"/>
        </w:rPr>
        <w:br/>
      </w:r>
      <w:r>
        <w:rPr>
          <w:lang w:eastAsia="zh-CN"/>
        </w:rPr>
        <w:t>　　3、进行模拟发生灾难的逃生演练。</w:t>
      </w:r>
      <w:r>
        <w:rPr>
          <w:lang w:eastAsia="zh-CN"/>
        </w:rPr>
        <w:br/>
      </w:r>
      <w:r>
        <w:rPr>
          <w:lang w:eastAsia="zh-CN"/>
        </w:rPr>
        <w:t>　　五、演练要求</w:t>
      </w:r>
      <w:r>
        <w:rPr>
          <w:lang w:eastAsia="zh-CN"/>
        </w:rPr>
        <w:br/>
      </w:r>
      <w:r>
        <w:rPr>
          <w:lang w:eastAsia="zh-CN"/>
        </w:rPr>
        <w:t>　　1、不要惊慌，听从指挥，服从安排。</w:t>
      </w:r>
      <w:r>
        <w:rPr>
          <w:lang w:eastAsia="zh-CN"/>
        </w:rPr>
        <w:br/>
      </w:r>
      <w:r>
        <w:rPr>
          <w:lang w:eastAsia="zh-CN"/>
        </w:rPr>
        <w:t>　　2、保持安静，动作敏捷、规范，严禁在台阶上推拉、冲撞、拥挤。</w:t>
      </w:r>
      <w:r>
        <w:rPr>
          <w:lang w:eastAsia="zh-CN"/>
        </w:rPr>
        <w:br/>
      </w:r>
      <w:r>
        <w:rPr>
          <w:lang w:eastAsia="zh-CN"/>
        </w:rPr>
        <w:t>　　3、按规定线路疏散，不得串线。</w:t>
      </w:r>
      <w:r>
        <w:rPr>
          <w:lang w:eastAsia="zh-CN"/>
        </w:rPr>
        <w:br/>
      </w:r>
      <w:r>
        <w:rPr>
          <w:lang w:eastAsia="zh-CN"/>
        </w:rPr>
        <w:t>　　六、演练程序</w:t>
      </w:r>
      <w:r>
        <w:rPr>
          <w:lang w:eastAsia="zh-CN"/>
        </w:rPr>
        <w:br/>
      </w:r>
      <w:r>
        <w:rPr>
          <w:lang w:eastAsia="zh-CN"/>
        </w:rPr>
        <w:t>　　1、信号员发出“警报”信号。</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2、班主任为教室演练负责人，立即告知幼儿，并指挥幼儿迅速抱头，组织幼儿有序逃生。</w:t>
      </w:r>
      <w:r>
        <w:rPr>
          <w:lang w:eastAsia="zh-CN"/>
        </w:rPr>
        <w:br/>
      </w:r>
      <w:r>
        <w:rPr>
          <w:lang w:eastAsia="zh-CN"/>
        </w:rPr>
        <w:t>　　3、幼儿在老师带领下有秩序从教室依次按照预定的疏散路线，迅速撤离到事先指定的地点整队。</w:t>
      </w:r>
      <w:r>
        <w:rPr>
          <w:lang w:eastAsia="zh-CN"/>
        </w:rPr>
        <w:br/>
      </w:r>
      <w:r>
        <w:rPr>
          <w:lang w:eastAsia="zh-CN"/>
        </w:rPr>
        <w:t>　　4、清点幼儿人数，安抚幼儿情绪。</w:t>
      </w:r>
      <w:r>
        <w:rPr>
          <w:lang w:eastAsia="zh-CN"/>
        </w:rPr>
        <w:br/>
      </w:r>
      <w:r>
        <w:rPr>
          <w:lang w:eastAsia="zh-CN"/>
        </w:rPr>
        <w:t>　　5、教师和幼儿共同对本次逃生演练活动进行总结，旨在进一步提升幼儿的自我保护能力。</w:t>
      </w:r>
      <w:r>
        <w:rPr>
          <w:lang w:eastAsia="zh-CN"/>
        </w:rPr>
        <w:br/>
      </w:r>
      <w:r>
        <w:rPr>
          <w:lang w:eastAsia="zh-CN"/>
        </w:rPr>
        <w:t xml:space="preserve">    逃生演练总结 篇2 </w:t>
      </w:r>
      <w:r>
        <w:rPr>
          <w:lang w:eastAsia="zh-CN"/>
        </w:rPr>
        <w:br/>
      </w:r>
      <w:r>
        <w:rPr>
          <w:lang w:eastAsia="zh-CN"/>
        </w:rPr>
        <w:t>　　为进一步落实上级安全工作精神，增强学生的安全意识和自我保护能力，营造全校教职员工关心和支持学校安全工作的新局面，从而维护学校正常的教育教学秩序。在全体师生的共同努力下，本学期我校安全逃生疏散演练于20__年3月29日如期圆满结束，现将情况总结如下：</w:t>
      </w:r>
      <w:r>
        <w:rPr>
          <w:lang w:eastAsia="zh-CN"/>
        </w:rPr>
        <w:br/>
      </w:r>
      <w:r>
        <w:rPr>
          <w:lang w:eastAsia="zh-CN"/>
        </w:rPr>
        <w:t>　　一、领导重视、演练活动组织到位</w:t>
      </w:r>
      <w:r>
        <w:rPr>
          <w:lang w:eastAsia="zh-CN"/>
        </w:rPr>
        <w:br/>
      </w:r>
      <w:r>
        <w:rPr>
          <w:lang w:eastAsia="zh-CN"/>
        </w:rPr>
        <w:t>　　为了确保演练活动落到实处，我校成立了由校长王宪强为组长的'演练安全工作领导小组，并召开班主任安全工作专题会议部署演练工作。老师对学生重点进行安全意识教育，抓住这次演练机会，提高学生应对紧急突发事件的能力。要求保障措施到位，以确保这次演练活动顺利进行。</w:t>
      </w:r>
      <w:r>
        <w:rPr>
          <w:lang w:eastAsia="zh-CN"/>
        </w:rPr>
        <w:br/>
      </w:r>
      <w:r>
        <w:rPr>
          <w:lang w:eastAsia="zh-CN"/>
        </w:rPr>
        <w:t>　　二、周密部署、演练方案安全可行</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方案中就演练的时间、路线、内容、对象都作了具体的说明。对这次演练的具体操作程序、疏散要求与注意事项作了一一讲解。为了确保演练活动按方案顺利进行，进一步明确疏散集合的安全区域、疏散顺序、退场顺序和注意事项，要求全体教师明确各自的职责，完成各自的任务。</w:t>
      </w:r>
      <w:r>
        <w:rPr>
          <w:lang w:eastAsia="zh-CN"/>
        </w:rPr>
        <w:br/>
      </w:r>
      <w:r>
        <w:rPr>
          <w:lang w:eastAsia="zh-CN"/>
        </w:rPr>
        <w:t>　　三、广泛宣传、重点培训，确保演练成功</w:t>
      </w:r>
      <w:r>
        <w:rPr>
          <w:lang w:eastAsia="zh-CN"/>
        </w:rPr>
        <w:br/>
      </w:r>
      <w:r>
        <w:rPr>
          <w:lang w:eastAsia="zh-CN"/>
        </w:rPr>
        <w:t>　　1.学校加大宣传，进一步提高全校师生安全意识，明确开展演练的意义。</w:t>
      </w:r>
      <w:r>
        <w:rPr>
          <w:lang w:eastAsia="zh-CN"/>
        </w:rPr>
        <w:br/>
      </w:r>
      <w:r>
        <w:rPr>
          <w:lang w:eastAsia="zh-CN"/>
        </w:rPr>
        <w:t>　　2.老师对疏散逃生演练进行指导，重点让学生懂得灾难来临时逃生疏散的方法。</w:t>
      </w:r>
      <w:r>
        <w:rPr>
          <w:lang w:eastAsia="zh-CN"/>
        </w:rPr>
        <w:br/>
      </w:r>
      <w:r>
        <w:rPr>
          <w:lang w:eastAsia="zh-CN"/>
        </w:rPr>
        <w:t>　　四、全校性演练效果良好</w:t>
      </w:r>
      <w:r>
        <w:rPr>
          <w:lang w:eastAsia="zh-CN"/>
        </w:rPr>
        <w:br/>
      </w:r>
      <w:r>
        <w:rPr>
          <w:lang w:eastAsia="zh-CN"/>
        </w:rPr>
        <w:t>　　演练过程学生都能够听从指挥,积极参与，认真配合，疏散有序，以较快的速度撤离到操场。老师们组织到位，保障有力,确保了演练的成功。这次演练活动是对我校校园突发公共事件应急预案的一次检验，不仅落实了我校应对突发事件的防范措施，而且也提高了我校实际应对和处置突发安全事件的能力，更进一步增强了全体师生的安全意识，提高了自护自救的能力，整个演练活动达到了预期目标。</w:t>
      </w:r>
      <w:r>
        <w:rPr>
          <w:lang w:eastAsia="zh-CN"/>
        </w:rPr>
        <w:br/>
      </w:r>
      <w:r>
        <w:rPr>
          <w:lang w:eastAsia="zh-CN"/>
        </w:rPr>
        <w:t>　　这样的演练很有意义，以后我校每学期还会坚持开展并由定时通知到突袭通知地进行，确保我校安全应急工作能快速、有序地进行。</w:t>
      </w:r>
      <w:r>
        <w:rPr>
          <w:lang w:eastAsia="zh-CN"/>
        </w:rPr>
        <w:br/>
      </w:r>
      <w:r>
        <w:rPr>
          <w:lang w:eastAsia="zh-CN"/>
        </w:rPr>
        <w:t>　　希望全体师生能以这次安全疏散演练为契机，进一步把学校的安全工作做好做实，把各种安全隐患消灭在萌芽状态，为继续创建“平安校园”、“和谐校园”而不懈努力！</w:t>
      </w:r>
      <w:r>
        <w:rPr>
          <w:lang w:eastAsia="zh-CN"/>
        </w:rPr>
        <w:br/>
      </w:r>
      <w:r>
        <w:rPr>
          <w:lang w:eastAsia="zh-CN"/>
        </w:rPr>
        <w:t xml:space="preserve">    逃生演练总结 篇3 </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本次消防演习于9月10日周六上午10:00准时开始，10：30圆满结束，参加本次消防演习应到1426人，实到1332人，身体不适和团队有事安排94人请假，参与率高达93.4%，符合本次消防演习预期计划和要求。</w:t>
      </w:r>
      <w:r>
        <w:rPr>
          <w:lang w:eastAsia="zh-CN"/>
        </w:rPr>
        <w:br/>
      </w:r>
      <w:r>
        <w:rPr>
          <w:lang w:eastAsia="zh-CN"/>
        </w:rPr>
        <w:t>　　疏散演练流程用时10分钟，同学们在工作人员的引导下有序疏散，没有发生拥挤和踩踏、摔伤事件。</w:t>
      </w:r>
      <w:r>
        <w:rPr>
          <w:lang w:eastAsia="zh-CN"/>
        </w:rPr>
        <w:br/>
      </w:r>
      <w:r>
        <w:rPr>
          <w:lang w:eastAsia="zh-CN"/>
        </w:rPr>
        <w:t>　　站位点集合清点人数用时5分钟，各个房间宿舍负责人尽职尽责，没有发现无故逗留房间内不参加消防疏散演练者。</w:t>
      </w:r>
      <w:r>
        <w:rPr>
          <w:lang w:eastAsia="zh-CN"/>
        </w:rPr>
        <w:br/>
      </w:r>
      <w:r>
        <w:rPr>
          <w:lang w:eastAsia="zh-CN"/>
        </w:rPr>
        <w:t>　　演习总指挥总结致辞和同学们返回房间休息用时10分钟，返回房间顺序井然，没有发生拥挤和意外事件。</w:t>
      </w:r>
      <w:r>
        <w:rPr>
          <w:lang w:eastAsia="zh-CN"/>
        </w:rPr>
        <w:br/>
      </w:r>
      <w:r>
        <w:rPr>
          <w:lang w:eastAsia="zh-CN"/>
        </w:rPr>
        <w:t>　　剩余宿舍长代表观看灭火器演示灭火用时5分钟，演示过程大家虚心学习、认真观察，个别代表上场亲自体验，本环节顺利完成没有出现意外情况。</w:t>
      </w:r>
      <w:r>
        <w:rPr>
          <w:lang w:eastAsia="zh-CN"/>
        </w:rPr>
        <w:br/>
      </w:r>
      <w:r>
        <w:rPr>
          <w:lang w:eastAsia="zh-CN"/>
        </w:rPr>
        <w:t>　　通过本次消防演习，发现宿舍区域存在消防安全隐患，例如楼道内垃圾间堆放有易燃物品，个别实习生房间使用大功率用电器，部分房间私拉电线以增加电源插座数量，消防通道内指示标志不够清晰和完善，通过演习前期自我检查逐步改善达标。</w:t>
      </w:r>
      <w:r>
        <w:rPr>
          <w:lang w:eastAsia="zh-CN"/>
        </w:rPr>
        <w:br/>
      </w:r>
      <w:r>
        <w:rPr>
          <w:lang w:eastAsia="zh-CN"/>
        </w:rPr>
        <w:t>　　通过本次消防演习，同学们熟知了火灾发生时的逃生路线和注意事项，掌握了逃生技巧和逃生技能，了解了消防安全常识，提高了消防安全意识，懂得了手提式干粉灭火器的原理和使用方法，疏散演练过程中没有发生任何意外安全事件，完全按照预定方案进行，本次消防演习达到了预期目的，圆满结束。</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逃生演练总结篇五</w:t>
      </w:r>
      <w:r>
        <w:rPr>
          <w:lang w:eastAsia="zh-CN"/>
        </w:rPr>
        <w:br/>
      </w:r>
      <w:r>
        <w:rPr>
          <w:lang w:eastAsia="zh-CN"/>
        </w:rPr>
        <w:t>　　为加强学校的安全管理，提高全校师生的安全意识，确保全校师生的生命安全，20__年_月29日上午课间操我校举行了紧急疏散演习。由于疏散预案制定周详，组织工作严密，对学生的动员、训练和布置工作落实到位，演练取得了成功。</w:t>
      </w:r>
      <w:r>
        <w:rPr>
          <w:lang w:eastAsia="zh-CN"/>
        </w:rPr>
        <w:br/>
      </w:r>
      <w:r>
        <w:rPr>
          <w:lang w:eastAsia="zh-CN"/>
        </w:rPr>
        <w:t>　　一、领导重视，演练活动组织到位。为了确保演练活动落到实处，学校召开了火灾紧急疏散演练会议，部署演练工作。会上，学校领导要求全体成员首先从思想上要引起重视，增强安全意识，在学生中进行安全意识教育，抓住这次演练机会，提高应对紧急突发事件的能力。学校领导还着重强调，对于这样的大规模的活动，一定要注意安全，保障措施一定要到位，各年级要层层落实，以确保这次演练活动顺利进行。</w:t>
      </w:r>
      <w:r>
        <w:rPr>
          <w:lang w:eastAsia="zh-CN"/>
        </w:rPr>
        <w:br/>
      </w:r>
      <w:r>
        <w:rPr>
          <w:lang w:eastAsia="zh-CN"/>
        </w:rPr>
        <w:t>　　二、筹划缜密，演练方案安全可行。在方案中就演练的时间、地点、内容、对象都作了具体的说明。要求班主任教育学生，听到校长的宣布后，全校师生必须服从指挥，听从命令，立即快速、安全进行疏散，不能再收拾物品;不得拥挤、不得重返教室，更不得喧哗;如发现有人摔倒，应将其扶起，帮助一起逃离危险地。要求各小组按照各自的职责，到达规定的位置，完成各自的任务。</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三、师生参与，演练效果呈现良好。当广播里响起火灾警报的警笛声后，在班主任等教师的指挥下，各楼层学生成两路纵队，按规划好的疏散线路下楼，迅速、有序、安全地撤离教学楼到指定地点集合。九百四十名师生到达指定地点只用了两分四十秒的时间，无一人发生跌到摔伤事故。同时由教职工组成的通讯联络组、疏散组、安全防护组、灭火组及时到位，疏散演习井然有序未发生任何问题。演练结束后，演练总指挥寇校长对此次演练活动作了总结并对学生进行了相关的安全教育。整个演练过程井然有序，历时二分四十秒，达到了预期的效果。</w:t>
      </w:r>
      <w:r>
        <w:rPr>
          <w:lang w:eastAsia="zh-CN"/>
        </w:rPr>
        <w:br/>
      </w:r>
      <w:r>
        <w:rPr>
          <w:lang w:eastAsia="zh-CN"/>
        </w:rPr>
        <w:t>　　这次演练活动是对我校《校园安全应急预案》的一次检验，增强了全体师生的安全意识，提高了同学们在紧急情况下的快速反应能力，明确了安全事故发生后的逃生路线。不仅再次落实了我校应付突发事件的防范措施，而且也提高了学校实际应对和处置实发安全事件的能力，更进一步增强师生防火、消防安全意识，真正掌握在危险中迅速逃生、自救、互救、的基本方法，提高抵御和应对紧急突发事件的能力，整个演练活动达到了预期目标，为今后的应急处理演练积累宝贵的经验。</w:t>
      </w:r>
      <w:r>
        <w:rPr>
          <w:lang w:eastAsia="zh-CN"/>
        </w:rPr>
        <w:br/>
      </w:r>
      <w:r>
        <w:rPr>
          <w:lang w:eastAsia="zh-CN"/>
        </w:rPr>
        <w:t xml:space="preserve">    逃生演练总结 篇4 </w:t>
      </w:r>
      <w:r>
        <w:rPr>
          <w:lang w:eastAsia="zh-CN"/>
        </w:rPr>
        <w:br/>
      </w:r>
      <w:r>
        <w:rPr>
          <w:lang w:eastAsia="zh-CN"/>
        </w:rPr>
        <w:t>　　各位老师、同学们：</w:t>
      </w:r>
      <w:r>
        <w:rPr>
          <w:lang w:eastAsia="zh-CN"/>
        </w:rPr>
        <w:br/>
      </w:r>
      <w:r>
        <w:rPr>
          <w:lang w:eastAsia="zh-CN"/>
        </w:rPr>
        <w:t>　　大家好!</w:t>
      </w:r>
      <w:r>
        <w:rPr>
          <w:lang w:eastAsia="zh-CN"/>
        </w:rPr>
        <w:br/>
      </w:r>
      <w:r>
        <w:rPr>
          <w:lang w:eastAsia="zh-CN"/>
        </w:rPr>
        <w:t>　　20__年3月25日是第18个全国中小学生安全教育日，主题是“普及安全知识，确保生命安全。”本周是我们学校的安全教育周，今天，我们全校师生开展了一场既紧张又有意义的消防演练活动，其目的就是利用这次演练活动，学习和掌握消防自救知识，增强消防安全意识，在遇到危险时，知道应该如何更好地进行自我保护。这是很有必要，也很有意义。</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消防安全事关千家万户，学校安全稳定事关教育发展。学校是人员高度集中的公共场所，在突然遇到火灾等突发紧急情况时，如果不能做到有组织地迅速撤离，很容易发生拥挤、踩踏等安全事故。我们在紧张的学习中，抽出专门时间组织这次活动，是学校重视安全的具体表现，今天这场消防安全现场演练，我们学到了很多安全防范知识，也获得了一些安全防范的经验，学会了在危急时刻逃生的技能。同学们也在老师们的指挥下，在老师们的安排下，服从命令，听从指挥，保质保量地完成了演练项目，希望同学们真正学懂并记在心里。</w:t>
      </w:r>
      <w:r>
        <w:rPr>
          <w:lang w:eastAsia="zh-CN"/>
        </w:rPr>
        <w:br/>
      </w:r>
      <w:r>
        <w:rPr>
          <w:lang w:eastAsia="zh-CN"/>
        </w:rPr>
        <w:t>　　安全疏散演练讲话稿5篇安全疏散演练讲话稿5篇今天，我们在消防安全疏散演练环节中，全校师生能够按照学校的统一指令和要求，较快地撤到了指定地点，基本上达到了疏散演练的要求，没有发生拥挤等不安全的事故。安全疏散主要是做到有序和迅速。有序就是有组织有秩序，不拥挤、不抢先。迅速就是速度要快，事故发生时，时间就是生命，速度是建立在有秩序的基础上的。今天的演习，从听到警报到全部撤出教室共用了1分25秒，我们在亲身体验中增强了消防知识，学会了安全逃离火灾现场的方法，对火灾危险也有了更加深刻的认识。</w:t>
      </w:r>
      <w:r>
        <w:rPr>
          <w:lang w:eastAsia="zh-CN"/>
        </w:rPr>
        <w:br/>
      </w:r>
      <w:r>
        <w:rPr>
          <w:lang w:eastAsia="zh-CN"/>
        </w:rPr>
        <w:t xml:space="preserve">    逃生演练总结 篇5 </w:t>
      </w:r>
      <w:r>
        <w:rPr>
          <w:lang w:eastAsia="zh-CN"/>
        </w:rPr>
        <w:br/>
      </w:r>
      <w:r>
        <w:rPr>
          <w:lang w:eastAsia="zh-CN"/>
        </w:rPr>
        <w:t>　　目的：通过本次演习，提高各组负责人的责任心，加强员工的安全逃生意识</w:t>
      </w:r>
      <w:r>
        <w:rPr>
          <w:lang w:eastAsia="zh-CN"/>
        </w:rPr>
        <w:br/>
      </w:r>
      <w:r>
        <w:rPr>
          <w:lang w:eastAsia="zh-CN"/>
        </w:rPr>
        <w:t>　　时间：20__年_月__日下午__:__</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地点：操场</w:t>
      </w:r>
      <w:r>
        <w:rPr>
          <w:lang w:eastAsia="zh-CN"/>
        </w:rPr>
        <w:br/>
      </w:r>
      <w:r>
        <w:rPr>
          <w:lang w:eastAsia="zh-CN"/>
        </w:rPr>
        <w:t>　　参加人员：全体员工</w:t>
      </w:r>
      <w:r>
        <w:rPr>
          <w:lang w:eastAsia="zh-CN"/>
        </w:rPr>
        <w:br/>
      </w:r>
      <w:r>
        <w:rPr>
          <w:lang w:eastAsia="zh-CN"/>
        </w:rPr>
        <w:t>　　内容：</w:t>
      </w:r>
      <w:r>
        <w:rPr>
          <w:lang w:eastAsia="zh-CN"/>
        </w:rPr>
        <w:br/>
      </w:r>
      <w:r>
        <w:rPr>
          <w:lang w:eastAsia="zh-CN"/>
        </w:rPr>
        <w:t>　　1、发生火灾后的应急逃生预案及如何能在发生火灾后迅速逃离现场，指挥员如何发挥作用，能使现场忙而不乱的进行。</w:t>
      </w:r>
      <w:r>
        <w:rPr>
          <w:lang w:eastAsia="zh-CN"/>
        </w:rPr>
        <w:br/>
      </w:r>
      <w:r>
        <w:rPr>
          <w:lang w:eastAsia="zh-CN"/>
        </w:rPr>
        <w:t>　　2、事先准备(火源设置、器材准备)火源设置合理，器材准备充分，演习时均能按步进行，达到我们演习的目的和要求，详见图片。</w:t>
      </w:r>
      <w:r>
        <w:rPr>
          <w:lang w:eastAsia="zh-CN"/>
        </w:rPr>
        <w:br/>
      </w:r>
      <w:r>
        <w:rPr>
          <w:lang w:eastAsia="zh-CN"/>
        </w:rPr>
        <w:t>　　3、疏散指挥人员，能按要求和预计的时间疏散人员，各部门记录时间，搪胶部、一楼仓库列队完备各需2分钟，生产部2.5分钟，写字楼2.5分钟，男女宿舍各2分钟，详细情况见所拍照片。</w:t>
      </w:r>
      <w:r>
        <w:rPr>
          <w:lang w:eastAsia="zh-CN"/>
        </w:rPr>
        <w:br/>
      </w:r>
      <w:r>
        <w:rPr>
          <w:lang w:eastAsia="zh-CN"/>
        </w:rPr>
        <w:t>　　4、医疗急救人员，能正确救护及简单包扎处理，并能迅速用担架抬救人员脱离现场火灾。</w:t>
      </w:r>
      <w:r>
        <w:rPr>
          <w:lang w:eastAsia="zh-CN"/>
        </w:rPr>
        <w:br/>
      </w:r>
      <w:r>
        <w:rPr>
          <w:lang w:eastAsia="zh-CN"/>
        </w:rPr>
        <w:t>　　5、应急疏散完毕后，在现场实际操作示范、讲解，对各类器材的操作应用，并且讲述各类器材的不同性质及不同的操作方法，抽调员工进行实际操作，详见图片显示。</w:t>
      </w:r>
      <w:r>
        <w:rPr>
          <w:lang w:eastAsia="zh-CN"/>
        </w:rPr>
        <w:br/>
      </w:r>
      <w:r>
        <w:rPr>
          <w:lang w:eastAsia="zh-CN"/>
        </w:rPr>
        <w:t>　　6、报警程序均能按事先计划完成任务，且符合演习计划。</w:t>
      </w:r>
      <w:r>
        <w:rPr>
          <w:lang w:eastAsia="zh-CN"/>
        </w:rPr>
        <w:br/>
      </w:r>
      <w:r>
        <w:rPr>
          <w:lang w:eastAsia="zh-CN"/>
        </w:rPr>
        <w:t>　　7、总指挥评估演习结果：</w:t>
      </w:r>
      <w:r>
        <w:rPr>
          <w:lang w:eastAsia="zh-CN"/>
        </w:rPr>
        <w:br/>
      </w:r>
      <w:r>
        <w:rPr>
          <w:lang w:eastAsia="zh-CN"/>
        </w:rPr>
        <w:t>　　1)、演习好的方面，能够圆满的完成任务，区域负责人按事先计划迅速组织疏散人员，尤其搪胶、男女宿舍、仓库比预计时间提前几分钟列队完备，各部能迅速断电源总制，本次演习基本上符合消防要求。</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2)、演习不足之处：逃生时不严肃，吵杂声大，不能体现紧张气氛，现场讲解器材操作使用时不能积极参与，大部分员工都很被动。</w:t>
      </w:r>
      <w:r>
        <w:rPr>
          <w:lang w:eastAsia="zh-CN"/>
        </w:rPr>
        <w:br/>
      </w:r>
      <w:r>
        <w:rPr>
          <w:lang w:eastAsia="zh-CN"/>
        </w:rPr>
        <w:t>　　8、演习结束列队入车间</w:t>
      </w:r>
      <w:r>
        <w:rPr>
          <w:lang w:eastAsia="zh-CN"/>
        </w:rPr>
        <w:br/>
      </w:r>
      <w:r>
        <w:rPr>
          <w:lang w:eastAsia="zh-CN"/>
        </w:rPr>
        <w:t>　　9、总务部清扫现场，消除火患，保安人员收回动用过的灭火器材。</w:t>
      </w:r>
      <w:r>
        <w:rPr>
          <w:lang w:eastAsia="zh-CN"/>
        </w:rPr>
        <w:br/>
      </w:r>
      <w:r>
        <w:rPr>
          <w:lang w:eastAsia="zh-CN"/>
        </w:rPr>
        <w:t>　　10、本次演习结束，共用30分钟。</w:t>
      </w:r>
      <w:r>
        <w:rPr>
          <w:lang w:eastAsia="zh-CN"/>
        </w:rPr>
        <w:br/>
      </w:r>
      <w:r>
        <w:rPr>
          <w:lang w:eastAsia="zh-CN"/>
        </w:rPr>
        <w:t xml:space="preserve">    逃生演练总结 篇6 </w:t>
      </w:r>
      <w:r>
        <w:rPr>
          <w:lang w:eastAsia="zh-CN"/>
        </w:rPr>
        <w:br/>
      </w:r>
      <w:r>
        <w:rPr>
          <w:lang w:eastAsia="zh-CN"/>
        </w:rPr>
        <w:t>　　老师们，同学们：</w:t>
      </w:r>
      <w:r>
        <w:rPr>
          <w:lang w:eastAsia="zh-CN"/>
        </w:rPr>
        <w:br/>
      </w:r>
      <w:r>
        <w:rPr>
          <w:lang w:eastAsia="zh-CN"/>
        </w:rPr>
        <w:t>　　上午好!</w:t>
      </w:r>
      <w:r>
        <w:rPr>
          <w:lang w:eastAsia="zh-CN"/>
        </w:rPr>
        <w:br/>
      </w:r>
      <w:r>
        <w:rPr>
          <w:lang w:eastAsia="zh-CN"/>
        </w:rPr>
        <w:t>　　近年来，我校十分重视安全教育，为了进一步强化师生安全教育，提高师生防范自救能力，针对突发紧急事件中学校教学楼人员集中的特点，确保全校师生熟悉逃生路线，以达到在发生紧急事件时，能有序、迅速的引导学生安全疏散，确保全校师生的生命安全。通过本次紧急疏散演习，让学生学到安全防护知识，达到有事不慌、积极应对、自我保护的目的，提高抗击突发事件的应变能力，我校决定开展紧急疏散演练活动。</w:t>
      </w:r>
      <w:r>
        <w:rPr>
          <w:lang w:eastAsia="zh-CN"/>
        </w:rPr>
        <w:br/>
      </w:r>
      <w:r>
        <w:rPr>
          <w:lang w:eastAsia="zh-CN"/>
        </w:rPr>
        <w:t>　　疏散演练的意义：</w:t>
      </w:r>
      <w:r>
        <w:rPr>
          <w:lang w:eastAsia="zh-CN"/>
        </w:rPr>
        <w:br/>
      </w:r>
      <w:r>
        <w:rPr>
          <w:lang w:eastAsia="zh-CN"/>
        </w:rPr>
        <w:t>　　大家知道，自然灾害的发生是人类无法抗拒的，但是人们可以通过有效的措施把自然灾害造成的损失降到最低限度。</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5·12”汶川8级大地震时，四川安县桑枣中学虽然紧临着震灾最为惨烈的北川，却在这场举世震惊的特大地震中，学生无一伤亡，老师无一伤亡，而该校的校长叶志平也被网友亲切地称为最“牛”的校长。因为该校从20__年开始，在这位校长的要求下每学期都要在全校组织一次紧急疏散演练。由于平时多次演练，地震来时全校2200多名学生，上百名老师，仅用1分36秒的时间从不同的教学楼和不同的教室中全部冲到操场上。要知道，该校每个教学楼内的学生都非常多，人员密集，能做到安全、快速的疏散很不容易。桑枣中学抗震救灾的经验告诉我们，平时重演练，震时就有可能无伤亡。因此，开展防灾减灾宣传教育和应急演练，不断提高师生应对突发自然灾害的能力，减少各种自然灾害造成的伤亡和损失，具有重要意义。</w:t>
      </w:r>
      <w:r>
        <w:rPr>
          <w:lang w:eastAsia="zh-CN"/>
        </w:rPr>
        <w:br/>
      </w:r>
      <w:r>
        <w:rPr>
          <w:lang w:eastAsia="zh-CN"/>
        </w:rPr>
        <w:t>　　同学们，在校园中，需要紧急疏散的机率并不大，但我们必须“居安思危”，做好准备，减少同学受伤的机会。通过这次演练，希望同学们能学习和掌握逃生自救知识，熟悉逃生疏散路线，增强安全自救意识。</w:t>
      </w:r>
      <w:r>
        <w:rPr>
          <w:lang w:eastAsia="zh-CN"/>
        </w:rPr>
        <w:br/>
      </w:r>
      <w:r>
        <w:rPr>
          <w:lang w:eastAsia="zh-CN"/>
        </w:rPr>
        <w:t>　　注意事项：</w:t>
      </w:r>
      <w:r>
        <w:rPr>
          <w:lang w:eastAsia="zh-CN"/>
        </w:rPr>
        <w:br/>
      </w:r>
      <w:r>
        <w:rPr>
          <w:lang w:eastAsia="zh-CN"/>
        </w:rPr>
        <w:t>　　1、听到紧急疏散警报信号后，各班级按指定线路紧张而有序下楼，成两列纵队，一列靠左，一列靠右，一个接一个快步下楼，不要推挤，不要跑，不得抢道，迅速进入指定的安全区(操场)。教育学生在演练过程中，要听从指挥，服从安排，保持安静，动作敏捷、规范，严禁推拉、冲撞、拥挤、打闹;要按规定线路疏散，不得串线，不得抢先。</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各楼梯口设定的疏散引导人员，负责各班级疏散安全。疏散时班主任要在班级最后，做到不让一个学生遗留在教室里。而同学们在疏散时速度保持适中，不要太快。疏散时请各班班主任指定一位班干部在队伍前面带领本班学生按指定的线路到达指定的集中地点集中。</w:t>
      </w:r>
      <w:r>
        <w:rPr>
          <w:lang w:eastAsia="zh-CN"/>
        </w:rPr>
        <w:br/>
      </w:r>
      <w:r>
        <w:rPr>
          <w:lang w:eastAsia="zh-CN"/>
        </w:rPr>
        <w:t>　　老师们、同学们：防患未然，是安全教育永恒不变的基石;保障生命，是安全教育永恒不变的主题。对疏散演练的重视，就是对自己生命的尊重。相信经过大家的共同努力，学校的安全工作能做得更好，使我们拥有一个平安、和谐、祥和的校园环境，我们也就会在平安的校园里快乐地工作、学习、同学们能健康地成长。让我们永远牢记“心中时刻有平安，平安会在我身边!”</w:t>
      </w:r>
      <w:r>
        <w:rPr>
          <w:lang w:eastAsia="zh-CN"/>
        </w:rPr>
        <w:br/>
      </w:r>
      <w:r>
        <w:rPr>
          <w:lang w:eastAsia="zh-CN"/>
        </w:rPr>
        <w:t>　　今天我的讲话就到这里，下面请同学们根据信号演练。演讲稿</w:t>
      </w:r>
      <w:r>
        <w:rPr>
          <w:lang w:eastAsia="zh-CN"/>
        </w:rPr>
        <w:br/>
      </w:r>
      <w:r>
        <w:rPr>
          <w:lang w:eastAsia="zh-CN"/>
        </w:rPr>
        <w:t xml:space="preserve">    逃生演练总结 篇7 </w:t>
      </w:r>
      <w:r>
        <w:rPr>
          <w:lang w:eastAsia="zh-CN"/>
        </w:rPr>
        <w:br/>
      </w:r>
      <w:r>
        <w:rPr>
          <w:lang w:eastAsia="zh-CN"/>
        </w:rPr>
        <w:t>　　为增强班级幼儿的安全防范意识，初步掌握应急逃生、自救的技能，学习、了解逃生的基本常识，提高幼儿应对突发性事件的能力，我们班于20__年3月10日9时20分由班级两位教师和保育员组织全班幼儿幼紧急疏散逃生演练，参加人员为全班幼儿及教师，以紧急疏散逃生为主题。</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通过此次紧急疏散逃生演练，为全班师幼提供了一次实战模拟训练，进一步增强了师幼的防范意识和应急逃生自救的能力，让师幼对逃生知识有了一定的理解，从理解到感性，切实掌握逃生的技能，提高全班师幼的应急逃生意识，熟悉逃生自救的方法。提高抗击突发事件的应变能力，并能有组织、迅速地引导幼儿安全、快速的疏散。增强师幼预防突发事故的意识，培养师幼重大事故发生时救援的能力。为真正的事故应急行动提供了宝贵的`经验。</w:t>
      </w:r>
      <w:r>
        <w:rPr>
          <w:lang w:eastAsia="zh-CN"/>
        </w:rPr>
        <w:br/>
      </w:r>
      <w:r>
        <w:rPr>
          <w:lang w:eastAsia="zh-CN"/>
        </w:rPr>
        <w:t>　　此次演练经过多次的论证和周密的部署。根据预案，演练分二个阶段：一是对参加演练的师幼进行了预案培训，从理论上掌握了应急逃生的基本知识。二是实施现场应急逃生模拟演练。</w:t>
      </w:r>
      <w:r>
        <w:rPr>
          <w:lang w:eastAsia="zh-CN"/>
        </w:rPr>
        <w:br/>
      </w:r>
      <w:r>
        <w:rPr>
          <w:lang w:eastAsia="zh-CN"/>
        </w:rPr>
        <w:t>　　通过此次演练，不仅为我班积累了应对突发事件的经验，还可以发现应急预案中的问题，并可从中找出改进的措施，努力改进安全工作中的不足。通过演练前期对演练的广泛宣传和培训，使全体师幼了解和掌握如何识别危险、如何采取必要的应急措施、如何报警、如何安全疏散人群等基本操作，熟悉应急演练的程序和要求，了解所有危险的可能性及防范措施，使大家得到锻炼，一旦发生应急事件，懂得应该做什么、能够做什么、如何去做等。从而提高了全班师幼的安全意识和素质，确保应急行动高速有效的完成。</w:t>
      </w:r>
      <w:r>
        <w:rPr>
          <w:lang w:eastAsia="zh-CN"/>
        </w:rPr>
        <w:br/>
      </w:r>
      <w:r>
        <w:rPr>
          <w:lang w:eastAsia="zh-CN"/>
        </w:rPr>
        <w:t>　　20__年3月</w:t>
      </w:r>
      <w:r>
        <w:rPr>
          <w:lang w:eastAsia="zh-CN"/>
        </w:rPr>
        <w:br/>
      </w:r>
      <w:r>
        <w:rPr>
          <w:lang w:eastAsia="zh-CN"/>
        </w:rPr>
        <w:t xml:space="preserve">    逃生演练总结 篇8 </w:t>
      </w:r>
      <w:r>
        <w:rPr>
          <w:lang w:eastAsia="zh-CN"/>
        </w:rPr>
        <w:br/>
      </w:r>
      <w:r>
        <w:rPr>
          <w:lang w:eastAsia="zh-CN"/>
        </w:rPr>
        <w:t>　　一、主要特点及做法：</w:t>
      </w:r>
      <w:r>
        <w:rPr>
          <w:lang w:eastAsia="zh-CN"/>
        </w:rPr>
        <w:br/>
      </w:r>
      <w:r>
        <w:rPr>
          <w:lang w:eastAsia="zh-CN"/>
        </w:rPr>
        <w:t>　　A、演习准备充分。为搞好演习，保安部制定了较为详细的行动方案，并对方案反复修改最后由保安部明经理审定，各部门根据演习方案中的具体分工，组织消防技能知识培训，准备了演习中所需的器材、工具、资料，并制定了相关的行动指挥程序，为演习顺利实施奠定了良好的基矗</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B、演习得到了酒店领导层高度重视，为组织好此次演习，组织召开了专题会议,强调了演习的重要性,要求各部门密切配合，严格按照方案执行，从而使此次演习圆满完成。</w:t>
      </w:r>
      <w:r>
        <w:rPr>
          <w:lang w:eastAsia="zh-CN"/>
        </w:rPr>
        <w:br/>
      </w:r>
      <w:r>
        <w:rPr>
          <w:lang w:eastAsia="zh-CN"/>
        </w:rPr>
        <w:t>　　C、演习程序正规，秩序井然，效果良好。演习从15:00分开始，15:40分结束。整个演习从报警、接警、查警、出动、灭火战斗展开，应急疏散，酒店全体员工舒疏散集合，善后工作到讲评，层次分明有序。义务消防员技能动作规范迅速;灭火指挥程序清楚;各环节的请示报告、下达命令、语言表达简短准确。接警后各部门能及时分派任务，各部门之间协同密切，采取相应的行动，广大员工也充分发挥了团结互助的团队精神。</w:t>
      </w:r>
      <w:r>
        <w:rPr>
          <w:lang w:eastAsia="zh-CN"/>
        </w:rPr>
        <w:br/>
      </w:r>
      <w:r>
        <w:rPr>
          <w:lang w:eastAsia="zh-CN"/>
        </w:rPr>
        <w:t>　　二、存在不足：</w:t>
      </w:r>
      <w:r>
        <w:rPr>
          <w:lang w:eastAsia="zh-CN"/>
        </w:rPr>
        <w:br/>
      </w:r>
      <w:r>
        <w:rPr>
          <w:lang w:eastAsia="zh-CN"/>
        </w:rPr>
        <w:t>　　通过这次演习，也暴露了许多不足之处。</w:t>
      </w:r>
      <w:r>
        <w:rPr>
          <w:lang w:eastAsia="zh-CN"/>
        </w:rPr>
        <w:br/>
      </w:r>
      <w:r>
        <w:rPr>
          <w:lang w:eastAsia="zh-CN"/>
        </w:rPr>
        <w:t>　　A、查警速度慢，通知查警位置不准确。</w:t>
      </w:r>
      <w:r>
        <w:rPr>
          <w:lang w:eastAsia="zh-CN"/>
        </w:rPr>
        <w:br/>
      </w:r>
      <w:r>
        <w:rPr>
          <w:lang w:eastAsia="zh-CN"/>
        </w:rPr>
        <w:t>　　B、部分员工不严肃，在疏散时动作不够迅速，紧张，未能通过形体动作、面部表情、语言来体现疏散要领和现场的紧张气氛。</w:t>
      </w:r>
      <w:r>
        <w:rPr>
          <w:lang w:eastAsia="zh-CN"/>
        </w:rPr>
        <w:br/>
      </w:r>
      <w:r>
        <w:rPr>
          <w:lang w:eastAsia="zh-CN"/>
        </w:rPr>
        <w:t>　　C、个别部门和员工在没有启动疏散应急广播前已经开始疏散和分派任务，部分员工不懂得引导客人疏散。</w:t>
      </w:r>
      <w:r>
        <w:rPr>
          <w:lang w:eastAsia="zh-CN"/>
        </w:rPr>
        <w:br/>
      </w:r>
      <w:r>
        <w:rPr>
          <w:lang w:eastAsia="zh-CN"/>
        </w:rPr>
        <w:t>　　D、各部门到达疏散地点后不能及时清点本部门人员并向人事部汇报。</w:t>
      </w:r>
      <w:r>
        <w:rPr>
          <w:lang w:eastAsia="zh-CN"/>
        </w:rPr>
        <w:br/>
      </w:r>
      <w:r>
        <w:rPr>
          <w:lang w:eastAsia="zh-CN"/>
        </w:rPr>
        <w:t>　　三、改进措施：</w:t>
      </w:r>
      <w:r>
        <w:rPr>
          <w:lang w:eastAsia="zh-CN"/>
        </w:rPr>
        <w:br/>
      </w:r>
      <w:r>
        <w:rPr>
          <w:lang w:eastAsia="zh-CN"/>
        </w:rPr>
        <w:t>　　A、保安部将制定酒店全员消防培训计划，对前期培训不到位和员工掌握程度不够的进行二次培训。组织开展新入职员工和各部门各岗位消防知识培训。</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B、加强员工对酒店整个火灾应急疏散预案的培训，进一步提高酒店在一旦发生火情时各部门协同配合能力。同时组织每个员工进行一次灭火器实际操作训练，保证每个员工实地操作一次。</w:t>
      </w:r>
      <w:r>
        <w:rPr>
          <w:lang w:eastAsia="zh-CN"/>
        </w:rPr>
        <w:br/>
      </w:r>
      <w:r>
        <w:rPr>
          <w:lang w:eastAsia="zh-CN"/>
        </w:rPr>
        <w:t>　　C、加强保安部消防中心值班员消防设备操作和接警、处警程序的培训。</w:t>
      </w:r>
      <w:r>
        <w:rPr>
          <w:lang w:eastAsia="zh-CN"/>
        </w:rPr>
        <w:br/>
      </w:r>
      <w:r>
        <w:rPr>
          <w:lang w:eastAsia="zh-CN"/>
        </w:rPr>
        <w:t>　　通过此次演习保安部将进一步完善酒店消防应急预案，努力提高酒店员工消防安全素质，增强酒店整体自防自救能力，从而为酒店宾客、员工创造一个安全舒适的环境。</w:t>
      </w:r>
      <w:r>
        <w:rPr>
          <w:lang w:eastAsia="zh-CN"/>
        </w:rPr>
        <w:br/>
      </w:r>
      <w:r>
        <w:rPr>
          <w:lang w:eastAsia="zh-CN"/>
        </w:rPr>
        <w:t xml:space="preserve">    逃生演练总结 篇9 </w:t>
      </w:r>
      <w:r>
        <w:rPr>
          <w:lang w:eastAsia="zh-CN"/>
        </w:rPr>
        <w:br/>
      </w:r>
      <w:r>
        <w:rPr>
          <w:lang w:eastAsia="zh-CN"/>
        </w:rPr>
        <w:t>　　“学校安全事关社会稳定，事关每个家庭的幸福与安宁”。一向以来，我校牢固树立“生命至上，安全第一，预防为主”的思想，以建立“礼貌、平安、和谐校园”为契机，从规范管理，落实职责抓起，从重点防范和整改隐患入手，切实把安全工作放在首位，把安全工作常规化、制度化，不断加强安全教育，制订和落实学校安全应急预案，充分利用旗下讲话、宣传栏等载体，宣传安全教育知识，定期组织消防安全演练。这一切，都是为了有效地保障全校师生的生命安全，维护学校的安全与稳定。</w:t>
      </w:r>
      <w:r>
        <w:rPr>
          <w:lang w:eastAsia="zh-CN"/>
        </w:rPr>
        <w:br/>
      </w:r>
      <w:r>
        <w:rPr>
          <w:lang w:eastAsia="zh-CN"/>
        </w:rPr>
        <w:t>　　“隐患险于明火，防范胜于救灾”。老师们，同学们，我们这天进行的消防安全撤离和灭火演练，好处重大。透过刚才的演练，同学们学会了发生火灾时的逃生方法，到达了我们预期的目的。</w:t>
      </w:r>
      <w:r>
        <w:rPr>
          <w:lang w:eastAsia="zh-CN"/>
        </w:rPr>
        <w:br/>
      </w:r>
      <w:r>
        <w:rPr>
          <w:lang w:eastAsia="zh-CN"/>
        </w:rPr>
        <w:t>　　今后我们还要加强学习安全知识，提高自救、自护潜力，掌握在紧急状况下机智逃生的本领，并向家人、邻居用心宣传，让更多的人关注安全，珍爱生命。</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最后，我期望全校师生能以这次消防安全演练为契机，进一步把我校的安全工作做好、做实，把各种安全隐患消除在萌芽状态，为继续推进我校“礼貌、平安、和谐”校园建立不懈努力。</w:t>
      </w:r>
      <w:r>
        <w:rPr>
          <w:lang w:eastAsia="zh-CN"/>
        </w:rPr>
        <w:br/>
      </w:r>
      <w:r>
        <w:rPr>
          <w:lang w:eastAsia="zh-CN"/>
        </w:rPr>
        <w:t xml:space="preserve">    逃生演练总结 篇10 </w:t>
      </w:r>
      <w:r>
        <w:rPr>
          <w:lang w:eastAsia="zh-CN"/>
        </w:rPr>
        <w:br/>
      </w:r>
      <w:r>
        <w:rPr>
          <w:lang w:eastAsia="zh-CN"/>
        </w:rPr>
        <w:t>　　教师们，同学们：</w:t>
      </w:r>
      <w:r>
        <w:rPr>
          <w:lang w:eastAsia="zh-CN"/>
        </w:rPr>
        <w:br/>
      </w:r>
      <w:r>
        <w:rPr>
          <w:lang w:eastAsia="zh-CN"/>
        </w:rPr>
        <w:t>　　20__年5月12日，对我们中国人来说是一个灾难的日子，就在这一天，在我们中国、在四川、在汶川县发生8.0级罕见的特大地震。地震造成汶川及周边区县市大量的山体滑坡、房屋倒塌，从而造成大量的人员伤亡和财产损失。北川是这次地震的重灾区，就在紧邻北川的四川安县同样是满目苍痍，同样是大量的山体滑坡、房屋倒塌和人员伤亡。桑枣中学这个安县的一个极普通的农村乡镇初中，九栋教学楼都不同程度出现了坍塌。桑枣中学时有2200多名学生和一百多名教职员工，有的班级人数超过了80人。同学们，你们知道这年学校在这次特大灾难性的地震中的伤亡是多少?是零，也就是说在这次灾难性的特大地震中，我们的四川省安县桑枣中学，一个普通的农村镇初级中学创造了奇迹，2200多名学生和一百多名教职员工在地震来临的时候仅用了1分36秒全部冲到了学校的操场上，竟然没有一例伤亡。是什么原因造就了这样的奇迹?是安全意识、安全措施，是平时的安疏散演练。在这所有大量危房的学校每年却要进行一次安全演练，当地震来临时，全校两仟多名师生才能快速、秩序、安全地完成疏散。</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相反，在这次地震中，没有能实现快速、秩序疏散的大量学校出现了大量人员伤亡。“范跑跑”并是这次地震中涌现出来的杰出代表。</w:t>
      </w:r>
      <w:r>
        <w:rPr>
          <w:lang w:eastAsia="zh-CN"/>
        </w:rPr>
        <w:br/>
      </w:r>
      <w:r>
        <w:rPr>
          <w:lang w:eastAsia="zh-CN"/>
        </w:rPr>
        <w:t>　　由此可见安全疏散演练是多么的重要。</w:t>
      </w:r>
      <w:r>
        <w:rPr>
          <w:lang w:eastAsia="zh-CN"/>
        </w:rPr>
        <w:br/>
      </w:r>
      <w:r>
        <w:rPr>
          <w:lang w:eastAsia="zh-CN"/>
        </w:rPr>
        <w:t>　　今天，通过综治办、德育处的精心准备，在综治办、德育处、全体班主任及部分科任教师、生活老师、生活管理员等的精心组织下，我们完成了一次安全疏散演练，在这次演练中，绝大多数同学的态度都是端正的，是积极的，也有少数人态度不端正，把今天演练当儿戏，希望这些同学以后改正。今后我们每学期都要举行一次安全疏散演练，以应对可能出现的如地震、火灾等突发安全事件的发生。</w:t>
      </w:r>
      <w:r>
        <w:rPr>
          <w:lang w:eastAsia="zh-CN"/>
        </w:rPr>
        <w:br/>
      </w:r>
      <w:r>
        <w:rPr>
          <w:lang w:eastAsia="zh-CN"/>
        </w:rPr>
        <w:t>　　同学们，生命诚可贵，没有了生命，就没有了一切，一个湖南湘乡育才中学的踩踏事故就造成了八个鲜活生命的消失。珍惜生命、关注安全，在我们每一天、每一刻的学习、工作、生活中却要有超强的安全意识。你的生命对别人来说是可能是百分之零，但对你却是。同学们，安全无小事，处处留心、事事细心，让我们共建广益平安校园，让广益中学的校园长治久安，永远平安!</w:t>
      </w:r>
      <w:r>
        <w:rPr>
          <w:lang w:eastAsia="zh-CN"/>
        </w:rPr>
        <w:br/>
      </w:r>
      <w:r>
        <w:rPr>
          <w:lang w:eastAsia="zh-CN"/>
        </w:rPr>
        <w:t xml:space="preserve">    逃生演练总结 篇11 </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我校根据区教育局安全工作会议精神，于2__年_月_日在全校开展消防应急演练，此次消防演练以加强全校师生在消防安全上的自我救助潜力主，加强生命教育，提高学生消防安全防范意识，此次演练，我们按照预定方案进行了一次“防火逃生技能演练”活动，活动包括：“模拟火情”;学生逃生(学生在安全负责教师指导下，用湿毛巾捂住口、鼻，手扶着墙壁下楼);讲解灭火器知识，点评学生模拟逃生中存在的问题和注意事项;学校__长总结了次消防演练活动。本校学生用心热情地参加演练，这次仿真演练提高了我校学生的逃生技能和安全意识，增强了学生对消防官兵的崇敬之情，使学生切实感受到社会对未成年人成长的关心与爱护，进一步明确了“珍爱生命，关爱他人”的教育主题。</w:t>
      </w:r>
      <w:r>
        <w:rPr>
          <w:lang w:eastAsia="zh-CN"/>
        </w:rPr>
        <w:br/>
      </w:r>
      <w:r>
        <w:rPr>
          <w:lang w:eastAsia="zh-CN"/>
        </w:rPr>
        <w:t>　　一、精心准备</w:t>
      </w:r>
      <w:r>
        <w:rPr>
          <w:lang w:eastAsia="zh-CN"/>
        </w:rPr>
        <w:br/>
      </w:r>
      <w:r>
        <w:rPr>
          <w:lang w:eastAsia="zh-CN"/>
        </w:rPr>
        <w:t>　　我校针对这次防火演习制作了防火宣传板，让学生们了解火灾的危害和怎样预防和火灾后的逃生。制作了各个楼层的防火疏散图，学生在进入校内的时候能够一目了然，一旦发生火灾就应从哪个防火通道门撤离。</w:t>
      </w:r>
      <w:r>
        <w:rPr>
          <w:lang w:eastAsia="zh-CN"/>
        </w:rPr>
        <w:br/>
      </w:r>
      <w:r>
        <w:rPr>
          <w:lang w:eastAsia="zh-CN"/>
        </w:rPr>
        <w:t>　　二、我们的严密部署</w:t>
      </w:r>
      <w:r>
        <w:rPr>
          <w:lang w:eastAsia="zh-CN"/>
        </w:rPr>
        <w:br/>
      </w:r>
      <w:r>
        <w:rPr>
          <w:lang w:eastAsia="zh-CN"/>
        </w:rPr>
        <w:t>　　针对这次防火演习，王自欣校长召开全体老师会议，布置了消防工作的具体实施方案。明确每个员工的具体位置和职责要求。反复强调此次消防演习的重要性和每个员工在这次演习当中的所起到的作用</w:t>
      </w:r>
      <w:r>
        <w:rPr>
          <w:lang w:eastAsia="zh-CN"/>
        </w:rPr>
        <w:br/>
      </w:r>
      <w:r>
        <w:rPr>
          <w:lang w:eastAsia="zh-CN"/>
        </w:rPr>
        <w:t>　　三、消防演习</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_月2日下午14：35，一声令下，学生们迅速从防火通道口撤离。只见他们一个个表情严肃，用湿毛巾捂住口鼻，迅速而有序的从通道口撤离“火灾”现场。楼内疏散人员按照预先的消防演习方案疏散学生，保证在楼内学生的安全，以免慌乱中出现拥挤或者踩伤学生现象。学生们逃生到操场之后，就会招到相应的队伍排成方队。</w:t>
      </w:r>
      <w:r>
        <w:rPr>
          <w:lang w:eastAsia="zh-CN"/>
        </w:rPr>
        <w:br/>
      </w:r>
      <w:r>
        <w:rPr>
          <w:lang w:eastAsia="zh-CN"/>
        </w:rPr>
        <w:t>　　本次消防安全疏散演习历时3分钟，能够说是在学校安全小组的认真组织下，是一次必要的、成功的全校师生安全疏散演习。这次演练活动，安排周密，全校师生高度重视，各工作人员各就各位，各司其职，认真负责，确保活动万无一失。透过演习，使大家更加明确，一旦发生火情，每个人就应做什么;如何正确报警;如何正确扑救;如何疏散学生;如何自救和逃生。</w:t>
      </w:r>
      <w:r>
        <w:rPr>
          <w:lang w:eastAsia="zh-CN"/>
        </w:rPr>
        <w:br/>
      </w:r>
      <w:r>
        <w:rPr>
          <w:lang w:eastAsia="zh-CN"/>
        </w:rPr>
        <w:t xml:space="preserve">    逃生演练总结 篇12 </w:t>
      </w:r>
      <w:r>
        <w:rPr>
          <w:lang w:eastAsia="zh-CN"/>
        </w:rPr>
        <w:br/>
      </w:r>
      <w:r>
        <w:rPr>
          <w:lang w:eastAsia="zh-CN"/>
        </w:rPr>
        <w:t>　　一、活动时间：20__年4月13日(周五)下午19:10</w:t>
      </w:r>
      <w:r>
        <w:rPr>
          <w:lang w:eastAsia="zh-CN"/>
        </w:rPr>
        <w:br/>
      </w:r>
      <w:r>
        <w:rPr>
          <w:lang w:eastAsia="zh-CN"/>
        </w:rPr>
        <w:t>　　二、活动地点：学校教学楼、学校操场</w:t>
      </w:r>
      <w:r>
        <w:rPr>
          <w:lang w:eastAsia="zh-CN"/>
        </w:rPr>
        <w:br/>
      </w:r>
      <w:r>
        <w:rPr>
          <w:lang w:eastAsia="zh-CN"/>
        </w:rPr>
        <w:t>　　三、活动目的：</w:t>
      </w:r>
      <w:r>
        <w:rPr>
          <w:lang w:eastAsia="zh-CN"/>
        </w:rPr>
        <w:br/>
      </w:r>
      <w:r>
        <w:rPr>
          <w:lang w:eastAsia="zh-CN"/>
        </w:rPr>
        <w:t>　　1、落实《中小学公共安全教育指导纲要》，使学生掌握基本的消防安全常识;</w:t>
      </w:r>
      <w:r>
        <w:rPr>
          <w:lang w:eastAsia="zh-CN"/>
        </w:rPr>
        <w:br/>
      </w:r>
      <w:r>
        <w:rPr>
          <w:lang w:eastAsia="zh-CN"/>
        </w:rPr>
        <w:t>　　2、通过对消防安全疏散的实战演练，使学生增强消防安全意识，学会火灾现场逃生的技能。</w:t>
      </w:r>
      <w:r>
        <w:rPr>
          <w:lang w:eastAsia="zh-CN"/>
        </w:rPr>
        <w:br/>
      </w:r>
      <w:r>
        <w:rPr>
          <w:lang w:eastAsia="zh-CN"/>
        </w:rPr>
        <w:t>　　3、通过校义务消防队的参与，提高其防火、灭火的基本技能。</w:t>
      </w:r>
      <w:r>
        <w:rPr>
          <w:lang w:eastAsia="zh-CN"/>
        </w:rPr>
        <w:br/>
      </w:r>
      <w:r>
        <w:rPr>
          <w:lang w:eastAsia="zh-CN"/>
        </w:rPr>
        <w:t>　　四、总指挥：赵建设</w:t>
      </w:r>
      <w:r>
        <w:rPr>
          <w:lang w:eastAsia="zh-CN"/>
        </w:rPr>
        <w:br/>
      </w:r>
      <w:r>
        <w:rPr>
          <w:lang w:eastAsia="zh-CN"/>
        </w:rPr>
        <w:t>　　五、组员：初三年级组安全负责人、各班安全负责人、宣传摄像、校医、各楼层安全辅导员</w:t>
      </w:r>
      <w:r>
        <w:rPr>
          <w:lang w:eastAsia="zh-CN"/>
        </w:rPr>
        <w:br/>
      </w:r>
      <w:r>
        <w:rPr>
          <w:lang w:eastAsia="zh-CN"/>
        </w:rPr>
        <w:t>　　六、演练过程：</w:t>
      </w:r>
      <w:r>
        <w:rPr>
          <w:lang w:eastAsia="zh-CN"/>
        </w:rPr>
        <w:br/>
      </w:r>
      <w:r>
        <w:rPr>
          <w:lang w:eastAsia="zh-CN"/>
        </w:rPr>
        <w:t>　　(一)消防讲座</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由各班主任组织学生观看有关消防知识和火灾现场如何逃生的幻灯片，并对疏散活动中的注意事项提出明确要求。</w:t>
      </w:r>
      <w:r>
        <w:rPr>
          <w:lang w:eastAsia="zh-CN"/>
        </w:rPr>
        <w:br/>
      </w:r>
      <w:r>
        <w:rPr>
          <w:lang w:eastAsia="zh-CN"/>
        </w:rPr>
        <w:t>　　(二)人员疏散(虚拟教学楼发生火灾，需对正在各教室内上课的学生进行安全疏散)</w:t>
      </w:r>
      <w:r>
        <w:rPr>
          <w:lang w:eastAsia="zh-CN"/>
        </w:rPr>
        <w:br/>
      </w:r>
      <w:r>
        <w:rPr>
          <w:lang w:eastAsia="zh-CN"/>
        </w:rPr>
        <w:t>　　1、疏散步骤：</w:t>
      </w:r>
      <w:r>
        <w:rPr>
          <w:lang w:eastAsia="zh-CN"/>
        </w:rPr>
        <w:br/>
      </w:r>
      <w:r>
        <w:rPr>
          <w:lang w:eastAsia="zh-CN"/>
        </w:rPr>
        <w:t>　　(1)由总指挥通过校园广播系统通知正在上课的教师立即进行有秩序地疏散。(2)班主任老师迅速组织学生离开教室，有秩序地下楼并向操场跑去。</w:t>
      </w:r>
      <w:r>
        <w:rPr>
          <w:lang w:eastAsia="zh-CN"/>
        </w:rPr>
        <w:br/>
      </w:r>
      <w:r>
        <w:rPr>
          <w:lang w:eastAsia="zh-CN"/>
        </w:rPr>
        <w:t>　　(3)学生操场按平时上操时位置站队，由各班主任老师清点人数并向总指挥报告。</w:t>
      </w:r>
      <w:r>
        <w:rPr>
          <w:lang w:eastAsia="zh-CN"/>
        </w:rPr>
        <w:br/>
      </w:r>
      <w:r>
        <w:rPr>
          <w:lang w:eastAsia="zh-CN"/>
        </w:rPr>
        <w:t>　　2、疏散要求：</w:t>
      </w:r>
      <w:r>
        <w:rPr>
          <w:lang w:eastAsia="zh-CN"/>
        </w:rPr>
        <w:br/>
      </w:r>
      <w:r>
        <w:rPr>
          <w:lang w:eastAsia="zh-CN"/>
        </w:rPr>
        <w:t>　　(1)疏散组成员提前到达指定岗位，指挥学生有秩序地疏散，一律不得拥挤。</w:t>
      </w:r>
      <w:r>
        <w:rPr>
          <w:lang w:eastAsia="zh-CN"/>
        </w:rPr>
        <w:br/>
      </w:r>
      <w:r>
        <w:rPr>
          <w:lang w:eastAsia="zh-CN"/>
        </w:rPr>
        <w:t>　　(2)学生采用弯腰的姿势快速前进。</w:t>
      </w:r>
      <w:r>
        <w:rPr>
          <w:lang w:eastAsia="zh-CN"/>
        </w:rPr>
        <w:br/>
      </w:r>
      <w:r>
        <w:rPr>
          <w:lang w:eastAsia="zh-CN"/>
        </w:rPr>
        <w:t>　　(三)总指挥宣布结束，各班有秩序回教室。</w:t>
      </w:r>
      <w:r>
        <w:rPr>
          <w:lang w:eastAsia="zh-CN"/>
        </w:rPr>
        <w:br/>
      </w:r>
      <w:r>
        <w:rPr>
          <w:lang w:eastAsia="zh-CN"/>
        </w:rPr>
        <w:t>　　七、火灾演习全过程用时一分五二秒，整个演练过程做到安全、有序。</w:t>
      </w:r>
      <w:r>
        <w:rPr>
          <w:lang w:eastAsia="zh-CN"/>
        </w:rPr>
        <w:br/>
      </w:r>
      <w:r>
        <w:rPr>
          <w:lang w:eastAsia="zh-CN"/>
        </w:rPr>
        <w:t xml:space="preserve">    逃生演练总结 篇13 </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20__年_月08日我部为提高全员消防意识，增强员工在紧急情况下的应变能力，自我防护能力，使每个员工掌握一定的消防知识。消除火灾隐患。学习有关消防知识和消防器材的使用方法,并掌握消防逃生技能及注意事项等。检验项目部《火灾应急救援预案》的可行性，各救援组在紧急情况下的到位及时性以及在救援过程中如何确保救灾中人员和设备的安全。我部以“消防月”为楔机，围绕“全民关注消防，生命安全至上”为主题。我部在20__年11月9日“消防日”举行了防火演练。邀请了业主桂工、监理孟工观摩。防火演练总结如下：</w:t>
      </w:r>
      <w:r>
        <w:rPr>
          <w:lang w:eastAsia="zh-CN"/>
        </w:rPr>
        <w:br/>
      </w:r>
      <w:r>
        <w:rPr>
          <w:lang w:eastAsia="zh-CN"/>
        </w:rPr>
        <w:t>　　一、取得的成绩</w:t>
      </w:r>
      <w:r>
        <w:rPr>
          <w:lang w:eastAsia="zh-CN"/>
        </w:rPr>
        <w:br/>
      </w:r>
      <w:r>
        <w:rPr>
          <w:lang w:eastAsia="zh-CN"/>
        </w:rPr>
        <w:t>　　全体项目员工的安全意识有所提高，对消防安全常识有了进一步了解。对应对突发事件的应急能力有所提高，演练现场大多数员工能有效组织、迅速对火灾事故警报做出反应，大部分救援小组负责人能有效组织本组组员疏散、警戒和投入灭火行动中。对今后应对突发事件有一定的提高。</w:t>
      </w:r>
      <w:r>
        <w:rPr>
          <w:lang w:eastAsia="zh-CN"/>
        </w:rPr>
        <w:br/>
      </w:r>
      <w:r>
        <w:rPr>
          <w:lang w:eastAsia="zh-CN"/>
        </w:rPr>
        <w:t>　　演练前我部组织了消防预案演练培训，使现场人员掌握一定的消防知识，增强员工在紧急情况下的应变能力，自我防护能力，学习了有关消防知识和消防器材的使用方法,并掌握消防逃生技能及注意事项等。项目部利用张贴标语的形式大力宣传消防安全的重要性。</w:t>
      </w:r>
      <w:r>
        <w:rPr>
          <w:lang w:eastAsia="zh-CN"/>
        </w:rPr>
        <w:br/>
      </w:r>
      <w:r>
        <w:rPr>
          <w:lang w:eastAsia="zh-CN"/>
        </w:rPr>
        <w:t>　　演练过程中，员工们的团队凝聚力得到了升华。应急领导小组的组织能力、指挥能力和应急应变能力也得到了锻炼。基本上达到了防火演练的目的。</w:t>
      </w:r>
      <w:r>
        <w:rPr>
          <w:lang w:eastAsia="zh-CN"/>
        </w:rPr>
        <w:br/>
      </w:r>
      <w:r>
        <w:rPr>
          <w:lang w:eastAsia="zh-CN"/>
        </w:rPr>
        <w:t>　　二、不足之处</w:t>
      </w:r>
      <w:r>
        <w:rPr>
          <w:lang w:eastAsia="zh-CN"/>
        </w:rPr>
        <w:br/>
      </w:r>
      <w:r>
        <w:rPr>
          <w:lang w:eastAsia="zh-CN"/>
        </w:rPr>
        <w:t>　　少数员工安全意识不够强，责任心不强，演练不够认真。个别救援组负责人对本组组员对本次演练的重要性宣传力度不够，表现在行动缓慢、纪律松散、不够严肃。救护组的演练不够到位，灭火组的演练不够真实，整体演练效果不是太好。</w:t>
      </w:r>
      <w:r>
        <w:rPr>
          <w:lang w:eastAsia="zh-CN"/>
        </w:rPr>
        <w:br/>
      </w:r>
    </w:p>
    <w:p w:rsidR="001B1F19" w14:textId="27C3F48A">
      <w:pPr>
        <w:rPr>
          <w:lang w:eastAsia="zh-CN"/>
        </w:rPr>
      </w:pPr>
      <w:r>
        <w:rPr>
          <w:lang w:eastAsia="zh-CN"/>
        </w:rPr>
        <w:t>　　三、后续工作安排</w:t>
      </w:r>
      <w:r>
        <w:rPr>
          <w:lang w:eastAsia="zh-CN"/>
        </w:rPr>
        <w:br/>
      </w:r>
      <w:r>
        <w:rPr>
          <w:lang w:eastAsia="zh-CN"/>
        </w:rPr>
        <w:t>　　减少事故给公司带来的损失是每个员工义务和责任。公司员工和各级管理人员都必须密切配合处理突发事件，一旦接到处理突发事件的指令后，在确保自身安全的情况下要义不容辞的快速执行。不得以任何借口推托责任或拒绝执行。这样我们的公司才是一个大家庭，一个有战斗力和执行力的集体。因此项目部在今后的工作和应急活动中对以上的不足之处加以改进，进一步加强应急工作的培训宣传工作。增强应急预案的可行性。确保各救援组在今后紧急情况下的到位及时性以及在救援过程中如何确保救灾中人员和设备的安全。</w:t>
      </w:r>
      <w:r>
        <w:rPr>
          <w:lang w:eastAsia="zh-CN"/>
        </w:rPr>
        <w:br/>
      </w:r>
      <w:r>
        <w:rPr>
          <w:lang w:eastAsia="zh-CN"/>
        </w:rPr>
        <w:t xml:space="preserve">    逃生演练总结 篇14 </w:t>
      </w:r>
      <w:r>
        <w:rPr>
          <w:lang w:eastAsia="zh-CN"/>
        </w:rPr>
        <w:br/>
      </w:r>
      <w:r>
        <w:rPr>
          <w:lang w:eastAsia="zh-CN"/>
        </w:rPr>
        <w:t>　　各位老师、同学们：</w:t>
      </w:r>
      <w:r>
        <w:rPr>
          <w:lang w:eastAsia="zh-CN"/>
        </w:rPr>
        <w:br/>
      </w:r>
      <w:r>
        <w:rPr>
          <w:lang w:eastAsia="zh-CN"/>
        </w:rPr>
        <w:t>　　为加强学校的安全管理，提高全校师生的安全意识，今天上午10：12分，全校师生进行了一次火灾和地震应急逃生疏散演练。在疏散演练的过程中，主教学楼、综合楼的负责人，楼梯口转弯处引导员，各位班主任老师以最快的速度到达所在的岗位，并按照各岗位的职责认真开展工作。当堂任课老师担当起了班级和楼层疏散引导员工作，组织学生快速、安全地疏散到安全地带。全校师生沉着冷静、互相合作，一切行动听从指挥，按照学校制定的紧急事件疏散的方案，本着时间就是生命、纪律就是保障原则，以最快的速度，最好的秩序，圆满地完成了此次紧急逃生疏散的'演练任务。</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https://d.book118.com/676200201050010054</w:t>
        </w:r>
      </w:hyperlink>
    </w:p>
    <w:p w:rsidR="001B1F19">
      <w:pPr>
        <w:rPr>
          <w:lang w:eastAsia="zh-CN"/>
        </w:rPr>
      </w:pPr>
    </w:p>
    <w:sectPr>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76200201050010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