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施工员年度工作总结通用(15篇)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施工员年度工作总结1</w:t>
      </w:r>
      <w:r>
        <w:rPr>
          <w:lang w:eastAsia="zh-CN"/>
        </w:rPr>
        <w:br/>
      </w:r>
      <w:r>
        <w:rPr>
          <w:lang w:eastAsia="zh-CN"/>
        </w:rPr>
        <w:t xml:space="preserve">    有那么一种朦胧，久了，才感觉到那是开始，有那么一种喜悦，久了，才知道那是收获，有那么一种感觉，当经历了、思考了才知道他的味道。不知不觉，新的一年又到了。迎接新年，总感觉有说不完的话，写不完的事，唠不完的人。想多了就感觉这些人和事就像放电影似的的在脑袋里不断的闪现，自己很努力的想要抓住些什么，却发现自己抓住的不过是些碎片。也就是这些零散的碎片组成了我这一年最生动的画面； </w:t>
      </w:r>
      <w:r>
        <w:rPr>
          <w:lang w:eastAsia="zh-CN"/>
        </w:rPr>
        <w:br/>
      </w:r>
      <w:r>
        <w:rPr>
          <w:lang w:eastAsia="zh-CN"/>
        </w:rPr>
        <w:t>　　年初，我就随项目部一起进驻__太古城花园项目，随着项目的不断进行，工程悄悄的接近了尾声，当时间的钟摆停留在10月份时，我们前期的115套精装房也随着业主的大面积进驻而敲响了结束的钟声，也鸣响了后续维修的汽笛。如果说，10月份只是施工和交楼维修两个阶段的划分，那么我也就借10月这个临界将我的工作化成两步；</w:t>
      </w:r>
      <w:r>
        <w:rPr>
          <w:lang w:eastAsia="zh-CN"/>
        </w:rPr>
        <w:br/>
      </w:r>
      <w:r>
        <w:rPr>
          <w:lang w:eastAsia="zh-CN"/>
        </w:rPr>
        <w:t>　　第一步：现场的磨合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初到工地，我的职务是资料员。负责整个工地的文件编写、收集与整理。也是整个工地与甲方、公司沟通交流的主要枢纽。在资料员的工作中，我根据现场施工实际情况，及时的将现场的问题书写，报知甲方；及时的将现场的过程资料按照施工节点上报甲方验收；及时的将到场材料按计划，分批次的上报甲方现场验收，及时的将甲方的文件整理供项目部传阅；及时的将项目的进度、人力、资金、材料的计划上报公司；及时的将公司的指令、通知传达给项目的每个成员，让他们了解公司的最新动态、知道公司的关怀……。也正是经历了半年的资料员工作，使我对整个工程的流程有所了解，知道了每个工种的施工顺序以及验收上的强制性规范要求，了解了各种不同材料的不同性能以及规范上的检验要求。</w:t>
      </w:r>
      <w:r>
        <w:rPr>
          <w:lang w:eastAsia="zh-CN"/>
        </w:rPr>
        <w:br/>
      </w:r>
      <w:r>
        <w:rPr>
          <w:lang w:eastAsia="zh-CN"/>
        </w:rPr>
        <w:t>　　因为工作的需要，从六月份开始，我慢慢的从资料员的岗位走到了助理施工员的岗位，在助理施工员的岗位上主要负责大理石到货的跟踪、铺贴施工，以及工程质量的检验。大理石到货的跟踪使我学会了在短时间内该如何有效的组织大理石到场，如何检验大理石的防水、色斑、断裂等常见的石材缺陷，如何的将大理石按户型排列和运输才能减少大理石在二次转运过程中的破坏。对大理石的施工的跟踪使我了解了大理石几种不同的施工方法，如干挂、湿贴、灌浆等，也让我学会了在大理石铺贴过程中该如何的去按排版图要求去实地开线、去施工以及常见的色差、断裂等问题石材的处理方式。在工程质量的检查过程中，我从经验丰富的施工员口中、手中学会了施工过程中最易出现问题的施工节点，施工区域，以及最宝贵的问题处理经验。从线路的布置、走向到天花吊顶的要求、再到天花乳胶漆、墙面阴阳角、背景墙以及窗套版的平整度、沙发背景石线的承重力实验等一系列的检验方法和整改要求，使我学会了在施工过程中该如何去控制和避免常见质量问题的出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第二步：完工后的感慨</w:t>
      </w:r>
      <w:r>
        <w:rPr>
          <w:lang w:eastAsia="zh-CN"/>
        </w:rPr>
        <w:br/>
      </w:r>
      <w:r>
        <w:rPr>
          <w:lang w:eastAsia="zh-CN"/>
        </w:rPr>
        <w:t>　　随着工程的结束，业主开始大面积的进驻验房，在跟业主验房的过程中，我又了解了时下业主验房看重的主要问题。从本项目来看，业主验房是极具专业水准和极高需求要求。在要求功能上的完善的情况下，极其注重外观的观感。也就是在业主高水平的验收中，我又学会了与不同业主不同的交流的方法和及时发现前期我们极易被忽视的细节。在陪同业主验房过程中，学会了部分墙纸、线条、开关面板的收口处理方式以及设计缺陷的弥补方式。</w:t>
      </w:r>
      <w:r>
        <w:rPr>
          <w:lang w:eastAsia="zh-CN"/>
        </w:rPr>
        <w:br/>
      </w:r>
      <w:r>
        <w:rPr>
          <w:lang w:eastAsia="zh-CN"/>
        </w:rPr>
        <w:t>　　轰轰烈烈的两个多月的验房工作结束后，我又立即投身到了实际的维修岗位中。在维修的跟踪过程中，不断暴露出的的问题使学会了对问题的处理不同方法和在后期施工过程中最容易出现的问题以及与业主进行有效沟通。维修的工作是一件耐心细致的活，也是一种极具挑战的`交流锻炼方式。</w:t>
      </w:r>
      <w:r>
        <w:rPr>
          <w:lang w:eastAsia="zh-CN"/>
        </w:rPr>
        <w:br/>
      </w:r>
      <w:r>
        <w:rPr>
          <w:lang w:eastAsia="zh-CN"/>
        </w:rPr>
        <w:t>　　第三步：感想</w:t>
      </w:r>
      <w:r>
        <w:rPr>
          <w:lang w:eastAsia="zh-CN"/>
        </w:rPr>
        <w:br/>
      </w:r>
      <w:r>
        <w:rPr>
          <w:lang w:eastAsia="zh-CN"/>
        </w:rPr>
        <w:t>　　一年的时间，差不多就围绕着这些零散的碎片旋转，旋转出了以下的感想</w:t>
      </w:r>
      <w:r>
        <w:rPr>
          <w:lang w:eastAsia="zh-CN"/>
        </w:rPr>
        <w:br/>
      </w:r>
      <w:r>
        <w:rPr>
          <w:lang w:eastAsia="zh-CN"/>
        </w:rPr>
        <w:t>　　1。公司对新进员工的培训还有待加强，尤其是刚入职不久的大学生，在担任具体某个职位前，一定要让其了解该职位的特点和流程以及操作步骤；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公司在对年轻员工和老员工的使用上，可以试着让新老搭配，年轻员工具有的仅仅是知识和活力，而老员工有的却是沉甸甸的实战经验，让经验丰富的老员工带着稚气未脱的年轻员工一起工作，相信年轻的员工一定能快速成长并脱颖而出；</w:t>
      </w:r>
      <w:r>
        <w:rPr>
          <w:lang w:eastAsia="zh-CN"/>
        </w:rPr>
        <w:br/>
      </w:r>
      <w:r>
        <w:rPr>
          <w:lang w:eastAsia="zh-CN"/>
        </w:rPr>
        <w:t>　　3。在整个项目得施工管理过程中，质检和自检是必不可少的程序，宁愿在施工过程中去更改，也不愿在后期与业主的拉锯战中去磨合，质检员必须是经验丰富的施工员；</w:t>
      </w:r>
      <w:r>
        <w:rPr>
          <w:lang w:eastAsia="zh-CN"/>
        </w:rPr>
        <w:br/>
      </w:r>
      <w:r>
        <w:rPr>
          <w:lang w:eastAsia="zh-CN"/>
        </w:rPr>
        <w:t>　　4。在交楼维修过程中，一定要使用经验丰富的员工，要及时的与业主进行有效的沟通和及时的将问题得到有效整改，这样有助于提升工程整改质量和树立公司品牌；</w:t>
      </w:r>
      <w:r>
        <w:rPr>
          <w:lang w:eastAsia="zh-CN"/>
        </w:rPr>
        <w:br/>
      </w:r>
      <w:r>
        <w:rPr>
          <w:lang w:eastAsia="zh-CN"/>
        </w:rPr>
        <w:t>　　当20__年的身影远去，20__年的脚步响起，也是我在瑞和第三个年头的冲锋号，我相信，新的开年在公司领导的英明领导下，我和瑞和一定能有个新的起点、新的目标、新的收获。最后祝公司事业蒸蒸日上，更上一层楼，祝公司的领导和全体同仁在新的一年里和气致祥、身体健康、家庭康泰，万事如意！施工员年度工作总结2尊敬的领导：</w:t>
      </w:r>
      <w:r>
        <w:rPr>
          <w:lang w:eastAsia="zh-CN"/>
        </w:rPr>
        <w:br/>
      </w:r>
      <w:r>
        <w:rPr>
          <w:lang w:eastAsia="zh-CN"/>
        </w:rPr>
        <w:t>　　时间一晃而过，弹指之间，20__年已接近尾声，过去的一年在领导和同事们的悉心关怀和指导下，通过自身的努力，在工作上取得了一定的成果，但也存在了诸多不足。回顾过去的一年，现将工作总结如下：</w:t>
      </w:r>
      <w:r>
        <w:rPr>
          <w:lang w:eastAsia="zh-CN"/>
        </w:rPr>
        <w:br/>
      </w:r>
      <w:r>
        <w:rPr>
          <w:lang w:eastAsia="zh-CN"/>
        </w:rPr>
        <w:t>　　一、工地现在的.情况</w:t>
      </w:r>
      <w:r>
        <w:rPr>
          <w:lang w:eastAsia="zh-CN"/>
        </w:rPr>
        <w:br/>
      </w:r>
      <w:r>
        <w:rPr>
          <w:lang w:eastAsia="zh-CN"/>
        </w:rPr>
        <w:t>　　在20__年这一年中的大半年时间里仍然在诸江帝王湿地公园这个工地，整个工地已完成80%的种植任务，但由于资金不到位等种种原因始终不能完工，以至于明年还将可能再做一年。</w:t>
      </w:r>
      <w:r>
        <w:rPr>
          <w:lang w:eastAsia="zh-CN"/>
        </w:rPr>
        <w:br/>
      </w:r>
      <w:r>
        <w:rPr>
          <w:lang w:eastAsia="zh-CN"/>
        </w:rPr>
        <w:t>　　二、苗木栽植情况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由于去年对当地气候，水源等情况不是很清楚且年初忙于重庆工地，以至于去年栽植的苗木大面积死亡，死亡率达到50%，在领导的信任与鼓励之下，虚心向当地人请教，努力学习终于将今年栽植苗木的成活率提高到90%，但整个工地的成活率还是较低，自我感觉辜负了公司与领导的信任。</w:t>
      </w:r>
      <w:r>
        <w:rPr>
          <w:lang w:eastAsia="zh-CN"/>
        </w:rPr>
        <w:br/>
      </w:r>
      <w:r>
        <w:rPr>
          <w:lang w:eastAsia="zh-CN"/>
        </w:rPr>
        <w:t>　　三、苗木死亡原因自我总结</w:t>
      </w:r>
      <w:r>
        <w:rPr>
          <w:lang w:eastAsia="zh-CN"/>
        </w:rPr>
        <w:br/>
      </w:r>
      <w:r>
        <w:rPr>
          <w:lang w:eastAsia="zh-CN"/>
        </w:rPr>
        <w:t>　　1、去年工人只有三人一批苗木栽植时间过长，定根水浇灌时间过长。</w:t>
      </w:r>
      <w:r>
        <w:rPr>
          <w:lang w:eastAsia="zh-CN"/>
        </w:rPr>
        <w:br/>
      </w:r>
      <w:r>
        <w:rPr>
          <w:lang w:eastAsia="zh-CN"/>
        </w:rPr>
        <w:t>　　2、年初由于电源不通，没有办法抽水，冬季四个月的时间未能浇到春水。</w:t>
      </w:r>
      <w:r>
        <w:rPr>
          <w:lang w:eastAsia="zh-CN"/>
        </w:rPr>
        <w:br/>
      </w:r>
      <w:r>
        <w:rPr>
          <w:lang w:eastAsia="zh-CN"/>
        </w:rPr>
        <w:t>　　3、夏季由于风大，阳光直射土壤表层水分蒸发很快项目经理要求工人勤浇水，以至于一些耐旱植物被淹死。</w:t>
      </w:r>
      <w:r>
        <w:rPr>
          <w:lang w:eastAsia="zh-CN"/>
        </w:rPr>
        <w:br/>
      </w:r>
      <w:r>
        <w:rPr>
          <w:lang w:eastAsia="zh-CN"/>
        </w:rPr>
        <w:t>　　4、一直忽略了一个问题，工地当中使用的为井水，温度较低，在夏季高温之下温差较大，造成苗木死亡。</w:t>
      </w:r>
      <w:r>
        <w:rPr>
          <w:lang w:eastAsia="zh-CN"/>
        </w:rPr>
        <w:br/>
      </w:r>
      <w:r>
        <w:rPr>
          <w:lang w:eastAsia="zh-CN"/>
        </w:rPr>
        <w:t>　　四、工地当中存在的问题</w:t>
      </w:r>
      <w:r>
        <w:rPr>
          <w:lang w:eastAsia="zh-CN"/>
        </w:rPr>
        <w:br/>
      </w:r>
      <w:r>
        <w:rPr>
          <w:lang w:eastAsia="zh-CN"/>
        </w:rPr>
        <w:t>　　1、由于工地已经做了两年，不想再拖下去，想尽快完工以至于在苗木验收工作上比较宽松，在不影响苗木成活的前提下，都收下了，但如果规格上有问题的在送货单上全部都有备注。</w:t>
      </w:r>
      <w:r>
        <w:rPr>
          <w:lang w:eastAsia="zh-CN"/>
        </w:rPr>
        <w:br/>
      </w:r>
      <w:r>
        <w:rPr>
          <w:lang w:eastAsia="zh-CN"/>
        </w:rPr>
        <w:t>　　2、可能由于自己的问题吧，项目经理对我不信任，()不管是人工进度，苗木统计，工作安排上总是通过其他人调查。个人觉得一个团队中领导对下面人不信任，工作起来真的很累。</w:t>
      </w:r>
      <w:r>
        <w:rPr>
          <w:lang w:eastAsia="zh-CN"/>
        </w:rPr>
        <w:br/>
      </w:r>
      <w:r>
        <w:rPr>
          <w:lang w:eastAsia="zh-CN"/>
        </w:rPr>
        <w:t>　　五、20__年工作规划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在验收苗木时，严格按照规格要求，严把质量关，不合格的苗木坚决不收；在人工机械管理上做到科学合理的管理-不窝工，严格控制成本。</w:t>
      </w:r>
      <w:r>
        <w:rPr>
          <w:lang w:eastAsia="zh-CN"/>
        </w:rPr>
        <w:br/>
      </w:r>
      <w:r>
        <w:rPr>
          <w:lang w:eastAsia="zh-CN"/>
        </w:rPr>
        <w:t>　　在工作中基本上能完成自己的本职工作，但自己的专业技术还不过硬，业务水平有待提高，为此，我将努力提高自己的水平，多为公司做贡献。施工员年度工作总结3</w:t>
      </w:r>
      <w:r>
        <w:rPr>
          <w:lang w:eastAsia="zh-CN"/>
        </w:rPr>
        <w:br/>
      </w:r>
      <w:r>
        <w:rPr>
          <w:lang w:eastAsia="zh-CN"/>
        </w:rPr>
        <w:t xml:space="preserve">    来到________实业发展有限公司已有两个月的时间了，在工程部现场管理部工作。这段时间学到了很多专业的建筑管理知识，结识了很多良师益友，积累了很多工作经验。感谢公司给我成长的空间、勇气和信心。在两个月的时间里，通过不懈努力，虽学到了很多建设工程的相关知识，但自己认识到为全身心投入到工作中应该更进一步去学习相关的专业技术知识和完善建筑管理知识。回顾过去，将工作总结如下： </w:t>
      </w:r>
      <w:r>
        <w:rPr>
          <w:lang w:eastAsia="zh-CN"/>
        </w:rPr>
        <w:br/>
      </w:r>
      <w:r>
        <w:rPr>
          <w:lang w:eastAsia="zh-CN"/>
        </w:rPr>
        <w:t>　　一、工作总结</w:t>
      </w:r>
      <w:r>
        <w:rPr>
          <w:lang w:eastAsia="zh-CN"/>
        </w:rPr>
        <w:br/>
      </w:r>
      <w:r>
        <w:rPr>
          <w:lang w:eastAsia="zh-CN"/>
        </w:rPr>
        <w:t>　　在工作的这段时间里，先后学习并监督管理了单身宿舍、职工食堂、山西老陈醋库房的施工建设工程项目。并进一步了解和掌握了梁汾醋业工程。</w:t>
      </w:r>
      <w:r>
        <w:rPr>
          <w:lang w:eastAsia="zh-CN"/>
        </w:rPr>
        <w:br/>
      </w:r>
      <w:r>
        <w:rPr>
          <w:lang w:eastAsia="zh-CN"/>
        </w:rPr>
        <w:t>　　二、工作进度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5月23日单身宿舍开工，学习单身宿舍基坑挖掘及回填土的相关流程和标准。5月27号职工食堂开工，学习并监督了职工食堂的相关施工流程。在随后半个多月的日子里跟踪职工食堂和单身宿舍的施工进度，学习基坑挖掘、回填土、钢筋验收、模板验收、打垫层、基础工程等相关流程操作和技术标准。不论在工程施工技术标准方面还是在工程进度管理方面都取得了很大的进步。在相关专业知识不断完善的前提下，公司领导让我负责山西老陈醋库房的建设项目。</w:t>
      </w:r>
      <w:r>
        <w:rPr>
          <w:lang w:eastAsia="zh-CN"/>
        </w:rPr>
        <w:br/>
      </w:r>
      <w:r>
        <w:rPr>
          <w:lang w:eastAsia="zh-CN"/>
        </w:rPr>
        <w:t>　　2、6月15日开始负责山西老陈醋库房建设。6月15日老醋库房基坑开挖，16号钳探，17号挖掘完毕，19号钳探完毕，6月底完成对基坑的第一次毛砂石回填并压实。</w:t>
      </w:r>
      <w:r>
        <w:rPr>
          <w:lang w:eastAsia="zh-CN"/>
        </w:rPr>
        <w:br/>
      </w:r>
      <w:r>
        <w:rPr>
          <w:lang w:eastAsia="zh-CN"/>
        </w:rPr>
        <w:t>　　3、配合采购及相关后勤工作。</w:t>
      </w:r>
      <w:r>
        <w:rPr>
          <w:lang w:eastAsia="zh-CN"/>
        </w:rPr>
        <w:br/>
      </w:r>
      <w:r>
        <w:rPr>
          <w:lang w:eastAsia="zh-CN"/>
        </w:rPr>
        <w:t>　　三、在工作中主要存在的问题有：</w:t>
      </w:r>
      <w:r>
        <w:rPr>
          <w:lang w:eastAsia="zh-CN"/>
        </w:rPr>
        <w:br/>
      </w:r>
      <w:r>
        <w:rPr>
          <w:lang w:eastAsia="zh-CN"/>
        </w:rPr>
        <w:t>　　由于刚开始接触工程，所以在工作中图纸熟悉、施工经验相对不足。但是通过这两个月的学习，了解施工过程中的很多流程标准和专业的技术管理。在以后的工作中，我会不断的学习，完善自己的专业技术知识，提高对工作的认知能力，为以后更好的投入到工作中。</w:t>
      </w:r>
      <w:r>
        <w:rPr>
          <w:lang w:eastAsia="zh-CN"/>
        </w:rPr>
        <w:br/>
      </w:r>
      <w:r>
        <w:rPr>
          <w:lang w:eastAsia="zh-CN"/>
        </w:rPr>
        <w:t>　　四、工作心得</w:t>
      </w:r>
      <w:r>
        <w:rPr>
          <w:lang w:eastAsia="zh-CN"/>
        </w:rPr>
        <w:br/>
      </w:r>
      <w:r>
        <w:rPr>
          <w:lang w:eastAsia="zh-CN"/>
        </w:rPr>
        <w:t>　　1、在这两个月的工作实践中，我参与了许多集体工作，和同事的相处和睦。在这个过程中我强化了最珍贵也是最重要的团队意识。在信任自己和他人的基础上，思想统一，行动一致，这样的团队一定会攻无不克、战无不胜。在工程中，大家互相提醒和补充，提高了工作效率，所有的工作中沟通是最重要的，一定要把信息处理的及时、有效和清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2、工作的每一步都要精准细致，力求精细化，在这种心态的指导下，能够积极自信的行动起来是这两个月我在心态方面最大的进步。</w:t>
      </w:r>
      <w:r>
        <w:rPr>
          <w:lang w:eastAsia="zh-CN"/>
        </w:rPr>
        <w:br/>
      </w:r>
      <w:r>
        <w:rPr>
          <w:lang w:eastAsia="zh-CN"/>
        </w:rPr>
        <w:t>　　3、在工作中，我学到了很多技术上的知识，也强化了工程的质量、成本、进度意识。与身边同事的合作更加的'默契，三人行必有我师嘛，从他们身上学到了很多知识技能和做人的道理，也非常庆幸在</w:t>
      </w:r>
      <w:r>
        <w:rPr>
          <w:lang w:eastAsia="zh-CN"/>
        </w:rPr>
        <w:br/>
      </w:r>
      <w:r>
        <w:rPr>
          <w:lang w:eastAsia="zh-CN"/>
        </w:rPr>
        <w:t>　　刚上路的时候能有他们在身边。我一定会和他们凝聚成一个优秀的团队，做出更好的成绩。</w:t>
      </w:r>
      <w:r>
        <w:rPr>
          <w:lang w:eastAsia="zh-CN"/>
        </w:rPr>
        <w:br/>
      </w:r>
      <w:r>
        <w:rPr>
          <w:lang w:eastAsia="zh-CN"/>
        </w:rPr>
        <w:t>　　五、工作计划</w:t>
      </w:r>
      <w:r>
        <w:rPr>
          <w:lang w:eastAsia="zh-CN"/>
        </w:rPr>
        <w:br/>
      </w:r>
      <w:r>
        <w:rPr>
          <w:lang w:eastAsia="zh-CN"/>
        </w:rPr>
        <w:t>　　下半年，公司加快工程的进度，工作压力会比较大，要吃苦耐劳，勤勤恳恳，踏踏实实地做好每一项工作，处理好每一个细节，努力提高自己的技能和执行力，尽快的成长和进步。其中，以下几点是我下年重点要提高的地方：</w:t>
      </w:r>
      <w:r>
        <w:rPr>
          <w:lang w:eastAsia="zh-CN"/>
        </w:rPr>
        <w:br/>
      </w:r>
      <w:r>
        <w:rPr>
          <w:lang w:eastAsia="zh-CN"/>
        </w:rPr>
        <w:t>　　1、要提高工作的主动性，做事干脆果断，不拖泥带水；</w:t>
      </w:r>
      <w:r>
        <w:rPr>
          <w:lang w:eastAsia="zh-CN"/>
        </w:rPr>
        <w:br/>
      </w:r>
      <w:r>
        <w:rPr>
          <w:lang w:eastAsia="zh-CN"/>
        </w:rPr>
        <w:t>　　2、要提高大局观，是否能让其他人的工作更顺畅作为衡量工作的标尺；</w:t>
      </w:r>
      <w:r>
        <w:rPr>
          <w:lang w:eastAsia="zh-CN"/>
        </w:rPr>
        <w:br/>
      </w:r>
      <w:r>
        <w:rPr>
          <w:lang w:eastAsia="zh-CN"/>
        </w:rPr>
        <w:t>　　3、把握一切机会提高专业能力，加强平时知识总结工作；</w:t>
      </w:r>
      <w:r>
        <w:rPr>
          <w:lang w:eastAsia="zh-CN"/>
        </w:rPr>
        <w:br/>
      </w:r>
      <w:r>
        <w:rPr>
          <w:lang w:eastAsia="zh-CN"/>
        </w:rPr>
        <w:t>　　4、精细化工作方式的思考和实践。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有时候深刻的体会到，把自己的精力投入进去，工作都不可能做到完美程度，毕竟工作项目太繁杂，项目多而会懂的人少，但多做出一些多学一点。我相信只要认真用心去做事情、诚实待人，一定会成为公司合格的人才。</w:t>
      </w:r>
      <w:r>
        <w:rPr>
          <w:lang w:eastAsia="zh-CN"/>
        </w:rPr>
        <w:br/>
      </w:r>
      <w:r>
        <w:rPr>
          <w:lang w:eastAsia="zh-CN"/>
        </w:rPr>
        <w:t>　　光阴荏苒、时间飞逝，转眼间20__年在紧张忙碌中过去了，20__年也迎来了五月。这一年多是紧张的，也是充实的。展望未来，在以后的日子里，我将总结经验、吸取教训，付出更大的努力，以更加奋发有为的精神状态和扎扎实实的工作作风投入到工作中当去。</w:t>
      </w:r>
      <w:r>
        <w:rPr>
          <w:lang w:eastAsia="zh-CN"/>
        </w:rPr>
        <w:br/>
      </w:r>
      <w:r>
        <w:rPr>
          <w:lang w:eastAsia="zh-CN"/>
        </w:rPr>
        <w:t>　　这一年多的时间里，我在项目经理及部门领导的指挥下，在新疆吉勒布拉克水电站发电厂房建筑及金属结构安装工程的建设中先后经历了发电厂房各个部位的开挖工程、发电洞斜井段小导洞的贯通工作、以及正在进行的发电厂房浇筑的各个阶段。在此工作过程中有成绩也有失误，对于自己取得的成绩将继续保持发扬，对自己工作中存在的失误，将认真的总结，深刻的反省，尽可能减少工作失误的发生。</w:t>
      </w:r>
      <w:r>
        <w:rPr>
          <w:lang w:eastAsia="zh-CN"/>
        </w:rPr>
        <w:br/>
      </w:r>
      <w:r>
        <w:rPr>
          <w:lang w:eastAsia="zh-CN"/>
        </w:rPr>
        <w:t>　　通过这些现场工作的锻炼，我已经积累了一定的工作经验，主要得益于项目部领导的关心培养和同事们的热心帮助、谆谆教导。</w:t>
      </w:r>
      <w:r>
        <w:rPr>
          <w:lang w:eastAsia="zh-CN"/>
        </w:rPr>
        <w:br/>
      </w:r>
      <w:r>
        <w:rPr>
          <w:lang w:eastAsia="zh-CN"/>
        </w:rPr>
        <w:t>　　在工程建设中</w:t>
      </w:r>
      <w:r>
        <w:rPr>
          <w:lang w:eastAsia="zh-CN"/>
        </w:rPr>
        <w:br/>
      </w:r>
      <w:r>
        <w:rPr>
          <w:lang w:eastAsia="zh-CN"/>
        </w:rPr>
        <w:t>　　一是抓安全文明施工</w:t>
      </w:r>
      <w:r>
        <w:rPr>
          <w:lang w:eastAsia="zh-CN"/>
        </w:rPr>
        <w:br/>
      </w:r>
      <w:r>
        <w:rPr>
          <w:lang w:eastAsia="zh-CN"/>
        </w:rPr>
        <w:t>　　二是抓工程质量</w:t>
      </w:r>
      <w:r>
        <w:rPr>
          <w:lang w:eastAsia="zh-CN"/>
        </w:rPr>
        <w:br/>
      </w:r>
      <w:r>
        <w:rPr>
          <w:lang w:eastAsia="zh-CN"/>
        </w:rPr>
        <w:t>　　三是抓工程进度。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要搞好工程施工，必须首先熟悉施工图纸，完成从熟悉图纸设计意图再回头修正图纸的过程，其次要强化对图纸的了解程度。</w:t>
      </w:r>
      <w:r>
        <w:rPr>
          <w:lang w:eastAsia="zh-CN"/>
        </w:rPr>
        <w:br/>
      </w:r>
      <w:r>
        <w:rPr>
          <w:lang w:eastAsia="zh-CN"/>
        </w:rPr>
        <w:t>　　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项目建设顺利实施。</w:t>
      </w:r>
      <w:r>
        <w:rPr>
          <w:lang w:eastAsia="zh-CN"/>
        </w:rPr>
        <w:br/>
      </w:r>
      <w:r>
        <w:rPr>
          <w:lang w:eastAsia="zh-CN"/>
        </w:rPr>
        <w:t>　　为了提高工作效率和工作质量，本人在下一阶段的施工中会着重以下几个方面：</w:t>
      </w:r>
      <w:r>
        <w:rPr>
          <w:lang w:eastAsia="zh-CN"/>
        </w:rPr>
        <w:br/>
      </w:r>
      <w:r>
        <w:rPr>
          <w:lang w:eastAsia="zh-CN"/>
        </w:rPr>
        <w:t>　　1、加强各种政治学习，提高个人修养。</w:t>
      </w:r>
      <w:r>
        <w:rPr>
          <w:lang w:eastAsia="zh-CN"/>
        </w:rPr>
        <w:br/>
      </w:r>
      <w:r>
        <w:rPr>
          <w:lang w:eastAsia="zh-CN"/>
        </w:rPr>
        <w:t>　　2、加强业务学习，提高业务素质，提高工作质量。</w:t>
      </w:r>
      <w:r>
        <w:rPr>
          <w:lang w:eastAsia="zh-CN"/>
        </w:rPr>
        <w:br/>
      </w:r>
      <w:r>
        <w:rPr>
          <w:lang w:eastAsia="zh-CN"/>
        </w:rPr>
        <w:t>　　3、要注意学习新的技术，多动脑想办法改进工作方法。提高工作效率，在每次工作前做好准备，不打无准备之仗。加强与领导和同事之间的沟通，使领导的监督工作更为深入。</w:t>
      </w:r>
      <w:r>
        <w:rPr>
          <w:lang w:eastAsia="zh-CN"/>
        </w:rPr>
        <w:br/>
      </w:r>
      <w:r>
        <w:rPr>
          <w:lang w:eastAsia="zh-CN"/>
        </w:rPr>
        <w:t>　　以上为我个人的工作总结，希望各位领导和同事给予指教。施工员年度工作总结4</w:t>
      </w:r>
      <w:r>
        <w:rPr>
          <w:lang w:eastAsia="zh-CN"/>
        </w:rPr>
        <w:br/>
      </w:r>
      <w:r>
        <w:rPr>
          <w:lang w:eastAsia="zh-CN"/>
        </w:rPr>
        <w:t xml:space="preserve">    时光飞逝，不知不觉地度过了二十多年的建设工程施工人员的工作生涯。  我从20__年涉及建筑工程工作以来，我在项目部经过实习后担任施工人员工作，多年来从事独立的建筑工程施工人员工作，有条不紊的完成，深受项目部上下管理人员的信任。  回想起近几年施工人员工作中忙碌收获，简要总结这几年的工作 </w:t>
      </w:r>
      <w:r>
        <w:rPr>
          <w:lang w:eastAsia="zh-CN"/>
        </w:rPr>
        <w:br/>
      </w:r>
      <w:r>
        <w:rPr>
          <w:lang w:eastAsia="zh-CN"/>
        </w:rPr>
        <w:t>　　一、工程质量控制</w:t>
      </w:r>
      <w:r>
        <w:rPr>
          <w:lang w:eastAsia="zh-CN"/>
        </w:rPr>
        <w:br/>
      </w:r>
      <w:r>
        <w:rPr>
          <w:lang w:eastAsia="zh-CN"/>
        </w:rPr>
        <w:t>　　作为工程技术人员，不仅需要运用大量的专业知识，还需要现场经验和必要的业务能力支配和调整班级。</w:t>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这几年工地质量管理工作使我受益匪浅。</w:t>
      </w:r>
      <w:r>
        <w:rPr>
          <w:lang w:eastAsia="zh-CN"/>
        </w:rPr>
        <w:t xml:space="preserve"> </w:t>
      </w:r>
      <w:r>
        <w:rPr>
          <w:lang w:eastAsia="zh-CN"/>
        </w:rPr>
        <w:t xml:space="preserve"> 预先管理，预防和消除施工危险。</w:t>
      </w:r>
      <w:r>
        <w:rPr>
          <w:lang w:eastAsia="zh-CN"/>
        </w:rPr>
        <w:t xml:space="preserve"> </w:t>
      </w:r>
      <w:r>
        <w:rPr>
          <w:lang w:eastAsia="zh-CN"/>
        </w:rPr>
        <w:t xml:space="preserve"> 工程开工前，全面熟悉施工图纸，参加设计院图纸会审活动，工程实际按照国家质量检验规范的要求编制特别施工方案、质量技术提交卡，参与认真认真的领导班子的工作。</w:t>
      </w:r>
      <w:r>
        <w:rPr>
          <w:lang w:eastAsia="zh-CN"/>
        </w:rPr>
        <w:br/>
      </w:r>
      <w:r>
        <w:rPr>
          <w:lang w:eastAsia="zh-CN"/>
        </w:rPr>
        <w:t>　　做好工作监督工作，发现和纠正工程中存在的问题，全面检查工程质量，及时提出和纠正工程中发生的问题。  对特殊工程施工技术施工进行全过程跟踪检查，确保各工程合格，与项目部土建技术人员协作巡检解决混凝土浇筑过程中发生的各种情况，及时加以修改，确保各环节的施工质量标准。  通过本人的献身性职务检查和严格的质量管理，各工程环节得到公司领导的表扬，并指导兄弟项目部管理人员学习。</w:t>
      </w:r>
      <w:r>
        <w:rPr>
          <w:lang w:eastAsia="zh-CN"/>
        </w:rPr>
        <w:br/>
      </w:r>
      <w:r>
        <w:rPr>
          <w:lang w:eastAsia="zh-CN"/>
        </w:rPr>
        <w:t>　　本人事后总结分析发生的施工问题，督促工作继续改进。  每天施工结束后，对施工过程在今后容易发生的问题和施工过程中找到理想的地方，参加每周写施工日记的监理例会、项目部例会和每月业主协商会，总结如何做好工作确保实际成果，  按照不断提高个人业务水平的时间向公司提交周报、月报，认真反映现场存在的质量问题和公司需要协调解决的问题，将公司和项目部有机地结合起来。</w:t>
      </w:r>
      <w:r>
        <w:rPr>
          <w:lang w:eastAsia="zh-CN"/>
        </w:rPr>
        <w:br/>
      </w:r>
      <w:r>
        <w:rPr>
          <w:lang w:eastAsia="zh-CN"/>
        </w:rPr>
        <w:t>　　通过自身的持续学习，本人对现场施工的各个环节都有了明确的想法。本人更是兢兢业业的工作，放弃个人的休息时间，尽职尽责的检查管理，及时纠正施工中存在的问题，在本工程中做出重要贡献，受到甲方监理的认可和好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二、工程竣工图的编制</w:t>
      </w:r>
      <w:r>
        <w:rPr>
          <w:lang w:eastAsia="zh-CN"/>
        </w:rPr>
        <w:br/>
      </w:r>
      <w:r>
        <w:rPr>
          <w:lang w:eastAsia="zh-CN"/>
        </w:rPr>
        <w:t>　　熟悉现场实际施工内容，有助于将行业集团发生的变更(包括图纸审查问题、设计变更通知、工程业务联络书)内容整理成成品图。  竣工图具体反映了实际施工内容具有追溯性，为未来决算和竣工提供资料依据。</w:t>
      </w:r>
      <w:r>
        <w:rPr>
          <w:lang w:eastAsia="zh-CN"/>
        </w:rPr>
        <w:br/>
      </w:r>
      <w:r>
        <w:rPr>
          <w:lang w:eastAsia="zh-CN"/>
        </w:rPr>
        <w:t>　　三、努力学习，提高自己的修养</w:t>
      </w:r>
      <w:r>
        <w:rPr>
          <w:lang w:eastAsia="zh-CN"/>
        </w:rPr>
        <w:br/>
      </w:r>
      <w:r>
        <w:rPr>
          <w:lang w:eastAsia="zh-CN"/>
        </w:rPr>
        <w:t>　　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r>
        <w:rPr>
          <w:lang w:eastAsia="zh-CN"/>
        </w:rPr>
        <w:br/>
      </w:r>
      <w:r>
        <w:rPr>
          <w:lang w:eastAsia="zh-CN"/>
        </w:rPr>
        <w:t>　　四、不足和改善</w:t>
      </w:r>
      <w:r>
        <w:rPr>
          <w:lang w:eastAsia="zh-CN"/>
        </w:rPr>
        <w:br/>
      </w:r>
      <w:r>
        <w:rPr>
          <w:lang w:eastAsia="zh-CN"/>
        </w:rPr>
        <w:t>　　在将来的施工管理工作中。 本人也深切感受到了成功与不足的存在。  因此，在未来的工程管理工作中，我将继续认真钻研业务，谦虚学习，提高业务和外交能力，掌握更深入的知识和技术，注重项目部的人性化管理，注重员工技能的培养和集体员工之间的相互关注，有良好的企业氛围，我一定会在项目部大家庭中不断的发展进步!!!施工员年度工作总结5</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今年以来，在各位领导的正确领导下，我本着科学发展、脚踏实地的原则，在本年度的绿化养护管理工作中，不断加大管理力度，大力提高工程建设和养护管理水平，绿化工程的苗木管理水平进一步得到提高。</w:t>
      </w:r>
      <w:r>
        <w:rPr>
          <w:lang w:eastAsia="zh-CN"/>
        </w:rPr>
        <w:t xml:space="preserve"> </w:t>
      </w:r>
      <w:r>
        <w:rPr>
          <w:lang w:eastAsia="zh-CN"/>
        </w:rPr>
        <w:br/>
      </w:r>
      <w:r>
        <w:rPr>
          <w:lang w:eastAsia="zh-CN"/>
        </w:rPr>
        <w:t>　　绿化工作看似简单，实则不易，一年四季，种花栽树、剪枝除草、浇水施肥等工作都比较繁琐，而且时间性很强，需脚踏实地，锐意进取，才能使各项工作均取得进步。</w:t>
      </w:r>
      <w:r>
        <w:rPr>
          <w:lang w:eastAsia="zh-CN"/>
        </w:rPr>
        <w:br/>
      </w:r>
      <w:r>
        <w:rPr>
          <w:lang w:eastAsia="zh-CN"/>
        </w:rPr>
        <w:t>　　一、脚踏实地，尽职尽责。</w:t>
      </w:r>
      <w:r>
        <w:rPr>
          <w:lang w:eastAsia="zh-CN"/>
        </w:rPr>
        <w:br/>
      </w:r>
      <w:r>
        <w:rPr>
          <w:lang w:eastAsia="zh-CN"/>
        </w:rPr>
        <w:t>　　半年来，我认真学习公司新的规章制度，按时上下班，对自己的本职工作认真负责，绝不放过没一个细节。对领导安排的工作及时按时完成。从思想上到行动上多做到真正以公司为家，把公司的事当成自己的事去做，做到先有大家再有小家，把公司的事无论大小都当成首要大事去做，做到想公司所想，做公司所做。</w:t>
      </w:r>
      <w:r>
        <w:rPr>
          <w:lang w:eastAsia="zh-CN"/>
        </w:rPr>
        <w:br/>
      </w:r>
      <w:r>
        <w:rPr>
          <w:lang w:eastAsia="zh-CN"/>
        </w:rPr>
        <w:t>　　在绿化工程的管理工作中，在严格按照政策法规、行业规范以及建设单位对工程的要求办事的同时，我注重积累大量第一手资料，准确发现存在问题并能够在第一时间妥善解决。全方位为所属绿化工程提供直观依据，力争在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最大限度地消除安全隐患，确保职工及财产安全。</w:t>
      </w:r>
      <w:r>
        <w:rPr>
          <w:lang w:eastAsia="zh-CN"/>
        </w:rPr>
        <w:br/>
      </w:r>
      <w:r>
        <w:rPr>
          <w:lang w:eastAsia="zh-CN"/>
        </w:rPr>
        <w:t>　　二、立足本职工作，取得一定成绩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平时我不断加强自身在专业与非专业方面的学习，提高工程质量，在工程建设中依据具体情况具体分析，因地制宜的原则，并结合自身的工作经验，努力提高公共绿地的景观质量，不为了只完成任务而建设，在提高苗木成活率上下功夫，提高管理水平保证公司的经济效益。在公司同事们的共同努力下，苗木成活率有了提高。</w:t>
      </w:r>
      <w:r>
        <w:rPr>
          <w:lang w:eastAsia="zh-CN"/>
        </w:rPr>
        <w:br/>
      </w:r>
      <w:r>
        <w:rPr>
          <w:lang w:eastAsia="zh-CN"/>
        </w:rPr>
        <w:t>　　今年我主要参与施工和养护的工地主要是北外环和北辰绿洲。北外环工地今年采取突击战术，把工作紧凑化，统一拔草、浇水、打扫卫生，现北环路真在最终交接验收中。北辰绿洲工程面临的困难多，有拆迁问题、设计问题、交叉施工问题、工程进度问题、和苗木成活等问题。但北辰绿洲工作人员没有被困难吓倒，相反在困难中激发出的是我们克服困难的种种办法和解决问题的信心。思想汇报专题在公司领导的带领下，在我们坚强的意志工作中，今年春季北辰绿洲在苗木在栽植过程中取得一定成绩，得到总指挥部和公司领导的认可。共计栽植苗木16余种，其中有乔木14578株，灌木3700余株，地被35万余株、水生植物等。仅绿化共计完成工程造价21764356元。在绿化的同时我们还完成了大量的土方工程。此成绩的取得不是我自己一个人完成的，是我们整个团队团结一致，共同努力的结果，是我们卓信园林所有人的骄傲。</w:t>
      </w:r>
      <w:r>
        <w:rPr>
          <w:lang w:eastAsia="zh-CN"/>
        </w:rPr>
        <w:br/>
      </w:r>
      <w:r>
        <w:rPr>
          <w:lang w:eastAsia="zh-CN"/>
        </w:rPr>
        <w:t>　　三、回忆过去，总结经验和教训</w:t>
      </w:r>
      <w:r>
        <w:rPr>
          <w:lang w:eastAsia="zh-CN"/>
        </w:rPr>
        <w:br/>
      </w:r>
      <w:r>
        <w:rPr>
          <w:lang w:eastAsia="zh-CN"/>
        </w:rPr>
        <w:t>　　绿化的养护管理是工程建设之后对园林植物进行的长期抚育管理工作，养护管理工作的监管应把握所养护对象自身的特点，寻找最有效地途径，方法和结果不能只取其一，俗话说三分种，七分养应加以侧重，以结果为主，在养护管理上下功夫。并逐步合理编制专项施工计划，使施工成本与施工质量和公司效益达到和谐统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在养护工作中还需要区分施工与管理的区别。绿化工程施工通常具有以下特点：</w:t>
      </w:r>
      <w:r>
        <w:rPr>
          <w:lang w:eastAsia="zh-CN"/>
        </w:rPr>
        <w:br/>
      </w:r>
      <w:r>
        <w:rPr>
          <w:lang w:eastAsia="zh-CN"/>
        </w:rPr>
        <w:t>　　1、单次性。如种植一株树从挖坑、回土、扶正到上保护架等工序只进行一次后，即只完成单株树木的栽植，不再需要重复多次进行。</w:t>
      </w:r>
      <w:r>
        <w:rPr>
          <w:lang w:eastAsia="zh-CN"/>
        </w:rPr>
        <w:br/>
      </w:r>
      <w:r>
        <w:rPr>
          <w:lang w:eastAsia="zh-CN"/>
        </w:rPr>
        <w:t>　　2、工序固定性。就是在绿化工程进行过程中，各道工序开展的先后次序基本是固定的，无特殊情况没有很大的变化。</w:t>
      </w:r>
      <w:r>
        <w:rPr>
          <w:lang w:eastAsia="zh-CN"/>
        </w:rPr>
        <w:br/>
      </w:r>
      <w:r>
        <w:rPr>
          <w:lang w:eastAsia="zh-CN"/>
        </w:rPr>
        <w:t>　　3、时限性。即工程施工一般需要在一定的时限内完成，具有一定的紧迫性。绿化大好时节，仅仅在短短的几天，每种苗木的生活习性不同，其适宜栽植的时期也不同，我们要抓住适宜成活的种植时期，以提高苗木成活。</w:t>
      </w:r>
      <w:r>
        <w:rPr>
          <w:lang w:eastAsia="zh-CN"/>
        </w:rPr>
        <w:br/>
      </w:r>
      <w:r>
        <w:rPr>
          <w:lang w:eastAsia="zh-CN"/>
        </w:rPr>
        <w:t>　　而绿化养护管理工作不同于绿化工程建设，相应具有以下特点：</w:t>
      </w:r>
      <w:r>
        <w:rPr>
          <w:lang w:eastAsia="zh-CN"/>
        </w:rPr>
        <w:br/>
      </w:r>
      <w:r>
        <w:rPr>
          <w:lang w:eastAsia="zh-CN"/>
        </w:rPr>
        <w:t>　　（1）重复性、持续性。如在一个生长季内，树木的修剪要根据植物生长状况，在合理的时间内进行数次修剪；喷洒药物要根据病虫害的发生情况和规律进行随时防治，因此，多项工作往往在具体的绿化工程养护中是经常重复进行的。</w:t>
      </w:r>
      <w:r>
        <w:rPr>
          <w:lang w:eastAsia="zh-CN"/>
        </w:rPr>
        <w:br/>
      </w:r>
      <w:r>
        <w:rPr>
          <w:lang w:eastAsia="zh-CN"/>
        </w:rPr>
        <w:t>　　（2）工序不固定性。绿化工程管理工作的开展通常容易受很多因素的影响，如温度、雨水、灾害性天气等。雨水充沛，很可能两个月不用浇水，但植物生长量加大，又会增加修剪的工作量。因此，每天需要开展哪一项工作需要根据实际情况随时调节，才能合理安排人力、物力，适应植物生长的`需要，相对的机动性就很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符合其生长规律，能够促进植物健</w:t>
      </w:r>
      <w:r>
        <w:rPr>
          <w:lang w:eastAsia="zh-CN"/>
        </w:rPr>
        <w:br/>
      </w:r>
      <w:r>
        <w:rPr>
          <w:lang w:eastAsia="zh-CN"/>
        </w:rPr>
        <w:t>　　康生长即可。</w:t>
      </w:r>
      <w:r>
        <w:rPr>
          <w:lang w:eastAsia="zh-CN"/>
        </w:rPr>
        <w:br/>
      </w:r>
      <w:r>
        <w:rPr>
          <w:lang w:eastAsia="zh-CN"/>
        </w:rPr>
        <w:t>　　因此对养护管理工作的监管应与施工工程的监管区别对待，把握其自身的特点，寻找有效的控制点，发现最适合的工作途径，以使管理过程有序、合理、可操作性强，保证公司经济效益最大化。</w:t>
      </w:r>
      <w:r>
        <w:rPr>
          <w:lang w:eastAsia="zh-CN"/>
        </w:rPr>
        <w:br/>
      </w:r>
      <w:r>
        <w:rPr>
          <w:lang w:eastAsia="zh-CN"/>
        </w:rPr>
        <w:t>　　在实际养护工作中，我在早、全、细、新上下大功夫，在确保成活率的同时，尽可能的在最短的时间内达到理想的景观效果。在不得已的情况下，我们也要进行反季节栽植，反季节栽植应比平常栽植多下功夫，讲究方式方法，使其生长的自身环境与外界环境和谐统一。讲究科学，利用科学的方法提高苗木成活。</w:t>
      </w:r>
      <w:r>
        <w:rPr>
          <w:lang w:eastAsia="zh-CN"/>
        </w:rPr>
        <w:br/>
      </w:r>
      <w:r>
        <w:rPr>
          <w:lang w:eastAsia="zh-CN"/>
        </w:rPr>
        <w:t>　　由于绿化管理措施及时，有力地保证了绿化工程的质量取得了可喜成果。</w:t>
      </w:r>
      <w:r>
        <w:rPr>
          <w:lang w:eastAsia="zh-CN"/>
        </w:rPr>
        <w:br/>
      </w:r>
      <w:r>
        <w:rPr>
          <w:lang w:eastAsia="zh-CN"/>
        </w:rPr>
        <w:t>　　四、把我现在，创造未来。</w:t>
      </w:r>
      <w:r>
        <w:rPr>
          <w:lang w:eastAsia="zh-CN"/>
        </w:rPr>
        <w:br/>
      </w:r>
      <w:r>
        <w:rPr>
          <w:lang w:eastAsia="zh-CN"/>
        </w:rPr>
        <w:t>　　在绿化工作中我们更应该振奋精神，抢抓机遇，努力创造条件解决问题，谋求发展，根据具体要求，积极分解制定切合实际的工作计划，扎扎实实地抓好各方面工作，加大施工、养护工作力度。建立更加正常、良性的工作团队，创造更加和谐的工作环境。加强业务学习，以提高自身的综合素质和业务水平，从而从根本上提高管养水平，降低管养成本。我将继续保持积极的工作热情和清晰的工作思路，脚踏实地，再接再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在将来的工作中，我应该在现有专业技术水平上努力开拓创新，发挥自身优势的同时吸收先进经验，为卓信园林绿化事业的发展，发挥自己的光和热。施工员年度工作总结6</w:t>
      </w:r>
      <w:r>
        <w:rPr>
          <w:lang w:eastAsia="zh-CN"/>
        </w:rPr>
        <w:br/>
      </w:r>
      <w:r>
        <w:rPr>
          <w:lang w:eastAsia="zh-CN"/>
        </w:rPr>
        <w:t xml:space="preserve">    _大厦办公楼项目自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 </w:t>
      </w:r>
      <w:r>
        <w:rPr>
          <w:lang w:eastAsia="zh-CN"/>
        </w:rPr>
        <w:br/>
      </w:r>
      <w:r>
        <w:rPr>
          <w:lang w:eastAsia="zh-CN"/>
        </w:rPr>
        <w:t>　　今年工作情况总结：</w:t>
      </w:r>
      <w:r>
        <w:rPr>
          <w:lang w:eastAsia="zh-CN"/>
        </w:rPr>
        <w:br/>
      </w:r>
      <w:r>
        <w:rPr>
          <w:lang w:eastAsia="zh-CN"/>
        </w:rPr>
        <w:t>　　一、工程进度完成情况：</w:t>
      </w:r>
      <w:r>
        <w:rPr>
          <w:lang w:eastAsia="zh-CN"/>
        </w:rPr>
        <w:br/>
      </w:r>
      <w:r>
        <w:rPr>
          <w:lang w:eastAsia="zh-CN"/>
        </w:rPr>
        <w:t>　　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r>
        <w:rPr>
          <w:lang w:eastAsia="zh-CN"/>
        </w:rPr>
        <w:br/>
      </w:r>
      <w:r>
        <w:rPr>
          <w:lang w:eastAsia="zh-CN"/>
        </w:rPr>
        <w:t>　　二、工程进度施工过程控制总结</w:t>
      </w:r>
      <w:r>
        <w:rPr>
          <w:lang w:eastAsia="zh-CN"/>
        </w:rPr>
        <w:br/>
      </w:r>
      <w:r>
        <w:rPr>
          <w:lang w:eastAsia="zh-CN"/>
        </w:rPr>
        <w:t>　　从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r>
        <w:rPr>
          <w:lang w:eastAsia="zh-CN"/>
        </w:rPr>
        <w:br/>
      </w:r>
      <w:r>
        <w:rPr>
          <w:lang w:eastAsia="zh-CN"/>
        </w:rPr>
        <w:t>　　三、施工质量控制总结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为把_大厦办公楼项目建设成业主满意的项目，项目部全体员工认真落实工程质量目标，针对公司质量方针，承担各自的管理责任，科学实效组织施工和管理。</w:t>
      </w:r>
      <w:r>
        <w:rPr>
          <w:lang w:eastAsia="zh-CN"/>
        </w:rPr>
        <w:br/>
      </w:r>
      <w:r>
        <w:rPr>
          <w:lang w:eastAsia="zh-CN"/>
        </w:rPr>
        <w:t>　　质量是企业的生命，质量也是企业创造效益的保证，创优质工程是我项目部的宗旨，是项目部全体员工的意志。为达到预定的质量目标，在工程施工过程中，我项目部制订一套可行性的质量管理方案：</w:t>
      </w:r>
      <w:r>
        <w:rPr>
          <w:lang w:eastAsia="zh-CN"/>
        </w:rPr>
        <w:br/>
      </w:r>
      <w:r>
        <w:rPr>
          <w:lang w:eastAsia="zh-CN"/>
        </w:rPr>
        <w:t>　　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r>
        <w:rPr>
          <w:lang w:eastAsia="zh-CN"/>
        </w:rPr>
        <w:br/>
      </w:r>
      <w:r>
        <w:rPr>
          <w:lang w:eastAsia="zh-CN"/>
        </w:rPr>
        <w:t>　　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r>
        <w:rPr>
          <w:lang w:eastAsia="zh-CN"/>
        </w:rPr>
        <w:br/>
      </w:r>
      <w:r>
        <w:rPr>
          <w:lang w:eastAsia="zh-CN"/>
        </w:rPr>
        <w:t>　　②对于进入施工现场的材料都严格把关。</w:t>
      </w:r>
      <w:r>
        <w:rPr>
          <w:lang w:eastAsia="zh-CN"/>
        </w:rPr>
        <w:br/>
      </w:r>
      <w:r>
        <w:rPr>
          <w:lang w:eastAsia="zh-CN"/>
        </w:rPr>
        <w:t>　　对进场材料的数量与质量都进行进行验收与检测，对不符合质量要求的材料作退场处理(如加建部分地下室施工时，第一批次模板质量达不到要求，坚决要求其退货处理)。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r>
        <w:rPr>
          <w:lang w:eastAsia="zh-CN"/>
        </w:rPr>
        <w:br/>
      </w:r>
      <w:r>
        <w:rPr>
          <w:lang w:eastAsia="zh-CN"/>
        </w:rPr>
        <w:t>　　④合理统筹安排施工工序和交叉作业，化的节约工期，向整个项目管理团队灌输节约工期就是节约成本就是创造效益的思想，建立对施工成品保护制度，并在施工中认真贯彻落实。</w:t>
      </w:r>
      <w:r>
        <w:rPr>
          <w:lang w:eastAsia="zh-CN"/>
        </w:rPr>
        <w:br/>
      </w:r>
      <w:r>
        <w:rPr>
          <w:lang w:eastAsia="zh-CN"/>
        </w:rPr>
        <w:t>　　四、安全文明施工总结</w:t>
      </w:r>
      <w:r>
        <w:rPr>
          <w:lang w:eastAsia="zh-CN"/>
        </w:rPr>
        <w:br/>
      </w:r>
      <w:r>
        <w:rPr>
          <w:lang w:eastAsia="zh-CN"/>
        </w:rPr>
        <w:t>　　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r>
        <w:rPr>
          <w:lang w:eastAsia="zh-CN"/>
        </w:rPr>
        <w:br/>
      </w:r>
      <w:r>
        <w:rPr>
          <w:lang w:eastAsia="zh-CN"/>
        </w:rPr>
        <w:t>　　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施工员年度工作总结7</w:t>
      </w:r>
      <w:r>
        <w:rPr>
          <w:lang w:eastAsia="zh-CN"/>
        </w:rPr>
        <w:br/>
      </w:r>
      <w:r>
        <w:rPr>
          <w:lang w:eastAsia="zh-CN"/>
        </w:rPr>
        <w:t xml:space="preserve">  </w:t>
      </w:r>
      <w:r>
        <w:rPr>
          <w:lang w:eastAsia="zh-CN"/>
        </w:rPr>
        <w:t xml:space="preserve"> </w:t>
      </w:r>
    </w:p>
    <w:p w:rsidR="001B1F19" w14:textId="27C3F48A">
      <w:pPr>
        <w:rPr>
          <w:rFonts w:hint="eastAsia"/>
          <w:lang w:eastAsia="zh-CN"/>
        </w:rPr>
      </w:pPr>
      <w:r>
        <w:rPr>
          <w:lang w:eastAsia="zh-CN"/>
        </w:rPr>
        <w:t xml:space="preserve"> 时光飞逝，我进公司已经一年了，这一年我在__X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r>
        <w:rPr>
          <w:lang w:eastAsia="zh-CN"/>
        </w:rPr>
        <w:t xml:space="preserve"> </w:t>
      </w:r>
      <w:r>
        <w:rPr>
          <w:lang w:eastAsia="zh-CN"/>
        </w:rPr>
        <w:br/>
      </w:r>
      <w:r>
        <w:rPr>
          <w:lang w:eastAsia="zh-CN"/>
        </w:rPr>
        <w:t>　　一、对于施工员，自己必须先对每天的工作内容有掌握，对每天施工的技术要求和施工工艺熟练掌握，这样在现场的管理和协调中才能更好的处理。</w:t>
      </w:r>
      <w:r>
        <w:rPr>
          <w:lang w:eastAsia="zh-CN"/>
        </w:rPr>
        <w:br/>
      </w:r>
      <w:r>
        <w:rPr>
          <w:lang w:eastAsia="zh-CN"/>
        </w:rPr>
        <w:t>　　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匪浅。</w:t>
      </w:r>
      <w:r>
        <w:rPr>
          <w:lang w:eastAsia="zh-CN"/>
        </w:rPr>
        <w:br/>
      </w:r>
      <w:r>
        <w:rPr>
          <w:lang w:eastAsia="zh-CN"/>
        </w:rPr>
        <w:t>　　二、结构施工的时候要考虑到装修施工，以免到时候遇到很多因结构施工考虑不全造成的麻烦，考虑周全可以省去处理结构问题的时间，缩短工期节约成本。</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https://d.book118.com/677063025006006054</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77063025006006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