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学生会外联部个人总结范本（32篇）</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学生会外联部个人总结范本（通用32篇）</w:t>
      </w:r>
      <w:r>
        <w:rPr>
          <w:lang w:eastAsia="zh-CN"/>
        </w:rPr>
        <w:br/>
      </w:r>
      <w:r>
        <w:rPr>
          <w:lang w:eastAsia="zh-CN"/>
        </w:rPr>
        <w:t xml:space="preserve">    学生会外联部个人总结范本 篇1 </w:t>
      </w:r>
      <w:r>
        <w:rPr>
          <w:lang w:eastAsia="zh-CN"/>
        </w:rPr>
        <w:br/>
      </w:r>
      <w:r>
        <w:rPr>
          <w:lang w:eastAsia="zh-CN"/>
        </w:rPr>
        <w:t>　　首先我要感谢护理学院健心园的老师和同学，是他们给了我这个机会，让我透过初试、复试的层层选拔，进入护理学院健心园外联部这个舞台锻炼。在外联部这一段时间里，我的确学会了很多，从当初进来的几近一无所知到此刻，我积累了许多的工作经验，但也发现了自身的一些缺陷，需要不断的改善来使自己成长。</w:t>
      </w:r>
      <w:r>
        <w:rPr>
          <w:lang w:eastAsia="zh-CN"/>
        </w:rPr>
        <w:br/>
      </w:r>
      <w:r>
        <w:rPr>
          <w:lang w:eastAsia="zh-CN"/>
        </w:rPr>
        <w:t>　　前段时间我们的护理学院健心园举办了一系列活动，让我从最初的不明白自己该做什么到之后的用心参与，努力的为护理学院健心园工作尽自己的一份力，不仅仅学习到更好的工作经验，也充实了自己在课余的生活。但也有遗憾的，有些活动因为自己有事而不能参加，真的觉得抱歉和可惜。</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外联工作是一个精细复杂的工作，应对的对象是复杂的，所作的事情是琐碎的，需要极大的耐心及极大的热诚，在外联部的我将会尽可能的发挥自身的作用与伙伴们一齐努力做到。记得出去拉外联时，我们大家各尽己力，应对赞助商我们面带微笑。但遇到的结果却有很多种。有被很客气的拒绝的、有被店主很冷淡对待的、有被说会思考等通知的。虽然没有遇到商家的个性刁难，但是还是很遗憾的，没有拉成功。在与商家商谈时觉得自己讲不到商家要的重点。发现自身的经验还不够足，做事还不够细致。觉得我们都缺少信心和经验，就应增加一些自信，要多总结失败的原因，任何时候都不放下，相信自己必须能够。告诉自己万事开头难，第一步总是艰难的，但这些都不能成为阻碍。期望吸取前面的经验，调整好心态，争取下次取得成功。</w:t>
      </w:r>
      <w:r>
        <w:rPr>
          <w:lang w:eastAsia="zh-CN"/>
        </w:rPr>
        <w:br/>
      </w:r>
      <w:r>
        <w:rPr>
          <w:lang w:eastAsia="zh-CN"/>
        </w:rPr>
        <w:t>　　在外联我一点点的学习着，也一点点的进步着，虽然处事的经验还不是那么的丰富，思考事情的方面也不是那么的周全，但我相信随着时间的积累和不断的学习，对于今后的工作我肯定会更加的充满信心。我也会怀着用心向上的良好态度和精神一向努力工作。</w:t>
      </w:r>
      <w:r>
        <w:rPr>
          <w:lang w:eastAsia="zh-CN"/>
        </w:rPr>
        <w:br/>
      </w:r>
      <w:r>
        <w:rPr>
          <w:lang w:eastAsia="zh-CN"/>
        </w:rPr>
        <w:t xml:space="preserve">    学生会外联部个人总结范本 篇2 </w:t>
      </w:r>
      <w:r>
        <w:rPr>
          <w:lang w:eastAsia="zh-CN"/>
        </w:rPr>
        <w:br/>
      </w:r>
      <w:r>
        <w:rPr>
          <w:lang w:eastAsia="zh-CN"/>
        </w:rPr>
        <w:t>　　在学生会里，外联部的工作让我学会了很多东西，也使我意识到了自己还需要充实。</w:t>
      </w:r>
      <w:r>
        <w:rPr>
          <w:lang w:eastAsia="zh-CN"/>
        </w:rPr>
        <w:br/>
      </w:r>
      <w:r>
        <w:rPr>
          <w:lang w:eastAsia="zh-CN"/>
        </w:rPr>
        <w:t>　　随着工作开展时间的延长，我接触的人日益增多，了解的视野逐渐丰富，我看待问题的角度就在于不同的人的接触中不断全面，我处理问题的方式也在对不同的了解中渐渐成熟。</w:t>
      </w:r>
      <w:r>
        <w:rPr>
          <w:lang w:eastAsia="zh-CN"/>
        </w:rPr>
        <w:br/>
      </w:r>
      <w:r>
        <w:rPr>
          <w:lang w:eastAsia="zh-CN"/>
        </w:rPr>
        <w:t>　　这次我们系里的电脑小报设计比赛，我们部门没有拉到赞助，这里，我真的感到很遗憾，毕竟我系的活动并不多。</w:t>
      </w:r>
      <w:r>
        <w:rPr>
          <w:lang w:eastAsia="zh-CN"/>
        </w:rPr>
        <w:br/>
      </w:r>
      <w:r>
        <w:rPr>
          <w:lang w:eastAsia="zh-CN"/>
        </w:rPr>
        <w:t>　　不过其实对于拉赞助，拉得到是的，但是如果拉不到，我们在也可以从中学习如何走近这个社会，如何更好地与人沟通和尝试着说服别人。</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还有在这里，我还想为一件事情道歉。就是我们系的活动的海报的事情。是我没有尽到责任，把海报的尺寸落实到位，以致出现了很大的偏差。</w:t>
      </w:r>
      <w:r>
        <w:rPr>
          <w:lang w:eastAsia="zh-CN"/>
        </w:rPr>
        <w:br/>
      </w:r>
      <w:r>
        <w:rPr>
          <w:lang w:eastAsia="zh-CN"/>
        </w:rPr>
        <w:t>　　我们部门的新干都很团结，很融洽，并且他们都很懂得关心他人。在我病的时候，他们都会陪我去买药，夜晚时还帮我把煎好的药从很远的地方拿回我宿舍，这些一点一滴，我真的很感动。他们在工作上也十分有热情，也十分尽责。</w:t>
      </w:r>
      <w:r>
        <w:rPr>
          <w:lang w:eastAsia="zh-CN"/>
        </w:rPr>
        <w:br/>
      </w:r>
      <w:r>
        <w:rPr>
          <w:lang w:eastAsia="zh-CN"/>
        </w:rPr>
        <w:t>　　系里和部门里的工作使我更加成熟，它赋予我的交际能力将有益于我的一生，对于我今后的工作和学习都将起到巨大的指引和辅助作用。</w:t>
      </w:r>
      <w:r>
        <w:rPr>
          <w:lang w:eastAsia="zh-CN"/>
        </w:rPr>
        <w:br/>
      </w:r>
      <w:r>
        <w:rPr>
          <w:lang w:eastAsia="zh-CN"/>
        </w:rPr>
        <w:t>　　用心去做好每一件事，我相信，年轻没有失败。</w:t>
      </w:r>
      <w:r>
        <w:rPr>
          <w:lang w:eastAsia="zh-CN"/>
        </w:rPr>
        <w:br/>
      </w:r>
      <w:r>
        <w:rPr>
          <w:lang w:eastAsia="zh-CN"/>
        </w:rPr>
        <w:t xml:space="preserve">    学生会外联部个人总结范本 篇3 </w:t>
      </w:r>
      <w:r>
        <w:rPr>
          <w:lang w:eastAsia="zh-CN"/>
        </w:rPr>
        <w:br/>
      </w:r>
      <w:r>
        <w:rPr>
          <w:lang w:eastAsia="zh-CN"/>
        </w:rPr>
        <w:t>　　年初，当我们来到外联部时，对这个组织充满着期许。我们似乎还能回想起还是温暖的春天的时候，外联部的孩子们聚在学生会的活动室，畅谈自己加入外联部的原因，和对外联的期望。而今已是寒冬，我们最后一次在108开会时，暖气使得室内有如春日一般。不到一年时间，我们虽然不敢说我们做得完美无缺，但我们可以很自豪地说：我们尽力做到了最棒的外联。</w:t>
      </w:r>
      <w:r>
        <w:rPr>
          <w:lang w:eastAsia="zh-CN"/>
        </w:rPr>
        <w:br/>
      </w:r>
      <w:r>
        <w:rPr>
          <w:lang w:eastAsia="zh-CN"/>
        </w:rPr>
        <w:t>　　一、前辈的足迹</w:t>
      </w:r>
      <w:r>
        <w:rPr>
          <w:lang w:eastAsia="zh-CN"/>
        </w:rPr>
        <w:br/>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刚来到外联时，我们翻看着外联的前辈们留下的年鉴，深感学长学姐们期望的殷切，深知我们肩头担负的责任。而今我们也将离去，也将被后人们视为前辈，我们写下的文字也将被后来的学弟学妹们视若珍宝。因此，我们有必要在在历数这一年的工作前，先回眸前辈们的足迹，期望能大体描绘出外联部发展的轮廓，从而为它构想出一个更美好的未来。</w:t>
      </w:r>
      <w:r>
        <w:rPr>
          <w:lang w:eastAsia="zh-CN"/>
        </w:rPr>
        <w:br/>
      </w:r>
      <w:r>
        <w:rPr>
          <w:lang w:eastAsia="zh-CN"/>
        </w:rPr>
        <w:t>　　20__年的外联部并不是以“部”命名的，当时它叫做“外联组”，组长是生23的段。彼时他们的活动还不多，写在年鉴上的仅仅三个：中秋灯谜会、学生节和化妆会。纵观一年的工作，他们仅仅拉到了学生节的化妆赞助。因此，组长段黎曙在总结中直言不讳道：“想到自己当时豪气万丈的样子，及如今饱经风霜，受尽打击后的现实与无奈，除了惭愧还是惭愧。”尽管如此，他“仍然庆幸自己加入了学生会这个大家庭，在这里，结识了如此之多热情，才华洋溢的学生干部，学习到别人思考问题的角度及对工作的责任心，体会到在互相鼓励扶持中度过难关的感动，更加看清了自己的不足并在大家微笑的鼓舞下去改进!408，或许在我狂写作业时，是不太情愿去的地方，但在我的记忆中，将会铭记1号楼408敞开的门中透出的灯光，及期间不时传出大家的笑声……”——这或许是我们更为看重的地方。对于我们而言，赞助的多少只是形式，更重要的是，我们在其中收获了欢乐，收获了成长——成长本身，比一切都更有力量，更加动人。</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20__的外联组，组长是梁筠(生33)和赵晨(生36)，但是组员比04年少了不少。短短600字的总结，远算不上华美，具体的工作与拉到的赞助也不很清晰，但我们可以清楚地看到总结者敲打那份文字时的自豪。与04年相比，05年的外联组承担了较多的活动，包括学生节、院士论坛，以及与兄弟学校、院系的交流，拉到的赞助也比04年多了一些。</w:t>
      </w:r>
      <w:r>
        <w:rPr>
          <w:lang w:eastAsia="zh-CN"/>
        </w:rPr>
        <w:br/>
      </w:r>
      <w:r>
        <w:rPr>
          <w:lang w:eastAsia="zh-CN"/>
        </w:rPr>
        <w:t>　　20__年是外联部颇为进步的一年，这一年，外联部的名称从“外联组”成了“外联部”，与此同时，外联部的活动数和赞助数也有较大提高。在那份细致的总结中，我们可以看到部长肖伟(生41)、张景峰(生41)、周丽君(生42)的喜悦和自豪。那一年，他们“实现了拉赞助的突破”：“一学年内共为学生会争取了4000元的活动经费”，以及学生节的化妆赞助;同时，他们积极地与协和以及外校联谊。总结中动情地写道：“今年的重大突破离不开每一位干事的辛勤工作。虽然令我们痛心的失败例子太多，虽然我们碰的钉子太多，但大家都没有放弃。终于，在我们下任的时候，我们可以欣慰地告诉自己，我们没有白干，我们总算为学生会尽了力，为生物系的学生活动做出了我们所能的最大贡献。”——于今读来，我们仍能感到那股生气，那股激情。</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20__年，外联部有了分管副主席：生43的万里玲，同时设有三位部长(其中一位只工作了一个学期)。在那份迄今为止最为详尽的总结中，总结者静静地列数了每一个时间节点他们所做的工作，从容而细致。一年下来，他们做了比以往任何一届都多得多的工作，虽然常常伴有失败，但仍有不少取得了成功。总结中写道：“我们几乎没有哪一段时间没有工作，忙，似乎是外联工作的一大特色。而一边忙一边受打击就应该是外联工作的主要特色了，常常地，我们用心地准备策划、用心地去和对方沟通，最终却无功而返，心中的失落难以言说。”同时，又赞美了“外联的所有同学”，因为“大家一直在努力，从未停步”。最后，总结人花了近20__字谈了做外联后的收获以及对后辈们的期望，让我们深受激励和鼓舞。</w:t>
      </w:r>
      <w:r>
        <w:rPr>
          <w:lang w:eastAsia="zh-CN"/>
        </w:rPr>
        <w:br/>
      </w:r>
      <w:r>
        <w:rPr>
          <w:lang w:eastAsia="zh-CN"/>
        </w:rPr>
        <w:t>　　20__年的外联部在体制上并没有太大的变化，内部运作更加成熟。总结人将更多的笔墨放在了人员锻炼上，充分体现了学生会“干部之桥”的功能。</w:t>
      </w:r>
      <w:r>
        <w:rPr>
          <w:lang w:eastAsia="zh-CN"/>
        </w:rPr>
        <w:br/>
      </w:r>
      <w:r>
        <w:rPr>
          <w:lang w:eastAsia="zh-CN"/>
        </w:rPr>
        <w:t>　　20__年以前的外联部，由于没有年鉴等资料，已经难以考究了。但是我们可以想象外联组建之初，乃至施一公老师的第一届学生会组建之初的情形。那一路的筚路蓝缕，在鞭策着我们这些后继者们，不负前辈们的期望，开拓更大的场面。</w:t>
      </w:r>
      <w:r>
        <w:rPr>
          <w:lang w:eastAsia="zh-CN"/>
        </w:rPr>
        <w:br/>
      </w:r>
      <w:r>
        <w:rPr>
          <w:lang w:eastAsia="zh-CN"/>
        </w:rPr>
        <w:t>　　年初，我们刚来到这个舞台，也抱着同样的“开创大场面”的期望。任期结束，我们不敢说，我们开创了一个前无古人的大场面，但我们可以自豪地说，我们可以在外联部的历史上留下厚重的一笔，因为我们有着卓越的追求，以及为此付出的种.种努力。</w:t>
      </w:r>
      <w:r>
        <w:rPr>
          <w:lang w:eastAsia="zh-CN"/>
        </w:rPr>
        <w:br/>
      </w:r>
      <w:r>
        <w:rPr>
          <w:lang w:eastAsia="zh-CN"/>
        </w:rPr>
        <w:t>　　现在，我们希望你也能“开创大场面”。</w:t>
      </w:r>
      <w:r>
        <w:rPr>
          <w:lang w:eastAsia="zh-CN"/>
        </w:rPr>
        <w:br/>
      </w:r>
      <w:r>
        <w:rPr>
          <w:lang w:eastAsia="zh-CN"/>
        </w:rPr>
        <w:t>　　这个“大场面”，未必是豪华的赞助，可以是任何的创新，或者旧有制度的完善。</w:t>
      </w:r>
      <w:r>
        <w:rPr>
          <w:lang w:eastAsia="zh-CN"/>
        </w:rPr>
        <w:br/>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譬如，我们期望你们能从外联生活中学习到更多，尤其是待人接物之道;譬如，我们希望你们能完善始于我们的赞助商表，并能在节庆日给予他们问候和祝福;譬如，我们希望你们能将外联的成员们合理地分组，合理地锻炼;譬如，我们希望你们能考虑每一个成员的未来，并对在道路上扶持自己的人们心存感激;譬如，我们希望后继的部长们能不仅仅是位领导，更是一位领袖，能用自己的价值观感染每一个成员。</w:t>
      </w:r>
      <w:r>
        <w:rPr>
          <w:lang w:eastAsia="zh-CN"/>
        </w:rPr>
        <w:br/>
      </w:r>
      <w:r>
        <w:rPr>
          <w:lang w:eastAsia="zh-CN"/>
        </w:rPr>
        <w:t xml:space="preserve">    学生会外联部个人总结范本 篇4 </w:t>
      </w:r>
      <w:r>
        <w:rPr>
          <w:lang w:eastAsia="zh-CN"/>
        </w:rPr>
        <w:br/>
      </w:r>
      <w:r>
        <w:rPr>
          <w:lang w:eastAsia="zh-CN"/>
        </w:rPr>
        <w:t>　　今天，我很荣幸站在这里，代表西建大华清学院学生会外联部，来做一学年的工作总结，我的内心是充实、欣慰和骄傲的。</w:t>
      </w:r>
      <w:r>
        <w:rPr>
          <w:lang w:eastAsia="zh-CN"/>
        </w:rPr>
        <w:br/>
      </w:r>
      <w:r>
        <w:rPr>
          <w:lang w:eastAsia="zh-CN"/>
        </w:rPr>
        <w:t>　　自从我第七届院学生会成立以来，外联部的工作就马不停蹄的开展起来了。很多人会认为外联的工作很神秘，因为作为组织的窗口部门，外联部有更多的机会，去接触校门以外的世界，有更多的机会与真正的社会做零距离的接触，而这正是身在大学象牙塔的我们所期待的。也有人认为外联部的工作很简单，就是拉赞助拉资源而已，没错，外联部的工作确实很简单，只不过是在周末的早上，当同宿舍的舍友还在睡懒觉的时候，自己已经洗漱完毕，准备前往某地与商家谈合作，谈发展;外联部的工作确实很简单，只不过是当别的同学在操场上挥洒汗水的时候，自己还在外面风吹日晒，并且在口干舌燥的迎来一个个白脸之后，还要强打精神，面带微笑的前往下一个目的地;外联部的工作确实很简单，只不过是在成功的做好一次外联活动后，只能短暂的兴奋一会，然后又得紧接着继续做下面的工作，因为还有很多活动在焦急的等待社会的资源。外联的工作无止境，外联的人义不容辞。</w:t>
      </w:r>
      <w:r>
        <w:rPr>
          <w:lang w:eastAsia="zh-CN"/>
        </w:rPr>
        <w:br/>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一年以来，我很高兴的看到整个外联部，这台高速运转的机器，正常有序的工作着。__学年度，我院学生会外联部，不论是从工作影响，还是工作业绩上来讲，都是历年来最好的。并且我们在稳中寻求突破，在巩固原有资源的基础上，积极探索新的资源，创新工作方式与内部建设。例如上半学期的校园十大歌手比赛，不管是从宣传方式，还是从宣传效果上，都与以往的有了很大的改进与突破，更可喜的是，最后的结果是三赢的，参赛选手和观众都评价此次比赛质量很高，宣传亮点颇多，赞助商家对达到的宣传效果也是认可的，最后我院学生会的活动影响也得到更一进步的深入;再例如，下半学期的第四届校园模拟招聘会，此次模拟招聘会的评委质量较第三届有了很大的提升，在面试环节方面，亮点主要有二，第一点是将无领导小组讨论环节真正的在复试阶段得以实现，第二，是新增了爱心劝募活动，真正的将模拟招聘会，将我院会的活动做到了校外，并发出倡导，那就是即将成为职场面试者的我们应具备一颗公益之心，此次第四届模拟招聘会的圆满结束，赢得了很好的口碑，取得了更广泛的影响。当然，在这一年的工作中，我们也有很多不足，例如在部门间配合上存在沟通不畅的问题，再例如在工作中，与老师的沟通还不够及时，导致了一些不必要的浪费。对于这些不足，我们都在及时的纠正和调整中。</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最后着重要说的是，我院学生会外联部，一直将部内建设工作视为重中之重，因为我们始终认为，只有将部内建设做好了，这样才能取得好的成绩，成绩从来都是水到渠成的。外联部是一个团队，熟悉外联的人都知道，在外联工作中最忌讳的就是单兵作战，因为当一个人，面对困难和挫折的时候，当他意识到身后有一个这样的团队在支撑着他的时候，那种鼓舞所带给他的力量，是难以用语言表达的，我很庆幸我有这样的一个团队。外联部是一个家，家里的每名成员都在一心一意的为这个家添砖加瓦，第七届院学生会外联部，在重重高压，各种困难和挫折之下，走到了今天，无一人退部。我相信，这个家里的每一名成员，不管走到哪里，都会带着自豪与骄傲，因为他们都有这样一个家，有这样一帮兄弟姐妹。</w:t>
      </w:r>
      <w:r>
        <w:rPr>
          <w:lang w:eastAsia="zh-CN"/>
        </w:rPr>
        <w:br/>
      </w:r>
      <w:r>
        <w:rPr>
          <w:lang w:eastAsia="zh-CN"/>
        </w:rPr>
        <w:t>　　外联部有一个七字的部训：感恩、宽容、责任心，记得一年前我刚进部的时候，一位学长告诉我说，这七个字如果时刻记在心中，每一年都会有不同的理解，当时的我什么都不懂，不明白这七个字的厚度，而现在的我，对这七个字的理解的确更深了一步，正是这沉甸甸的七个字，将我们外联部拧成一股绳，继而成为了院学生会中最具有战斗力的团队之一。</w:t>
      </w:r>
      <w:r>
        <w:rPr>
          <w:lang w:eastAsia="zh-CN"/>
        </w:rPr>
        <w:br/>
      </w:r>
      <w:r>
        <w:rPr>
          <w:lang w:eastAsia="zh-CN"/>
        </w:rPr>
        <w:t>　　最后还要感谢几个人，首先是白艳老师，其实刚开始不熟悉您的时候，我和赫东一样，对您是畏惧的，后来随着在工作中的接触越来越多，我发现您原来是个亲切可爱的老师，在这里我代表外联部向您说声谢谢，感谢您一直以来对我们工作的支持和理解;其次，还要感谢赵楼，在我心里你一直是我的部长，你教会了我很多，你是我上大学以来，第一个影响我很深的人，谢谢你;最后，我要感谢外联部其他十五名成员，其实我不知道我具体教会你们什么，但是我很清楚你们教会了我什么，谢谢你们!</w:t>
      </w:r>
      <w:r>
        <w:rPr>
          <w:lang w:eastAsia="zh-CN"/>
        </w:rPr>
        <w:br/>
      </w:r>
      <w:r>
        <w:rPr>
          <w:lang w:eastAsia="zh-CN"/>
        </w:rPr>
        <w:t>　　以上，便是我的一年来的工作总结，谢谢大家!</w:t>
      </w:r>
      <w:r>
        <w:rPr>
          <w:lang w:eastAsia="zh-CN"/>
        </w:rPr>
        <w:br/>
      </w:r>
      <w:r>
        <w:rPr>
          <w:lang w:eastAsia="zh-CN"/>
        </w:rPr>
        <w:t xml:space="preserve">    学生会外联部个人总结范本 篇5 </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转眼间一学期又即将过去，外联部通过纳新又有新的成员进入这个充满乐趣和挑战性的集体。此次新组建的干部队伍全部是大一的学生。外联部的主要工作在于拉赞助，解决学生会工作经费问题，以及活动所需要的奖品，和学生工作办公室的物品的采购经费。对于一个团体来说，资金是各部活动的基础，在这个层面上说，外联部工作做得好坏与否，对整个学生的工作会产生一定的影响。外联部与其他各部一样，是隶属于学生会的相互协调的部门，这就决定了外联部的工作离不开各个部门以及主席团的配合与支持!</w:t>
      </w:r>
      <w:r>
        <w:rPr>
          <w:lang w:eastAsia="zh-CN"/>
        </w:rPr>
        <w:br/>
      </w:r>
      <w:r>
        <w:rPr>
          <w:lang w:eastAsia="zh-CN"/>
        </w:rPr>
        <w:t>　　感谢自律会为我们组织的讲座需提供了良好的秩序和宣传部为我们搞到的赞助出板报或宣传板，以及整个学生会成员支持我们对赞助商的宣传工作!同时，外联部也只有积极配合其他部门以及主席团的工作，才能使整个学生会的工作正常运转起来。本学期外联部对所拉到的赞助作如下总结：</w:t>
      </w:r>
      <w:r>
        <w:rPr>
          <w:lang w:eastAsia="zh-CN"/>
        </w:rPr>
        <w:br/>
      </w:r>
      <w:r>
        <w:rPr>
          <w:lang w:eastAsia="zh-CN"/>
        </w:rPr>
        <w:t>　　1、外联部的工作应该是长期性，持续性的。在平时就密切注意一些与同学们相关的厂商，发掘潜在的赞助商，发挥外联部口才比较好的同学。洞察潜在赞助商的合作意向，及时收集信息。开展在同学中的调查，了解同学们的利益所在和共同需要，并以两者的结合点为出发点与同学及赞助商进行双向沟通。</w:t>
      </w:r>
      <w:r>
        <w:rPr>
          <w:lang w:eastAsia="zh-CN"/>
        </w:rPr>
        <w:br/>
      </w:r>
      <w:r>
        <w:rPr>
          <w:lang w:eastAsia="zh-CN"/>
        </w:rPr>
        <w:t>　　2、在11月29日，文艺部会主办的迎第20__届新生晚会，在此期间我们外联部为其拉到蒙牛冠名赞助。</w:t>
      </w:r>
      <w:r>
        <w:rPr>
          <w:lang w:eastAsia="zh-CN"/>
        </w:rPr>
        <w:br/>
      </w:r>
      <w:r>
        <w:rPr>
          <w:lang w:eastAsia="zh-CN"/>
        </w:rPr>
        <w:t>　　3、为了发展11届学生的各方面的能力，近期各个部门和社团会开展一系列活动，在此期间需要比赛的奖品等，我们外联部积极配合了各部门活动，为其活动所拉到的赞助如下：</w:t>
      </w:r>
      <w:r>
        <w:rPr>
          <w:lang w:eastAsia="zh-CN"/>
        </w:rPr>
        <w:br/>
      </w:r>
      <w:r>
        <w:rPr>
          <w:lang w:eastAsia="zh-CN"/>
        </w:rPr>
        <w:t>　　(1)为文艺部组织的卡拉OK歌手大赛拉到丝歌美发沙龙赞助。</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(2)为权益部组织的叠被大赛中拉到金玲珑美发沙龙赞助。</w:t>
      </w:r>
      <w:r>
        <w:rPr>
          <w:lang w:eastAsia="zh-CN"/>
        </w:rPr>
        <w:br/>
      </w:r>
      <w:r>
        <w:rPr>
          <w:lang w:eastAsia="zh-CN"/>
        </w:rPr>
        <w:t>　　(3)为信息部组织的计算机基础大赛拉到咖啡小馆赞助。等等。</w:t>
      </w:r>
      <w:r>
        <w:rPr>
          <w:lang w:eastAsia="zh-CN"/>
        </w:rPr>
        <w:br/>
      </w:r>
      <w:r>
        <w:rPr>
          <w:lang w:eastAsia="zh-CN"/>
        </w:rPr>
        <w:t>　　4、工作漏洞的补充。例如在拉赞助的时候存在一个弊端那就是拉赞助的人总是那几个，这样就导致了某几个人会很累，而其他人却很闲。在这学期的工作中我们积极补缺漏洞!</w:t>
      </w:r>
      <w:r>
        <w:rPr>
          <w:lang w:eastAsia="zh-CN"/>
        </w:rPr>
        <w:br/>
      </w:r>
      <w:r>
        <w:rPr>
          <w:lang w:eastAsia="zh-CN"/>
        </w:rPr>
        <w:t>　　以上为外联部的一些工作设想，在具体实施过程中，由于各种因素的影响，也许会有一些变更与调整。相信这界学生会主席团、各部门一定会给予外联部各方面的支持，共同把外联工作做好。一切让事实说话。</w:t>
      </w:r>
      <w:r>
        <w:rPr>
          <w:lang w:eastAsia="zh-CN"/>
        </w:rPr>
        <w:br/>
      </w:r>
      <w:r>
        <w:rPr>
          <w:lang w:eastAsia="zh-CN"/>
        </w:rPr>
        <w:t xml:space="preserve">    学生会外联部个人总结范本 篇6 </w:t>
      </w:r>
      <w:r>
        <w:rPr>
          <w:lang w:eastAsia="zh-CN"/>
        </w:rPr>
        <w:br/>
      </w:r>
      <w:r>
        <w:rPr>
          <w:lang w:eastAsia="zh-CN"/>
        </w:rPr>
        <w:t>　　一、本月</w:t>
      </w:r>
      <w:r>
        <w:rPr>
          <w:lang w:eastAsia="zh-CN"/>
        </w:rPr>
        <w:br/>
      </w:r>
      <w:r>
        <w:rPr>
          <w:lang w:eastAsia="zh-CN"/>
        </w:rPr>
        <w:t>　　1：我部门周长乐、刘群参加一年制及中专部同学的军训汇演，并在表现良好。刘群作为新成员，能在炎热的太阳下站两个小时，的确不错。而且他做事态度端正，做到守时、守信、守约，这个正是我们学生会要求的！值得所有成员学习！</w:t>
      </w:r>
      <w:r>
        <w:rPr>
          <w:lang w:eastAsia="zh-CN"/>
        </w:rPr>
        <w:br/>
      </w:r>
      <w:r>
        <w:rPr>
          <w:lang w:eastAsia="zh-CN"/>
        </w:rPr>
        <w:t>　　2：为了给新成员团购西装，本部门成员在白马服装城联系商家，和商家进行谈判，将价格降到最低，终于和商家达成一致，以每套西装加件白衬衣160元的价格出售给我们。我部门成员利用周末时间在白马服装城在一家又一家的服装店奔跑，放弃自己的休息时间，这种精神值得我们所有成员学习，不管在工作、学习上都应该如此。在此我感谢我部门的成员，希望他们在今后的工作上再接再厉！再创佳绩！</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3：在招新之后，我们肯定要给新成员定做文化衫，为新成员定做文化衫由我外联部负责，本任务由我部门的高定坤负责。经过他的不懈努力，终于为新成员联系好商家，为我们定做文化衫，今年的文化衫质量比以前的好，每件25元。这是我部门新成员第一次和商家合作，可以看出高定坤同学用了心，希望他在以后的工作中继续保持这种努力的工作态度，为我部门的发展做出贡献！</w:t>
      </w:r>
      <w:r>
        <w:rPr>
          <w:lang w:eastAsia="zh-CN"/>
        </w:rPr>
        <w:br/>
      </w:r>
      <w:r>
        <w:rPr>
          <w:lang w:eastAsia="zh-CN"/>
        </w:rPr>
        <w:t>　　4：在成考之后，我们学生会迎来20__届秋季新生，在此活动前，我部门李贺为学生会室外拓展训练拉了一条横幅，这是我部门新成员的第一次赞助，虽说是一条横幅，但是却是他的努力结果。衷心希望他在今后工作中继续努力，取得更好的`业绩！</w:t>
      </w:r>
      <w:r>
        <w:rPr>
          <w:lang w:eastAsia="zh-CN"/>
        </w:rPr>
        <w:br/>
      </w:r>
      <w:r>
        <w:rPr>
          <w:lang w:eastAsia="zh-CN"/>
        </w:rPr>
        <w:t>　　5：听说我网工系学生会即将举办展望杯篮球赛，我部门也赶紧联系商家，还是我部门李贺同学拉到一条横幅，由于时间关系，没有为活动拿到奖品赞助，但是，我们可以继续努力，我想我们部门是可以的！</w:t>
      </w:r>
      <w:r>
        <w:rPr>
          <w:lang w:eastAsia="zh-CN"/>
        </w:rPr>
        <w:br/>
      </w:r>
      <w:r>
        <w:rPr>
          <w:lang w:eastAsia="zh-CN"/>
        </w:rPr>
        <w:t>　　6：为了发展我部门，我部门成立了业务员小组，利用周六周末去跑业务，联系商家。希望我部门在以后的工作中得到发展，得到壮大！</w:t>
      </w:r>
      <w:r>
        <w:rPr>
          <w:lang w:eastAsia="zh-CN"/>
        </w:rPr>
        <w:br/>
      </w:r>
      <w:r>
        <w:rPr>
          <w:lang w:eastAsia="zh-CN"/>
        </w:rPr>
        <w:t>　　7：在十月十六号送成考中，我部门所有成员积极，没有出现迟到、早退现象，而且提前到场，希望他们在今后工作中保持这种工作作风，积极参加学生会的各种工作，以最初的心，做永远的事！</w:t>
      </w:r>
      <w:r>
        <w:rPr>
          <w:lang w:eastAsia="zh-CN"/>
        </w:rPr>
        <w:br/>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8：文化衫的价格最终确定下来，我部门主要负责文化衫费用的收集，多数部门的费用已经交齐，请各个部门部长赶紧收齐本部门费用。</w:t>
      </w:r>
      <w:r>
        <w:rPr>
          <w:lang w:eastAsia="zh-CN"/>
        </w:rPr>
        <w:br/>
      </w:r>
      <w:r>
        <w:rPr>
          <w:lang w:eastAsia="zh-CN"/>
        </w:rPr>
        <w:t>　　二、今后的工作计划</w:t>
      </w:r>
      <w:r>
        <w:rPr>
          <w:lang w:eastAsia="zh-CN"/>
        </w:rPr>
        <w:br/>
      </w:r>
      <w:r>
        <w:rPr>
          <w:lang w:eastAsia="zh-CN"/>
        </w:rPr>
        <w:t>　　1：业务小组在新生军训后正式开始工作，我部门分成几组，每组负责合肥市一个区域的商家，为今后的工作打造关系网。</w:t>
      </w:r>
      <w:r>
        <w:rPr>
          <w:lang w:eastAsia="zh-CN"/>
        </w:rPr>
        <w:br/>
      </w:r>
      <w:r>
        <w:rPr>
          <w:lang w:eastAsia="zh-CN"/>
        </w:rPr>
        <w:t>　　2：新成员进行室外拓展训练，我作为本部门部长，每天必会亲自到场，和所有的成员共同度过训练时期。</w:t>
      </w:r>
      <w:r>
        <w:rPr>
          <w:lang w:eastAsia="zh-CN"/>
        </w:rPr>
        <w:br/>
      </w:r>
      <w:r>
        <w:rPr>
          <w:lang w:eastAsia="zh-CN"/>
        </w:rPr>
        <w:t>　　3：听说学习部要举办辩论赛，特此我部门将会早点联系商家，为辩论赛拉到赞助，最好是资金和实物，为此我部门所有成员都会竭尽全力，去做好我们本职工作！</w:t>
      </w:r>
      <w:r>
        <w:rPr>
          <w:lang w:eastAsia="zh-CN"/>
        </w:rPr>
        <w:br/>
      </w:r>
      <w:r>
        <w:rPr>
          <w:lang w:eastAsia="zh-CN"/>
        </w:rPr>
        <w:t xml:space="preserve">    学生会外联部个人总结范本 篇7 </w:t>
      </w:r>
      <w:r>
        <w:rPr>
          <w:lang w:eastAsia="zh-CN"/>
        </w:rPr>
        <w:br/>
      </w:r>
      <w:r>
        <w:rPr>
          <w:lang w:eastAsia="zh-CN"/>
        </w:rPr>
        <w:t>　　时间过得很快，我进团委学生会外联部已经三个学期了、经过一年干事和一学期部长的锻炼，我受益匪浅。</w:t>
      </w:r>
      <w:r>
        <w:rPr>
          <w:lang w:eastAsia="zh-CN"/>
        </w:rPr>
        <w:br/>
      </w:r>
      <w:r>
        <w:rPr>
          <w:lang w:eastAsia="zh-CN"/>
        </w:rPr>
        <w:t>　　首先，我要感谢团委学生会的老师和学哥学姐们给予了我锻炼的机会，当然，机会也是靠个人争取来的，所以，我非常地珍惜这个工作，也很认真的对待这个工作、所以我参加的活动也是较多的。如，开学伊始，为宿舍文化节进行的拉赞助活动，之后的迎新辩论赛拉赞助活动，还有迎新晚会的拉赞助活动等等。虽然工作繁重，但是我们还是积极地投身到工作中去，尽自己最大的努力协助其他部门办好每一次活动。当然，这期间我们也遇到了许多困难，甚至有些是之前不曾预见的，但我们还是努力克服困难取得了一定的成绩。我们将不断总结取得更大的进步。</w:t>
      </w:r>
      <w:r>
        <w:rPr>
          <w:lang w:eastAsia="zh-CN"/>
        </w:rPr>
        <w:br/>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其次，经过每一次的工作实践，我就自己总结了以下几点工作心得：</w:t>
      </w:r>
      <w:r>
        <w:rPr>
          <w:lang w:eastAsia="zh-CN"/>
        </w:rPr>
        <w:br/>
      </w:r>
      <w:r>
        <w:rPr>
          <w:lang w:eastAsia="zh-CN"/>
        </w:rPr>
        <w:t>　　1、很重要的一点就是态度。正所谓：态度决定高度。所以，我认为，有了端正的态度就会有那种源源不断的动力、坚持的毅力等。这些会使你不达目的不罢休的，而我们部门正是需要这种精神。在拉宿舍文化节的赞助中我更加相信这一点，由于但我们的直接原因导致赞助的失败。根本原因就是态度不端正，没有及时跟进赞助与赞助商保持紧密的联系。</w:t>
      </w:r>
      <w:r>
        <w:rPr>
          <w:lang w:eastAsia="zh-CN"/>
        </w:rPr>
        <w:br/>
      </w:r>
      <w:r>
        <w:rPr>
          <w:lang w:eastAsia="zh-CN"/>
        </w:rPr>
        <w:t>　　2、细节决定一切。主要体现在你的言语、行为，衣着等，还有交流工作中体现出来的每一个细微的步骤、这一点虽细小，但往往就是会决定商谈的成功重要一步。</w:t>
      </w:r>
      <w:r>
        <w:rPr>
          <w:lang w:eastAsia="zh-CN"/>
        </w:rPr>
        <w:br/>
      </w:r>
      <w:r>
        <w:rPr>
          <w:lang w:eastAsia="zh-CN"/>
        </w:rPr>
        <w:t>　　3、详细的计划。每次拉赞助我们要确定好路线，以路线为目标不能单纯的以店面为目标，做好详细的计划，制定好详细的路线，做好充分的准备，对要举办的活动必须了如指掌能清楚的告诉商家活动的时间、地点、方式、流程等等。</w:t>
      </w:r>
      <w:r>
        <w:rPr>
          <w:lang w:eastAsia="zh-CN"/>
        </w:rPr>
        <w:br/>
      </w:r>
      <w:r>
        <w:rPr>
          <w:lang w:eastAsia="zh-CN"/>
        </w:rPr>
        <w:t>　　4、需要去揣度商家们的心理。这一点对于我们在交流工作中提高成功率是非常重要的，如哪些项目可以延缓，有待进一步交流或下一次合作，而哪些项目是要乘胜追击、趁热打铁的等。作为外联部的一份子我们需要从商家的角度考虑，什么是他们想要的，怎样的宣传方式是新颖的也就是与其他院、校相比我们的优点。这是抓住商家眼球的关键。</w:t>
      </w:r>
      <w:r>
        <w:rPr>
          <w:lang w:eastAsia="zh-CN"/>
        </w:rPr>
        <w:br/>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5、也是最重要的一点，就是我们的眼光。眼光要准还要狠。要像雪豹一样死死的盯住猎物然后选择时机出击抓住了就死死的咬住不放开。拉赞助其实就是一场捕猎。</w:t>
      </w:r>
      <w:r>
        <w:rPr>
          <w:lang w:eastAsia="zh-CN"/>
        </w:rPr>
        <w:br/>
      </w:r>
      <w:r>
        <w:rPr>
          <w:lang w:eastAsia="zh-CN"/>
        </w:rPr>
        <w:t>　　最后，在这一学期中我还看到了我们的不足之处。首先拿我个人来说吧！在商谈过程中会表现出激动和过于紧张的一面，如当一个项目即将成功时，但对方突然说不进行了。想一下，那种感觉犹如登上高峰突然掉下，于是就惹起了心中的失败感。所以，这一缺点是非常需要去克服的。还有，我的用语以及在商谈过程中表现出来的意志、毅力等都还需要我去提高和不断锻炼；最重要的是自信，在与商家商谈的过程中严重缺乏自信，这将是致命的弱点。这是最需要客服的一点。其次，我个人觉得外联部和其他部门仍旧没有很好的合作；而且，我觉得外联部现在还没有凝聚成一个很好的整体，某些干事仍显得很独立。但这只是开始，要走的路还很长，要学的东西实在是太多太多。所以我相信，在团委老师和主席团的指导下，通过大家的不懈努力，我们外联部一定会成为一支招之能来，来之能战，战则必胜的队伍。让外联部的这片阳光更明媚，团委学生会的天空更晴朗。</w:t>
      </w:r>
      <w:r>
        <w:rPr>
          <w:lang w:eastAsia="zh-CN"/>
        </w:rPr>
        <w:br/>
      </w:r>
      <w:r>
        <w:rPr>
          <w:lang w:eastAsia="zh-CN"/>
        </w:rPr>
        <w:t xml:space="preserve">    学生会外联部个人总结范本 篇8 </w:t>
      </w:r>
      <w:r>
        <w:rPr>
          <w:lang w:eastAsia="zh-CN"/>
        </w:rPr>
        <w:br/>
      </w:r>
      <w:r>
        <w:rPr>
          <w:lang w:eastAsia="zh-CN"/>
        </w:rPr>
        <w:t>　　日子如同白驹过隙，回首间，一年的学生会生活即将消逝。循着记忆的流河，我开始追思着我历程的点滴，激动过、开心过，也迷茫过、痛苦过，不论得失与成败，这点点滴滴共同见证着我的成长，是我一生不可缺失的财富。</w:t>
      </w:r>
      <w:r>
        <w:rPr>
          <w:lang w:eastAsia="zh-CN"/>
        </w:rPr>
        <w:br/>
      </w:r>
    </w:p>
    <w:p w:rsidR="001B1F19" w14:textId="27C3F48A">
      <w:pPr>
        <w:rPr>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这一学期，我们部门举办了很多的活动，如新生演讲赛，辩论赛等等，有失败也有成功，我们每个人都收获了很多的东西，取得各自的进步。每个人的付出与收获，换来了我们学院学生工作的新发展。我很幸运在学生会学习部副部的位子上为学院的各项工作的建设出一份力。可以说这么说：这一学期是累的一学期，忙的一学期，收获的一学期，难忘的一学期。</w:t>
      </w:r>
      <w:r>
        <w:rPr>
          <w:lang w:eastAsia="zh-CN"/>
        </w:rPr>
        <w:br/>
      </w:r>
      <w:r>
        <w:rPr>
          <w:lang w:eastAsia="zh-CN"/>
        </w:rPr>
        <w:t>　　在开学初，我们引来了每一次新学年学生会的头等大事——干事招新。在我，小七，夏秋冬的面试下，我们最终招了6个新干事，为我们部门，为我们学院学生会注入了新鲜的血液。</w:t>
      </w:r>
      <w:r>
        <w:rPr>
          <w:lang w:eastAsia="zh-CN"/>
        </w:rPr>
        <w:br/>
      </w:r>
      <w:r>
        <w:rPr>
          <w:lang w:eastAsia="zh-CN"/>
        </w:rPr>
        <w:t>　　这学期的第二个活动，就是新老生交流会，我有幸成为了放PPT的人，配合夏秋冬的主持，开始很紧张，后来在这么多可爱的学弟学妹提出的问题中渐渐放松了下来。</w:t>
      </w:r>
      <w:r>
        <w:rPr>
          <w:lang w:eastAsia="zh-CN"/>
        </w:rPr>
        <w:br/>
      </w:r>
      <w:r>
        <w:rPr>
          <w:lang w:eastAsia="zh-CN"/>
        </w:rPr>
        <w:t>　　这次新老生交流会的目的就是构建一个新生与老生、新生与新生互相交流、展现自我的平台、创造一次让他们提前感受大学生活点点滴滴的机会、解答新生们在入学时最渴望了解的大学生活中的各类问题、让新生们有从老生的经验中找到更适合自己的学习方法，让以后的学习更有目的性、让新生们在以后的学习、生活和工作中有个学习的榜样。</w:t>
      </w:r>
      <w:r>
        <w:rPr>
          <w:lang w:eastAsia="zh-CN"/>
        </w:rPr>
        <w:br/>
      </w:r>
      <w:r>
        <w:rPr>
          <w:lang w:eastAsia="zh-CN"/>
        </w:rPr>
        <w:t>　　虽然最后交流会圆满成功，但是其中还存在着很多的不足：由于新生对我们学生会的嘉宾们不是很熟悉，导致开场时有些怯场，不敢踊跃地将心中的疑问问出来。但随着提问的人越来越多，气氛也变得活跃起来了;在交流会还没开始我们准备的期间，出了些问题，说明我们的准备不得当。</w:t>
      </w:r>
      <w:r>
        <w:rPr>
          <w:lang w:eastAsia="zh-CN"/>
        </w:rPr>
        <w:br/>
      </w:r>
    </w:p>
    <w:p w:rsidR="001B1F19" w14:textId="27C3F48A">
      <w:pPr>
        <w:rPr>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接下来的便是我们部门的主要活动之一——新生演讲赛。新生演讲赛是为了丰富我们大学生的业余生活，为新生搭建一个展示自我，超越自我的舞台，尽情大会参赛选手自生风采和演讲才能二举办，因此得到了广大新生的积极响应。</w:t>
      </w:r>
      <w:r>
        <w:rPr>
          <w:lang w:eastAsia="zh-CN"/>
        </w:rPr>
        <w:br/>
      </w:r>
      <w:r>
        <w:rPr>
          <w:lang w:eastAsia="zh-CN"/>
        </w:rPr>
        <w:t>　　在举办活动之前，本部门已经做了大量的准本工作并进行了宣传，使同学们都了解到此次活动的目的以及参加此次活动的意义。在此次的准备工作中，我们也碰到了一些困难，如规则制定，演讲时的要求等，但是我们并没有任由困难就这样存在，而是大家一起努力的去解决困难。</w:t>
      </w:r>
      <w:r>
        <w:rPr>
          <w:lang w:eastAsia="zh-CN"/>
        </w:rPr>
        <w:br/>
      </w:r>
      <w:r>
        <w:rPr>
          <w:lang w:eastAsia="zh-CN"/>
        </w:rPr>
        <w:t>　　通过此次比赛，我们看出了工作中的很多不足之处，由于刚接手，对我们工作的熟悉程度还不够完全，很多的准备也不怎么充分，甚至出现了错误，相信经过这次比赛我们学会了很多，也看出了自己的不足之处。</w:t>
      </w:r>
      <w:r>
        <w:rPr>
          <w:lang w:eastAsia="zh-CN"/>
        </w:rPr>
        <w:br/>
      </w:r>
      <w:r>
        <w:rPr>
          <w:lang w:eastAsia="zh-CN"/>
        </w:rPr>
        <w:t>　　辩论赛——我们部门另外一个主要活动，一场唇枪舌剑的战役打响了。吸取了演讲赛的教训，我们部门从报名到比赛过程中都做好了相应的准备，但是仍出现了不足之处，比如评委方面出现的情况，我们考虑的不周到。而且我和小七有幸成为了院辩论赛复赛的主席，虽然可能不如夏秋冬好，但是，我们迈出了第一步，相信以后会更好。在最后我们选出了6为选手代表体育学院参加校赛。在比赛中，我们选手都表现的相当出色，成功以本次新生辩论赛冠军联赛四强的头衔进军决赛。接下来，希望我们学院的辩论队能取得更好的成绩。</w:t>
      </w:r>
      <w:r>
        <w:rPr>
          <w:lang w:eastAsia="zh-CN"/>
        </w:rPr>
        <w:br/>
      </w:r>
    </w:p>
    <w:p w:rsidR="001B1F19" w14:textId="27C3F48A">
      <w:pPr>
        <w:rPr>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这学期的最后一件事情，就是全国英语大赛，我们部门负责通知我们学院的学生积极的报名参加。</w:t>
      </w:r>
      <w:r>
        <w:rPr>
          <w:lang w:eastAsia="zh-CN"/>
        </w:rPr>
        <w:br/>
      </w:r>
      <w:r>
        <w:rPr>
          <w:lang w:eastAsia="zh-CN"/>
        </w:rPr>
        <w:t>　　回顾即将过去的这一学期，我们深深的感到：每一项活动的顺利进行，均离不开学生会各部门及个各学生的大力支持及配合。</w:t>
      </w:r>
      <w:r>
        <w:rPr>
          <w:lang w:eastAsia="zh-CN"/>
        </w:rPr>
        <w:br/>
      </w:r>
      <w:r>
        <w:rPr>
          <w:lang w:eastAsia="zh-CN"/>
        </w:rPr>
        <w:t>　　同时，作为一名学习部的副部长，我不仅代表我们这一部门，而是整个学生会的缩影，但自生还是有很多的不足和缺点，有待进一步完善，提高。</w:t>
      </w:r>
      <w:r>
        <w:rPr>
          <w:lang w:eastAsia="zh-CN"/>
        </w:rPr>
        <w:br/>
      </w:r>
      <w:r>
        <w:rPr>
          <w:lang w:eastAsia="zh-CN"/>
        </w:rPr>
        <w:t>　　总之，有这样一个团队，使我在大学里不断的展示自我，提升自我。希望在今后的工作中吸取经验教训，通过全部门成员的共同奋斗拼搏，将工作做的更好!</w:t>
      </w:r>
      <w:r>
        <w:rPr>
          <w:lang w:eastAsia="zh-CN"/>
        </w:rPr>
        <w:br/>
      </w:r>
      <w:r>
        <w:rPr>
          <w:lang w:eastAsia="zh-CN"/>
        </w:rPr>
        <w:t xml:space="preserve">    学生会外联部个人总结范本 篇9 </w:t>
      </w:r>
      <w:r>
        <w:rPr>
          <w:lang w:eastAsia="zh-CN"/>
        </w:rPr>
        <w:br/>
      </w:r>
      <w:r>
        <w:rPr>
          <w:lang w:eastAsia="zh-CN"/>
        </w:rPr>
        <w:t>　　这个月本部的一切工作照旧。为加强内部凝聚力，提高各部员的综合素质，我部坚持召开例会。本部例会改为每周一晚8：50，会上我们围绕一个主题展开讨论，然后综合大家的意见呢得出总结性的结论。如上次例会我们的会议主题是“主人翁”，分别从我们身处的环境、所占的角度和所扮演的角色分析怎么践行主人翁精神。重点落在作为学生干部该如何更好地实现和维护“主人翁”地位。另外，在内部例会上，我们对部员进行专业培训，主要包括赞助策划书、活动策划书的撰写，与商家沟通的技巧等。</w:t>
      </w:r>
      <w:r>
        <w:rPr>
          <w:lang w:eastAsia="zh-CN"/>
        </w:rPr>
        <w:br/>
      </w:r>
    </w:p>
    <w:p w:rsidR="001B1F19" w14:textId="27C3F48A">
      <w:pPr>
        <w:rPr>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本月女生部策划的英语演讲比赛，我部在外联这方面没有多大的收获，因为部员们都在为其中考试做准备。但也是因为我们对部员在如何协调工作与学习上这一块的指导做得不好。不过后期我们会在强调保证学习质量的前提下，动员和指导部员们更积极主动地去与商家取得联系，争取为后期活动赢得更多经费。这个月我部对前期的工作资料做了整理和总结，给各部员安排下写总结的任务，他们完成得很好，总结得很全面，除此之外，部员们对本部的相关工作提出了意见和建议，由此也引起了我们两个部长的重要。在接下来的一个月里我部会针对部员提出的合理要求做相应的改进，争取把本部的工作做得更好，为第二十四届学生会出一份力。</w:t>
      </w:r>
      <w:r>
        <w:rPr>
          <w:lang w:eastAsia="zh-CN"/>
        </w:rPr>
        <w:br/>
      </w:r>
      <w:r>
        <w:rPr>
          <w:lang w:eastAsia="zh-CN"/>
        </w:rPr>
        <w:t xml:space="preserve">    学生会外联部个人总结范本 篇10 </w:t>
      </w:r>
      <w:r>
        <w:rPr>
          <w:lang w:eastAsia="zh-CN"/>
        </w:rPr>
        <w:br/>
      </w:r>
      <w:r>
        <w:rPr>
          <w:lang w:eastAsia="zh-CN"/>
        </w:rPr>
        <w:t>　　在这次改选中，我有幸被选为外联部的部长。自己深知肩上担子的重量，深知领导对我的信任，我将会付出百分之百的力量来完成好每一项工作。</w:t>
      </w:r>
      <w:r>
        <w:rPr>
          <w:lang w:eastAsia="zh-CN"/>
        </w:rPr>
        <w:br/>
      </w:r>
      <w:r>
        <w:rPr>
          <w:lang w:eastAsia="zh-CN"/>
        </w:rPr>
        <w:t>　　下面我首先讲一下外联部的主要工作。外联部的工作主要分为两个方面：第一,拉赞助，解决学生会工作及活动中所须的经费问题。为学院的活动提供资金和物力的支持。对于一个团体来说，资金是各部活动的基础，在这个层面上说，外联部工作做得好坏与否，对整个学生的工作会产生重大影响。</w:t>
      </w:r>
      <w:r>
        <w:rPr>
          <w:lang w:eastAsia="zh-CN"/>
        </w:rPr>
        <w:br/>
      </w:r>
      <w:r>
        <w:rPr>
          <w:lang w:eastAsia="zh-CN"/>
        </w:rPr>
        <w:t>　　外联部与其他各部一样，是隶属于学生会的相互协调的部门，这就决定了外联部的工作离不开各个部门以及主席团的配合与支持，同时，外联部只有积极配合其他部门以及主席团的工作，才能使整个学生会的工作正常运转起来。第二，联系，外联部可谓是本院外联内引的一个窗口，是让同学们逐渐接触、适应这个社会的一扇大门。外联部的工作应该是长期性，持续性的。</w:t>
      </w:r>
      <w:r>
        <w:rPr>
          <w:lang w:eastAsia="zh-CN"/>
        </w:rPr>
        <w:br/>
      </w:r>
    </w:p>
    <w:p w:rsidR="001B1F19" w14:textId="27C3F48A">
      <w:pPr>
        <w:rPr>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在平时就密切注意一些与同学们相关的厂商，发掘潜在的赞助商，发挥外联部内部杭州本地工作人员的地域优势。洞察潜在赞助商的合作意向，及时收集信息。开展在同学中的调查，了解同学们的利益所在和共同需要，并以两者的结合点为出发点与同学及赞助商进行双向沟通.在外联部新组之际，先拟订一下新一期的工作计划：</w:t>
      </w:r>
      <w:r>
        <w:rPr>
          <w:lang w:eastAsia="zh-CN"/>
        </w:rPr>
        <w:br/>
      </w:r>
      <w:r>
        <w:rPr>
          <w:lang w:eastAsia="zh-CN"/>
        </w:rPr>
        <w:t>　　近期计划：近期外联部的工作十分繁忙。</w:t>
      </w:r>
      <w:r>
        <w:rPr>
          <w:lang w:eastAsia="zh-CN"/>
        </w:rPr>
        <w:br/>
      </w:r>
      <w:r>
        <w:rPr>
          <w:lang w:eastAsia="zh-CN"/>
        </w:rPr>
        <w:t>　　第一， 为即将举行的迎新晚会提供一些资金或物力的赞助，我已经做好了细致的工作计划，现正在实施。我们会尽可能更好的完成好这项任务。</w:t>
      </w:r>
      <w:r>
        <w:rPr>
          <w:lang w:eastAsia="zh-CN"/>
        </w:rPr>
        <w:br/>
      </w:r>
      <w:r>
        <w:rPr>
          <w:lang w:eastAsia="zh-CN"/>
        </w:rPr>
        <w:t>　　第二， 协助文艺部搞好各项文艺表演。我们将在20年第一学期初进行具体的策划和实施。我们部门要寻求潜在的赞助商，来支持和能与赞助学院的各种活动，使彼此建立和维持友好的合作关系。这对我们学院搞好学生工作，打出学院品牌，树立交大在社会上的良好形象是很有帮助的。</w:t>
      </w:r>
      <w:r>
        <w:rPr>
          <w:lang w:eastAsia="zh-CN"/>
        </w:rPr>
        <w:br/>
      </w:r>
      <w:r>
        <w:rPr>
          <w:lang w:eastAsia="zh-CN"/>
        </w:rPr>
        <w:t>　　第三， 外联部可以牵头搞一些活动，如组织联系参观一些知名厂家、联系校内外知名人士、公司负责人做一些符合我系特色的互动型讲座、请厂商倾谈成功经验，举办学生会阶段性成果展等，并拉动其他部门积极参与协作，并争取厂商的支持与赞助。另外还可以尽可能的联系一些义务活动,以端正大学生的思想作风和人生观、价值观。</w:t>
      </w:r>
      <w:r>
        <w:rPr>
          <w:lang w:eastAsia="zh-CN"/>
        </w:rPr>
        <w:br/>
      </w:r>
      <w:r>
        <w:rPr>
          <w:lang w:eastAsia="zh-CN"/>
        </w:rPr>
        <w:t>　　第四，</w:t>
      </w:r>
    </w:p>
    <w:p w:rsidR="001B1F19" w14:textId="27C3F48A">
      <w:pPr>
        <w:rPr>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xml:space="preserve"> 外联部的工作应该是长期性，持续性的。在平时就密切注意一些与同学们相关的厂商，发掘潜在的赞助商，发挥外联部内部海口本地工作人员的地域优势。洞察潜在赞助商的合作意向，及时收集信息。开展在同学中的调查，了解同学们的利益所在和共同需要，并以两者的结合点为出发点与同学及赞助商进行双向沟通。</w:t>
      </w:r>
      <w:r>
        <w:rPr>
          <w:lang w:eastAsia="zh-CN"/>
        </w:rPr>
        <w:br/>
      </w:r>
      <w:r>
        <w:rPr>
          <w:lang w:eastAsia="zh-CN"/>
        </w:rPr>
        <w:t>　　总结一学年以来的得失，为今后做好各项工作打好基础。</w:t>
      </w:r>
      <w:r>
        <w:rPr>
          <w:lang w:eastAsia="zh-CN"/>
        </w:rPr>
        <w:br/>
      </w:r>
      <w:r>
        <w:rPr>
          <w:lang w:eastAsia="zh-CN"/>
        </w:rPr>
        <w:t>　　以上为外联部的一些工作设想，在具体实施过程中，由于各种因素的影响，也许会有一些变更与调整。相信这界学生会主席团、各部门一定会给予外联部各方面的支持，共同把外联工作做好。一切让事实说话。外联部将时刻以高度的热情迎接各部门组织的各项活动所带来的挑战，也将积极与其他院系联系，开展一些有益于同学的发展，有益于扩大我系影响力的活动。</w:t>
      </w:r>
      <w:r>
        <w:rPr>
          <w:lang w:eastAsia="zh-CN"/>
        </w:rPr>
        <w:br/>
      </w:r>
      <w:r>
        <w:rPr>
          <w:lang w:eastAsia="zh-CN"/>
        </w:rPr>
        <w:t>　　我将在以后的工作中尽自己最大的努力，搞好本系学生的外联工作，开展更多的受同学们喜爱的活动，丰富同学们的生活;为更多特困生及渴望在大学得到锻炼的同学提供就业岗位;使他们可以掌握各种管理思想及生存技能。如果以后的工作中出现什么问题，希望领导给予帮助和批评。</w:t>
      </w:r>
      <w:r>
        <w:rPr>
          <w:lang w:eastAsia="zh-CN"/>
        </w:rPr>
        <w:br/>
      </w:r>
      <w:r>
        <w:rPr>
          <w:lang w:eastAsia="zh-CN"/>
        </w:rPr>
        <w:t>　　20年7月3日</w:t>
      </w:r>
      <w:r>
        <w:rPr>
          <w:lang w:eastAsia="zh-CN"/>
        </w:rPr>
        <w:br/>
      </w:r>
      <w:r>
        <w:rPr>
          <w:lang w:eastAsia="zh-CN"/>
        </w:rPr>
        <w:t xml:space="preserve">    学生会外联部个人总结范本 篇11 </w:t>
      </w:r>
      <w:r>
        <w:rPr>
          <w:lang w:eastAsia="zh-CN"/>
        </w:rPr>
        <w:br/>
      </w:r>
      <w:r>
        <w:rPr>
          <w:lang w:eastAsia="zh-CN"/>
        </w:rPr>
        <w:t>　　本学期外联工作结束，细细想来，自己从刚刚进校加入外联部到此刻已有三个月时间，临近放假总还是要说点什么。外联工作本身具有必须特殊性，相对其他部门较难，它需要充足的时间、充沛的精力和足够的耐心。</w:t>
      </w:r>
      <w:r>
        <w:rPr>
          <w:lang w:eastAsia="zh-CN"/>
        </w:rPr>
        <w:br/>
      </w:r>
      <w:r>
        <w:rPr>
          <w:lang w:eastAsia="zh-CN"/>
        </w:rPr>
        <w:t>　　三个月时间说长不长，说短不短，收获很多，失误也不少，现总结如下：</w:t>
      </w:r>
      <w:r>
        <w:rPr>
          <w:lang w:eastAsia="zh-CN"/>
        </w:rPr>
        <w:br/>
      </w:r>
    </w:p>
    <w:p w:rsidR="001B1F19" w14:textId="27C3F48A">
      <w:pPr>
        <w:rPr>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如果说九月招新是“养兵”，那么十月外联就是真正的“练兵”。因为外联部迎来了本学期的两次重大活动—“广告艺术节”和“全国新闻学教育年会”分别安排在了十一月中旬和十二月初。时间紧，任务重。开始新闻年会排在广告艺术节之前，所以将工作重心放在了新闻年会的外联上。部长与两位副部长为我们新来的干事事先准备了活动策划书，同时也为我们供给了很多资料并耐心解答我们的疑问。这极大地方便了我们与商家洽谈。部长和两位副部长都很平易近人但在工作上又都一丝不苟。这让我感到加入外联部是一个正确的决定，但同时我也深深体会到自己的不成熟和在外联经验上的欠缺。为了尽快适应外联工作同时也为了能按时完成任务，我和搭档王祎一道想方设法找机会出学校跑外联。甚至有时还不得不“翘课”出去跑。我们联系过“君之薇”火锅、“味千”拉面、“巴黎经典”影像。无数个电话联系（甚至还所以话费超标被妈妈K了一通），冷眼相待，没有回音，直接拒绝。我在外联的过程中遇到了自己以前十几年都没有遇到过的打击与困难。</w:t>
      </w:r>
      <w:r>
        <w:rPr>
          <w:lang w:eastAsia="zh-CN"/>
        </w:rPr>
        <w:br/>
      </w:r>
    </w:p>
    <w:p w:rsidR="001B1F19" w14:textId="27C3F48A">
      <w:pPr>
        <w:rPr>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我为此苦恼过，甚至认为自己是否还有本事和勇气再坐在文英楼的.会议室里参加例会。在我最困难的时候，部长和两位副部长用简单却又真挚的语言安慰我、鼓励我，让我能顺利地克服自己的心理障碍。重新投入工作之中。我很感动，也更加想要做出成绩。就在这时学校临时变更了活动安排，我们不得不暂时放下新闻年会开始为广告艺术节拉外联。在跑过一段时间后，逐渐培养起来的感觉帮忙我准确地定位到了“安娜”造型，继而成功签约。这也算是一份小小的成绩吧！在外联部其他小组的共同努力下，广告艺术节成功举办。之后，我又投入了新闻年会的工作中。然而，现实残酷，我和王祎一组本来拉到几个很有期望的商家，然而最终都无疾而终。我很难过，但工作不能因为我的个人情绪而受到影响。在新闻年会的前期准备过程中，我尽自己所能尽心竭力得地为年会服务。搬桌扛椅，打杂发票。新闻年会超水平的完成，我们外联部完成了学校交给我们的任务。</w:t>
      </w:r>
      <w:r>
        <w:rPr>
          <w:lang w:eastAsia="zh-CN"/>
        </w:rPr>
        <w:br/>
      </w:r>
      <w:r>
        <w:rPr>
          <w:lang w:eastAsia="zh-CN"/>
        </w:rPr>
        <w:t>　　在外联过程中，我克服了自己不敢与人陌生人，是商家交流的心理障碍。逐渐地学习与人交流的技巧。同时外联也让我树立了一种进取的生活态度：不以物喜，不以己悲。随时坚持一颗紧张而又淡定的心。也许这才是外联真正的含义。另外不得不说，在外联部我结识了一大批朋友。他们让我感到我不只是在跑外联，我也是在为自己的家人跑外联。外联一家亲，这不是一句空话。部长以及两位副部长还有其他组的干事都是我的同伴，是我一笔宝贵的财富。我在自己人生经历上为自己的青春留下了浓墨重彩的一笔。</w:t>
      </w:r>
      <w:r>
        <w:rPr>
          <w:lang w:eastAsia="zh-CN"/>
        </w:rPr>
        <w:br/>
      </w:r>
    </w:p>
    <w:p w:rsidR="001B1F19" w14:textId="27C3F48A">
      <w:pPr>
        <w:rPr>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失败是成功之母。我在外联的过程中收获了很多，却也应当看到自己的不少问题。缺乏足够的实践经验，很多想法想来天衣无缝，简单明了。然而真正做起来却又是另一番情景。还有对外联的艰难程度没有认识清楚，导致我在遇到挫折后心理上理解不了，尤其是在其他人都有成绩情景下更是让自己难过。另外，人际交流的技巧以及外联工作的方式方法依然是我要重点改善的目标。“工欲善其事必先利其器”没有先进而可行的工作方法就无法顺利的达成工作目的。我深深地体会到了这一点。最终，加强自己的综合素质培养，让自己在工作中更踏实，更努力。</w:t>
      </w:r>
      <w:r>
        <w:rPr>
          <w:lang w:eastAsia="zh-CN"/>
        </w:rPr>
        <w:br/>
      </w:r>
      <w:r>
        <w:rPr>
          <w:lang w:eastAsia="zh-CN"/>
        </w:rPr>
        <w:t>　　我在外联工作中一点一滴地学习着，也一点点的提高着。虽然处事的经验还不是那么的丰富，研究事情的方面也不是那么的周全，但我相信随着时间的积累和不断的学习，对于今后的工作我肯定会更加的充满信心。我也会怀着积极向上的良好态度和精神一向努力着。本学期的工作经验为我下学期工作的更好开展奠定了基础，我相信在自己以及大家的共同努力下，我在此基础上有所突破，做得更好！</w:t>
      </w:r>
      <w:r>
        <w:rPr>
          <w:lang w:eastAsia="zh-CN"/>
        </w:rPr>
        <w:br/>
      </w:r>
      <w:r>
        <w:rPr>
          <w:lang w:eastAsia="zh-CN"/>
        </w:rPr>
        <w:t xml:space="preserve">    学生会外联部个人总结范本 篇12 </w:t>
      </w:r>
      <w:r>
        <w:rPr>
          <w:lang w:eastAsia="zh-CN"/>
        </w:rPr>
        <w:br/>
      </w:r>
      <w:r>
        <w:rPr>
          <w:lang w:eastAsia="zh-CN"/>
        </w:rPr>
        <w:t>　　_月号，一年一度的华南农业大学兽医学院第_届宠物展在东区隆重举行。这次活动算得上是我入学以来，以兽医学院作为主办方举行的规模最大，人流量最多的一个活动。如果要我述说活动前前后后的所思所想，我会这样说：我的确累了，但我真的很快乐！</w:t>
      </w:r>
      <w:r>
        <w:rPr>
          <w:lang w:eastAsia="zh-CN"/>
        </w:rPr>
        <w:br/>
      </w:r>
      <w:r>
        <w:rPr>
          <w:lang w:eastAsia="zh-CN"/>
        </w:rPr>
        <w:t>　　我累了，是因为我真的付出了。在我自身方面来说，这次第六届宠物展活动是我加入外联部以来，投入最多感情，投入最多体力的一个活动。虽然活动只维持一天，但我们外联部在3月底已经开展工作了。竖起手指算一算，在活动正式开始前，我们已经工作了大半个月。在这里，请允许我说一声：外联部的师兄师姐们，可爱的干事们，辛苦了！</w:t>
      </w:r>
      <w:r>
        <w:rPr>
          <w:lang w:eastAsia="zh-CN"/>
        </w:rPr>
        <w:br/>
      </w:r>
    </w:p>
    <w:p w:rsidR="001B1F19" w14:textId="27C3F48A">
      <w:pPr>
        <w:rPr>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虽然工作很累，但我很快乐！在拉赞助的过程中，我得到了不少的锻炼，让我明白了不少的道理：做每一件事的时候，每一个人都想成功，但没有多少人能肯定地说我保证我能成功，但我肯断定，中途放弃的人，一定不能成功；成功总是眷顾那些有准备的人。现在，我还不时地回想起我在活动前所做的一切一切，有时，我会情不自禁地发出如此的感叹：看来，我真的长大了！</w:t>
      </w:r>
      <w:r>
        <w:rPr>
          <w:lang w:eastAsia="zh-CN"/>
        </w:rPr>
        <w:br/>
      </w:r>
      <w:r>
        <w:rPr>
          <w:lang w:eastAsia="zh-CN"/>
        </w:rPr>
        <w:t>　　我很感谢外联部给了我这样一个学习的平台，其实，我也感到很抱歉，因为我在活动的时候犯了一个错误，一个低级的错误。那时候，我很害怕会受到师兄的批评。可是，当师兄知道这件事后，他没有责备我，反而对我说：你先回到自己的工作地方，这事由我处理。听到这句话，我感觉得救了，心里的压力减少了。可是，我又发现，师兄其实很忙。后来，事情得以解决，我终于可以松一口气了。但我内心总是过意不去，因为我的事情，师兄的工作量增大了。经过了这件事，我狠狠地告诉我自己：做事一定要谨慎。</w:t>
      </w:r>
      <w:r>
        <w:rPr>
          <w:lang w:eastAsia="zh-CN"/>
        </w:rPr>
        <w:br/>
      </w:r>
      <w:r>
        <w:rPr>
          <w:lang w:eastAsia="zh-CN"/>
        </w:rPr>
        <w:t>　　宠物展当天，发生了不少令人愉快的.事。在对活动现场进行场地布置的时候，无论你是来自哪个部门，都需帮忙。虽然都是劳累活，但我跟我的伙伴都干得很高兴。</w:t>
      </w:r>
      <w:r>
        <w:rPr>
          <w:lang w:eastAsia="zh-CN"/>
        </w:rPr>
        <w:br/>
      </w:r>
      <w:r>
        <w:rPr>
          <w:lang w:eastAsia="zh-CN"/>
        </w:rPr>
        <w:t>　　在我看来，几个人一起有说有笑地干活，畅所欲言，尽情地笑，是一件很不错的事情。我很享受集体的感觉。还有一件事，一直让我觉得很兴奋。在游戏阶段，我得到一位狗主的允许，我可以牵着一只狗狗去参加竞赛，真的很幸运啊！那天，我不仅可以体会到，作为活动工作活动者的自豪感，还可以享受到参赛者的那份刺激。真值得回味。</w:t>
      </w:r>
      <w:r>
        <w:rPr>
          <w:lang w:eastAsia="zh-CN"/>
        </w:rPr>
        <w:br/>
      </w:r>
      <w:r>
        <w:rPr>
          <w:lang w:eastAsia="zh-CN"/>
        </w:rPr>
        <w:t xml:space="preserve">    学生会外联部个人总结范本 篇13 </w:t>
      </w:r>
      <w:r>
        <w:rPr>
          <w:lang w:eastAsia="zh-CN"/>
        </w:rPr>
        <w:br/>
      </w:r>
    </w:p>
    <w:p w:rsidR="001B1F19" w14:textId="27C3F48A">
      <w:pPr>
        <w:rPr>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牛顿曾说过：“如果我看得比别人更远，那是因为我站在巨人的肩膀上。”站在第十四届学生会各位优秀前辈的肩膀上，我们能看得更远，由此也更加对各位不辞辛苦、默默奉献过的前辈的指教与督促。这一学期，将沿袭上届学生会的优良传统，并在此基础上进行突破和创新。这将是下一学期的工作动力。</w:t>
      </w:r>
      <w:r>
        <w:rPr>
          <w:lang w:eastAsia="zh-CN"/>
        </w:rPr>
        <w:br/>
      </w:r>
      <w:r>
        <w:rPr>
          <w:lang w:eastAsia="zh-CN"/>
        </w:rPr>
        <w:t>　　20__-20_下学期的工作结束，就是20__-20__上学期的开始。回顾上个学期的工作，不但很充实，而且也很有意义。清理掉成功路上的绊脚石，确定今后路线，才能走得更久更远。总结一些工作上或多或少的问题，其实很多地方的`可以更好，或是再尝试一下不同的做法。所以，要对即将来到的20__-20__年的新学期进行计划。</w:t>
      </w:r>
      <w:r>
        <w:rPr>
          <w:lang w:eastAsia="zh-CN"/>
        </w:rPr>
        <w:br/>
      </w:r>
      <w:r>
        <w:rPr>
          <w:lang w:eastAsia="zh-CN"/>
        </w:rPr>
        <w:t>　　一、迎新工作前后很多琐碎的但却十分重要的工作最能考验一个人的能力，这段时间会有很多紧凑而繁重的任务和工作，这些正是我们的锤炼自己的好机会。</w:t>
      </w:r>
      <w:r>
        <w:rPr>
          <w:lang w:eastAsia="zh-CN"/>
        </w:rPr>
        <w:br/>
      </w:r>
      <w:r>
        <w:rPr>
          <w:lang w:eastAsia="zh-CN"/>
        </w:rPr>
        <w:t>　　二、新生们进入大学后很重要的一次集体活动军训不仅是新生们互相认识和接触的开始，也是在这个大学的起点。好的开始等于成功的一半，帮助大一同学们顺利的完成军训是我们光荣的使命。</w:t>
      </w:r>
      <w:r>
        <w:rPr>
          <w:lang w:eastAsia="zh-CN"/>
        </w:rPr>
        <w:br/>
      </w:r>
      <w:r>
        <w:rPr>
          <w:lang w:eastAsia="zh-CN"/>
        </w:rPr>
        <w:t>　　三、增加新的成员、吸收新的血液才能维持一个组织或是机构的生命力。新学期开始的学生会纳新，不仅是了解20__级新生们的好机会，同时也是为学生会选拔人才、为新同学们提供展现自己的好机会。在学生会纳新环节中，做好本职工作，为同学们展现出我们学生会、我们外联部的风采与魅力是我们应尽的责任和义务。</w:t>
      </w:r>
      <w:r>
        <w:rPr>
          <w:lang w:eastAsia="zh-CN"/>
        </w:rPr>
        <w:br/>
      </w:r>
    </w:p>
    <w:p w:rsidR="001B1F19" w14:textId="27C3F48A">
      <w:pPr>
        <w:rPr>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四、与其他工作项目相比，一年一度的迎新晚会算是大家翘首以盼的一次盛典。晚会在丰富同学们课余活动的同时，也为大家留下美好的回忆。更重要的是，这也同样是一次重要的考察和锻炼大家能力的机会。在迎新晚会之前，我们外联部将在寻求商业赞助上发挥非常重要的作用，为迎新晚会提供有力的支持和帮助。</w:t>
      </w:r>
      <w:r>
        <w:rPr>
          <w:lang w:eastAsia="zh-CN"/>
        </w:rPr>
        <w:br/>
      </w:r>
      <w:r>
        <w:rPr>
          <w:lang w:eastAsia="zh-CN"/>
        </w:rPr>
        <w:t>　　五、在学习的闲暇时间里，我们也会联合其他部门或学院举办一些有意义的活动。在此基础上增加部门之间的凝聚力，为同学们的生活和学生会的发展起到积极的作用。</w:t>
      </w:r>
      <w:r>
        <w:rPr>
          <w:lang w:eastAsia="zh-CN"/>
        </w:rPr>
        <w:br/>
      </w:r>
      <w:r>
        <w:rPr>
          <w:lang w:eastAsia="zh-CN"/>
        </w:rPr>
        <w:t xml:space="preserve">    学生会外联部个人总结范本 篇14 </w:t>
      </w:r>
      <w:r>
        <w:rPr>
          <w:lang w:eastAsia="zh-CN"/>
        </w:rPr>
        <w:br/>
      </w:r>
      <w:r>
        <w:rPr>
          <w:lang w:eastAsia="zh-CN"/>
        </w:rPr>
        <w:t>　　总结这一学期，我们部门积极配合系里的各项号召，丰富校园文化生活，同时，在组织各项比赛的过程中，也培养了同学们的团队精神及竞争意识。在认真工作的过程中，我们也及时总结经验，改正不足。以下将这一学期的主要工作情况报告如下：</w:t>
      </w:r>
      <w:r>
        <w:rPr>
          <w:lang w:eastAsia="zh-CN"/>
        </w:rPr>
        <w:br/>
      </w:r>
      <w:r>
        <w:rPr>
          <w:lang w:eastAsia="zh-CN"/>
        </w:rPr>
        <w:t>　　一、纳新</w:t>
      </w:r>
      <w:r>
        <w:rPr>
          <w:lang w:eastAsia="zh-CN"/>
        </w:rPr>
        <w:br/>
      </w:r>
      <w:r>
        <w:rPr>
          <w:lang w:eastAsia="zh-CN"/>
        </w:rPr>
        <w:t>　　新的学年也意味着学生会各部门的重组，我们体育部也积极投入到了这项工作中，认真做好纳新的准备工作。首先是到11级各专业班级进行部门介绍;接下来，是认真准备初试的各项流程，确保能够从中选出优秀的新干事;最后通过复试，共有九名新生加入了我们外联部。我们也在他们的工作中对他们进行考核，通过考核，确定了最后成员。</w:t>
      </w:r>
      <w:r>
        <w:rPr>
          <w:lang w:eastAsia="zh-CN"/>
        </w:rPr>
        <w:br/>
      </w:r>
      <w:r>
        <w:rPr>
          <w:lang w:eastAsia="zh-CN"/>
        </w:rPr>
        <w:t>　　二、追光灯以及帐篷的管理</w:t>
      </w:r>
      <w:r>
        <w:rPr>
          <w:lang w:eastAsia="zh-CN"/>
        </w:rPr>
        <w:br/>
      </w:r>
    </w:p>
    <w:p w:rsidR="001B1F19" w14:textId="27C3F48A">
      <w:pPr>
        <w:rPr>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在大一下学期大二上学期中我部门积极相应学生会号召，配合各部门、各学院的各类活动，参与了管理学院、电控学院、人文与外国语学院、计算机学院、化工学院等二十余台各类晚会，提升了我院学生会在外的口碑，同时我部门管理的四顶帐篷也物尽其用。</w:t>
      </w:r>
      <w:r>
        <w:rPr>
          <w:lang w:eastAsia="zh-CN"/>
        </w:rPr>
        <w:br/>
      </w:r>
      <w:r>
        <w:rPr>
          <w:lang w:eastAsia="zh-CN"/>
        </w:rPr>
        <w:t>　　三、赞助的拉取</w:t>
      </w:r>
      <w:r>
        <w:rPr>
          <w:lang w:eastAsia="zh-CN"/>
        </w:rPr>
        <w:br/>
      </w:r>
      <w:r>
        <w:rPr>
          <w:lang w:eastAsia="zh-CN"/>
        </w:rPr>
        <w:t>　　在大一下学期，我部门为学院学生会各类活动拉取了多个赞助，三七女生节的化妆及发型等价值200余元的赞助，实践部六一儿童节银桥公司的价值700余元的赞助，在大二上学期中，我部门为即将举办的礼仪讲座拉取了吊庄“重庆鸡公煲”600元的赞助。</w:t>
      </w:r>
      <w:r>
        <w:rPr>
          <w:lang w:eastAsia="zh-CN"/>
        </w:rPr>
        <w:br/>
      </w:r>
      <w:r>
        <w:rPr>
          <w:lang w:eastAsia="zh-CN"/>
        </w:rPr>
        <w:t>　　四、活动的举办</w:t>
      </w:r>
      <w:r>
        <w:rPr>
          <w:lang w:eastAsia="zh-CN"/>
        </w:rPr>
        <w:br/>
      </w:r>
      <w:r>
        <w:rPr>
          <w:lang w:eastAsia="zh-CN"/>
        </w:rPr>
        <w:t>　　我部门在大二上学期，为增强学生礼仪素质，即将举办 大学生礼仪讲座，届时将邀请思政部老师，为我学院学生讲课。在接下来的工作中我们将继续积极配合学生会各部门工作，听从学生会的安排。</w:t>
      </w:r>
      <w:r>
        <w:rPr>
          <w:lang w:eastAsia="zh-CN"/>
        </w:rPr>
        <w:br/>
      </w:r>
      <w:r>
        <w:rPr>
          <w:lang w:eastAsia="zh-CN"/>
        </w:rPr>
        <w:t>　　在过去的半年我们一同走过，在今后的日子里，我们更是心连心，手挽手共同创造属于外联的辉煌！相信，外联的明天会更加美好！祝福外联！</w:t>
      </w:r>
      <w:r>
        <w:rPr>
          <w:lang w:eastAsia="zh-CN"/>
        </w:rPr>
        <w:br/>
      </w:r>
      <w:r>
        <w:rPr>
          <w:lang w:eastAsia="zh-CN"/>
        </w:rPr>
        <w:t xml:space="preserve">    学生会外联部个人总结范本 篇15 </w:t>
      </w:r>
      <w:r>
        <w:rPr>
          <w:lang w:eastAsia="zh-CN"/>
        </w:rPr>
        <w:br/>
      </w:r>
      <w:r>
        <w:rPr>
          <w:lang w:eastAsia="zh-CN"/>
        </w:rPr>
        <w:t>　　一、本月工作总结</w:t>
      </w:r>
      <w:r>
        <w:rPr>
          <w:lang w:eastAsia="zh-CN"/>
        </w:rPr>
        <w:br/>
      </w:r>
      <w:r>
        <w:rPr>
          <w:lang w:eastAsia="zh-CN"/>
        </w:rPr>
        <w:t>　　1：我部门周长乐、刘群参加一年制及中专部同学的军训汇演，并在表现良好。刘群作为新成员，能在炎热的太阳下站两个小时，的确不错。而且他做事态度端正，做到守时、守信、守约，这个正是我们学生会要求的!值得所有成员学习!</w:t>
      </w:r>
      <w:r>
        <w:rPr>
          <w:lang w:eastAsia="zh-CN"/>
        </w:rPr>
        <w:br/>
      </w:r>
    </w:p>
    <w:p w:rsidR="001B1F19" w14:textId="27C3F48A">
      <w:pPr>
        <w:rPr>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2：为了给新成员团购西装，本部门成员在白马服装城联系商家，和商家进行谈判，将价格降到最低，终于和商家达成一致，以每套西装加件白衬衣160元的价格出售给我们。我部门成员利用周末时间在白马服装城在一家又一家的服装店奔跑，放弃自己的休息时间，这种精神值得我们所有成员学习，不管在工作、学习上都应该如此。在此我感谢我部门的成员，希望他们在今后的工作上再接再厉!再创佳绩!</w:t>
      </w:r>
      <w:r>
        <w:rPr>
          <w:lang w:eastAsia="zh-CN"/>
        </w:rPr>
        <w:br/>
      </w:r>
      <w:r>
        <w:rPr>
          <w:lang w:eastAsia="zh-CN"/>
        </w:rPr>
        <w:t>　　3：在招新之后，我们肯定要给新成员定做文化衫，为新成员定做文化衫由我外联部负责，本任务由我部门的高定坤负责。经过他的不懈努力，终于为新成员联系好商家，为我们定做文化衫，今年的文化衫质量比以前的好，每件25元。这是我部门新成员第一次和商家合作，可以看出高定坤同学用了心，希望他在以后的工作中继续保持这种努力的工作态度，为我部门的发展做出贡献!</w:t>
      </w:r>
      <w:r>
        <w:rPr>
          <w:lang w:eastAsia="zh-CN"/>
        </w:rPr>
        <w:br/>
      </w:r>
      <w:r>
        <w:rPr>
          <w:lang w:eastAsia="zh-CN"/>
        </w:rPr>
        <w:t>　　4：在成考之后，我们学生会迎来20__届秋季新生拓展训练，在此活动前，我部门李贺为学生会室外拓展训练拉了一条横幅，这是我部门新成员的第一次赞助，虽说是一条横幅，但是却是他的努力结果。衷心希望他在今后工作中继续努力，取得更好的业绩!</w:t>
      </w:r>
      <w:r>
        <w:rPr>
          <w:lang w:eastAsia="zh-CN"/>
        </w:rPr>
        <w:br/>
      </w:r>
      <w:r>
        <w:rPr>
          <w:lang w:eastAsia="zh-CN"/>
        </w:rPr>
        <w:t>　　5：听说我网工系学生会即将举办“展望杯”篮球赛，我部门也赶紧联系商家，还是我部门李贺同学拉到一条横幅，由于时间关系，没有为活动拿到奖品赞助，但是，我们可以继续努力，我想我们部门是可以的!</w:t>
      </w:r>
      <w:r>
        <w:rPr>
          <w:lang w:eastAsia="zh-CN"/>
        </w:rPr>
        <w:br/>
      </w:r>
    </w:p>
    <w:p w:rsidR="001B1F19" w14:textId="27C3F48A">
      <w:pPr>
        <w:rPr>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6：为了发展我部门，我部门成立了业务员小组，利用周六周末去跑业务，联系商家。希望我部门在以后的工作中得到发展，得到壮大!</w:t>
      </w:r>
      <w:r>
        <w:rPr>
          <w:lang w:eastAsia="zh-CN"/>
        </w:rPr>
        <w:br/>
      </w:r>
      <w:r>
        <w:rPr>
          <w:lang w:eastAsia="zh-CN"/>
        </w:rPr>
        <w:t>　　7：在十月十六号送成考中，我部门所有成员积极 ，没有出现迟到、早退现象，而且提前到场，希望他们在今后工作中保持这种工作作风，积极参加学生会的各种工作，以最初的心，做永远的事!</w:t>
      </w:r>
      <w:r>
        <w:rPr>
          <w:lang w:eastAsia="zh-CN"/>
        </w:rPr>
        <w:br/>
      </w:r>
      <w:r>
        <w:rPr>
          <w:lang w:eastAsia="zh-CN"/>
        </w:rPr>
        <w:t>　　8：文化衫的价格最终确定下来，我部门主要负责文化衫费用的收集，多数部门的费用已经交齐，请各个部门部长赶紧收齐本部门费用。</w:t>
      </w:r>
      <w:r>
        <w:rPr>
          <w:lang w:eastAsia="zh-CN"/>
        </w:rPr>
        <w:br/>
      </w:r>
      <w:r>
        <w:rPr>
          <w:lang w:eastAsia="zh-CN"/>
        </w:rPr>
        <w:t>　　二、今后的'工作计划</w:t>
      </w:r>
      <w:r>
        <w:rPr>
          <w:lang w:eastAsia="zh-CN"/>
        </w:rPr>
        <w:br/>
      </w:r>
      <w:r>
        <w:rPr>
          <w:lang w:eastAsia="zh-CN"/>
        </w:rPr>
        <w:t>　　1：业务小组在新生军训后正式开始工作，我部门分成几组，每组负责合肥市一个区域的商家，为今后的工作打造关系网。</w:t>
      </w:r>
      <w:r>
        <w:rPr>
          <w:lang w:eastAsia="zh-CN"/>
        </w:rPr>
        <w:br/>
      </w:r>
      <w:r>
        <w:rPr>
          <w:lang w:eastAsia="zh-CN"/>
        </w:rPr>
        <w:t>　　2：新成员进行室外拓展训练，我作为本部门部长，每天必会亲自到场，和所有的成员共同度过训练时期。</w:t>
      </w:r>
      <w:r>
        <w:rPr>
          <w:lang w:eastAsia="zh-CN"/>
        </w:rPr>
        <w:br/>
      </w:r>
      <w:r>
        <w:rPr>
          <w:lang w:eastAsia="zh-CN"/>
        </w:rPr>
        <w:t>　　3：听说学习部要举办辩论赛，特此我部门将会早点联系商家，为辩论赛拉到赞助，最好是资金和实物，为此我部门所有成员都会竭尽全力，去做好我们本职工作!</w:t>
      </w:r>
      <w:r>
        <w:rPr>
          <w:lang w:eastAsia="zh-CN"/>
        </w:rPr>
        <w:br/>
      </w:r>
      <w:r>
        <w:rPr>
          <w:lang w:eastAsia="zh-CN"/>
        </w:rPr>
        <w:t xml:space="preserve">    学生会外联部个人总结范本 篇16 </w:t>
      </w:r>
      <w:r>
        <w:rPr>
          <w:lang w:eastAsia="zh-CN"/>
        </w:rPr>
        <w:br/>
      </w:r>
      <w:r>
        <w:rPr>
          <w:lang w:eastAsia="zh-CN"/>
        </w:rPr>
        <w:t>　　在，我部在本学年取得了不少的成功经验与成绩，外联部可谓是学生会外联内引的一个窗口，就本身工作环境来说是一个相对灵活的部门，这个学期外联部的主要工作是加强校内外的联系，做好与活动主办方之间的协调，起到了扩大影响加强联系的作用。</w:t>
      </w:r>
      <w:r>
        <w:rPr>
          <w:lang w:eastAsia="zh-CN"/>
        </w:rPr>
        <w:br/>
      </w:r>
    </w:p>
    <w:p w:rsidR="001B1F19" w14:textId="27C3F48A">
      <w:pPr>
        <w:rPr>
          <w:lang w:eastAsia="zh-CN"/>
        </w:rPr>
      </w:pPr>
      <w:r>
        <w:rPr>
          <w:lang w:eastAsia="zh-CN"/>
        </w:rPr>
        <w:t>　　在本学期，学生会承办的__活动中，外联部承担了不可或缺的作用。俗话说三军未到，粮草先行&amp;，在活动初期，外联部发挥了其本质作用，承担了拉调赞助的责任，而本部部员在其间也积极参与，出外拉调赞助，作为本次活动的主要经费。在后期运作中，外联部也积极配后其他部门组织开展活动，包括布置会场，维持秩序，组织观众与参赛人员，为学生会建立了良好的形象。还有在中，学生会也参与了布置会场与后期的值班工作，为成功举办贡献出了自己的一份力，其中外联部在学生会的成员中所占比例较大，当中自然也不能忽视外联部成员的那份功劳。由于，在工作方面自然也有许多的不足，需要我们去改进。下面是我部对下学期将要对展开活动需要改进与加强的一些计划：</w:t>
      </w:r>
      <w:r>
        <w:rPr>
          <w:lang w:eastAsia="zh-CN"/>
        </w:rPr>
        <w:br/>
      </w:r>
      <w:r>
        <w:rPr>
          <w:lang w:eastAsia="zh-CN"/>
        </w:rPr>
        <w:t>　　一， 做好协助</w:t>
      </w:r>
      <w:r>
        <w:rPr>
          <w:lang w:eastAsia="zh-CN"/>
        </w:rPr>
        <w:br/>
      </w:r>
      <w:r>
        <w:rPr>
          <w:lang w:eastAsia="zh-CN"/>
        </w:rPr>
        <w:t>　　1， 协助学生会各部门搞好各种工作，保障其他部门开展活动所需场地，经费等需要。此计划还需根据学生会会不同计划安排做出更详细的计划安排。</w:t>
      </w:r>
      <w:r>
        <w:rPr>
          <w:lang w:eastAsia="zh-CN"/>
        </w:rPr>
        <w:br/>
      </w:r>
      <w:r>
        <w:rPr>
          <w:lang w:eastAsia="zh-CN"/>
        </w:rPr>
        <w:t>　　2， 在学生会在举行活动时要细心细致的做好联系，接待嘉宾的工作，以保障活动的顺利进行。其中的具体工作包括:联系嘉宾确定好到达的时间地点，派工作人员去接待，安排就坐，后勤服务等，或者还有通知演出的相关事宜等相关工作。</w:t>
      </w:r>
      <w:r>
        <w:rPr>
          <w:lang w:eastAsia="zh-CN"/>
        </w:rPr>
        <w:br/>
      </w:r>
      <w:r>
        <w:rPr>
          <w:lang w:eastAsia="zh-CN"/>
        </w:rPr>
        <w:t>　　3， 要加强与其他部门的联系和交流，从而在工作上更好的相互配合，共同为学生会，为尽出自己的一份力。</w:t>
      </w:r>
      <w:r>
        <w:rPr>
          <w:lang w:eastAsia="zh-CN"/>
        </w:rPr>
        <w:br/>
      </w:r>
      <w:r>
        <w:rPr>
          <w:lang w:eastAsia="zh-CN"/>
        </w:rPr>
        <w:t>　　二， 扩大影响</w:t>
      </w:r>
      <w:r>
        <w:rPr>
          <w:lang w:eastAsia="zh-CN"/>
        </w:rPr>
        <w:br/>
      </w:r>
      <w:r>
        <w:rPr>
          <w:lang w:eastAsia="zh-CN"/>
        </w:rPr>
        <w:t>　　1，</w:t>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https://d.book118.com/677101054063006046</w:t>
        </w:r>
      </w:hyperlink>
    </w:p>
    <w:p w:rsidR="001B1F19">
      <w:pPr>
        <w:rPr>
          <w:lang w:eastAsia="zh-CN"/>
        </w:rPr>
      </w:pPr>
    </w:p>
    <w:sectPr>
      <w:type w:val="nextPage"/>
      <w:pgSz w:w="11906" w:h="16838"/>
      <w:pgMar w:top="1440" w:right="1800" w:bottom="1440" w:left="1800" w:header="851" w:footer="992" w:gutter="0"/>
      <w:pgNumType w:start="3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7710105406300604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