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高中教学反思总结（32篇）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高中教学反思总结（通用32篇）</w:t>
      </w:r>
      <w:r>
        <w:rPr>
          <w:lang w:eastAsia="zh-CN"/>
        </w:rPr>
        <w:br/>
      </w:r>
      <w:r>
        <w:rPr>
          <w:lang w:eastAsia="zh-CN"/>
        </w:rPr>
        <w:t xml:space="preserve">    高中教学反思总结 篇1 </w:t>
      </w:r>
      <w:r>
        <w:rPr>
          <w:lang w:eastAsia="zh-CN"/>
        </w:rPr>
        <w:br/>
      </w:r>
      <w:r>
        <w:rPr>
          <w:lang w:eastAsia="zh-CN"/>
        </w:rPr>
        <w:t>　　我省全面实施新课程，新课标，高中历史教学能否实施新课程的理念、精神?如何评价?如何实施?作为一名历史教师，这是我一直在思考的问题。相信将来我的工作任务更重，挑战更多。努力学习，深入钻研寻求对策及今后的努力方向是我目前最重要的事情之一。</w:t>
      </w:r>
      <w:r>
        <w:rPr>
          <w:lang w:eastAsia="zh-CN"/>
        </w:rPr>
        <w:br/>
      </w:r>
      <w:r>
        <w:rPr>
          <w:lang w:eastAsia="zh-CN"/>
        </w:rPr>
        <w:t>　　一、以新的教学方法和思路去教学</w:t>
      </w:r>
      <w:r>
        <w:rPr>
          <w:lang w:eastAsia="zh-CN"/>
        </w:rPr>
        <w:br/>
      </w:r>
      <w:r>
        <w:rPr>
          <w:lang w:eastAsia="zh-CN"/>
        </w:rPr>
        <w:t>　　针对普及高中教育时期学生的认知特点，首先将教材内容的问题化。要把学习知识的过程变成分析和解决问题的过程，就需要将教材问题化。我准备从以下几个方面进行操作：把教材内容变成问题的“链接”;引导学生凭借自己的努力(尝试探索、合作等)一个个地进行问题求解;在解决问题的过程中激起学生的问题意识，并生成更多、更深层的问题。其次将教材内容结构化。我要尽可能地引导学生掌握知识的结构，而不能“见树不见林”。学生的认识结构是有良好的知识结构转化而来的，因此在教某部分知识时，要注意“瞻前顾后”和“左顾右盼”。要实现教材结构化，我既可以提出教材内容的“纲要信号”，也可以利用“先行组织者”，还可以指导学生自己结合相关知识构建知识系统框架。</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二、正确处理内容和形式之间的关系</w:t>
      </w:r>
      <w:r>
        <w:rPr>
          <w:lang w:eastAsia="zh-CN"/>
        </w:rPr>
        <w:br/>
      </w:r>
      <w:r>
        <w:rPr>
          <w:lang w:eastAsia="zh-CN"/>
        </w:rPr>
        <w:t>　　过去一学年来，教学时，我注意利用一个简单的道理，或者一个知识点引出一个知识串，形成一个知识网，让学生能够举一反三、触类旁通，这就需要在教学中正确处理内容与形式的关系。首先，我要选取那些最实用，具有说服力和感染力的典型事例，选择的典型材料、事例真实可信，能够逐步展开并深化和升华主题，增强表达效果。其次，采取生动活泼，学生可以接受的学习方法和形式，调动学生的积极因素，使他们乐学爱听。</w:t>
      </w:r>
      <w:r>
        <w:rPr>
          <w:lang w:eastAsia="zh-CN"/>
        </w:rPr>
        <w:br/>
      </w:r>
      <w:r>
        <w:rPr>
          <w:lang w:eastAsia="zh-CN"/>
        </w:rPr>
        <w:t>　　三、常规教育教学中的“困惑”变成问题</w:t>
      </w:r>
      <w:r>
        <w:rPr>
          <w:lang w:eastAsia="zh-CN"/>
        </w:rPr>
        <w:br/>
      </w:r>
      <w:r>
        <w:rPr>
          <w:lang w:eastAsia="zh-CN"/>
        </w:rPr>
        <w:t>　　在学科教学、师生交往中有很多“困惑”。如“我反复讲了好几遍他为什么还不会?”、“为什么学习不好的学生学习习惯都差?”、“为什么学生对涉及理论联系实际的问题普遍感到困难?”等等，面对这些“困惑”我们只是说说议议，很少去深入地探究这些困惑背后的真实原因，也就是说我们缺少问题意识。我准备在新学期将问题细化，注重平时积累，着手解决，具体成文。</w:t>
      </w:r>
      <w:r>
        <w:rPr>
          <w:lang w:eastAsia="zh-CN"/>
        </w:rPr>
        <w:br/>
      </w:r>
      <w:r>
        <w:rPr>
          <w:lang w:eastAsia="zh-CN"/>
        </w:rPr>
        <w:t>　　四、结合学生的实际，将知识整合。</w:t>
      </w:r>
      <w:r>
        <w:rPr>
          <w:lang w:eastAsia="zh-CN"/>
        </w:rPr>
        <w:br/>
      </w:r>
      <w:r>
        <w:rPr>
          <w:lang w:eastAsia="zh-CN"/>
        </w:rPr>
        <w:t>　　在教学中，我往往做到一切从实际出发，针对学生的实际能力，将课本知识重新组织，整合，使学生思路清晰，通俗易懂，收到了良好的教学效果。</w:t>
      </w:r>
      <w:r>
        <w:rPr>
          <w:lang w:eastAsia="zh-CN"/>
        </w:rPr>
        <w:br/>
      </w:r>
      <w:r>
        <w:rPr>
          <w:lang w:eastAsia="zh-CN"/>
        </w:rPr>
        <w:t>　　教材是死的，人是活的，最好的教学就是适应于自己，又适合学生的教学，它既有利于学生素质提高，又有利于学生分数提高的教学。</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总之，社会在发展变化，教师也应改变教学观念，充分认识新课改的重要性，努力设计好教学内容，培养出更多、更优秀的创新人才，以适应社会的需要。</w:t>
      </w:r>
      <w:r>
        <w:rPr>
          <w:lang w:eastAsia="zh-CN"/>
        </w:rPr>
        <w:br/>
      </w:r>
      <w:r>
        <w:rPr>
          <w:lang w:eastAsia="zh-CN"/>
        </w:rPr>
        <w:t xml:space="preserve">    高中教学反思总结 篇2 </w:t>
      </w:r>
      <w:r>
        <w:rPr>
          <w:lang w:eastAsia="zh-CN"/>
        </w:rPr>
        <w:br/>
      </w:r>
      <w:r>
        <w:rPr>
          <w:lang w:eastAsia="zh-CN"/>
        </w:rPr>
        <w:t>　　一、实际教学中的困惑</w:t>
      </w:r>
      <w:r>
        <w:rPr>
          <w:lang w:eastAsia="zh-CN"/>
        </w:rPr>
        <w:br/>
      </w:r>
      <w:r>
        <w:rPr>
          <w:lang w:eastAsia="zh-CN"/>
        </w:rPr>
        <w:t>　　1、教材的问题:①教材内容多而杂、教学要求浅而泛、知识主线散而空。而各类评价性考试内容实而精、试题难而全;②教材文字不多，有限的化学知识还零碎地淹没在花花绿绿的画面、表格、实验步骤和大量的生活实例中，学生预习和复习的积极性不高;③课本习题少而窄。</w:t>
      </w:r>
      <w:r>
        <w:rPr>
          <w:lang w:eastAsia="zh-CN"/>
        </w:rPr>
        <w:br/>
      </w:r>
      <w:r>
        <w:rPr>
          <w:lang w:eastAsia="zh-CN"/>
        </w:rPr>
        <w:t>　　2、教学目标的问题：①高中化学课程标准提出了“知识与技能”、“过程与方法”、“情感态度与价值观”三个方面的课程目标。教学内容和教学时间制约着这三维目标的全面落实，②教学中要实现四种能力的培养：化学实验探究的能力、独立思考的能力、信息获取与加工的能力、自主学习的能力。有限的课时有限的内容有限的机会达成这些能力的培养确实有限。</w:t>
      </w:r>
      <w:r>
        <w:rPr>
          <w:lang w:eastAsia="zh-CN"/>
        </w:rPr>
        <w:br/>
      </w:r>
      <w:r>
        <w:rPr>
          <w:lang w:eastAsia="zh-CN"/>
        </w:rPr>
        <w:t>　　3、教学时间的问题:学生课外时间的利用极其有限。习题课没法上，综合训练难上加难。</w:t>
      </w:r>
      <w:r>
        <w:rPr>
          <w:lang w:eastAsia="zh-CN"/>
        </w:rPr>
        <w:br/>
      </w:r>
      <w:r>
        <w:rPr>
          <w:lang w:eastAsia="zh-CN"/>
        </w:rPr>
        <w:t>　　4、学生的问题:优生吃不饱，困难生还吃不了。有一部分学生学习的积极性不高。</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5、评价的问题:化学成绩的评价只停留在知识与技能的考核上，考核试题难而全。过程性评价没有多大的实际意义。6、成绩状况的问题:考试平均分不高，两极分化严重。</w:t>
      </w:r>
      <w:r>
        <w:rPr>
          <w:lang w:eastAsia="zh-CN"/>
        </w:rPr>
        <w:br/>
      </w:r>
      <w:r>
        <w:rPr>
          <w:lang w:eastAsia="zh-CN"/>
        </w:rPr>
        <w:t>　　二、新课标理念下应有的教学思考与要求</w:t>
      </w:r>
      <w:r>
        <w:rPr>
          <w:lang w:eastAsia="zh-CN"/>
        </w:rPr>
        <w:br/>
      </w:r>
      <w:r>
        <w:rPr>
          <w:lang w:eastAsia="zh-CN"/>
        </w:rPr>
        <w:t>　　1、全面理解三维课程目标，科学制定课堂教学目标</w:t>
      </w:r>
      <w:r>
        <w:rPr>
          <w:lang w:eastAsia="zh-CN"/>
        </w:rPr>
        <w:br/>
      </w:r>
      <w:r>
        <w:rPr>
          <w:lang w:eastAsia="zh-CN"/>
        </w:rPr>
        <w:t>　　在实施中要注意全面理解三维目标的内涵要求以及三个维度之间的关系。“三维”目标是从课程功能层面提出的，是整个课程实施后所要达到的目标，不能将其简单地分解到每节课。</w:t>
      </w:r>
      <w:r>
        <w:rPr>
          <w:lang w:eastAsia="zh-CN"/>
        </w:rPr>
        <w:br/>
      </w:r>
      <w:r>
        <w:rPr>
          <w:lang w:eastAsia="zh-CN"/>
        </w:rPr>
        <w:t>　　三维的教学目标中，知识与技能是载体，过程与方法是核心，情感态度与价值观是结果。要在实施的过程中以基础知识为出发点，在过程与方法中寻求突破，精心设计展现知识形成过程的探究活动。在探究知识的形成过程中获得知识、培养健康的情感态度与价值观，实现学习方式的转变。因此要根据教学内容和学生基础科学合理地制定每节课的教学目标。</w:t>
      </w:r>
      <w:r>
        <w:rPr>
          <w:lang w:eastAsia="zh-CN"/>
        </w:rPr>
        <w:br/>
      </w:r>
      <w:r>
        <w:rPr>
          <w:lang w:eastAsia="zh-CN"/>
        </w:rPr>
        <w:t>　　2、全面理解教材结构，准确把握必修模块的教学要求</w:t>
      </w:r>
      <w:r>
        <w:rPr>
          <w:lang w:eastAsia="zh-CN"/>
        </w:rPr>
        <w:br/>
      </w:r>
      <w:r>
        <w:rPr>
          <w:lang w:eastAsia="zh-CN"/>
        </w:rPr>
        <w:t>　　从课程设计来看，必修模块的目的是促进全体高中生形成最基本的科学素养，重视其基础性;从编排体系来看，不再以物质结构、元素周期律等理论知识为出发点，采用推理、演绎的方法学习化学，而改为以物质分类的思想来整合教学内容，通过提供实验事实、科学史话等感性材料，采用分析、归纳的方法获得化学知识。因此，同样的知识内容，在新、旧教材中的地位和作用是不同的，其教学要求也不相同。</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对学有余力的学生，完全可以也应该在时间允许的情况下，对教学提出高一些的要求，以更好地理解知识以及为后续学习预留空间，但这种对教材内容的弹性增补，前提是首先要“保底”，而且增补不能搞“一步到位”，不能增加学生负担。</w:t>
      </w:r>
      <w:r>
        <w:rPr>
          <w:lang w:eastAsia="zh-CN"/>
        </w:rPr>
        <w:br/>
      </w:r>
      <w:r>
        <w:rPr>
          <w:lang w:eastAsia="zh-CN"/>
        </w:rPr>
        <w:t>　　值得注意的是，课程标准的教学要求是螺旋上升的，不是在知识首次出现时就要求学生一下子全部达到的。对于教学难度的把握，还可具体参考下列建议：①比较现行的人教版、山东科技版和江苏版高中新课标教材要求，根据学生的实际情况确定适合本校实际的教学目标与要求;②对于人教版教材中的资料卡片、科学视野和科学史话三个栏目的内容，是教学上很好的素材，但可以不作为学分认定内容;③市教研室化学科组织编写必修模块各章节的教学要求说明，可以作为教学的参考。</w:t>
      </w:r>
      <w:r>
        <w:rPr>
          <w:lang w:eastAsia="zh-CN"/>
        </w:rPr>
        <w:br/>
      </w:r>
      <w:r>
        <w:rPr>
          <w:lang w:eastAsia="zh-CN"/>
        </w:rPr>
        <w:t>　　3、深入研究教材中知识呈现主线，合理重组教学内容</w:t>
      </w:r>
      <w:r>
        <w:rPr>
          <w:lang w:eastAsia="zh-CN"/>
        </w:rPr>
        <w:br/>
      </w:r>
      <w:r>
        <w:rPr>
          <w:lang w:eastAsia="zh-CN"/>
        </w:rPr>
        <w:t>　　教材采用了专题式的模块结构，一定程度影响了知识的内在逻辑关系。为了避免这类内容学习中常见的“一听就会，一用就乱”，一定应该有化学基本理论作为主线贯穿进行学习。本章的教材按照新课标要求，隐去了过去熟悉的线索，将大量的信息同时出现在学生面前，若教师的指导稍不得法，就很容易感到知识凌乱，把握不住规律，从而走入“背化学”的死胡同。要求教学中要深入研究教材的编排主线，挖掘知识的内在联系，结合学生的认知规律合理地重组教学内容，从学生已有的知识出发，突出“分类”这个主线，使基础知识清晰。</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新课程中，教材仅是学习的一个范例和文本，教师要突破多年来“紧靠课本”“忠实教材”的观念，教学中如何选取知识，知识如何呈现，都要靠教师进行二次创作，根据课程标准和学生的学习需要，重新整合教学资源，灵活处理教材。</w:t>
      </w:r>
      <w:r>
        <w:rPr>
          <w:lang w:eastAsia="zh-CN"/>
        </w:rPr>
        <w:br/>
      </w:r>
      <w:r>
        <w:rPr>
          <w:lang w:eastAsia="zh-CN"/>
        </w:rPr>
        <w:t>　　4、以科学探究作为突破口，优化学生的学习方式</w:t>
      </w:r>
      <w:r>
        <w:rPr>
          <w:lang w:eastAsia="zh-CN"/>
        </w:rPr>
        <w:br/>
      </w:r>
      <w:r>
        <w:rPr>
          <w:lang w:eastAsia="zh-CN"/>
        </w:rPr>
        <w:t>　　转变学生过于依靠接受式学习的学习方式是本次课程改革的重点任务之一。高中化学课程标准中提出，在课堂教学中引入科学探究来转变学生的学习方式，从而全面提高学生的科学素养，达到提高全体公民整体素质的目的。在实施中，首先要对科学探究或探究式学习有一个正确的认识，才能科学、合理地运用于课堂教学。</w:t>
      </w:r>
      <w:r>
        <w:rPr>
          <w:lang w:eastAsia="zh-CN"/>
        </w:rPr>
        <w:br/>
      </w:r>
      <w:r>
        <w:rPr>
          <w:lang w:eastAsia="zh-CN"/>
        </w:rPr>
        <w:t>　　在现代教育文献中“科学探究”、“探究式教学”、“探究式学习”都是指学生在学习过程中模仿科学家进行科学探究的思维方式来主动构建知识、形成科学观念、领悟科学研究方法的学习方式。这种学习方式在学习内容上，不但包括事实、理论等陈述性知识，还包括科学过程和方法等程序性知识;在教学策略上，教师通过创设一定的探究情景，让学生发现问题，作出猜想与假设，并通过实验、调查、查阅文献等方式搜集与处理信息，对猜想与假设进行论证，最后通过表达与交流活动对自己的探究过程进行反思与评价。在这一过程中学生获得知识与技能，掌握解决问题的方法，获得情感体验。</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科学探究是新课程大力倡导的重要的学生学习方式，但是，科学探究并不是学生学习的唯一方式。接受学习、探究学习等都是人类常用的学习方式。并没有绝对的优与劣，课堂教学中教师的任务之一，就是优化学生的学习方式，引导学生综合应用各种学习方式(包括接受式)来积极、主动、高效地获取知识。</w:t>
      </w:r>
      <w:r>
        <w:rPr>
          <w:lang w:eastAsia="zh-CN"/>
        </w:rPr>
        <w:br/>
      </w:r>
      <w:r>
        <w:rPr>
          <w:lang w:eastAsia="zh-CN"/>
        </w:rPr>
        <w:t>　　科学学习主要强调亲身体验、在“做中学”，但由于时间和学生知识基础的限制，只有选择那些最有探究价值而且学生在现有的知识基础上能够探究的内容进行探究，这些内容应该是本模块的主干知识。探究活动应该围绕主要教学目标展开。学生探究思考的时间要充分，交流展示的范围要广。</w:t>
      </w:r>
      <w:r>
        <w:rPr>
          <w:lang w:eastAsia="zh-CN"/>
        </w:rPr>
        <w:br/>
      </w:r>
      <w:r>
        <w:rPr>
          <w:lang w:eastAsia="zh-CN"/>
        </w:rPr>
        <w:t>　　5、充分发挥化学实验在教学中的多种功能</w:t>
      </w:r>
      <w:r>
        <w:rPr>
          <w:lang w:eastAsia="zh-CN"/>
        </w:rPr>
        <w:br/>
      </w:r>
      <w:r>
        <w:rPr>
          <w:lang w:eastAsia="zh-CN"/>
        </w:rPr>
        <w:t>　　化学实验既是课程目标，又是学生学习化学的重要方式，更是学生学习化学的重要内容。在化学教学中，通过实验不仅可以使学生获得化学知识，学会实验技能;更重要的是通过实验创设生动的学习情景，达到激发兴趣、启迪思维，获得知识、培养科学态度和科学方法的目的。</w:t>
      </w:r>
      <w:r>
        <w:rPr>
          <w:lang w:eastAsia="zh-CN"/>
        </w:rPr>
        <w:br/>
      </w:r>
      <w:r>
        <w:rPr>
          <w:lang w:eastAsia="zh-CN"/>
        </w:rPr>
        <w:t>　　实验教学中的启迪思维功能很容易被其获知功能掩盖，要站在素质教育的高度对实验教学中的思维活动给予足够的重视。若对实验的启思功能开发不够，只着重其在获取知识方面的价值，就会陷入重“做”轻“思”的误区。</w:t>
      </w:r>
      <w:r>
        <w:rPr>
          <w:lang w:eastAsia="zh-CN"/>
        </w:rPr>
        <w:br/>
      </w:r>
      <w:r>
        <w:rPr>
          <w:lang w:eastAsia="zh-CN"/>
        </w:rPr>
        <w:t>　　通过实验创设的问题情境，激发探究的欲望，依循科学的方法自主地进行探究，并在探究的过程中不断发现新问题，或通过实验去验证自己的理论假设，从中获取新知识，体验科学的思维方法，养成良好的科学研究习惯，培育出科学的精神和态度。</w:t>
      </w:r>
      <w:r>
        <w:rPr>
          <w:lang w:eastAsia="zh-CN"/>
        </w:rPr>
        <w:br/>
      </w:r>
      <w:r>
        <w:rPr>
          <w:lang w:eastAsia="zh-CN"/>
        </w:rPr>
        <w:t>　　三、个人教学中的具体做法</w:t>
      </w:r>
      <w:r>
        <w:rPr>
          <w:lang w:eastAsia="zh-CN"/>
        </w:rPr>
        <w:br/>
      </w:r>
      <w:r>
        <w:rPr>
          <w:lang w:eastAsia="zh-CN"/>
        </w:rPr>
        <w:t>　　1、第1节《元素周期表》教学主线及流程：</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第一课时：⑴、浏览课本尾页的元素周期表rarr;寻找硅元素的位置rarr;请说出硅元素在元素周期表中的位置rarr;引出元素周期表结构的学习rarr;平面中点的位置的确定rarr;学习周期、短周期、族、主族等rarr;硅元素在元素周期表中的位置的正确表达与书写。</w:t>
      </w:r>
      <w:r>
        <w:rPr>
          <w:lang w:eastAsia="zh-CN"/>
        </w:rPr>
        <w:br/>
      </w:r>
      <w:r>
        <w:rPr>
          <w:lang w:eastAsia="zh-CN"/>
        </w:rPr>
        <w:t>　　⑵、画出硅原子结构示意图rarr;激发学生在硅原子结构与硅元素位置之间寻找数值上的关联rarr;用钠原子结构与钠元素位置的数值关系进行验证rarr;得出“周期序数=原子的电子层数、主族序数=原子的最外层电子数=元素的最高正价数、原子序数=核电荷数=质子数=核外电子数”。</w:t>
      </w:r>
      <w:r>
        <w:rPr>
          <w:lang w:eastAsia="zh-CN"/>
        </w:rPr>
        <w:br/>
      </w:r>
      <w:r>
        <w:rPr>
          <w:lang w:eastAsia="zh-CN"/>
        </w:rPr>
        <w:t>　　⑶、利用课本第5页、第7页的原子结构示意图rarr;比较原子半径rarr;原子得失电子的能力rarr;提炼、归纳“在同一主族中，从上到下，原子序数逐渐增大，原子半径逐渐增大，失电子能力逐渐增强，得电子能力逐渐减弱，金属性逐渐增强，非金属性逐渐减弱”。</w:t>
      </w:r>
      <w:r>
        <w:rPr>
          <w:lang w:eastAsia="zh-CN"/>
        </w:rPr>
        <w:br/>
      </w:r>
      <w:r>
        <w:rPr>
          <w:lang w:eastAsia="zh-CN"/>
        </w:rPr>
        <w:t>　　第二课时：⑴、回忆同一主族元素性质的递变性规律rarr;用钾、钠的实验验证元素金属性的相似性与递变性rarr;用第8页的卤素单质与氢气反应的资料验证元素非金属性的相似性与递变性rarr;小结金属的金属性(还原性)强弱比较的实验方案设计rarr;总结并板书“元素的金属性(还原性)越强，其单质与水或酸反应生成氢气越容易;元素的金属性(还原性)越强，形成的最高价氧化物的水化物碱性越强。”</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⑵、借助第7、8页的碱金属单质和卤素单质的物理性质比较、归纳、概括同一主族元素单质物理性质的递变性规律。</w:t>
      </w:r>
      <w:r>
        <w:rPr>
          <w:lang w:eastAsia="zh-CN"/>
        </w:rPr>
        <w:br/>
      </w:r>
      <w:r>
        <w:rPr>
          <w:lang w:eastAsia="zh-CN"/>
        </w:rPr>
        <w:t>　　⑶、由学生中的双胞胎rarr;引出并理解同位素rarr;简介核素的概念和表示方法。</w:t>
      </w:r>
      <w:r>
        <w:rPr>
          <w:lang w:eastAsia="zh-CN"/>
        </w:rPr>
        <w:br/>
      </w:r>
      <w:r>
        <w:rPr>
          <w:lang w:eastAsia="zh-CN"/>
        </w:rPr>
        <w:t>　　⑷、抑扬顿挫地示范背诵1-20号元素rarr;说明记忆的作用，指导背诵的方法rarr;布置书面作业和背熟1-20号元素的顺序。</w:t>
      </w:r>
      <w:r>
        <w:rPr>
          <w:lang w:eastAsia="zh-CN"/>
        </w:rPr>
        <w:br/>
      </w:r>
      <w:r>
        <w:rPr>
          <w:lang w:eastAsia="zh-CN"/>
        </w:rPr>
        <w:t>　　个人的教学认识：上述教学中，“知识与技能”落实了元素周期表结构的学习、得出了“周期序数=原子的电子层数、主族序数=原子的最外层电子数=元素的最高正价数、原子序数=核电荷数=质子数=核外电子数”。归纳了“在同一主族中，从上到下，原子序数逐渐增大，原子半径逐渐增大，失电子能力逐渐增强，得电子能力逐渐减弱，金属性逐渐增强，非金属性逐渐减弱”等。“过程与方法”体现在元素周期表的结构、原子结构与周期表中的位置关系、同一主族元素性质的相似性与递变性规律等知识的产生与形成中。“情感态度与价值观”体现在学生的智力活动中、知识的内在联系中、元素性质的相似性递变性的奥妙中、获取知识的愉悦和成功感中。</w:t>
      </w:r>
      <w:r>
        <w:rPr>
          <w:lang w:eastAsia="zh-CN"/>
        </w:rPr>
        <w:br/>
      </w:r>
      <w:r>
        <w:rPr>
          <w:lang w:eastAsia="zh-CN"/>
        </w:rPr>
        <w:t>　　2、第2节《元素周期律》教学主线及流程：</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第一课时：⑴、开展组与组之间、学生个人之间背诵1-20号元素的比赛rarr;落实1-20号元素的记忆rarr;回忆同一主族元素性质的相似性与递变性规律rarr;提出同一周期元素是否也存在元素性质的相似性与递变性规律?rarr;画出na、mg、al的原子结构示意图，比较原子半径rarr;学生进行分析判断rarr;引出问题与冲突rarr;指导同一周期中原子半径比较的方法rarr;结合对硫和氯气的知识rarr;归纳“在同一周期中，从左到右，原子序数逐渐增大，原子半径逐渐减小，得电子能力逐渐增强，失电子能力逐渐减弱，非金属性逐渐增强，金属性逐渐减弱”。</w:t>
      </w:r>
      <w:r>
        <w:rPr>
          <w:lang w:eastAsia="zh-CN"/>
        </w:rPr>
        <w:br/>
      </w:r>
      <w:r>
        <w:rPr>
          <w:lang w:eastAsia="zh-CN"/>
        </w:rPr>
        <w:t>　　⑵、作业完成第18页的第2、4、5、6题。</w:t>
      </w:r>
      <w:r>
        <w:rPr>
          <w:lang w:eastAsia="zh-CN"/>
        </w:rPr>
        <w:br/>
      </w:r>
      <w:r>
        <w:rPr>
          <w:lang w:eastAsia="zh-CN"/>
        </w:rPr>
        <w:t>　　第二课时：⑴、背诵1-20号元素rarr;回忆同一周期元素性质的递变性规律rarr;以解答实验习题的方式解决第14页的实验1rarr;验证同一周期元素性质的相似性与递变性规律rarr;指导学生阅读第15页的表格信息rarr;补充sih4、ph3、h2s、hcl的稳定性比较rarr;巩固同一周期元素的相似性与递变性规律rarr;归纳并板书“元素的非金属性(氧化性)越强，其形成的气态氢化物越稳定;元素的非金属性(氧化性)越强，形成的最高价氧化物的水化物的酸性越强。”</w:t>
      </w:r>
      <w:r>
        <w:rPr>
          <w:lang w:eastAsia="zh-CN"/>
        </w:rPr>
        <w:br/>
      </w:r>
      <w:r>
        <w:rPr>
          <w:lang w:eastAsia="zh-CN"/>
        </w:rPr>
        <w:t>　　⑵、作业完成第13页关于元素符号和原子结构示意图的填写。</w:t>
      </w:r>
      <w:r>
        <w:rPr>
          <w:lang w:eastAsia="zh-CN"/>
        </w:rPr>
        <w:br/>
      </w:r>
      <w:r>
        <w:rPr>
          <w:lang w:eastAsia="zh-CN"/>
        </w:rPr>
        <w:t>　　第三课时：⑴、背诵1-20号元素rarr;分别回顾同一主族及同一周期元素性质的递变性规律。</w:t>
      </w:r>
      <w:r>
        <w:rPr>
          <w:lang w:eastAsia="zh-CN"/>
        </w:rPr>
        <w:br/>
      </w:r>
      <w:r>
        <w:rPr>
          <w:lang w:eastAsia="zh-CN"/>
        </w:rPr>
        <w:t>　　⑵、观察、填写第14页的两表格rarr;体会元素性质的周期性规律rarr;归纳概括元素周期律。</w:t>
      </w:r>
      <w:r>
        <w:rPr>
          <w:lang w:eastAsia="zh-CN"/>
        </w:rPr>
        <w:br/>
      </w:r>
      <w:r>
        <w:rPr>
          <w:lang w:eastAsia="zh-CN"/>
        </w:rPr>
        <w:t xml:space="preserve">    高中教学反思总结 篇3 </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设计本课时教学方案时，我依据新课程教学理念，结合化学学科特点及学生的认知水平、改变了原教材的编排体系，首先用一课时完成了沉淀溶解平衡体系的建立过程，认识了溶度积和离子之间的关系对溶解与沉淀的影响。为本节课沉淀反应的应用打好基础。课上耐心启发学生从理论和实践两方面去思考。然后再分组实验探究，让学生从实验事实中获得难溶电解质存在沉淀溶解平衡的结论和沉淀转化的事实。进而继续让学生从实验事实探究、分析沉淀转化的理论依据，最终使学生从思想上从定性上升为定量。这节课本人只是对理论课教学的一种尝试。一般对于理论课，大多数老师都认为不好上，上课干巴巴，一般都是老师直接给出结论，再通过练习进行巩固。传统教法体现不了新课标要求学生在活动探究中自主学习知识。因此在设计时，就想能不能也通过实验让学生在探究的基础上自己得出结论，而不是老师端给学生。基于这种想法，本人尝试着设计了这样一节课。</w:t>
      </w:r>
      <w:r>
        <w:rPr>
          <w:lang w:eastAsia="zh-CN"/>
        </w:rPr>
        <w:br/>
      </w:r>
      <w:r>
        <w:rPr>
          <w:lang w:eastAsia="zh-CN"/>
        </w:rPr>
        <w:t>　　本节的教学基本达到了预期的目的，当然也有一些不足：一是本教学设计涉及教学内容较多，探究实验复杂，所需时间成本高，分析、交流的时间太短，学生展示的机会还不够充分。因此在以后的教学中要将问题精简，抓住核心问题让学生充分思考讨论。二因本设计要用到离子反应和选修平衡移动原理的相关知识，由于对学生所学知识掌握情况把握不够，造成教学过程拖拉。在以后的教学过程中还要不断的锻炼教学基本功，研究专业知识，提高教学综合素质。</w:t>
      </w:r>
      <w:r>
        <w:rPr>
          <w:lang w:eastAsia="zh-CN"/>
        </w:rPr>
        <w:br/>
      </w:r>
      <w:r>
        <w:rPr>
          <w:lang w:eastAsia="zh-CN"/>
        </w:rPr>
        <w:t xml:space="preserve">    高中教学反思总结 篇4 </w:t>
      </w:r>
      <w:r>
        <w:rPr>
          <w:lang w:eastAsia="zh-CN"/>
        </w:rPr>
        <w:br/>
      </w:r>
      <w:r>
        <w:rPr>
          <w:lang w:eastAsia="zh-CN"/>
        </w:rPr>
        <w:t>　　上学期教学任务已经完成。在过去的这一学期中，我们组积极探究新改，努力实践并取得了一定的成绩。</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一、在教学上</w:t>
      </w:r>
      <w:r>
        <w:rPr>
          <w:lang w:eastAsia="zh-CN"/>
        </w:rPr>
        <w:br/>
      </w:r>
      <w:r>
        <w:rPr>
          <w:lang w:eastAsia="zh-CN"/>
        </w:rPr>
        <w:t>　　1、积极极探究新改</w:t>
      </w:r>
      <w:r>
        <w:rPr>
          <w:lang w:eastAsia="zh-CN"/>
        </w:rPr>
        <w:br/>
      </w:r>
      <w:r>
        <w:rPr>
          <w:lang w:eastAsia="zh-CN"/>
        </w:rPr>
        <w:t>　　我们打破常规教学，进行分专项教学，优势互补。四位教师轮流上，既弥补教师自身缺陷，又满足学生选修部分内容的要求。</w:t>
      </w:r>
      <w:r>
        <w:rPr>
          <w:lang w:eastAsia="zh-CN"/>
        </w:rPr>
        <w:br/>
      </w:r>
      <w:r>
        <w:rPr>
          <w:lang w:eastAsia="zh-CN"/>
        </w:rPr>
        <w:t>　　2、加强集体备。</w:t>
      </w:r>
      <w:r>
        <w:rPr>
          <w:lang w:eastAsia="zh-CN"/>
        </w:rPr>
        <w:br/>
      </w:r>
      <w:r>
        <w:rPr>
          <w:lang w:eastAsia="zh-CN"/>
        </w:rPr>
        <w:t>　　尽管我们分四大块进行教学，但是我们仍然加强集体备。对教材进行分析，确定重点、难点，并根据教材内容，探索新的教学方法、新的突破口，努力实践新改。(fsir)特别是申丽梅老师的评优，我们群策群力，上网查资料、反复听找问题。最后代表郴州市参加省评优获银奖第一名。</w:t>
      </w:r>
      <w:r>
        <w:rPr>
          <w:lang w:eastAsia="zh-CN"/>
        </w:rPr>
        <w:br/>
      </w:r>
      <w:r>
        <w:rPr>
          <w:lang w:eastAsia="zh-CN"/>
        </w:rPr>
        <w:t>　　二、在训练上</w:t>
      </w:r>
      <w:r>
        <w:rPr>
          <w:lang w:eastAsia="zh-CN"/>
        </w:rPr>
        <w:br/>
      </w:r>
      <w:r>
        <w:rPr>
          <w:lang w:eastAsia="zh-CN"/>
        </w:rPr>
        <w:t>　　1、组建高二体育高考队。</w:t>
      </w:r>
      <w:r>
        <w:rPr>
          <w:lang w:eastAsia="zh-CN"/>
        </w:rPr>
        <w:br/>
      </w:r>
      <w:r>
        <w:rPr>
          <w:lang w:eastAsia="zh-CN"/>
        </w:rPr>
        <w:t>　　根据新的体育高考形势，我们在高二第一期就决定组建高二体育高考队。动员了一部分化成绩中等，有一定体育素质的学生参加。由我和王振兵老师担任教练，着重培养队员对体育的兴趣，教会队员正确的跑、跳、投的基本姿势及基本的训练方法。</w:t>
      </w:r>
      <w:r>
        <w:rPr>
          <w:lang w:eastAsia="zh-CN"/>
        </w:rPr>
        <w:br/>
      </w:r>
      <w:r>
        <w:rPr>
          <w:lang w:eastAsia="zh-CN"/>
        </w:rPr>
        <w:t>　　2、开展足球兴趣小组活动。</w:t>
      </w:r>
      <w:r>
        <w:rPr>
          <w:lang w:eastAsia="zh-CN"/>
        </w:rPr>
        <w:br/>
      </w:r>
      <w:r>
        <w:rPr>
          <w:lang w:eastAsia="zh-CN"/>
        </w:rPr>
        <w:t>　　由周华老师担任教练，主要是满足部分学生对足球的爱好，其次也能引导部分学生参加体育高考。</w:t>
      </w:r>
      <w:r>
        <w:rPr>
          <w:lang w:eastAsia="zh-CN"/>
        </w:rPr>
        <w:br/>
      </w:r>
      <w:r>
        <w:rPr>
          <w:lang w:eastAsia="zh-CN"/>
        </w:rPr>
        <w:t>　　三、积极参加业务学习</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们备组积极参加业务学习，先是参加了郴州市的体育与健康教育的听活动，接着我和申丽梅老师又参加了全省的体育与健康教育的评优活动。10月，在郴州市中小学生运动会上担任裁判员，并组织编排了桂阳县第二届田径运动会及桂阳三中20__年田径运动会。</w:t>
      </w:r>
      <w:r>
        <w:rPr>
          <w:lang w:eastAsia="zh-CN"/>
        </w:rPr>
        <w:br/>
      </w:r>
      <w:r>
        <w:rPr>
          <w:lang w:eastAsia="zh-CN"/>
        </w:rPr>
        <w:t>　　虽然这一期我们备组取得了一定的成绩，但是要看到存在的问题。分专项轮流上由于缺乏学校教研室及教研组的指导还不完善，学生测评优秀率偏底等等都需要我们好好地思考，力争下期更上一层楼。</w:t>
      </w:r>
      <w:r>
        <w:rPr>
          <w:lang w:eastAsia="zh-CN"/>
        </w:rPr>
        <w:br/>
      </w:r>
      <w:r>
        <w:rPr>
          <w:lang w:eastAsia="zh-CN"/>
        </w:rPr>
        <w:t xml:space="preserve">    高中教学反思总结 篇5 </w:t>
      </w:r>
      <w:r>
        <w:rPr>
          <w:lang w:eastAsia="zh-CN"/>
        </w:rPr>
        <w:br/>
      </w:r>
      <w:r>
        <w:rPr>
          <w:lang w:eastAsia="zh-CN"/>
        </w:rPr>
        <w:t>　　&amp;&amp;如何培养学生学习语文的习惯</w:t>
      </w:r>
      <w:r>
        <w:rPr>
          <w:lang w:eastAsia="zh-CN"/>
        </w:rPr>
        <w:br/>
      </w:r>
      <w:r>
        <w:rPr>
          <w:lang w:eastAsia="zh-CN"/>
        </w:rPr>
        <w:t>　　东宝中学彭秋玲</w:t>
      </w:r>
      <w:r>
        <w:rPr>
          <w:lang w:eastAsia="zh-CN"/>
        </w:rPr>
        <w:br/>
      </w:r>
      <w:r>
        <w:rPr>
          <w:lang w:eastAsia="zh-CN"/>
        </w:rPr>
        <w:t>　　1.抓住关键，从教师教学入手，在课堂教学中创设诱人的情境。“兴趣是最好的老师。”采用学生感兴趣的，熟悉的形式巧妙的引入课堂。能够有效地激发学习兴趣，激活课堂气氛。比如，讲解诗歌鉴赏课时，我先从分析《东风破》，《菊花台》这些流行歌曲的美妙之处开始，引起学生的向往，再讲解诗歌鉴赏知识，学生学习的效果便很好。这种以俗解雅的方法，在教学中显得简单风趣，极大地调动了学生复习语文的兴趣。“教育的艺术是使学生喜欢你教的东西。”语文老师在课堂教学中真的能化“压力”为“魅力”，让“学生喜欢你教的东西”，学生学习语文的消极心理就可逐渐消除，而走向用心。</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务必充分发挥学生主体作用，变被动为主动。挖掘学生的潜力，激发和培养他们的学习兴趣，让他们在课堂上有自主的学习与思考的时间与空间，主动参与课堂教学活动，比如每节课在课堂上我都让一两个学生上台发言演讲，然后再请一两个学生上台针对同学演讲发言，发表评价。还有在自读课文的教学中，尽量以问题形式让学生充分讨论，共同解决。这样就把学习的主动权交给学生，让学生有主体参与的感觉，能充分调动学生的用心性，使课堂充满着活跃的气氛，个个踊跃讨论，用心发言。但在培养学生主动参与教学过程中，要注重举一反三，触类旁通，让学生掌握分析解决问题的方法，掌握阅读分析的方法要领，改变旧的学习状态，不是被动地理解老师传授的知识，而是主动地掌握和运用知识。3.培养学生的几个小习惯。</w:t>
      </w:r>
      <w:r>
        <w:rPr>
          <w:lang w:eastAsia="zh-CN"/>
        </w:rPr>
        <w:br/>
      </w:r>
      <w:r>
        <w:rPr>
          <w:lang w:eastAsia="zh-CN"/>
        </w:rPr>
        <w:t>　　其一，记的习惯。掌握科学的记忆习惯。科学的记忆方式，无论是联想法，还是其他，记住一条，适合自己就是最好的，把记忆和时间联系起来，考试要在必须的时间内，其实生命的基本单位不是时间吗?必须把学习任务和时间联系起来，而且要及时复习，语文不是短时间能出成绩的，但是不要以为一次的好成绩，就忘乎所以。</w:t>
      </w:r>
      <w:r>
        <w:rPr>
          <w:lang w:eastAsia="zh-CN"/>
        </w:rPr>
        <w:br/>
      </w:r>
      <w:r>
        <w:rPr>
          <w:lang w:eastAsia="zh-CN"/>
        </w:rPr>
        <w:t>　　其二，爱读书的习惯。读中外名著或伟人传记，不要以为名著就是买来放在那里看封面的，而伟人传记，则体现了语文的人文性特点，旧时的说法文以载道是之。培养健全的人格，而且学生那个年龄可塑性大，伟人的感染力、教育力，学生与大师为伍、与伟人为伍的时候，很多教育尽在不言中，一旦构成习惯，学生会终生受益。从应试来说，也有其现实好处。</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其三，动手的习惯：就是写的习惯。很多的学生背诵了不少，口中的话滔滔不绝如绵绵的江水，但是写得时候却如挤牙膏一般，那么平常就写写日记，有话则长，无话则短，透过日记能够看出一个学生很多方面的问题。不要以为大作家都了不起，其实还不是都写出来的。</w:t>
      </w:r>
      <w:r>
        <w:rPr>
          <w:lang w:eastAsia="zh-CN"/>
        </w:rPr>
        <w:br/>
      </w:r>
      <w:r>
        <w:rPr>
          <w:lang w:eastAsia="zh-CN"/>
        </w:rPr>
        <w:t>　　其四，向别人学习的习惯：善于向别人学，甚至要会“偷”学啊，三人行，必有我师。终身学习的好习惯也要有的，现今的竞争，让我们不再有“铁饭碗”了，而从实际来说也是学如逆水行舟，不进则退。</w:t>
      </w:r>
      <w:r>
        <w:rPr>
          <w:lang w:eastAsia="zh-CN"/>
        </w:rPr>
        <w:br/>
      </w:r>
      <w:r>
        <w:rPr>
          <w:lang w:eastAsia="zh-CN"/>
        </w:rPr>
        <w:t>　　其五，怀疑，好问的习惯。改编一个笑话，为什么嘴在耳朵前面啊，就是让你问的，让耳朵在后面好好听的。</w:t>
      </w:r>
      <w:r>
        <w:rPr>
          <w:lang w:eastAsia="zh-CN"/>
        </w:rPr>
        <w:br/>
      </w:r>
      <w:r>
        <w:rPr>
          <w:lang w:eastAsia="zh-CN"/>
        </w:rPr>
        <w:t>　　4.注重语文的渐进性，透过设置阶段目标，带给学生成功的喜悦。信心是人们完成任何一项工作的重要心理因素。信心对于高中学生更为重要。高中考试频繁，情绪波动大，一旦哪门学科有两次考试“滑坡”，立刻就自暴自弃，这时，帮忙他们树立信心、改善学生作为学习者的自我概念是十分有必要的。从简单问题开始，如注音、改错别字、找反义成语、名句默写等，容易得分，甚至容易得满分，使学生的自信心得到极大的增强。再逐步过渡到现代文阅读、诗歌鉴赏、作文等难点上。使大部分学生排除了畏惧心理，从而，提高成绩。这样学生在阶段学习中有了收获感、成就感，尝到了学习的甜头，他们学习语文的胃口就会增加。</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正如陶行知先生所说的“我认为好的先生不是教书，不是教学生，乃是教学生学。”学生只要掌握了科学的有效的学习方法，才能融会贯通，终身受益。充分发挥学生主体作用，变被动为主动的学习方式，是提高高中学生语文素质的基础。</w:t>
      </w:r>
      <w:r>
        <w:rPr>
          <w:lang w:eastAsia="zh-CN"/>
        </w:rPr>
        <w:br/>
      </w:r>
      <w:r>
        <w:rPr>
          <w:lang w:eastAsia="zh-CN"/>
        </w:rPr>
        <w:t xml:space="preserve">    高中教学反思总结 篇6 </w:t>
      </w:r>
      <w:r>
        <w:rPr>
          <w:lang w:eastAsia="zh-CN"/>
        </w:rPr>
        <w:br/>
      </w:r>
      <w:r>
        <w:rPr>
          <w:lang w:eastAsia="zh-CN"/>
        </w:rPr>
        <w:t>　　这天有幸聆听了姚老师执教的《秋天的雨》这节课，我有一种如沐秋风，神清气爽的感觉。《秋天的雨》这是一篇抒情意味很浓的散文，语言美，意境美，篇章结构美，名为写秋雨，实在写秋天，把秋天的雨作为一条线索，将秋天众多的景物串起来，为我们展示了一个秀丽、丰收、欢乐的秋天。在本课教学中，姚老师运用多媒体教学手段，欣赏画面，品读词句等方法使学生体会秋天的完美，感受课文的语言美，从而产生对秋天的喜爱和赞美之情。</w:t>
      </w:r>
      <w:r>
        <w:rPr>
          <w:lang w:eastAsia="zh-CN"/>
        </w:rPr>
        <w:br/>
      </w:r>
      <w:r>
        <w:rPr>
          <w:lang w:eastAsia="zh-CN"/>
        </w:rPr>
        <w:t>　　一、创设情境，奠定情感</w:t>
      </w:r>
      <w:r>
        <w:rPr>
          <w:lang w:eastAsia="zh-CN"/>
        </w:rPr>
        <w:br/>
      </w:r>
      <w:r>
        <w:rPr>
          <w:lang w:eastAsia="zh-CN"/>
        </w:rPr>
        <w:t>　　秋天是一幅秀丽的画卷，在上课伊始，姚老师让学生在优美的音乐中尽情欣赏秋天的美景，精美的图片配上优美的音乐，一下子把学生带入了秋天，为学生学习课文，奠定了很好的情感基础。</w:t>
      </w:r>
      <w:r>
        <w:rPr>
          <w:lang w:eastAsia="zh-CN"/>
        </w:rPr>
        <w:br/>
      </w:r>
      <w:r>
        <w:rPr>
          <w:lang w:eastAsia="zh-CN"/>
        </w:rPr>
        <w:t>　　二、重视指导学生与文本对话</w:t>
      </w:r>
      <w:r>
        <w:rPr>
          <w:lang w:eastAsia="zh-CN"/>
        </w:rPr>
        <w:br/>
      </w:r>
      <w:r>
        <w:rPr>
          <w:lang w:eastAsia="zh-CN"/>
        </w:rPr>
        <w:t>　　姚老师的课堂上实现了“以读为本”，摈弃了教师的分析讲解和问答。学生有了充足的时间在课堂上朗读，在读中感悟、理解、交流。并且让学生融入文本，在学习第四段时，教师让学生扮演文中的主角，与学生展开对话。</w:t>
      </w:r>
      <w:r>
        <w:rPr>
          <w:lang w:eastAsia="zh-CN"/>
        </w:rPr>
        <w:br/>
      </w:r>
      <w:r>
        <w:rPr>
          <w:lang w:eastAsia="zh-CN"/>
        </w:rPr>
        <w:t>　　三、重视读的层次指导</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姚老师结合课文特点，以调动学生朗读兴趣为目的，巧妙抓住重点词句，体会感悟，以悟促读，以读促悟。抓住秋天的色彩、气味、声音进行教学。姚老师重点指导第二自然段：秋雨的色彩。让学生在在读中抓住两个重点句子：“黄黄的叶子像一把把小扇子，扇呀扇呀，</w:t>
      </w:r>
      <w:r>
        <w:rPr>
          <w:lang w:eastAsia="zh-CN"/>
        </w:rPr>
        <w:br/>
      </w:r>
      <w:r>
        <w:rPr>
          <w:lang w:eastAsia="zh-CN"/>
        </w:rPr>
        <w:t>　　扇走了夏天的炎热。”;“红红的枫叶像像一枚枚邮票，飘呀飘呀，邮来了秋天的凉爽”。她抓住“扇哪扇哪”“飘呀飘呀”这二个动态词语，进行引导学生透过比较读，体会语言美，进而读出其中的韵味。同时，恰当借助多媒体课件，再现文中的秀丽景色，在美妙的音乐中，以情助读。学生在多种形式、分层次的反复朗读中，自然而然地领略到了五彩缤纷的色彩美和生动形象的语言美，体会到了秋天的秀丽和欣赏美景的愉悦之情。</w:t>
      </w:r>
      <w:r>
        <w:rPr>
          <w:lang w:eastAsia="zh-CN"/>
        </w:rPr>
        <w:br/>
      </w:r>
      <w:r>
        <w:rPr>
          <w:lang w:eastAsia="zh-CN"/>
        </w:rPr>
        <w:t>　　但是，课堂教学永久是一门遗憾的艺术，有一些细节，我也有着自己的想法。如在教学“它把黄色给了银杏树，黄黄的叶子像一把把小扇子，扇哪扇哪，扇走了夏天的炎热。它把红色给了枫树，红红的枫叶像一枚枚邮票，飘哇飘哇，邮来了秋天的凉爽。”这一部分时，读中让学生观察这两个句子并同桌讨论，再说说自己发现了什么?然后拓展训练“像”的句式，这样就会加深学生比较喻句的理解。另外，三年级刚开始习作，本篇课文在每一段都有一个明显的中心句，教师在教学时也能够渗透写法的指导。以上几点只是自己听后不成熟的想法，如有不当之处，敬请批评、指正。</w:t>
      </w:r>
      <w:r>
        <w:rPr>
          <w:lang w:eastAsia="zh-CN"/>
        </w:rPr>
        <w:br/>
      </w:r>
      <w:r>
        <w:rPr>
          <w:lang w:eastAsia="zh-CN"/>
        </w:rPr>
        <w:t xml:space="preserve">    高中教学反思总结 篇7 </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语文在高考中的作用是举足轻重的，在生活、工作中的作用更为重要。但是，教学中，我发现有些学生，读书的时间越久，语文学习的热情越低，尤其是到了高三，更是轻视语文学习，表现出种.种消极心理。现在我结合多年的语文教学实践，对学生学习语文的消极心理及成因作一些分析，并试图找到解决问题的方法。</w:t>
      </w:r>
      <w:r>
        <w:rPr>
          <w:lang w:eastAsia="zh-CN"/>
        </w:rPr>
        <w:br/>
      </w:r>
      <w:r>
        <w:rPr>
          <w:lang w:eastAsia="zh-CN"/>
        </w:rPr>
        <w:t>　　一、表现</w:t>
      </w:r>
      <w:r>
        <w:rPr>
          <w:lang w:eastAsia="zh-CN"/>
        </w:rPr>
        <w:br/>
      </w:r>
      <w:r>
        <w:rPr>
          <w:lang w:eastAsia="zh-CN"/>
        </w:rPr>
        <w:t>　　1、漠视语文</w:t>
      </w:r>
      <w:r>
        <w:rPr>
          <w:lang w:eastAsia="zh-CN"/>
        </w:rPr>
        <w:br/>
      </w:r>
      <w:r>
        <w:rPr>
          <w:lang w:eastAsia="zh-CN"/>
        </w:rPr>
        <w:t>　　漠视语文的学生表现为对语文的学习抱无所谓态度，常常是上课想听就听，不想听就不听;课后作业有时间就做，没时间就不做甚或想做就做，不想做就不做。特别是语文基本功较好的学生，认为语文过去学得不错，可以先放一放，临上阵前再搞突击，于是，语文就被他们打入了“冷宫”。他们认为语文可学可不学，因为学得再认真，在高考中也考不到数理化那样的高分，不认真学，分数也低不到哪儿去。</w:t>
      </w:r>
      <w:r>
        <w:rPr>
          <w:lang w:eastAsia="zh-CN"/>
        </w:rPr>
        <w:br/>
      </w:r>
      <w:r>
        <w:rPr>
          <w:lang w:eastAsia="zh-CN"/>
        </w:rPr>
        <w:t>　　2、应付老师，平衡自己</w:t>
      </w:r>
      <w:r>
        <w:rPr>
          <w:lang w:eastAsia="zh-CN"/>
        </w:rPr>
        <w:br/>
      </w:r>
      <w:r>
        <w:rPr>
          <w:lang w:eastAsia="zh-CN"/>
        </w:rPr>
        <w:t>　　这些学生迫于高考和老师的压力，对语文的态度比冷漠型要积极些，但也只是应付，没有明确的学习目标和学习计划，只是满足于上课听讲，课后完成老师布置的书面作业，满足于老师问起时，有“我已认真学过了”的回答;扪心自问时，也可以“我已努力过了”聊以自慰。他们从不对学习中出现的问题作积极的思考，从不对学过的知识进行系统的归纳和总结，更谈不上读一些课外书籍，学习始终处于被动状态。</w:t>
      </w:r>
      <w:r>
        <w:rPr>
          <w:lang w:eastAsia="zh-CN"/>
        </w:rPr>
        <w:br/>
      </w:r>
      <w:r>
        <w:rPr>
          <w:lang w:eastAsia="zh-CN"/>
        </w:rPr>
        <w:t>　　3、担忧焦虑却不知所措</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这类学生对学习语文的重要性有充分的认识，但由于基本功差和学习方法不当等原因，尽管在语文学习上付出了一定的努力，但考试成绩不见提高甚至出现倒退，于是，他们便对语文学习失去了信心，怕上语文课，怕碰语文书，对能否学好语文存在忧虑。随着考试的临近，心情极度紧张;考试时不能集中注意力，知觉范围变窄，思维刻板，情绪慌乱，时刻担心失败，并想象失败后的情境，无法发挥正常水平。这样几个轮回之后，他们有种一筹莫展的感觉，不知道该怎么办才好。</w:t>
      </w:r>
      <w:r>
        <w:rPr>
          <w:lang w:eastAsia="zh-CN"/>
        </w:rPr>
        <w:br/>
      </w:r>
      <w:r>
        <w:rPr>
          <w:lang w:eastAsia="zh-CN"/>
        </w:rPr>
        <w:t>　　4、投机取巧</w:t>
      </w:r>
      <w:r>
        <w:rPr>
          <w:lang w:eastAsia="zh-CN"/>
        </w:rPr>
        <w:br/>
      </w:r>
      <w:r>
        <w:rPr>
          <w:lang w:eastAsia="zh-CN"/>
        </w:rPr>
        <w:t>　　有些学生不是不能学好语文，也不是不知道语文重要，而是认为高考语文不考课本，试题全部来自课外，抱着投机取巧的心理，大搞题海战术，今天一套资料，明天一套试题，见题就做，企图能够“碰”上高考试题，对老师提出的紧扣课本、多读文章、培养语感的要求充耳不闻。还有一些学生，题目也不做。他们抱着“我聪明”、“我运气”的心理，等到考场“超常发挥”。这是一批最典型的投机取巧者。</w:t>
      </w:r>
      <w:r>
        <w:rPr>
          <w:lang w:eastAsia="zh-CN"/>
        </w:rPr>
        <w:br/>
      </w:r>
      <w:r>
        <w:rPr>
          <w:lang w:eastAsia="zh-CN"/>
        </w:rPr>
        <w:t>　　二、成因</w:t>
      </w:r>
      <w:r>
        <w:rPr>
          <w:lang w:eastAsia="zh-CN"/>
        </w:rPr>
        <w:br/>
      </w:r>
      <w:r>
        <w:rPr>
          <w:lang w:eastAsia="zh-CN"/>
        </w:rPr>
        <w:t>　　1、认识的偏差</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有的学生不能正确认识语文学科的特点。语文学科的教学目标是培养学生的听、说、读、写能力。而这些能力的提高需要我们一个一个词语的积累、一篇一篇文章的阅读、一次一次说话的练习、一个一个片断的写作，就像砌房子一样，一块石头、一个砖头、一抹水泥、一张瓦片、一颗钉子、一根木条，你就得一点一滴的垒和砌，嫌麻烦就不行。而有些学生对语文学科的这一特点缺乏充分的认识，认为上课听听、课后做做练习就可以提高，从不注意观察生活，从不读课外读物，从不多写一篇文章。抱着这样的认识学习语文，其效果是可想而知的。《语文学习》杂志有一句醒目的标题语：“语文学习的外延与生活的外延相等。”这句话含义是丰富的，但它至少说明一点：生活中处处有“语文”，把语文学习仅局限于课内是不行的。有的学生不能认识语文成绩提高的渐进性。较之其它学科，高考语文更侧重于能力的考查，而能力的高下是综合素质的表现，不是一朝一夕能够奏效的，这就是所说的“渐进性”。语文学习往往会出现花了一些时间而看不出成效的现象，但是只要能坚持不懈，付出定有回报。有些学生的功利心太强，一旦努力没有效果，马上就打退堂鼓，破罐子破摔，自暴自弃，殊不知一旦抛开语文不学，或不能坚持不懈地学习，很快就会看出退步来，所谓“逆水行舟，不进则退”就是这个道理。还有的学生不能认识课内和课外的关系。近几年来，为有利于对考生能力的测试和人才的选拔，高考命题材料几乎全部取自课外，有些教师和学生便产生了一种错觉，课本对高考已经没有作用，于是，本来就有投机心理的学生对复习资料倍加青睐，却把语文课本束之高阁。殊不知，“教材是个例子”(叶圣陶先生语)，高考试题与教材的关系是“流”与“源”的关系，正所谓“题目在课外，答案在课内”。</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学生自我调适能力不强。学生偏科，因素很多。进入高中，尤其是高三，还偏科，重理轻文，则主要是因为理科的题目透明度高，答案标准，成就感强，而文科的题目透明度低，答案模糊，就是花了时间做了，也不知对否。特别是写作类题目，有时是绞尽脑汁、搜肠刮肚写出来的，自认为不错，常常因偏题等原因被老师判为不及格。与其这样吃力不讨好，还不如去解理科题目，“解题目多带劲，解出一道难题多够刺激”。就是喜欢文科的同学也宁可花时间在政治、历史上，因为这些学科投入少，见效快，在这种心态下，一些本来对语文感兴趣、语文学得较好的学生对语文学习也失去了热情。再加上高三复习阶段，各科老师都感到课时紧，任务重，往往通过发资料、做作业的方式挤学生的课余时间，真是“无边作业萧萧下，不尽资料滚滚来”，学生的课外时间都忙于完成这些需要上交的书面作业，不知不觉就把“语文学习要多读书”这些无需上交的“软作业”抛到九霄云外了。</w:t>
      </w:r>
      <w:r>
        <w:rPr>
          <w:lang w:eastAsia="zh-CN"/>
        </w:rPr>
        <w:br/>
      </w:r>
      <w:r>
        <w:rPr>
          <w:lang w:eastAsia="zh-CN"/>
        </w:rPr>
        <w:t>　　三、调控措施</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1、变语文教学目标为学生的主体需要。心理学研究表明，人的需要能生成目的，目的能推动行动，行动能优化心态。高中学生学习语文之所以出现种.种消极心理，很大程度上是部分同学认为凭着十多年积累的老底够了，“我不需要学了”，如果能让他们自己发现知识上的“空洞”，产生“我想学，我要学”的心理，他们就能付诸行动。笔者曾在学生高二时搞过一个试验，让学生分析、提炼、积累课本中的作文素材。每个班分成6个组。一个小组负责一册课本和读本的内容。每个小组指定一个组长。组长负责把本书里的重要课文分配到人。然后收集整理的资料，并加工处理，如修改、装订等。准备工作做好后，班上组织交流。最后教师收齐，装订成册，作为一个学生课题来处置。这样，原来不够重视课本的人，懂得了课本的价值;原来感到作文无料可写的人，也大有收获。因而，他们再也不小看课本，高三时候，还有一些学生在自觉梳理所有课本里的知识材料。他们再也不认为课本无用了。</w:t>
      </w:r>
      <w:r>
        <w:rPr>
          <w:lang w:eastAsia="zh-CN"/>
        </w:rPr>
        <w:br/>
      </w:r>
      <w:r>
        <w:rPr>
          <w:lang w:eastAsia="zh-CN"/>
        </w:rPr>
        <w:t>　　因此，教者要善于把教学目标转化为学生的需求，因为学生是学习的主体，离开了主体的积极性和主动性，效果当然不会很理想。</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在课堂教学中创设诱人的情境。孔子曰：“知之者，不如好之者;好之者，不如乐之者。”爱因斯坦也说：“兴趣是最好的老师。”可见，爱好和兴趣在学习活动中是非常重要的，往往可收到事半功倍的效果。因此，教者要善于激发学生的学习兴趣。教学实践中，虽然我不善于创设诱人的情境，但我感到应该朝这方面努力。因为这样做，可以有效地激发学习兴趣，激活课堂气氛。如复习古典诗歌的艺术创作手法时，《诗经》里“赋”与“兴”手法的运用往往成为学生理解的难点。朱熹关于“赋”“比”“兴”的定义虽然准确简洁，但老师如果照本宣科，学生会感到既难以理解，又枯燥无味。怎样才能化深奥为浅显，化抽象为形象，化枯燥为生动?我在讲“赋”和“兴”时引入了同学们喜欢和熟悉的流行歌曲。讲“赋”时，在解释了“赋”的含义实际上就是直接进行叙述或描写后，我引了《小芳》的歌词：“村里有个姑娘叫小芳，长得美丽又善良，一双美丽的大眼睛，辫子粗又长……”指明这种从多方面进行描写的方法实际上就是古代所说的“赋”。讲“兴”时，我引了《纤夫的爱》的歌词：“天不刮风天不下雨天上有太阳，妹不开口妹不说话妹心怎么想”，讲清了“先言它物以引起所咏之辞”的含义。这种以俗解雅的方法，在教学中显得轻松风趣，极大地调动了学生复习语文的兴趣。卢梭说：“教育的艺术是使学生喜欢你教的东西。”我想，语文老师在课堂教学中真的能化“压力”为“魅力”，让“学生喜欢你教的东西”，学生学习语文的消极心理就可逐渐消除，而走向积极。</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3、分解大目标，让学生感受成功的喜悦。俗话说，“信心是成功之舟”。自信心是人们完成任何一项工作的重要心理因素。一件很容易完成的工作，往往只是因为缺乏足够的自信心而导致失败，这在生活中司空见惯。自信心对于高三学生更为重要。高三学生考试频繁，情绪波动大，一旦哪门学科有两次考试“滑坡”，马上就自暴自弃，这时，帮助他们树立信心、改善学生作为学习者的自我概念是非常有必要的，不妨搞一些小的专题性的竞赛，如注音、改错别字、找反义成语、名句默写等，对高分获得者及时表扬和奖励，因为教师的“表扬和奖励”代表着一种“权威”的认可，它能够使学生的自尊心得到极大的满足，使学生的自信心得到极大的增强。学生学语文，最怕的有作文、现代文阅读和诗歌鉴赏。在开始进入诗歌鉴赏复习阶段，我采用了分解法教学：了解诗歌的常识——鉴赏诗歌的形象——灌输诗歌的表达方式和表现手法，训练答题步骤——品味诗歌语言——最后，每人上交一篇关于谈诗歌鉴赏技巧的小论文。经过几周的训练，学生觉得“诗歌鉴赏也就这么回事情嘛，没有什么好怕的”。但是，有一个普遍现象值得重视——他们的阅读量有限，他们的鉴赏水平太低，必须强调他们多做练习。否则，理论并不能很好地指导他们的实践——准确鉴赏诗歌，这才是真正的难点。但无论怎样，我通过做这样的分解工作，使大部分学生排除了畏惧心理，这一点，仍然是有效的。心理学研究也表明，“奖励可以提高学习效果，至少不会降低其效果”，“奖励是人的一种本能性的追求”。这样学生在阶段学习中有了收获感、成就感，尝到了学习的甜头，他们学习语文的胃口就会增加。</w:t>
      </w:r>
      <w:r>
        <w:rPr>
          <w:lang w:eastAsia="zh-CN"/>
        </w:rPr>
        <w:br/>
      </w:r>
      <w:r>
        <w:rPr>
          <w:lang w:eastAsia="zh-CN"/>
        </w:rPr>
        <w:t xml:space="preserve">    高中教学反思总结 篇8 </w:t>
      </w:r>
      <w:r>
        <w:rPr>
          <w:lang w:eastAsia="zh-CN"/>
        </w:rPr>
        <w:br/>
      </w:r>
      <w:r>
        <w:rPr>
          <w:lang w:eastAsia="zh-CN"/>
        </w:rPr>
        <w:t>　　一年的时光倏忽间就过去，回头想来高三这一年是那样的紧张、又是那样的充实。对于教学，这一年称得上更上层楼，而这是只有高三才有的，高三如同高中三年一个熔炉最后的高温加温时期，它是为成品出炉做准备，所以高三这一年是一直战斗在前沿的，它是热烈的、是紧张的、是充满希望的!</w:t>
      </w:r>
      <w:r>
        <w:rPr>
          <w:lang w:eastAsia="zh-CN"/>
        </w:rPr>
        <w:br/>
      </w:r>
      <w:r>
        <w:rPr>
          <w:lang w:eastAsia="zh-CN"/>
        </w:rPr>
        <w:t>　　前沿给了我一个最好的平台，把以前不断积累的，在这一年厚积而薄发</w:t>
      </w:r>
      <w:r>
        <w:rPr>
          <w:lang w:eastAsia="zh-CN"/>
        </w:rPr>
        <w:br/>
      </w:r>
      <w:r>
        <w:rPr>
          <w:lang w:eastAsia="zh-CN"/>
        </w:rPr>
        <w:t>　　一、责任重大</w:t>
      </w:r>
      <w:r>
        <w:rPr>
          <w:lang w:eastAsia="zh-CN"/>
        </w:rPr>
        <w:br/>
      </w:r>
      <w:r>
        <w:rPr>
          <w:lang w:eastAsia="zh-CN"/>
        </w:rPr>
        <w:t>　　高三是非常累的，高三备课，要新课、复习课一起备，尤其还要每周两个晚上10：30的自习，所以疲惫不堪是很常见，但责任心让我非常明确，教师努力的一切关乎学生的未来，一定要用120%的精力与耐心去备课、备学生，这样才可以说得上对得起学生、对得起身为教师的这颗心。</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高三从时间上来看两头适应难，容易出现波动，中间过程需要稳中有升，作为老师，在学习上必须对学生进行指导。因为高二的相对宽松使得学生上了高三有些不适应，这时要利用一切可利用的机会对学生进行心情与学情的调节，既要系统知识体系，也要不断渗透方法，用一颗充满责任感的心去与学生交流，那么学生会以一种重视但心中很踏实的感觉走好高三这一年。这是给教师本人和学生创设一个良好的学习与生活的氛围，这很大程度上源于教师的责任心，责任重于泰山，实际上何止于此!</w:t>
      </w:r>
      <w:r>
        <w:rPr>
          <w:lang w:eastAsia="zh-CN"/>
        </w:rPr>
        <w:br/>
      </w:r>
      <w:r>
        <w:rPr>
          <w:lang w:eastAsia="zh-CN"/>
        </w:rPr>
        <w:t>　　二、学习、学习再学习</w:t>
      </w:r>
      <w:r>
        <w:rPr>
          <w:lang w:eastAsia="zh-CN"/>
        </w:rPr>
        <w:br/>
      </w:r>
      <w:r>
        <w:rPr>
          <w:lang w:eastAsia="zh-CN"/>
        </w:rPr>
        <w:t>　　教师这个行业决定着这是一个不断学习的行业，但随着时间的累积可能人们更重视经验的积累，但实际上经验一定要与学习相结合这样二者才能真正焕发魅力。高三这一年在两位有经验的老师刘慧英老师和段永志老师带领下，我不断学习他们的方法与经验，我们一起听课、同头备课、互相讨论，这让我在复习课中进步很快，逐渐认识到复习课要符合考试说明、计划得当、体系清晰、主线明确、基础扎实、详略适宜、训练到位、巩固时间合理、推陈出新。</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同时自我的不断学习极其重要，对于第一年担任高三的年轻教师来说可能更注重学习老教师的经验，因为那是经过多年的试验后很有效的方法;时代的不断发展要求自己要有自己的见解，所以自我的积累和感悟更是自己教学特色形成的重要部分，高三这一年我认真钻研这几年的全国和地方的高考题，又不断作大量习题，看《中学历史教学参考》、考试报这样的书报杂志，一些专家的评议和分析出题走向，加上自我分析来形成自己的思想，这一点现在想来非常重要。</w:t>
      </w:r>
      <w:r>
        <w:rPr>
          <w:lang w:eastAsia="zh-CN"/>
        </w:rPr>
        <w:br/>
      </w:r>
      <w:r>
        <w:rPr>
          <w:lang w:eastAsia="zh-CN"/>
        </w:rPr>
        <w:t>　　三、多与学生交流</w:t>
      </w:r>
      <w:r>
        <w:rPr>
          <w:lang w:eastAsia="zh-CN"/>
        </w:rPr>
        <w:br/>
      </w:r>
      <w:r>
        <w:rPr>
          <w:lang w:eastAsia="zh-CN"/>
        </w:rPr>
        <w:t>　　学生是学习的主体，了解他们的需要。成绩好的学生需要在难度、能力上有更高的跨越;成绩中等的学生系统知识，化解过去遗留的难点和盲点;对于成绩较差的学生要强化基础提高应试技巧等等，这都需要需要区别对待，而这与学生的主动交流分不开，高三下半年会有很多城区的模拟题，但题有些是超纲或问法和答案不够准确，这时要认真分析给学生更多的问法和更准确的答案，同时有些问题用一种开放的心态与空间让学生和老师交流起来课堂活跃，学生自主学习气氛很强，老师和学生都会进步。</w:t>
      </w:r>
      <w:r>
        <w:rPr>
          <w:lang w:eastAsia="zh-CN"/>
        </w:rPr>
        <w:br/>
      </w:r>
      <w:r>
        <w:rPr>
          <w:lang w:eastAsia="zh-CN"/>
        </w:rPr>
        <w:t>　　但高三还是留下遗憾，因为年轻，有些急躁，对于一些学生忽视基础知识，处理上过于简单。关于鼓励与批评的应用上还需讲究方法</w:t>
      </w:r>
      <w:r>
        <w:rPr>
          <w:lang w:eastAsia="zh-CN"/>
        </w:rPr>
        <w:br/>
      </w:r>
      <w:r>
        <w:rPr>
          <w:lang w:eastAsia="zh-CN"/>
        </w:rPr>
        <w:t>　　三人行必有我师，经常和多年带高三的老师交流，不限于本科的交流，有些问题会豁然开朗。</w:t>
      </w:r>
      <w:r>
        <w:rPr>
          <w:lang w:eastAsia="zh-CN"/>
        </w:rPr>
        <w:br/>
      </w:r>
      <w:r>
        <w:rPr>
          <w:lang w:eastAsia="zh-CN"/>
        </w:rPr>
        <w:t>　　而且一定要记录和沉淀这样一年下来才会留下很多。</w:t>
      </w:r>
      <w:r>
        <w:rPr>
          <w:lang w:eastAsia="zh-CN"/>
        </w:rPr>
        <w:br/>
      </w:r>
      <w:r>
        <w:rPr>
          <w:lang w:eastAsia="zh-CN"/>
        </w:rPr>
        <w:t xml:space="preserve">    高中教学反思总结 篇9 </w:t>
      </w:r>
      <w:r>
        <w:rPr>
          <w:lang w:eastAsia="zh-CN"/>
        </w:rPr>
        <w:br/>
      </w:r>
    </w:p>
    <w:p w:rsidR="001B1F19" w14:textId="27C3F48A">
      <w:pPr>
        <w:rPr>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新课改下，高中数学课堂提问环节已经被广泛的应用到数学课堂教学中，教师透过课堂教学能够有效的激发学生的兴趣，透过师生应对面的即时交流，能够有效的启发学生进行学习和思考，有利于课堂教学质量的提高。但是，当前课堂教学实践中，不应当将课堂提问环节作为授课的主要途径，如何有效的提高高中数学课堂提问的有效性仍然是当前需要重点解决的问题。</w:t>
      </w:r>
      <w:r>
        <w:rPr>
          <w:lang w:eastAsia="zh-CN"/>
        </w:rPr>
        <w:br/>
      </w:r>
      <w:r>
        <w:rPr>
          <w:lang w:eastAsia="zh-CN"/>
        </w:rPr>
        <w:t>　　一、当前高中数学课堂提问存在的问题</w:t>
      </w:r>
      <w:r>
        <w:rPr>
          <w:lang w:eastAsia="zh-CN"/>
        </w:rPr>
        <w:br/>
      </w:r>
      <w:r>
        <w:rPr>
          <w:lang w:eastAsia="zh-CN"/>
        </w:rPr>
        <w:t>　　1.提的问题不明确</w:t>
      </w:r>
      <w:r>
        <w:rPr>
          <w:lang w:eastAsia="zh-CN"/>
        </w:rPr>
        <w:br/>
      </w:r>
      <w:r>
        <w:rPr>
          <w:lang w:eastAsia="zh-CN"/>
        </w:rPr>
        <w:t>　　实践中，教师对学生的自主学习不够重视，很多教师在进行课堂教学前准备工作不够充分，凭借以往的教学经历来上课，没有做好课前预习的准备，在课堂上提的问题也是比较随机的，不在意学生回答问题的信息反馈状况，对课堂提问的问题的随意性，直接影响到了课堂教学的质量。同时，一些教师认为只有多提问，才能够让学生更多的参与到课堂中来，课堂气氛才能够活跃起来，所以，就会在有限的课堂时间里提出很多不具有针对性的问题，这样不利于学生思考，反而减低了教学的质量。</w:t>
      </w:r>
      <w:r>
        <w:rPr>
          <w:lang w:eastAsia="zh-CN"/>
        </w:rPr>
        <w:br/>
      </w:r>
      <w:r>
        <w:rPr>
          <w:lang w:eastAsia="zh-CN"/>
        </w:rPr>
        <w:t>　　2.受到传统教学模式的影响</w:t>
      </w:r>
      <w:r>
        <w:rPr>
          <w:lang w:eastAsia="zh-CN"/>
        </w:rPr>
        <w:br/>
      </w:r>
      <w:r>
        <w:rPr>
          <w:lang w:eastAsia="zh-CN"/>
        </w:rPr>
        <w:t>　　高中数学课堂教学中，由于每节课都有时间的限制，这样教师真正能够留给学生思考的时间是十分有限的，而很多教师由于受到传统的教学模式的影响，在课堂教学过程中，习惯性的先入为主，留给学生思考的时间很少，习惯性的在等待学生回答的过程中就把答案说出来。也就是说，传统的教学模式仍然存在于当前的数学教学课堂中，学生连自己思考的时间都没有，完全是按照老师的思路进行学习，这时候会出现学生厌学的情绪比较大，课堂上课不认真，课堂教学达不到理想的效果。</w:t>
      </w:r>
      <w:r>
        <w:rPr>
          <w:lang w:eastAsia="zh-CN"/>
        </w:rPr>
        <w:br/>
      </w:r>
      <w:r>
        <w:rPr>
          <w:lang w:eastAsia="zh-CN"/>
        </w:rPr>
        <w:t>　　3.回答问题反馈的信息不够重视</w:t>
      </w:r>
      <w:r>
        <w:rPr>
          <w:lang w:eastAsia="zh-CN"/>
        </w:rPr>
        <w:br/>
      </w:r>
    </w:p>
    <w:p w:rsidR="001B1F19" w14:textId="27C3F48A">
      <w:pPr>
        <w:rPr>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学生在回答老师提问的过程中，也从一个侧面反映出学生掌握该问题的程度，在必须程度上也反映着全班部分同学对这个问题掌握的程度，所以教师应当重视每一次提问中，学生掌握知识的状况，及时调整教学计划。但是，实际工作中，教师让学生回答完问题以后，就将学生晾在一边，自己考试传授自己的方法，这样的教学往往使得学生依靠老师，学生自主学习潜力不强，思维没有得到有效的开拓。</w:t>
      </w:r>
      <w:r>
        <w:rPr>
          <w:lang w:eastAsia="zh-CN"/>
        </w:rPr>
        <w:br/>
      </w:r>
      <w:r>
        <w:rPr>
          <w:lang w:eastAsia="zh-CN"/>
        </w:rPr>
        <w:t>　　二、新课改下高中数学课堂提问有效性策略</w:t>
      </w:r>
      <w:r>
        <w:rPr>
          <w:lang w:eastAsia="zh-CN"/>
        </w:rPr>
        <w:br/>
      </w:r>
      <w:r>
        <w:rPr>
          <w:lang w:eastAsia="zh-CN"/>
        </w:rPr>
        <w:t>　　1.明确课堂提问的问题</w:t>
      </w:r>
      <w:r>
        <w:rPr>
          <w:lang w:eastAsia="zh-CN"/>
        </w:rPr>
        <w:br/>
      </w:r>
      <w:r>
        <w:rPr>
          <w:lang w:eastAsia="zh-CN"/>
        </w:rPr>
        <w:t>　　高中数学课堂提问环节，教师在课堂教学中应当避免过度的经验主义，不应当完全的依靠以往的教学经验，对每一节课应当做的课前准备工作忽略。课堂上虽然老师授课的资料是不变的，但是授课的对象和具体的环境却是完全不相同的，所以，教师在课前预习阶段，应当结合教学的具体环境背景，对授课的资料作出必要的调整，对于课堂需要提问的题目也应当慎重选取，围绕课堂教学目的和学生的接收潜力展开。课堂提问亦是老师和学生交流的过程，设计的提问问题明确清晰，那么将有效的促进学生和老师之间的交流，为接下来教学过程中的师生互动奠定基础。对于提问问题的本身，问题有难易之分，应当根据问题的难易程度，让学生对本堂课学习的重点和难点有清晰的认识，到达教学需要的广度和深度即可。</w:t>
      </w:r>
      <w:r>
        <w:rPr>
          <w:lang w:eastAsia="zh-CN"/>
        </w:rPr>
        <w:br/>
      </w:r>
      <w:r>
        <w:rPr>
          <w:lang w:eastAsia="zh-CN"/>
        </w:rPr>
        <w:t>　　2.合理控制提问的频率</w:t>
      </w:r>
      <w:r>
        <w:rPr>
          <w:lang w:eastAsia="zh-CN"/>
        </w:rPr>
        <w:br/>
      </w:r>
    </w:p>
    <w:p w:rsidR="001B1F19" w14:textId="27C3F48A">
      <w:pPr>
        <w:rPr>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问题的提问要有一个合理的广度和深度，提问的问题不能过于困难，避免打击学生的学习兴趣，除了这个以外，教师在课堂上应当科学合理的控制提问的频率，把提问控制在一个合理的限度内。如果频发的进行提问，则学生在课堂中进行必要思考的时间将会打折扣，这样则打击了学生自主学习性。如若一向不提问或提问很少，则会出现教师一向在滔滔不绝，而学生则一向只是听，被动的接收知识，课堂互动基本没有，则不利于激发学生的学习兴趣，老师也不能够及时获得学生掌握知识的状况。所以，提问的目的是为了吸取学生的注意力和兴趣，透过提问能够调动学生的热情，认识到问题的本身并用心的寻找解决问题的思路，提高课堂教学的质量。</w:t>
      </w:r>
      <w:r>
        <w:rPr>
          <w:lang w:eastAsia="zh-CN"/>
        </w:rPr>
        <w:br/>
      </w:r>
      <w:r>
        <w:rPr>
          <w:lang w:eastAsia="zh-CN"/>
        </w:rPr>
        <w:t>　　3.课堂提问的问题应当以探究式为主</w:t>
      </w:r>
      <w:r>
        <w:rPr>
          <w:lang w:eastAsia="zh-CN"/>
        </w:rPr>
        <w:br/>
      </w:r>
      <w:r>
        <w:rPr>
          <w:lang w:eastAsia="zh-CN"/>
        </w:rPr>
        <w:t>　　课堂提问主要是为了吸引学生的注意力，激发学生进行思考，同时根据学生回答问题的状况，来决定学生掌握知识的状况，进而决定下一步的课堂教学计划，所以课堂教学中提出的问题应当以探究式问题为主，已到达启发学生思考，引导学生按照教学思路进行。比如，在进行几何教学中，能够要求学生结合图形思考，教学生遇到具体的题目应当如何画图、分析和证明，发散思维，引导学生从多方面多角度进行思考，寻找不同的解题思路。</w:t>
      </w:r>
      <w:r>
        <w:rPr>
          <w:lang w:eastAsia="zh-CN"/>
        </w:rPr>
        <w:br/>
      </w:r>
      <w:r>
        <w:rPr>
          <w:lang w:eastAsia="zh-CN"/>
        </w:rPr>
        <w:t>　　三、结语</w:t>
      </w:r>
      <w:r>
        <w:rPr>
          <w:lang w:eastAsia="zh-CN"/>
        </w:rPr>
        <w:br/>
      </w:r>
      <w:r>
        <w:rPr>
          <w:lang w:eastAsia="zh-CN"/>
        </w:rPr>
        <w:t>　　总之，新课改下高中数学课堂提问就应结合具体的教学环境，同时根据学生对知识的掌握状况来决定提问的问题，从课堂问题的目的、有效性入手，提出贴合实际教学要求的问题，以利于提高高中数学课堂教学的质量。</w:t>
      </w:r>
      <w:r>
        <w:rPr>
          <w:lang w:eastAsia="zh-CN"/>
        </w:rPr>
        <w:br/>
      </w:r>
      <w:r>
        <w:rPr>
          <w:lang w:eastAsia="zh-CN"/>
        </w:rPr>
        <w:t xml:space="preserve">    高中教学反思总结 篇10 </w:t>
      </w:r>
      <w:r>
        <w:rPr>
          <w:lang w:eastAsia="zh-CN"/>
        </w:rPr>
        <w:br/>
      </w:r>
    </w:p>
    <w:p w:rsidR="001B1F19" w14:textId="27C3F48A">
      <w:pPr>
        <w:rPr>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开学以来，我听了杜主任、冒爱玉、杨正龙、张建华、孙茂洲、刘燕、周迎年、陈怀龙、顾汉吕、祁燕、周丽娟、严主任等老师共21节语文课，收获颇丰。整体来说每堂课都做到了工具性和人文性相结合。教学目标明确，并能在教学过程中鲜明地体现重点突出;课堂问题设置巧妙，环环相扣，自然流畅地引导学生理解了文本资料和情感;师生互动用心有效;注重情感态度价值观的教育，德育渗透如细雨润物无声;注重过程方法的教学，不是简单地说教而是能引导学生进行语言的推敲揣摩品味;在拓展教学方面更是趣味横生，恰当新颖，很好地加深了对文本中心资料思想感情的理解;板书涵盖了文本主要资料和主题思想，并有艺术之美感。</w:t>
      </w:r>
      <w:r>
        <w:rPr>
          <w:lang w:eastAsia="zh-CN"/>
        </w:rPr>
        <w:br/>
      </w:r>
      <w:r>
        <w:rPr>
          <w:lang w:eastAsia="zh-CN"/>
        </w:rPr>
        <w:t>　　杜主任的课有许多光彩之处，最突出的是他本人有深厚的文化功底，并将其表此刻了课堂的许多方面。尤其是教学语言注重文学性，词汇丰富，文采飞扬，语调语气抑扬顿挫，很有吸引力。我要向他学习，让学生在课堂上能感受语言的魅力，在口耳相传之间掌握并运用丰富的汉语词汇，潜移默化地渗透到他们的作文之中。</w:t>
      </w:r>
      <w:r>
        <w:rPr>
          <w:lang w:eastAsia="zh-CN"/>
        </w:rPr>
        <w:br/>
      </w:r>
      <w:r>
        <w:rPr>
          <w:lang w:eastAsia="zh-CN"/>
        </w:rPr>
        <w:t>　　严主任对文本的解读十分深刻，对学生阅读方法的指导也很到位。在读中悟，悟中读，跳出来，走进去的读书方法也让学生对文本的阅读不是停留在表层的感官的愉悦上，而是到达了深层次的理性的思考。因此，学生自主解读文本时展示给我们的已经超越了初一学生普遍的那些稚嫩表达，而是让听课老师也啧啧称赞的精彩解读。另外多媒体的使用没有舍本逐末，只有十分精炼的四句话的方法点拨。</w:t>
      </w:r>
      <w:r>
        <w:rPr>
          <w:lang w:eastAsia="zh-CN"/>
        </w:rPr>
        <w:br/>
      </w:r>
    </w:p>
    <w:p w:rsidR="001B1F19" w14:textId="27C3F48A">
      <w:pPr>
        <w:rPr>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陈怀龙老师的课设计新颖，让学生用记者访问的形式学习课文。课堂气氛简单活跃，学生参与面广，学习用心性很高。陈老师在穿插有关背景资料诗人成就诗词知识等适时适度，似信手拈来，又恰到好处。这也与他肚里有文章，胸中有点墨有关。</w:t>
      </w:r>
      <w:r>
        <w:rPr>
          <w:lang w:eastAsia="zh-CN"/>
        </w:rPr>
        <w:br/>
      </w:r>
      <w:r>
        <w:rPr>
          <w:lang w:eastAsia="zh-CN"/>
        </w:rPr>
        <w:t>　　冒爱玉老师教学注重对文本资料情感的分析挖掘，培养学生搜索有用信息的潜力，表述概括的潜力等等。这对学生现代文阅读的水平提高都是一个必需的过程。教师对学生的激励既不程式化，又具体、诚恳。对于学生出现的错误，能及时以恰当的方式指出纠正。无论是指导思想还是课的设计都充分体现了新课程的理念。语文学习是学生个体的行为。语文阅读也是学生个性化的阅读，所产生的感受也是不尽相同的。张建华老师在教学时就十分注意尊重与呵护学生的独特感受。对于学生的回答，卢老师能把自己摆在与学生同等的位置上，引导学生把内心的感受说出来，回答得好教师给予肯定，对于学生回答过程中不太明确或不合理的教师也能给予正确的导向与引导。</w:t>
      </w:r>
      <w:r>
        <w:rPr>
          <w:lang w:eastAsia="zh-CN"/>
        </w:rPr>
        <w:br/>
      </w:r>
    </w:p>
    <w:p w:rsidR="001B1F19" w14:textId="27C3F48A">
      <w:pPr>
        <w:rPr>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孙茂洲老师对教材的取舍方面有勇有谋，他的课堂既显示了教师的主导地位，同时也突出了学生的主体地位。课堂高效，尤其是让学生续写《安恩和奶牛》的结尾，既培养了学生的想象力又加深了对文章的理解。周迎年老师教态自然大方，语言清晰，表达潜力强，语气语调富有激情。课堂上有梯度的引导学生诵读和品读文本，注重培养学生良好的语文学习习惯。实施教学时从资料到教法到学情，都显得清新、自然，尤其是学生读书很动情，饶有兴致地读，主动地探究问题，很好。</w:t>
      </w:r>
      <w:r>
        <w:rPr>
          <w:lang w:eastAsia="zh-CN"/>
        </w:rPr>
        <w:br/>
      </w:r>
      <w:r>
        <w:rPr>
          <w:lang w:eastAsia="zh-CN"/>
        </w:rPr>
        <w:t>　　周丽娟老师讲课有激情，善于带动学生，有个人魅力。结构严谨合理，过渡自然，全课给人一种浑然一体之感。重点突出，大多数问题设计简单易答巧妙，学生学起来简单好懂。学生答题潜力强，能够说这与老师平时的潜移默化分不开。她的语言流畅，通俗易懂，简洁明快。基本功深厚，容量虽大但节奏适宜。</w:t>
      </w:r>
      <w:r>
        <w:rPr>
          <w:lang w:eastAsia="zh-CN"/>
        </w:rPr>
        <w:br/>
      </w:r>
      <w:r>
        <w:rPr>
          <w:lang w:eastAsia="zh-CN"/>
        </w:rPr>
        <w:t>　　顾汉吕老师教学资料适合学生的发展现状与要求，有利于全面提高学生的知识素养。准确的把握了教学重难点和考点，有针对性地解决学生遇到的学习困难。教学环节衔接流畅，充分体现了教师的教学思路清晰，层次清楚，结构合理。教学中全体学生共同参与，教师作为学生学习的组织者，引导者，合作者，努力营造高效，和谐的课堂，整堂课情知交融，取得了很好的效果。</w:t>
      </w:r>
      <w:r>
        <w:rPr>
          <w:lang w:eastAsia="zh-CN"/>
        </w:rPr>
        <w:br/>
      </w:r>
      <w:r>
        <w:rPr>
          <w:lang w:eastAsia="zh-CN"/>
        </w:rPr>
        <w:t>　　亮点是说不完的，那就打住。下面说说我个人的收获：</w:t>
      </w:r>
      <w:r>
        <w:rPr>
          <w:lang w:eastAsia="zh-CN"/>
        </w:rPr>
        <w:br/>
      </w:r>
      <w:r>
        <w:rPr>
          <w:lang w:eastAsia="zh-CN"/>
        </w:rPr>
        <w:t>　　第一、语文课要上出语文的味道，老师的“讲”是至关重要的，老师在课堂上要讲语言、讲文学、讲写作，而不是去讲思想道德、讲国际风云等等。课堂上要注重情感氛围的营造，语言要有文采，能打动学生，教学就应在简单愉快的气氛中进行。再有营养的饭食要好吃才能下咽，才能有助于身体健康。不好吃的饭菜不会打动人们的胃口的。所以语文课堂首先要生动。</w:t>
      </w:r>
      <w:r>
        <w:rPr>
          <w:lang w:eastAsia="zh-CN"/>
        </w:rPr>
        <w:br/>
      </w:r>
    </w:p>
    <w:p w:rsidR="001B1F19" w14:textId="27C3F48A">
      <w:pPr>
        <w:rPr>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第二、读书是感悟语文的重要途径，出声朗读更是语文课堂必不可少的手段。在众多老师的课堂上，我们都多次听到了学生饱含感情的读书声，教师还指导学生朗读的方法，体现了新课程标准所倡导的人学生自主读书、自主感悟的思想，让学生在自己的阅读体验中寻找独特的感悟。</w:t>
      </w:r>
      <w:r>
        <w:rPr>
          <w:lang w:eastAsia="zh-CN"/>
        </w:rPr>
        <w:br/>
      </w:r>
      <w:r>
        <w:rPr>
          <w:lang w:eastAsia="zh-CN"/>
        </w:rPr>
        <w:t>　　第三、课堂上要引发学生深入的思考。授课教师透过问题的预设引导学生走进文本，让学生抓住重点段落、句子、词语进行反复诵读，并围绕所找到的句子进行深入挖掘，启发学生多元思维，让学生走进文本，和作者进行心灵的对话。</w:t>
      </w:r>
      <w:r>
        <w:rPr>
          <w:lang w:eastAsia="zh-CN"/>
        </w:rPr>
        <w:br/>
      </w:r>
      <w:r>
        <w:rPr>
          <w:lang w:eastAsia="zh-CN"/>
        </w:rPr>
        <w:t>　　第四、在传统的语文考试中，总是把“知识点”作为考试训练的重点，但是，这天这样的观点已经过时了，我们的语文训练务必从“知识点”转到“书面表达”和“口头表达”的训练上，这是提高语文素养的关键，也是这天语文考试的</w:t>
      </w:r>
      <w:r>
        <w:rPr>
          <w:lang w:eastAsia="zh-CN"/>
        </w:rPr>
        <w:br/>
      </w:r>
      <w:r>
        <w:rPr>
          <w:lang w:eastAsia="zh-CN"/>
        </w:rPr>
        <w:t>　　要点。课堂上我们就应注重学生的口头表达，让学生站起来说话，表达自己的思想，有时还应有的书面表达，这样的训练是针对学生语文素养提升的训练，是治“本”的做法，而不是我们通常的知识点训练，这是我们要深入领会的。</w:t>
      </w:r>
      <w:r>
        <w:rPr>
          <w:lang w:eastAsia="zh-CN"/>
        </w:rPr>
        <w:br/>
      </w:r>
      <w:r>
        <w:rPr>
          <w:lang w:eastAsia="zh-CN"/>
        </w:rPr>
        <w:t>　　第五、多媒体(或者课件)的利用与处理，不宜太庞杂、太细化、太执着，宜精练、适用、有效，因为课堂是动态的。如果执着预设的课件，一会影响课堂的流畅性;二会淡化生本对话，导致学生与文本对话效果的弱化，如果不引导学生深入文本进行有效解读，后边的事情就不好办了。</w:t>
      </w:r>
      <w:r>
        <w:rPr>
          <w:lang w:eastAsia="zh-CN"/>
        </w:rPr>
        <w:br/>
      </w:r>
    </w:p>
    <w:p w:rsidR="001B1F19" w14:textId="27C3F48A">
      <w:pPr>
        <w:rPr>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有人说：教学，是一门遗憾的艺术;课堂，是一个抒写缺憾美的地方;教师，则是创设美、发现美、创造美、欣赏美的职责人。是的，没有遗憾也就没有回味，也就不会有跌宕的精彩，雨后的彩虹。那我们就不谈遗憾，不怕遗憾，而让遗憾成为我们闪亮以后的铺陈和蓄势。</w:t>
      </w:r>
      <w:r>
        <w:rPr>
          <w:lang w:eastAsia="zh-CN"/>
        </w:rPr>
        <w:br/>
      </w:r>
      <w:r>
        <w:rPr>
          <w:lang w:eastAsia="zh-CN"/>
        </w:rPr>
        <w:t xml:space="preserve">    高中教学反思总结 篇11 </w:t>
      </w:r>
      <w:r>
        <w:rPr>
          <w:lang w:eastAsia="zh-CN"/>
        </w:rPr>
        <w:br/>
      </w:r>
      <w:r>
        <w:rPr>
          <w:lang w:eastAsia="zh-CN"/>
        </w:rPr>
        <w:t>　　教学设计是为了支持有效的学习而预先对教学所进行的规划与组织，是对学生学习业绩的解决方案或措施进行策划的过程。它是一种改进教学的艺术，也可称为“教学策划”。本文谈点对高中历史课堂教学设计的体会。本人认为教学设计大体可分为四个过程：备课—授课—提问—反思。</w:t>
      </w:r>
      <w:r>
        <w:rPr>
          <w:lang w:eastAsia="zh-CN"/>
        </w:rPr>
        <w:br/>
      </w:r>
      <w:r>
        <w:rPr>
          <w:lang w:eastAsia="zh-CN"/>
        </w:rPr>
        <w:t>　　一、教学设计的首要任务——备课</w:t>
      </w:r>
      <w:r>
        <w:rPr>
          <w:lang w:eastAsia="zh-CN"/>
        </w:rPr>
        <w:br/>
      </w:r>
      <w:r>
        <w:rPr>
          <w:lang w:eastAsia="zh-CN"/>
        </w:rPr>
        <w:t>　　1、备课时应认真研读课标，对教材进行有针对性地整合与处理，主语也应以学生为宜，情感态度与价值观方面的要求，采用“体会、体验、认同、感悟、感受”等心态词汇。在课堂教学中，更要能始终贯穿目标，充分体现新课程的教学理念。</w:t>
      </w:r>
      <w:r>
        <w:rPr>
          <w:lang w:eastAsia="zh-CN"/>
        </w:rPr>
        <w:br/>
      </w:r>
      <w:r>
        <w:rPr>
          <w:lang w:eastAsia="zh-CN"/>
        </w:rPr>
        <w:t>　　2、课堂教学中的重点与难点。不仅包括学生知识学习的重点与难点，同时也应包含学习方法与情感体验等方面。</w:t>
      </w:r>
      <w:r>
        <w:rPr>
          <w:lang w:eastAsia="zh-CN"/>
        </w:rPr>
        <w:br/>
      </w:r>
      <w:r>
        <w:rPr>
          <w:lang w:eastAsia="zh-CN"/>
        </w:rPr>
        <w:t>　　3、教学开始时首先展示单元或本课总体结构。</w:t>
      </w:r>
      <w:r>
        <w:rPr>
          <w:lang w:eastAsia="zh-CN"/>
        </w:rPr>
        <w:br/>
      </w:r>
      <w:r>
        <w:rPr>
          <w:lang w:eastAsia="zh-CN"/>
        </w:rPr>
        <w:t>　　4、新课程课堂教学中，教师应设计一些层次性强，具有一定的综合性及开放性的问题。</w:t>
      </w:r>
      <w:r>
        <w:rPr>
          <w:lang w:eastAsia="zh-CN"/>
        </w:rPr>
        <w:br/>
      </w:r>
      <w:r>
        <w:rPr>
          <w:lang w:eastAsia="zh-CN"/>
        </w:rPr>
        <w:t>　　二、教学设计的第二点任务——讲授</w:t>
      </w:r>
      <w:r>
        <w:rPr>
          <w:lang w:eastAsia="zh-CN"/>
        </w:rPr>
        <w:br/>
      </w:r>
    </w:p>
    <w:p w:rsidR="001B1F19" w14:textId="27C3F48A">
      <w:pPr>
        <w:rPr>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教师在教学设计时必须选择科学化、合理化、多样化的教学方式。讲授法、情景复现教学模式、问题探究法等等。各种教学方法之间相互联系，互为补充。具体来说比如“讲授法”是一种最传统最基本的历史教学方式了，在新课程背景下，这种方式仍然有它的特点和优点。传统教学以教师为中心，根据教师的特点和可行性选择教学方法，确定教学步骤，而科学的教学设计则应以学生为中心，强调选择适合学习任务和学生特点的教学策略和媒体，因此教学设计要根据教学理论和学习理论研究学生的认知规律。</w:t>
      </w:r>
      <w:r>
        <w:rPr>
          <w:lang w:eastAsia="zh-CN"/>
        </w:rPr>
        <w:br/>
      </w:r>
      <w:r>
        <w:rPr>
          <w:lang w:eastAsia="zh-CN"/>
        </w:rPr>
        <w:t>　　三、教学设计的第三点任务——提问</w:t>
      </w:r>
      <w:r>
        <w:rPr>
          <w:lang w:eastAsia="zh-CN"/>
        </w:rPr>
        <w:br/>
      </w:r>
      <w:r>
        <w:rPr>
          <w:lang w:eastAsia="zh-CN"/>
        </w:rPr>
        <w:t>　　“提问”是教师和学生在课堂教学中沟通和交流的重要渠道，要想成为学生主动参和的、交互的、和谐的、高效的、完整的学习过程，“提问”是一个重要的环节。新问题是联系教师的教和学生的学的纽带，是从“以教师为中心”的教学转向“以学生为中心”的教学的手段之一，因为许多教师仅仅将提问看作是一种很简单而随意的教学方式，没有深入地思索运用时应遵循的一系列原则，在提问的科学性、启发性、目的性、交互性等方面存在较大的失误。结合高中历史课程的特征，充分考虑学生学习的心理差异和教师教学的个人素质，从提高教学效率和质量出发，从培养学生自主学习能力出发，教师亟待对课堂提问的策略加以探究。</w:t>
      </w:r>
      <w:r>
        <w:rPr>
          <w:lang w:eastAsia="zh-CN"/>
        </w:rPr>
        <w:br/>
      </w:r>
      <w:r>
        <w:rPr>
          <w:lang w:eastAsia="zh-CN"/>
        </w:rPr>
        <w:t>　　四、教学设计的最后一个任务——反思</w:t>
      </w:r>
      <w:r>
        <w:rPr>
          <w:lang w:eastAsia="zh-CN"/>
        </w:rPr>
        <w:br/>
      </w:r>
    </w:p>
    <w:p w:rsidR="001B1F19" w14:textId="27C3F48A">
      <w:pPr>
        <w:rPr>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教学反思，就是指教师对自己已完成的教学实践活动有目的地进行审视，作出理性思考，并用以指导日后的教学。教学反思之所以必要，是因为任何教学设计，都有“纸上谈兵”“理论脱离实际”之嫌。因为课堂是动态的，“每一堂课都是一条不同的河”。这就需要我们在课后对课堂教学从学生的学习方式、教师教学行为、学习有效性等方面，全面地总结和反思教与学的得与失。因此可以说，在新课程改革的潮流中，没有反思的教学设计是不完整、不科学、不合理的设计，从此层意义上讲，反思教学也是课堂教学设计的重要组成部分，必须加以重视。</w:t>
      </w:r>
      <w:r>
        <w:rPr>
          <w:lang w:eastAsia="zh-CN"/>
        </w:rPr>
        <w:br/>
      </w:r>
      <w:r>
        <w:rPr>
          <w:lang w:eastAsia="zh-CN"/>
        </w:rPr>
        <w:t xml:space="preserve">    高中教学反思总结 篇12 </w:t>
      </w:r>
      <w:r>
        <w:rPr>
          <w:lang w:eastAsia="zh-CN"/>
        </w:rPr>
        <w:br/>
      </w:r>
      <w:r>
        <w:rPr>
          <w:lang w:eastAsia="zh-CN"/>
        </w:rPr>
        <w:t>　　今年已是第二次教这章，总得来说数列也是在函数的基础进一步加深对函数的理解，因为数列是特殊的函数，因此在教学中要把握这点。在数列这章中，要记忆的内容很多，不过也是有规律可循的。</w:t>
      </w:r>
      <w:r>
        <w:rPr>
          <w:lang w:eastAsia="zh-CN"/>
        </w:rPr>
        <w:br/>
      </w:r>
      <w:r>
        <w:rPr>
          <w:lang w:eastAsia="zh-CN"/>
        </w:rPr>
        <w:t>　　由于在整章中主要教授四个内容：等差、等比数列及其性质、数列的通向公式的求法、数列的前n项和的求法。但是，这里面等比等差数列又是平行概念，因此总的来说，只有三大板块。在教学中，我按分版块的思路将本章内容进行教学。值得一提的是，由于在等差数列中的性质很多，又很杂，但是使用率又相当的高，为此我采用的是由题引出结论，让学生先有切身体验，再进行讲解，这样使其感受到用性质解题远远比用定义简单得多，从而促使其自觉地使用性质，而且所有的性质我都是从所给的例题中让学生自觉总结归纳出来的，这样比我直接给出性质再让他们用效果好的多。在学好等差数列的性质的基础上，让学生对照等差学等比数列的内容，一是让其注意二者的共同点，二是让其注意到二者的本质区别。从而减轻学习负担。</w:t>
      </w:r>
      <w:r>
        <w:rPr>
          <w:lang w:eastAsia="zh-CN"/>
        </w:rPr>
        <w:br/>
      </w:r>
    </w:p>
    <w:p w:rsidR="001B1F19" w14:textId="27C3F48A">
      <w:pPr>
        <w:rPr>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这样的效果是可见的，学生在对照的基础上加深对知识的理解，通过相应的练习使其掌握知识并自己的运用知识。</w:t>
      </w:r>
      <w:r>
        <w:rPr>
          <w:lang w:eastAsia="zh-CN"/>
        </w:rPr>
        <w:br/>
      </w:r>
      <w:r>
        <w:rPr>
          <w:lang w:eastAsia="zh-CN"/>
        </w:rPr>
        <w:t>　　学生给我说，他们总觉得这章的内容很多很杂，好像一个题可以用到很多的性质，但是正确的选择一个或者几个性质会使得问题变得简单，但是往往又不知道到底该用哪个性质来解相应的题。对于这个问题我也在思考，对于这样的内容该如何很好的教学，即达到效果又减轻学生的学习负担，因此找出对照学习的方法。对于性质的运用，则采用一对一的例讲及练习，达到例题示范及对应练习。最后再用综合试卷检查学生的学习效果及自己的教学方法是否达到目的。</w:t>
      </w:r>
      <w:r>
        <w:rPr>
          <w:lang w:eastAsia="zh-CN"/>
        </w:rPr>
        <w:br/>
      </w:r>
      <w:r>
        <w:rPr>
          <w:lang w:eastAsia="zh-CN"/>
        </w:rPr>
        <w:t xml:space="preserve">    高中教学反思总结 篇13 </w:t>
      </w:r>
      <w:r>
        <w:rPr>
          <w:lang w:eastAsia="zh-CN"/>
        </w:rPr>
        <w:br/>
      </w:r>
      <w:r>
        <w:rPr>
          <w:lang w:eastAsia="zh-CN"/>
        </w:rPr>
        <w:t>　　研修为我们提供了一个平台，让我与全省的教师们一块交流，一起成长。看到一篇篇那引人深思、感人肺腑的文章时，我相信，那字字珠玑凝聚的是老师们的努力与坚持。第四次参加省里组织的高中教师远程研修了。我看的越多，就越发自惭形秽起来。是啊，教师的水平与素质对学生的影响太重要了。要想不误人子弟，就要不断学习。</w:t>
      </w:r>
      <w:r>
        <w:rPr>
          <w:lang w:eastAsia="zh-CN"/>
        </w:rPr>
        <w:br/>
      </w:r>
      <w:r>
        <w:rPr>
          <w:lang w:eastAsia="zh-CN"/>
        </w:rPr>
        <w:t>　　通过培训，我深深体会到了自己的懒，培训督促我，让我不断进行反思与思考，不断向优秀教师学习先进而可行的教学方法。远程研修让我烦躁的心沉静下来。</w:t>
      </w:r>
      <w:r>
        <w:rPr>
          <w:lang w:eastAsia="zh-CN"/>
        </w:rPr>
        <w:br/>
      </w:r>
      <w:r>
        <w:rPr>
          <w:lang w:eastAsia="zh-CN"/>
        </w:rPr>
        <w:t>　　我体会到，高中语文新课改的开展，对我们老师的专业素养提出了更高的要求，我觉得主要体现在以下几个方面：</w:t>
      </w:r>
      <w:r>
        <w:rPr>
          <w:lang w:eastAsia="zh-CN"/>
        </w:rPr>
        <w:br/>
      </w:r>
    </w:p>
    <w:p w:rsidR="001B1F19" w14:textId="27C3F48A">
      <w:pPr>
        <w:rPr>
          <w:lang w:eastAsia="zh-CN"/>
        </w:rPr>
      </w:pPr>
      <w:r>
        <w:rPr>
          <w:lang w:eastAsia="zh-CN"/>
        </w:rPr>
        <w:t>　　一、须博学多才。以前语文老师教过一轮教材之后，就可以驾轻就熟，游刃有余，现在选修教材很多，内容丰富，尤其是实行新课改之后，仅熟悉教材对语文老师来说远远不够应对目前教学的需要，老师应博览群书，有深厚的文学素养，才能更好的把握语文教材。</w:t>
      </w:r>
      <w:r>
        <w:rPr>
          <w:lang w:eastAsia="zh-CN"/>
        </w:rPr>
        <w:br/>
      </w:r>
      <w:r>
        <w:rPr>
          <w:lang w:eastAsia="zh-CN"/>
        </w:rPr>
        <w:t>　　二、须独立思考。选修课要求老师与时俱进，不能一味依赖教学参考书，而应不断更新观念，提出自己的独立见解。只有善于思考的老师，才会培养出更多善于思考的学生。</w:t>
      </w:r>
      <w:r>
        <w:rPr>
          <w:lang w:eastAsia="zh-CN"/>
        </w:rPr>
        <w:br/>
      </w:r>
      <w:r>
        <w:rPr>
          <w:lang w:eastAsia="zh-CN"/>
        </w:rPr>
        <w:t>　　三、须拓展补充。我们语文老师应勤于动手，围绕所开选修课程搜集资料，及时补充各种信息，通过扩展老师的视野来扩展学生的知识面。</w:t>
      </w:r>
      <w:r>
        <w:rPr>
          <w:lang w:eastAsia="zh-CN"/>
        </w:rPr>
        <w:br/>
      </w:r>
      <w:r>
        <w:rPr>
          <w:lang w:eastAsia="zh-CN"/>
        </w:rPr>
        <w:t>　　学习让我们成长，反思让我们进步。在远程研修学习的过程中，每天按时观摩学习一个专题的讲座，认真听取了专家们对高中语文教学的指导和解读。对每一个专题的问题都和老师们们进行了热烈的探讨，认真按时完成了作业。积极参与交流，尽可能多的阅读老师们提交的作业及发表的文章并及时做出评论。认真阅读了班级简报和课程简报，对每一点感悟都作了认真的记录。作为一名语文教师，一名新课改的实施者，在以后的教学实践中，我要力争做到：</w:t>
      </w:r>
      <w:r>
        <w:rPr>
          <w:lang w:eastAsia="zh-CN"/>
        </w:rPr>
        <w:br/>
      </w:r>
      <w:r>
        <w:rPr>
          <w:lang w:eastAsia="zh-CN"/>
        </w:rPr>
        <w:t>　　1、关注全体学生，注重个性差异。</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https://d.book118.com/677164013005006055</w:t>
        </w:r>
      </w:hyperlink>
    </w:p>
    <w:p w:rsidR="001B1F19">
      <w:pPr>
        <w:rPr>
          <w:lang w:eastAsia="zh-CN"/>
        </w:rPr>
      </w:pPr>
    </w:p>
    <w:sectPr>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7716401300500605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