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六年级数学教学的工作总结范文（32篇）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六年级数学教学的工作总结范文（精选32篇）</w:t>
      </w:r>
      <w:r>
        <w:rPr>
          <w:lang w:eastAsia="zh-CN"/>
        </w:rPr>
        <w:br/>
      </w:r>
      <w:r>
        <w:rPr>
          <w:lang w:eastAsia="zh-CN"/>
        </w:rPr>
        <w:t xml:space="preserve">    六年级数学教学的工作总结范文 篇1 </w:t>
      </w:r>
      <w:r>
        <w:rPr>
          <w:lang w:eastAsia="zh-CN"/>
        </w:rPr>
        <w:br/>
      </w:r>
      <w:r>
        <w:rPr>
          <w:lang w:eastAsia="zh-CN"/>
        </w:rPr>
        <w:t>　　在不知不觉中一学期的辛苦耕耘已经结束。这学期我担任六（3）班数学及思品的教学工作。回顾这一学期，始终面向全体学生，教书育人，为人师表，确立“以学生为主体”，“以培养学生主动发展”为中心的教学思想，重视学生的个性发展，重视激发学生的创造能力，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同时不断提高业务知识水平，钻研教材，且多听取意见，虚心请教，务求精益求精，顺利完成教育教学任务。为了总结得失，以利今后进一步改进和提高，现将一学期工作做个总结：</w:t>
      </w:r>
      <w:r>
        <w:rPr>
          <w:lang w:eastAsia="zh-CN"/>
        </w:rPr>
        <w:br/>
      </w:r>
      <w:r>
        <w:rPr>
          <w:lang w:eastAsia="zh-CN"/>
        </w:rPr>
        <w:t>　　一、思想素质方面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本人热爱教育事业，热爱学生，热爱本职工作，恪尽职守，谦虚谨慎。坚持党的教育方针，面向全体、教书育人。广泛的学习学科知识，充实自己，树立远大教育理想，为学生的主动发展夯实基础。尊重家长，积极传播科学教育方法，自觉抵制不利于儿童身心发展的言行。</w:t>
      </w:r>
      <w:r>
        <w:rPr>
          <w:lang w:eastAsia="zh-CN"/>
        </w:rPr>
        <w:br/>
      </w:r>
      <w:r>
        <w:rPr>
          <w:lang w:eastAsia="zh-CN"/>
        </w:rPr>
        <w:t>　　二、教育教学方面</w:t>
      </w:r>
      <w:r>
        <w:rPr>
          <w:lang w:eastAsia="zh-CN"/>
        </w:rPr>
        <w:br/>
      </w:r>
      <w:r>
        <w:rPr>
          <w:lang w:eastAsia="zh-CN"/>
        </w:rPr>
        <w:t>　　本学期担任六年三班数学教学工作。从本班的现状来看，大部分孩子的学习态度都是比较端正的，能够积极的参与到平时的学习活动中。但是不可避免的，一些学生依然存在着不遵守纪律，对学习任务不积极完成等缺点。刚开始接触这个班级时，由于对学生个人的'情况不是很了解，在教学工作中遇到了一些困难，但是经过本人不懈努力，并请教班主任老师，不断向她了解情况，吸取经验，还经常与学生谈心，及时了解他们的心里状况等，使得本班的数学学习气氛有所改变，课堂上我主要从以下几方面入手。</w:t>
      </w:r>
      <w:r>
        <w:rPr>
          <w:lang w:eastAsia="zh-CN"/>
        </w:rPr>
        <w:br/>
      </w:r>
      <w:r>
        <w:rPr>
          <w:lang w:eastAsia="zh-CN"/>
        </w:rPr>
        <w:t>　　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r>
        <w:rPr>
          <w:lang w:eastAsia="zh-CN"/>
        </w:rPr>
        <w:br/>
      </w:r>
      <w:r>
        <w:rPr>
          <w:lang w:eastAsia="zh-CN"/>
        </w:rPr>
        <w:t>　　2、注重生生互动的学习方式。让学生团结互助，共同努力，共同进步。通过老师的及时的鼓励性的点评，为孩子们建立自信，变得更勇于提问及思考。课堂上注重少讲多学、精讲多练，在练习时，先让学生自己出题目，在组内交换做，交换改。通过出题，做题，改题，巩固了学习的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r>
        <w:rPr>
          <w:lang w:eastAsia="zh-CN"/>
        </w:rPr>
        <w:br/>
      </w:r>
      <w:r>
        <w:rPr>
          <w:lang w:eastAsia="zh-CN"/>
        </w:rPr>
        <w:t>　　总之，在教学工作中，我一直强调学生学习的主体地位，把学习的主动权交给学生，教学中要尽最大的努力，最充分地调动学生积极主动学习，由“要我学”转化为“我要学”、“我爱学”。</w:t>
      </w:r>
      <w:r>
        <w:rPr>
          <w:lang w:eastAsia="zh-CN"/>
        </w:rPr>
        <w:br/>
      </w:r>
      <w:r>
        <w:rPr>
          <w:lang w:eastAsia="zh-CN"/>
        </w:rPr>
        <w:t>　　三、加强学习，提高业务水平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为了更好更快的提高自己的执教水平，以适应于当前教育形式飞速发展的要求，我自己一直坚持不懈的学习并坚持写博客。本学期坚持读了两本英国的教育名著《教育漫话》，记录了很多的学习笔记并写出了学习心得。还积极参加各级各类的继续教育，以不断的充实自己的知识。在积极参加各项继续教育学习的同时，我还以勇于开拓、大胆进取的精神，积极潜心钻研教学业务。长期阅读有关教育教学的报刊书籍，了解所教学科的教育教学的最新动态和科研信息，精心研读《新课程标准》，积极倡导自主、合作、探究的学习方式。正是通过潜心钻研教学业务及积极参加继续教育充电，使自己的工作能力和业务水平得以不断提高，并撰写了两篇论文，其中一篇在国家级刊物上发表上发表。我申请的课题已被立项，由于个人的不断努力和领导的关注，今年很荣幸的被评为地级优秀教师。</w:t>
      </w:r>
      <w:r>
        <w:rPr>
          <w:lang w:eastAsia="zh-CN"/>
        </w:rPr>
        <w:br/>
      </w:r>
      <w:r>
        <w:rPr>
          <w:lang w:eastAsia="zh-CN"/>
        </w:rPr>
        <w:t>　　四、加强家校联系</w:t>
      </w:r>
      <w:r>
        <w:rPr>
          <w:lang w:eastAsia="zh-CN"/>
        </w:rPr>
        <w:br/>
      </w:r>
      <w:r>
        <w:rPr>
          <w:lang w:eastAsia="zh-CN"/>
        </w:rPr>
        <w:t>　　孩子的教育离不开老师和家长的共同协作，孩子在家中的表现只能通过家长来获悉，同样学生在学校的表现也应及时反馈给家长，只有双管齐下，才能收到教育的效果。因此，在本学年主动与家长们保持联系，将一些孩子的表现通知家长，共同商量对策，也利用家长会、或是平时放学时与多位家长进行交流。</w:t>
      </w:r>
      <w:r>
        <w:rPr>
          <w:lang w:eastAsia="zh-CN"/>
        </w:rPr>
        <w:br/>
      </w:r>
      <w:r>
        <w:rPr>
          <w:lang w:eastAsia="zh-CN"/>
        </w:rPr>
        <w:t>　　五、不足之处</w:t>
      </w:r>
      <w:r>
        <w:rPr>
          <w:lang w:eastAsia="zh-CN"/>
        </w:rPr>
        <w:br/>
      </w:r>
      <w:r>
        <w:rPr>
          <w:lang w:eastAsia="zh-CN"/>
        </w:rPr>
        <w:t>　　班级调皮的学生比较多，学困生也占一定的比例，对于这些学生我会继续加强教育和引导，增加他们的信心，从而能顺利地把他们送出校门到初中学校接受教育。</w:t>
      </w:r>
      <w:r>
        <w:rPr>
          <w:lang w:eastAsia="zh-CN"/>
        </w:rPr>
        <w:br/>
      </w:r>
      <w:r>
        <w:rPr>
          <w:lang w:eastAsia="zh-CN"/>
        </w:rPr>
        <w:t>　　六、努力的方向</w:t>
      </w:r>
      <w:r>
        <w:rPr>
          <w:lang w:eastAsia="zh-CN"/>
        </w:rPr>
        <w:br/>
      </w:r>
      <w:r>
        <w:rPr>
          <w:lang w:eastAsia="zh-CN"/>
        </w:rPr>
        <w:t>　　1、认真钻研教材，对教材的基本思想、基本概念，了解教材的结构，重点与难点，掌握知识的逻辑，能运用自如，知道应补充哪些资料，怎样才能教好。</w:t>
      </w:r>
      <w:r>
        <w:rPr>
          <w:lang w:eastAsia="zh-CN"/>
        </w:rPr>
        <w:br/>
      </w:r>
      <w:r>
        <w:rPr>
          <w:lang w:eastAsia="zh-CN"/>
        </w:rPr>
        <w:t>　　2、了解学生原有的知识技能的质量，他们的兴趣、需要、方法、习惯，学习新知识可能会有哪些困难，采取相应的预防措施。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3、组织好课堂教学，关注全体学生，注意信息反馈，调动学生的有意注意，使其保持相对稳定性，同时，激发学生的情感，使他们产生愉悦的心境，创造良好的课堂气氛，课堂语言简洁明了，注意引发学生学数学的兴趣，课堂上精讲多练，布置好家庭作业，作业少而精，形式多样，不拘泥于书面作业，多种方式交替进行，减轻学生的负担，增加学生学习的兴趣，还要做好课后辅导工作。</w:t>
      </w:r>
      <w:r>
        <w:rPr>
          <w:lang w:eastAsia="zh-CN"/>
        </w:rPr>
        <w:br/>
      </w:r>
      <w:r>
        <w:rPr>
          <w:lang w:eastAsia="zh-CN"/>
        </w:rPr>
        <w:t>　　4、不断提高自己的业务水平。积极参与听课、评课等教研组活动，虚心向同行学习教学方法，博采众长，补己之短，提高教学水平。</w:t>
      </w:r>
      <w:r>
        <w:rPr>
          <w:lang w:eastAsia="zh-CN"/>
        </w:rPr>
        <w:br/>
      </w:r>
      <w:r>
        <w:rPr>
          <w:lang w:eastAsia="zh-CN"/>
        </w:rPr>
        <w:t>　　5、认真学习和总结教学，不断提高自己的业务水平和知识水平，以适应新形势的需要。</w:t>
      </w:r>
      <w:r>
        <w:rPr>
          <w:lang w:eastAsia="zh-CN"/>
        </w:rPr>
        <w:br/>
      </w:r>
      <w:r>
        <w:rPr>
          <w:lang w:eastAsia="zh-CN"/>
        </w:rPr>
        <w:t>　　我深深地懂得：作为一名人民教师、人类灵魂的工程师，肩负着重大的历史使命和对未来的历史责任感。为了不辱使命，为了无愧自己的良心，我只能在教学这片热土上，做到更加勤恳。用自己的心血去拼、去搏“蜡炬成灰泪始干，春蚕到死丝方尽”。</w:t>
      </w:r>
      <w:r>
        <w:rPr>
          <w:lang w:eastAsia="zh-CN"/>
        </w:rPr>
        <w:br/>
      </w:r>
      <w:r>
        <w:rPr>
          <w:lang w:eastAsia="zh-CN"/>
        </w:rPr>
        <w:t xml:space="preserve">    六年级数学教学的工作总结范文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这学期我担任六年_班数学及思品的教学工作。回顾这一学期，始终面向全体学生，教书育人，为人师表，确立“以学生为主体”，“以培养学生主动发展”为中心的教学思想，重视学生的个性发展，重视激发学生的创造能力，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同时不断提高业务知识水平，钻研教材，且多听取意见，虚心请教，务求精益求精，顺利完成教育教学任务。为了总结得失，以利今后进一步改进和提高，现将一学期工作做个小结：</w:t>
      </w:r>
      <w:r>
        <w:rPr>
          <w:lang w:eastAsia="zh-CN"/>
        </w:rPr>
        <w:br/>
      </w:r>
      <w:r>
        <w:rPr>
          <w:lang w:eastAsia="zh-CN"/>
        </w:rPr>
        <w:t>　　一、思想素质方面：</w:t>
      </w:r>
      <w:r>
        <w:rPr>
          <w:lang w:eastAsia="zh-CN"/>
        </w:rPr>
        <w:br/>
      </w:r>
      <w:r>
        <w:rPr>
          <w:lang w:eastAsia="zh-CN"/>
        </w:rPr>
        <w:t>　　本人热爱教育事业，热爱学生，热爱本职工作，恪尽职守，谦虚谨慎。坚持党的教育方针，面向全体、教书育人。广泛的学习学科知识，充实自己，树立远大教育理想，为学生的主动发展夯实基础。尊重家长，积极传播科学教育方法，自觉抵制不利于儿童身心发展的言行。</w:t>
      </w:r>
      <w:r>
        <w:rPr>
          <w:lang w:eastAsia="zh-CN"/>
        </w:rPr>
        <w:br/>
      </w:r>
      <w:r>
        <w:rPr>
          <w:lang w:eastAsia="zh-CN"/>
        </w:rPr>
        <w:t>　　二、教育教学方面：</w:t>
      </w:r>
      <w:r>
        <w:rPr>
          <w:lang w:eastAsia="zh-CN"/>
        </w:rPr>
        <w:br/>
      </w:r>
      <w:r>
        <w:rPr>
          <w:lang w:eastAsia="zh-CN"/>
        </w:rPr>
        <w:t>　　本学期担任六年_班数学教学工作。从本班的现状来看，大部分孩子的学习态度都是比较端正的，能够积极的参与到平时的学习活动中。但是不可避免的，一些学生依然存在着不遵守纪律，对学习任务不积极完成等缺点。刚开始接触这个班级时，由于对学生个人的情况不是很了解，在教学工作中遇到了一些困难，但是经过本人不懈努力，并请教班主任老师，不断向她了解情况，吸取经验，还经常与学生谈心，及时了解他们的心里状况等，使得本班的数学学习气氛有所改变，课堂上我主要从以下几方面入手</w:t>
      </w:r>
      <w:r>
        <w:rPr>
          <w:lang w:eastAsia="zh-CN"/>
        </w:rPr>
        <w:br/>
      </w:r>
      <w:r>
        <w:rPr>
          <w:lang w:eastAsia="zh-CN"/>
        </w:rPr>
        <w:t>　　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注重生生互动的学习方式。让学生团结互助，共同努力，共同进步。通过老师的及时的鼓励性的点评，为孩子们建立自信，变得更勇于提问及思考。课堂上注重少讲多学、精讲多练，在练习时，先让学生自己出题目，在组内交换做，交换改。通过出题，做题，改题，巩固了学习的知识。</w:t>
      </w:r>
      <w:r>
        <w:rPr>
          <w:lang w:eastAsia="zh-CN"/>
        </w:rPr>
        <w:br/>
      </w:r>
      <w:r>
        <w:rPr>
          <w:lang w:eastAsia="zh-CN"/>
        </w:rPr>
        <w:t>　　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r>
        <w:rPr>
          <w:lang w:eastAsia="zh-CN"/>
        </w:rPr>
        <w:br/>
      </w:r>
      <w:r>
        <w:rPr>
          <w:lang w:eastAsia="zh-CN"/>
        </w:rPr>
        <w:t>　　总之，在教学工作中，我一直强调学生学习的主体地位，把学习的主动权交给学生，教学中要尽最大的努力，最充分地调动学生积极主动学习，由“要我学”转化为“我要学”、“我爱学”。</w:t>
      </w:r>
      <w:r>
        <w:rPr>
          <w:lang w:eastAsia="zh-CN"/>
        </w:rPr>
        <w:br/>
      </w:r>
      <w:r>
        <w:rPr>
          <w:lang w:eastAsia="zh-CN"/>
        </w:rPr>
        <w:t>　　三、加强学习，提高业务水平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为了更好更快的提高自己的执教水平，以适应于当前教育形式飞速发展的要求，我自己一直坚持不懈的学习并坚持写博客。本学期坚持读了两本英国的教育名著《教育漫话》，记录了很多的学习笔记并写出了学习心得。还积极参加各级各类的继续教育，以不断的充实自己的知识。在积极参加各项继续教育学习的同时，我还以勇于开拓、大胆进取的精神，积极潜心钻研教学业务。长期阅读有关教育教学的报刊书籍，了解所教学科的教育教学的最新动态和科研信息，精心研读《新课程标准》，积极倡导自主、合作、探究的学习方式。正是通过潜心钻研教学业务及积极参加继续教育充电，使自己的工作能力和业务水平得以不断提高，并撰写了两篇论文，其中一篇在国家级刊物上发表上发表。我申请的课题已被立项，由于个人的不断努力和领导的关注，今年很荣幸的被评为地级优秀教师。</w:t>
      </w:r>
      <w:r>
        <w:rPr>
          <w:lang w:eastAsia="zh-CN"/>
        </w:rPr>
        <w:br/>
      </w:r>
      <w:r>
        <w:rPr>
          <w:lang w:eastAsia="zh-CN"/>
        </w:rPr>
        <w:t>　　四、加强家校联系</w:t>
      </w:r>
      <w:r>
        <w:rPr>
          <w:lang w:eastAsia="zh-CN"/>
        </w:rPr>
        <w:br/>
      </w:r>
      <w:r>
        <w:rPr>
          <w:lang w:eastAsia="zh-CN"/>
        </w:rPr>
        <w:t>　　孩子的教育离不开老师和家长的共同协作，孩子在家中的表现只能通过家长来获悉，同样学生在学校的表现也应及时反馈给家长，只有双管齐下，才能收到教育的效果。因此，在本学年主动与家长们保持联系，将一些孩子的表现通知家长，共同商量对策，也利用家长会、或是平时放学时与多位家长进行交流。</w:t>
      </w:r>
      <w:r>
        <w:rPr>
          <w:lang w:eastAsia="zh-CN"/>
        </w:rPr>
        <w:br/>
      </w:r>
      <w:r>
        <w:rPr>
          <w:lang w:eastAsia="zh-CN"/>
        </w:rPr>
        <w:t>　　五、不足之处</w:t>
      </w:r>
      <w:r>
        <w:rPr>
          <w:lang w:eastAsia="zh-CN"/>
        </w:rPr>
        <w:br/>
      </w:r>
      <w:r>
        <w:rPr>
          <w:lang w:eastAsia="zh-CN"/>
        </w:rPr>
        <w:t>　　班级调皮的学生比较多，学困生也占一定的比例，对于这些学生我会继续加强教育和引导，增加他们的信心，从而能顺利地把他们送出校门到初中学校接受教育。</w:t>
      </w:r>
      <w:r>
        <w:rPr>
          <w:lang w:eastAsia="zh-CN"/>
        </w:rPr>
        <w:br/>
      </w:r>
      <w:r>
        <w:rPr>
          <w:lang w:eastAsia="zh-CN"/>
        </w:rPr>
        <w:t xml:space="preserve">    六年级数学教学的工作总结范文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本学期，我担任六年级的数学教学工作。我从各方面严格要求自己，结合本班学生的实际情况，勤勤恳恳，兢兢业业，使教学工作有计划、有组织、有步骤地开展，圆满地完成了教学任务。现总结如下：</w:t>
      </w:r>
      <w:r>
        <w:rPr>
          <w:lang w:eastAsia="zh-CN"/>
        </w:rPr>
        <w:br/>
      </w:r>
      <w:r>
        <w:rPr>
          <w:lang w:eastAsia="zh-CN"/>
        </w:rPr>
        <w:t>　　一、认真备课。</w:t>
      </w:r>
      <w:r>
        <w:rPr>
          <w:lang w:eastAsia="zh-CN"/>
        </w:rPr>
        <w:br/>
      </w:r>
      <w:r>
        <w:rPr>
          <w:lang w:eastAsia="zh-CN"/>
        </w:rPr>
        <w:t>　　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作出总结，有的在课后写出教学反思。</w:t>
      </w:r>
      <w:r>
        <w:rPr>
          <w:lang w:eastAsia="zh-CN"/>
        </w:rPr>
        <w:br/>
      </w:r>
      <w:r>
        <w:rPr>
          <w:lang w:eastAsia="zh-CN"/>
        </w:rPr>
        <w:t>　　二、增强上课技能，提高教学教学质量。</w:t>
      </w:r>
      <w:r>
        <w:rPr>
          <w:lang w:eastAsia="zh-CN"/>
        </w:rPr>
        <w:br/>
      </w:r>
      <w:r>
        <w:rPr>
          <w:lang w:eastAsia="zh-CN"/>
        </w:rPr>
        <w:t>　　在课堂上特别注意调动学生的积极性，加强师生交流，充分体现学生学得容易，学得轻松，觉得愉快，同时还培养了学生动口动手动脑的能力。</w:t>
      </w:r>
      <w:r>
        <w:rPr>
          <w:lang w:eastAsia="zh-CN"/>
        </w:rPr>
        <w:br/>
      </w:r>
      <w:r>
        <w:rPr>
          <w:lang w:eastAsia="zh-CN"/>
        </w:rPr>
        <w:t>　　三、认真批改作业，布置作业有针对性，有层次性。</w:t>
      </w:r>
      <w:r>
        <w:rPr>
          <w:lang w:eastAsia="zh-CN"/>
        </w:rPr>
        <w:br/>
      </w:r>
      <w:r>
        <w:rPr>
          <w:lang w:eastAsia="zh-CN"/>
        </w:rPr>
        <w:t>　　对学生的作业批改及时，认真分析并记录学生的作业情况，将他们在作业过程出现的问题做出分类总结，进行透切的讲评，并针对有关情况及时改进教学方法，做到有的放矢。</w:t>
      </w:r>
      <w:r>
        <w:rPr>
          <w:lang w:eastAsia="zh-CN"/>
        </w:rPr>
        <w:br/>
      </w:r>
      <w:r>
        <w:rPr>
          <w:lang w:eastAsia="zh-CN"/>
        </w:rPr>
        <w:t>　　四、做好课后辅导工作，注意分层教学。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课后，为不同层次的学生进行相应的辅导，以满足不同层次的学生的需求，同时加大了对后进生的辅导的力度。对后进学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r>
        <w:rPr>
          <w:lang w:eastAsia="zh-CN"/>
        </w:rPr>
        <w:br/>
      </w:r>
      <w:r>
        <w:rPr>
          <w:lang w:eastAsia="zh-CN"/>
        </w:rPr>
        <w:t>　　五、积极提高学生数学素质。</w:t>
      </w:r>
      <w:r>
        <w:rPr>
          <w:lang w:eastAsia="zh-CN"/>
        </w:rPr>
        <w:br/>
      </w:r>
      <w:r>
        <w:rPr>
          <w:lang w:eastAsia="zh-CN"/>
        </w:rPr>
        <w:t>　　为此，我在教学工作中注意了能力的培养，把传授知识、技能和发展智力/华考/、能力结合起来，在知识层面上注入了思想情感教育的因素，发挥学生的创新意识和创新能力。让学生的各种素质都得到有效的发展和培养。</w:t>
      </w:r>
      <w:r>
        <w:rPr>
          <w:lang w:eastAsia="zh-CN"/>
        </w:rPr>
        <w:br/>
      </w:r>
      <w:r>
        <w:rPr>
          <w:lang w:eastAsia="zh-CN"/>
        </w:rPr>
        <w:t>　　六、教学中存在的问题</w:t>
      </w:r>
      <w:r>
        <w:rPr>
          <w:lang w:eastAsia="zh-CN"/>
        </w:rPr>
        <w:br/>
      </w:r>
      <w:r>
        <w:rPr>
          <w:lang w:eastAsia="zh-CN"/>
        </w:rPr>
        <w:t>　　本学期对学困生的帮扶还不够深入，对学生心理特点了解不够，教学方法还有待于改进，教学成绩还有待于提高。</w:t>
      </w:r>
      <w:r>
        <w:rPr>
          <w:lang w:eastAsia="zh-CN"/>
        </w:rPr>
        <w:br/>
      </w:r>
      <w:r>
        <w:rPr>
          <w:lang w:eastAsia="zh-CN"/>
        </w:rPr>
        <w:t>　　七、今后整改措施</w:t>
      </w:r>
      <w:r>
        <w:rPr>
          <w:lang w:eastAsia="zh-CN"/>
        </w:rPr>
        <w:br/>
      </w:r>
      <w:r>
        <w:rPr>
          <w:lang w:eastAsia="zh-CN"/>
        </w:rPr>
        <w:t>　　教书育人是塑造灵魂的综合性艺术。在课程改革推进的今天，社会对教师的素质要求更高，在今后的教育教学工作中，我将立足实际，认真分析和研究好教材、课程标准，研究好学生，做好家访工作，争取学生家长的支持，创造性地搞好学校教学各项工作，使我的教学工作有所开拓，有所进取，更加严格要求自己，努力工作，发扬优点，改正缺点，开拓前进，为美好的明天奉献自己的力量。</w:t>
      </w:r>
      <w:r>
        <w:rPr>
          <w:lang w:eastAsia="zh-CN"/>
        </w:rPr>
        <w:br/>
      </w:r>
      <w:r>
        <w:rPr>
          <w:lang w:eastAsia="zh-CN"/>
        </w:rPr>
        <w:t>　　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r>
        <w:rPr>
          <w:lang w:eastAsia="zh-CN"/>
        </w:rPr>
        <w:br/>
      </w:r>
      <w:r>
        <w:rPr>
          <w:lang w:eastAsia="zh-CN"/>
        </w:rPr>
        <w:t xml:space="preserve">    六年级数学教学的工作总结范文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9月份很幸运的考入了宿迁学院附属学校，起初分课的时候担心自己教一年级，因为一直没带过肯定会耽误孩子学习习惯的形成。开学工作会议之后知道担任六年级的数学教学工作。</w:t>
      </w:r>
      <w:r>
        <w:rPr>
          <w:lang w:eastAsia="zh-CN"/>
        </w:rPr>
        <w:br/>
      </w:r>
      <w:r>
        <w:rPr>
          <w:lang w:eastAsia="zh-CN"/>
        </w:rPr>
        <w:t>　　怀揣着很多种设想进入了教室，第一节课除了说一些基本的要求，进行了摸底工作——计算测试，这是我每一年带班的习惯，考察一下学生的计算水平。虽然之前有了一定的思想准备，批阅出成绩之后难免有了放弃的想法，计算基础太差，别的就不用看了。和学校的数学老师交流了下，向区教研室的蔡主任讨教了些方法，现在能做的就是面对现实，从头开始，尽自己的努力。</w:t>
      </w:r>
      <w:r>
        <w:rPr>
          <w:lang w:eastAsia="zh-CN"/>
        </w:rPr>
        <w:br/>
      </w:r>
      <w:r>
        <w:rPr>
          <w:lang w:eastAsia="zh-CN"/>
        </w:rPr>
        <w:t>　　每天数学课前进行5分钟的口算专项练习，利用午休的时间训练基础知识，努力一个月终于迎来了第一次的摸底调研，按分数算9人及格，大半不及格，这样的成绩单让我又一次被“打击”了。和以前学校老师交流后成绩还是落后，人数不对等的基础上落后意味着差距不是一般二般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失落的同时思考着接下来怎么做，除了每节课5分钟练习，加强了和家长的沟通，教育是家庭、学校、社会共同的责任，每天作业要求家长签字，签字不是目的，其实还是激发学生自身学习的态度要端正。同时分类强化练习，要求学生每一步的思考写出过程，这样批阅之后知道学生错在哪里，便于有针对性的指导提高。课堂上尽量让每一个孩子进入思考的状态，让所讲的数学知识都能够听明白。平时和孩子交流最爱说的一句话就是老师的任务是在课堂上所讲的知识让大家都可以轻松明白的了解，你们的任务就是按照我的要求完成。话虽这样说，教师的任务何止这些！！半学期下来，课堂上静悄悄了有了一些变化，之前每一次的集体备课听课的数学老师总会调侃几句：“你们班级的纪律真好，问问题都没人回答……。”我知道大家都在着急，教育是慢的艺术，近两次的集体备课我暗暗的高兴，课堂上愿意表达的孩子多了，这是一个积极的信号，一个欣喜的变化，听课老师也看到了孩子的进步，三个月的口算专项练习起了作用，每天的基础知识训练有了效果。看到孩子的进步高兴的同时，清醒的知道差距还是有的！但我更加坚信当孩子的态度发生了转变，对数学产生了些许兴趣，不再像以前那样了，后面的路必然会走的越来越好。</w:t>
      </w:r>
      <w:r>
        <w:rPr>
          <w:lang w:eastAsia="zh-CN"/>
        </w:rPr>
        <w:br/>
      </w:r>
      <w:r>
        <w:rPr>
          <w:lang w:eastAsia="zh-CN"/>
        </w:rPr>
        <w:t>　　每一次和家长交流，进步的孩子我会及时肯定表扬；思想不端正的孩子也会及时指出，共同商讨办法。真实、真诚、自信、自强是我对学生的要求，更应该成为教师自己的教学之道。其中有几位家长电话中对我说：“孩子最近学习很努力，看到这样自己很高兴，但有时候由于基础差，自己也感到有点力不从心！”“是呀！孩子自己知道学习了，做事也懂事了，这是家长所期望的，让我们再一起努力让孩子有更大的进步，趁着这种时候坚持做，如果孩子再次失去动力，放松下来，到时候再想努力的话，就更加难了！”不知是孩子的表现让家长看到了希望，还是老师的交流触动了一些家长，现今社会很多家长不懂教育，趁着年轻赚钱养家，却把孩子的教育完全交给学校或是爷爷奶奶，等发现孩子在学习或者思想上出现问题才发现自己的教育能力是那样的苍白无助，甚至对孩子教育层面直接放弃的做法是当下我们急需研究思考的一个课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忙忙碌碌就这样学期接近尾声了，半年的相处时间，不管是从教学上还是和学生的相处中，其实每一个孩子都很优秀，需要我们从不同的角度去观察，不管期末结果如何，我和班级的孩子们一起，在接下来的时间里共同学习小学数学，共同成长。</w:t>
      </w:r>
      <w:r>
        <w:rPr>
          <w:lang w:eastAsia="zh-CN"/>
        </w:rPr>
        <w:br/>
      </w:r>
      <w:r>
        <w:rPr>
          <w:lang w:eastAsia="zh-CN"/>
        </w:rPr>
        <w:t>　　本学期，我担任二年级一班和二班的数学教学工作，回顾过去，有成功的喜悦，也有辛酸的泪水。由于二年级是知识积累和能力培养的关键阶段，也是学生养成良好习惯的关键所在，因此，我针对本班学生均为转校生，来自不同学校，习惯基础都参差不齐，而且学生好动、计算能力和理解能力、行为习惯差等实际情况和好胜心强的特点，对症下药，采取多鼓励，常激励的教学手段，以此促进学生自觉的学习，主动改正自己各方面的不足，帮助学生逐渐养成良好的学习习惯。现将本学期的教学工作总结如下:</w:t>
      </w:r>
      <w:r>
        <w:rPr>
          <w:lang w:eastAsia="zh-CN"/>
        </w:rPr>
        <w:br/>
      </w:r>
      <w:r>
        <w:rPr>
          <w:lang w:eastAsia="zh-CN"/>
        </w:rPr>
        <w:t>　　一、以课堂为阵地，以教学为核心。</w:t>
      </w:r>
      <w:r>
        <w:rPr>
          <w:lang w:eastAsia="zh-CN"/>
        </w:rPr>
        <w:br/>
      </w:r>
      <w:r>
        <w:rPr>
          <w:lang w:eastAsia="zh-CN"/>
        </w:rPr>
        <w:t>　　二年级数学采用的是全新的教材，而且本人从未带过低年级数学所以学期初，我认真阅读了《数学课程标准》、教材、教参，对学期教学内容做到心中有数；学期中，着重进行了单元备课，掌握每一部分知识在单元中，在整册书中的地位，作用。思考学生怎样学，学生将会产生什么疑难，该怎样解决。在备课中体现教师的引导，学生的主动学习过程。充分理解课后习题的作用，设计好练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课堂上我特别注意调动学生的积极性，加强师生交流，充分体现学生学得容易，学得轻松，觉得愉快，注意精神，培养学生多动口动手动脑的能力。加强课堂教学的师生之间学生之间交往互动，共同发展，增强上课技能，提高教学质量。例如：班上的等王竞悦、吴昊杰、王艺锦、姚宇齐、王振等学生，上课时积极发言，动口动手动脑，学得轻松愉快，（他们的成绩也很好）。又如杨修帅、裴炫、胡俣彤、周昱含等学生，上课时精神不集中，学习成绩偏后，针对这样参差不齐的学生，我把课堂教学作为有利于学生主动探索的数学学习环境，把学生在获得知识和技能的同时，在情感、态度价值观等方面都能够充分发挥他们的积极作用，让他们都有作为，把数学教学看成是师生之间学生之间交往互动，共同发展的过程。</w:t>
      </w:r>
      <w:r>
        <w:rPr>
          <w:lang w:eastAsia="zh-CN"/>
        </w:rPr>
        <w:br/>
      </w:r>
      <w:r>
        <w:rPr>
          <w:lang w:eastAsia="zh-CN"/>
        </w:rPr>
        <w:t>　　在教学上，有疑必问。在各个章节的学习上都积极征求其他老师的意见，学习他们的方法，同时，多听老师的课，做到边听边讲，学习别人的优点，克服自己的不足，并常常邀请其他老师来听课，征求他们的意见，改进工作。针对不同的练习错误进行面批，指出个性问题，集体订正共性问题。批改作业时，点出错题，不指明错处，让学生自己查找错误，增强学生的分析能力。学生订正后，给予好的评价，鼓励学生独立完成作业。分析练习产生错误的原因，改进教学，提高教师教学的针对性。对学困生进行分层次要求。在教学中注意降低难度，放缓坡度，允许他们采用自己的方法慢速度学习，注重学习过程。在教学中逐步培养他们的学习兴趣，提高学习自信心，对学生的回答采取“扬弃”的态度，从而打破上课发言死气沉沉的局面，使学生敢于回答问题，乐于思考。</w:t>
      </w:r>
      <w:r>
        <w:rPr>
          <w:lang w:eastAsia="zh-CN"/>
        </w:rPr>
        <w:br/>
      </w:r>
      <w:r>
        <w:rPr>
          <w:lang w:eastAsia="zh-CN"/>
        </w:rPr>
        <w:t>　　二、结合基础知识，加强各种能力和良好学习习惯的培养。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在重视学生掌握数学基础知识的同时，发展学生的智力，培养判断，推理能力和分析综合能力。例如：教学万以内数的大小比较时，先引导学生观察所比较的数的数位是不同的还是相同的，再根据位数的多少或最高位上的数的大小来判断所比较的数的大小。教学数的读，写法时，在举几个例子后，引导学生总结读法，写数的法则，这个过程本身体现了归纳推理。</w:t>
      </w:r>
      <w:r>
        <w:rPr>
          <w:lang w:eastAsia="zh-CN"/>
        </w:rPr>
        <w:br/>
      </w:r>
      <w:r>
        <w:rPr>
          <w:lang w:eastAsia="zh-CN"/>
        </w:rPr>
        <w:t>　　三、勤与家长沟通，实现共同教育。</w:t>
      </w:r>
      <w:r>
        <w:rPr>
          <w:lang w:eastAsia="zh-CN"/>
        </w:rPr>
        <w:br/>
      </w:r>
      <w:r>
        <w:rPr>
          <w:lang w:eastAsia="zh-CN"/>
        </w:rPr>
        <w:t>　　与家长常联系，搭建良好的沟通平台，让家长及时了解孩子在校的学习生活情况，与此同时，教师更能加深对学生个性的了解，做到因材施教。</w:t>
      </w:r>
      <w:r>
        <w:rPr>
          <w:lang w:eastAsia="zh-CN"/>
        </w:rPr>
        <w:br/>
      </w:r>
      <w:r>
        <w:rPr>
          <w:lang w:eastAsia="zh-CN"/>
        </w:rPr>
        <w:t>　　一份耕耘，会有一份收获的！在本学期的教学工作中，既有成功的喜悦，也有失败的困惑，在今后的教学工作中，吸取别人的长处，弥补自己的不足，力争取得更好的成绩。</w:t>
      </w:r>
      <w:r>
        <w:rPr>
          <w:lang w:eastAsia="zh-CN"/>
        </w:rPr>
        <w:br/>
      </w:r>
      <w:r>
        <w:rPr>
          <w:lang w:eastAsia="zh-CN"/>
        </w:rPr>
        <w:t xml:space="preserve">    六年级数学教学的工作总结范文 篇5 </w:t>
      </w:r>
      <w:r>
        <w:rPr>
          <w:lang w:eastAsia="zh-CN"/>
        </w:rPr>
        <w:br/>
      </w:r>
      <w:r>
        <w:rPr>
          <w:lang w:eastAsia="zh-CN"/>
        </w:rPr>
        <w:t>　　这是小学阶段的最后一个学期，也是小学阶段的关键时期。在本学期可以说是紧张忙碌，不管在多紧张忙碌的情况下，我都能认真执行学校的规章制度，把新课程标准的新理念、新思想和数学课堂教学的新思路、新设想结合起来，积极探索，改革教学，收到很好的教学效果。现对本学期教学工作做出如下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一、认真备课。课前精心备课，不但备教材、备教法。还根据教学内容及学生的实际情况，拟定采用的教学方法，并对教学过程的程序及时间妥善安排，既突出了本节课的难点，又突出了本节课的重点。做到“有备而来”，每堂课都在课前做好充分的准备，课后及时回顾、反思，及时记下学生学习中的闪光点或困惑。以创新求进步，进一步努力实现教学高质量，课堂高效率。</w:t>
      </w:r>
      <w:r>
        <w:rPr>
          <w:lang w:eastAsia="zh-CN"/>
        </w:rPr>
        <w:br/>
      </w:r>
      <w:r>
        <w:rPr>
          <w:lang w:eastAsia="zh-CN"/>
        </w:rPr>
        <w:t>　　二，注重课堂教学的师生之间，学生之间的交往互动，共同发展，在课堂上我特别注意调动学生的积极性，加强师生交流，充分体现学生学得容易，学得轻松，觉得愉快，使学生成为学习的主人，教师起到了主导作用。</w:t>
      </w:r>
      <w:r>
        <w:rPr>
          <w:lang w:eastAsia="zh-CN"/>
        </w:rPr>
        <w:br/>
      </w:r>
      <w:r>
        <w:rPr>
          <w:lang w:eastAsia="zh-CN"/>
        </w:rPr>
        <w:t>　　三、认真做好每次的考试与考后辅导工作。本学期教学工作，我始终注意学生能力的培养，发挥学生的创新意识和创新能力，让学生的各种素质得到有效的发展和培养。联系社会生活，学以致用，举一反三。学完每个单元，对学生知识掌握情况进行能力的测验，测验后我对学生成绩进行认真细致的分析，对成绩好的学生进行表扬；对成绩差的学生及时找出原因。对于他们遗漏的知识，我主动为他们弥补，耐心为他们讲解，同时我还对他们的点滴进步及时给予鼓励表扬，激发了他们的求知识和上进心，使他们对数学产生了兴趣，也取得了较好的成绩。</w:t>
      </w:r>
      <w:r>
        <w:rPr>
          <w:lang w:eastAsia="zh-CN"/>
        </w:rPr>
        <w:br/>
      </w:r>
      <w:r>
        <w:rPr>
          <w:lang w:eastAsia="zh-CN"/>
        </w:rPr>
        <w:t>　　四、认真批改作业，布置作业有针对性，有层次性。对学生的作业批改及时，认真分析并记录学生的作业情况。对此将他们的作业进行透彻的讲评，并针对有关情况及时改进教学方法。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五、做好课后辅导工作，注意分层教学。在课后加大对学困生的辅导的力度，更重要的是学生思想的辅导，还要关注他们情感与态度的形成和发展，让他们意识到学习的重要性和必要性，使之对学习萌发兴趣。对于学困生，我除了在课堂上多照顾他们外，对于他们遗漏的知识，我主动为他们弥补，对于新学内容，我耐心为他们讲解，并让他们每天为自己制定一个目标，同时我还对他们的点滴进步及时给予鼓励表扬，激发了他们的求知欲和上进心，使他们对数学产生了兴趣，也取得了良好的成绩。</w:t>
      </w:r>
      <w:r>
        <w:rPr>
          <w:lang w:eastAsia="zh-CN"/>
        </w:rPr>
        <w:br/>
      </w:r>
      <w:r>
        <w:rPr>
          <w:lang w:eastAsia="zh-CN"/>
        </w:rPr>
        <w:t>　　总之，一学期的教学工作有成功喜悦的地方，也有很多的不足，如对新的教学改革理念的学习和探讨上。本人今后将在教学工作中，吸取别人的长处，弥补自己的不足，努力提高自身素质，力争再创佳绩。</w:t>
      </w:r>
      <w:r>
        <w:rPr>
          <w:lang w:eastAsia="zh-CN"/>
        </w:rPr>
        <w:br/>
      </w:r>
      <w:r>
        <w:rPr>
          <w:lang w:eastAsia="zh-CN"/>
        </w:rPr>
        <w:t xml:space="preserve">    六年级数学教学的工作总结范文 篇6 </w:t>
      </w:r>
      <w:r>
        <w:rPr>
          <w:lang w:eastAsia="zh-CN"/>
        </w:rPr>
        <w:br/>
      </w:r>
      <w:r>
        <w:rPr>
          <w:lang w:eastAsia="zh-CN"/>
        </w:rPr>
        <w:t>　　本学期的教学工作在不知不觉中已接近尾声。回顾自己在这一学期的教学工作，感觉有优点更有失误和不足。</w:t>
      </w:r>
      <w:r>
        <w:rPr>
          <w:lang w:eastAsia="zh-CN"/>
        </w:rPr>
        <w:br/>
      </w:r>
      <w:r>
        <w:rPr>
          <w:lang w:eastAsia="zh-CN"/>
        </w:rPr>
        <w:t>　　本人任教六年级数学，能认真备课、上课、听课、评课，及时批改作业、做好课后辅导工作，结合本校的有利教学条件和学生的实际情况，全面实施素质教育，广泛涉猎各种知识，努力提高自身的业务水平和教学能力。教学中严格要求学生，尊重学生，发扬教学民主，使学生学有所得。把新课程标准的新思想、新理念和数学课堂教学的新思路、新设想结合起来，转变思想，积极探索，改革教学，收到很好的效果。从而顺利完成教育教学任务，并且取得了较好成绩。在具体的教学工作中，我适应新时期教学工作的要求，认真学习新课程标准，注重和其他数学教师特别是本办公室教师进行教学方法、策略的探讨和学习，同时结合六年级学生的学习情况及班级情况，精心制定教学计划，并按计划实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一、课堂教学师生、学生之间交往互动，共同发展。</w:t>
      </w:r>
      <w:r>
        <w:rPr>
          <w:lang w:eastAsia="zh-CN"/>
        </w:rPr>
        <w:br/>
      </w:r>
      <w:r>
        <w:rPr>
          <w:lang w:eastAsia="zh-CN"/>
        </w:rPr>
        <w:t>　　本学期我把课堂教学作为有利于学生主动探索的数学学习阵地，让学生在获得知识和技能的同时，在情感、态度价值观等方面都能够充分发展，把数学教学看成是师生之间学生之间交往互动，共同发展的平台。课前精心备课，撰写教案，课后及时回顾、反思，写下自己执教时的切身体会或疏漏，记下学生学习中的闪光点或困惑。常思考，常研究，常总结，以创新求发展，进一步转变教育观念，努力实现教学高质量，课堂高效率。</w:t>
      </w:r>
      <w:r>
        <w:rPr>
          <w:lang w:eastAsia="zh-CN"/>
        </w:rPr>
        <w:br/>
      </w:r>
      <w:r>
        <w:rPr>
          <w:lang w:eastAsia="zh-CN"/>
        </w:rPr>
        <w:t>　　二、积极推进素质教育，做好每一次的单元测验与考后辅导工作。</w:t>
      </w:r>
      <w:r>
        <w:rPr>
          <w:lang w:eastAsia="zh-CN"/>
        </w:rPr>
        <w:br/>
      </w:r>
      <w:r>
        <w:rPr>
          <w:lang w:eastAsia="zh-CN"/>
        </w:rPr>
        <w:t>　　本学期我在教学工作中注重了学生能力的培养，把传授知识、技能和发展智力、能力结合起来，在知识层面上注入了思想情感教育的因素，发挥学生的创新意识和创新能力，让学生的各种素质都得到有效的发展和培养。在教学工作中密切联系社会生活，学以致用，举一反三。学完每个单元，对学生知识掌握情况进行能力的测验，测验后我认真做出成绩单，对学生成绩进行认真细致的分析，对成绩好的学生进行表扬；对成绩不理想的学生及时找出原因做出相应的教学调整。</w:t>
      </w:r>
      <w:r>
        <w:rPr>
          <w:lang w:eastAsia="zh-CN"/>
        </w:rPr>
        <w:br/>
      </w:r>
      <w:r>
        <w:rPr>
          <w:lang w:eastAsia="zh-CN"/>
        </w:rPr>
        <w:t>　　三、狠抓学风、班风，创新评价，激励促进学生全面发展。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在我上课的时候大部分学生都能专心听讲，课后也能认真完成作业。但也有极少数的学生，学习上存在的问题不敢问老师，作业也因为怕不对而找别人的来抄，这样就严重影响了学生学习成绩的提高。对此，我开展诚信教育，并狠抓学风，在班级里提倡一种独立、认真、求实的学风，严厉批评抄袭作业的行为。同时我还激励学生的学习热情，促进学生全面发展。特别对后进生的评价，既关注学生知识与技能的理解和掌握，更关注他们情感与态度的形成和发展；既关注学生数学学习的结果，更关注他们在学习过程中的变化和发展。抓基础知识的掌握等，促进本班级形成严谨、扎实、高效、科学的良好班风及学生严肃、勤奋、求真、善问的良好学风。</w:t>
      </w:r>
      <w:r>
        <w:rPr>
          <w:lang w:eastAsia="zh-CN"/>
        </w:rPr>
        <w:br/>
      </w:r>
      <w:r>
        <w:rPr>
          <w:lang w:eastAsia="zh-CN"/>
        </w:rPr>
        <w:t>　　有成功的地方，但也有很多不足，比如说，新课改理念不能很好地贯彻在课堂教学中，对学生的延迟性评价做得不够等，这些教学工作中的不足直接降低了教学效果。总而言之，这学期的教学有得有失，对于“得”我会把它当作自己的财富，对于“失”我会在今后的教学中努力去改善，今后做到多学习，多总结，努力提高自身素质，使自己走上一个新台阶！</w:t>
      </w:r>
      <w:r>
        <w:rPr>
          <w:lang w:eastAsia="zh-CN"/>
        </w:rPr>
        <w:br/>
      </w:r>
      <w:r>
        <w:rPr>
          <w:lang w:eastAsia="zh-CN"/>
        </w:rPr>
        <w:t xml:space="preserve">    六年级数学教学的工作总结范文 篇7 </w:t>
      </w:r>
      <w:r>
        <w:rPr>
          <w:lang w:eastAsia="zh-CN"/>
        </w:rPr>
        <w:br/>
      </w:r>
      <w:r>
        <w:rPr>
          <w:lang w:eastAsia="zh-CN"/>
        </w:rPr>
        <w:t>　　20__——20__六年级下册数学教学工作总结</w:t>
      </w:r>
      <w:r>
        <w:rPr>
          <w:lang w:eastAsia="zh-CN"/>
        </w:rPr>
        <w:br/>
      </w:r>
      <w:r>
        <w:rPr>
          <w:lang w:eastAsia="zh-CN"/>
        </w:rPr>
        <w:t>　　本学期，我担任六年级一班的数学教学工作，从各方面严格要求自己，结合本班学生的实际情况，勤勤恳恳，兢兢业业，使教学工作有计划、有组织、有步骤地开展，圆满地完成了教学任务。</w:t>
      </w:r>
      <w:r>
        <w:rPr>
          <w:lang w:eastAsia="zh-CN"/>
        </w:rPr>
        <w:br/>
      </w:r>
      <w:r>
        <w:rPr>
          <w:lang w:eastAsia="zh-CN"/>
        </w:rPr>
        <w:t>　　在教学工作中，我注意做到以下几点：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1、深入细致的备好每一节课。在备课中，我认真研究教材，认真备课，不但备学生，而且备教材、备教法。根据教学内容及学生的实际，设计课的类型，拟定采用的教学方法，并对教学过程的程序及时间安排都做了详细的记录，认真写好教案。每一节课都做到有备而来，都在课前做好充分的准备，并制作各种利于吸引学生注意力的有趣的教具，课后及时对该课用出总结写好教学反思，力求准确把握重点，难点。制定符合学生认知规律的教学方法及教学形式。重点突出，难点突破。教案编写认真，并不断归纳总结提高教学水平。</w:t>
      </w:r>
      <w:r>
        <w:rPr>
          <w:lang w:eastAsia="zh-CN"/>
        </w:rPr>
        <w:br/>
      </w:r>
      <w:r>
        <w:rPr>
          <w:lang w:eastAsia="zh-CN"/>
        </w:rPr>
        <w:t>　　2、认真上好每一节课。上课时注重学生主动性的发挥，发散学生的思维，增强上课技能，提高教学教学质量。在课堂上特别注意调动学生的积极性，加强师生交流，充分体现学生的主体性，让学生学得容易，学得轻松，觉得愉快，注意精神，培养学生多动口、动手、动脑的能力。注重综合能力的培养，有意识的培养学生的思维的严谨性及逻辑性，在教学中提高学生的思维素质。</w:t>
      </w:r>
      <w:r>
        <w:rPr>
          <w:lang w:eastAsia="zh-CN"/>
        </w:rPr>
        <w:br/>
      </w:r>
      <w:r>
        <w:rPr>
          <w:lang w:eastAsia="zh-CN"/>
        </w:rPr>
        <w:t>　　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r>
        <w:rPr>
          <w:lang w:eastAsia="zh-CN"/>
        </w:rPr>
        <w:br/>
      </w:r>
      <w:r>
        <w:rPr>
          <w:lang w:eastAsia="zh-CN"/>
        </w:rPr>
        <w:t>　　4、坚持听课，注意学习数学组老师的教学经验，努力探索适合自己的教学模式，对自己的教学促进很大。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其次，要转变学生的不良学习行为，养成勤动手、勤思考的学习习惯。这样，后进生的转化，就由原来的简单粗暴、强制学习转化到自觉的求知上来。</w:t>
      </w:r>
      <w:r>
        <w:rPr>
          <w:lang w:eastAsia="zh-CN"/>
        </w:rPr>
        <w:br/>
      </w:r>
      <w:r>
        <w:rPr>
          <w:lang w:eastAsia="zh-CN"/>
        </w:rPr>
        <w:t>　　6、积极推进素质教育和新课程改革。为此，我在教学工作中注意了能力的培养，把传授知能和发展智力、能力结合起来，在知识层面上注入了思想情感教育的因素，发挥学生的创新意识和创新能力。让学生的各种素质都得到有较的发展和培养。结合学生和学校实际，积极学习好的教学模式，并探索新的教学方法。</w:t>
      </w:r>
      <w:r>
        <w:rPr>
          <w:lang w:eastAsia="zh-CN"/>
        </w:rPr>
        <w:br/>
      </w:r>
      <w:r>
        <w:rPr>
          <w:lang w:eastAsia="zh-CN"/>
        </w:rPr>
        <w:t>　　7、坚持单元考试制度。从学生的考试中得到反馈。做好考试总结，并对学生的薄弱环节加强讲解和强化训练，及时进行查缺补漏。</w:t>
      </w:r>
      <w:r>
        <w:rPr>
          <w:lang w:eastAsia="zh-CN"/>
        </w:rPr>
        <w:br/>
      </w:r>
      <w:r>
        <w:rPr>
          <w:lang w:eastAsia="zh-CN"/>
        </w:rPr>
        <w:t>　　但在教学过程中，我也存在许多不足。后进生转化工作效果不很明显，只是一方面的鼓励学生遇到问题一定要及时找老师解决，但毕竟很多学生的玩性比较大，主动性不强,导致没有人主动找老师辅导的局面。另一方面，在发现不好的作业或是出现的问题，只是针对整体强调，忽略了个体的能力和力量，还有待于改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通过教学，学生成绩和基础还算稳定,他们的课堂纪律也做的比较好,学习方面养成了良好的习惯对数学这门课程产生了浓厚的学习兴趣。但是，也有部分学生由于基础太差而无法接受新知识，以致于成绩较差，甚至有个别学生连最基本的数学知识都没有掌握，这给教学工作增加了难度。学习习惯问题方面也有所欠缺，比如，个别学生拖欠作业，做作业过程中偷工减料，数学计算的过程的书写格式不正确、计算能力差等。</w:t>
      </w:r>
      <w:r>
        <w:rPr>
          <w:lang w:eastAsia="zh-CN"/>
        </w:rPr>
        <w:br/>
      </w:r>
      <w:r>
        <w:rPr>
          <w:lang w:eastAsia="zh-CN"/>
        </w:rPr>
        <w:t>　　通过前面的总结使我认识到:教师要严格的要求学生遵守纪律,从而创造良好的学习环境,使教和学能顺利进行,特别是对小学生来讲，老师的严格要求就更重要了,教师只有通过加强教育,耐心的辅导,加上在教学中不断探索,总结经验,全部精力投入到教学中。</w:t>
      </w:r>
      <w:r>
        <w:rPr>
          <w:lang w:eastAsia="zh-CN"/>
        </w:rPr>
        <w:br/>
      </w:r>
      <w:r>
        <w:rPr>
          <w:lang w:eastAsia="zh-CN"/>
        </w:rPr>
        <w:t>　　以后的工作措施：</w:t>
      </w:r>
      <w:r>
        <w:rPr>
          <w:lang w:eastAsia="zh-CN"/>
        </w:rPr>
        <w:br/>
      </w:r>
      <w:r>
        <w:rPr>
          <w:lang w:eastAsia="zh-CN"/>
        </w:rPr>
        <w:t>　　1、在今后在今后教学中我不断加强学习，多听课，从别人的好课中汲取养料。</w:t>
      </w:r>
      <w:r>
        <w:rPr>
          <w:lang w:eastAsia="zh-CN"/>
        </w:rPr>
        <w:br/>
      </w:r>
      <w:r>
        <w:rPr>
          <w:lang w:eastAsia="zh-CN"/>
        </w:rPr>
        <w:t>　　2、反思自己教学中的课堂评价，调整自己的教学。</w:t>
      </w:r>
      <w:r>
        <w:rPr>
          <w:lang w:eastAsia="zh-CN"/>
        </w:rPr>
        <w:br/>
      </w:r>
      <w:r>
        <w:rPr>
          <w:lang w:eastAsia="zh-CN"/>
        </w:rPr>
        <w:t>　　3、从别人失败的课堂教学中，吸取教训，引以为戒，提高业务素质。</w:t>
      </w:r>
      <w:r>
        <w:rPr>
          <w:lang w:eastAsia="zh-CN"/>
        </w:rPr>
        <w:br/>
      </w:r>
      <w:r>
        <w:rPr>
          <w:lang w:eastAsia="zh-CN"/>
        </w:rPr>
        <w:t>　　4、增强教学机智，灵活运用教学方法，提高自身素质，为以后的教学工作打下良好的基础，力争取得更好的成绩。</w:t>
      </w:r>
      <w:r>
        <w:rPr>
          <w:lang w:eastAsia="zh-CN"/>
        </w:rPr>
        <w:br/>
      </w:r>
      <w:r>
        <w:rPr>
          <w:lang w:eastAsia="zh-CN"/>
        </w:rPr>
        <w:t>　　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r>
        <w:rPr>
          <w:lang w:eastAsia="zh-CN"/>
        </w:rPr>
        <w:br/>
      </w:r>
      <w:r>
        <w:rPr>
          <w:lang w:eastAsia="zh-CN"/>
        </w:rPr>
        <w:t xml:space="preserve">    六年级数学教学的工作总结范文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作为毕业班的科任教师，和学生们相处了几个月的时间，一百多个日子，看似漫长，其实很短暂，因为忙碌占据了大部分的时间。在这期间，有高兴的事，也有伤心的事。学生的一点小进步，就能让我快乐半天，但看到还有学生因为在学习上存在的懒性，也让我感到伤心难过，恨铁不成钢的想法也随之而来。总之，紧张忙碌而收获多多的这个学期即将过去，下面是本人对这学期的教学工作作的几点总结：</w:t>
      </w:r>
      <w:r>
        <w:rPr>
          <w:lang w:eastAsia="zh-CN"/>
        </w:rPr>
        <w:br/>
      </w:r>
      <w:r>
        <w:rPr>
          <w:lang w:eastAsia="zh-CN"/>
        </w:rPr>
        <w:t>　　一、积极参加学校的教研活动。</w:t>
      </w:r>
      <w:r>
        <w:rPr>
          <w:lang w:eastAsia="zh-CN"/>
        </w:rPr>
        <w:br/>
      </w:r>
      <w:r>
        <w:rPr>
          <w:lang w:eastAsia="zh-CN"/>
        </w:rPr>
        <w:t>　　本学期我们学校按照不同的科目进行教研组分配，制定教研计划，在固定的时间开展教研活动。而我们的教研活动主要是观看教学录像和教学讲座，向有经验的教师学习，探讨、交流、总结出适合本地区的教学方法。这样的安排有利于同科目、同教研组教师教学方法、策略和思想的交流。对于在教学中存在的问题，可以在交流、探讨中找到的解决途径。对于闪现的好的教学思路和方法可以及时地互相交流，使教学更加有序。</w:t>
      </w:r>
      <w:r>
        <w:rPr>
          <w:lang w:eastAsia="zh-CN"/>
        </w:rPr>
        <w:br/>
      </w:r>
      <w:r>
        <w:rPr>
          <w:lang w:eastAsia="zh-CN"/>
        </w:rPr>
        <w:t>　　二、充分发挥学生的主体作用。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观看了那么多好的教学录像，许多优秀教师的共同之处是，把主动权交给学生，让学生自主发现问题、提出问题、分析问题、解决问题。而教师只是从旁引导。当然，一堂好课，离不开课前充分的准备和深厚的功底。本学期在课堂上我注重训练学生的数学语言能力。主要从听数学、说数学、做数学这三个环节中体现。由于受方言的限制，许多学生对于说话总感到有压力，能清楚地把自己的想法清晰地表达出来的学生不多，数学课就不用说了，他们认为只要会做就行了。其实说数学很重要，因为说的过程中不仅说明了学生对解题方法、策略的掌握，而且数学思维能力也进一步得到提升。对于不会说的学生，我先让他认真听其它同学或老师讲，然后叫他们重复一遍，甚至是原话也行。最后在听和说的基础上做数学，如果学生对于方法，步骤都掌握了，做数学就不再是难题了。所以，课堂应该充分发挥学生的主体作用，提高他们对学数学的兴趣。</w:t>
      </w:r>
      <w:r>
        <w:rPr>
          <w:lang w:eastAsia="zh-CN"/>
        </w:rPr>
        <w:br/>
      </w:r>
      <w:r>
        <w:rPr>
          <w:lang w:eastAsia="zh-CN"/>
        </w:rPr>
        <w:t>　　三、寻找更简单、通俗的教学方法。</w:t>
      </w:r>
      <w:r>
        <w:rPr>
          <w:lang w:eastAsia="zh-CN"/>
        </w:rPr>
        <w:br/>
      </w:r>
      <w:r>
        <w:rPr>
          <w:lang w:eastAsia="zh-CN"/>
        </w:rPr>
        <w:t>　　作为一名教师，每个人手上都有一、两本教案和参考书，如果全篇按照上面的方法去教而没有考虑到本地的学生基础情况，收到的教学效果肯定令人大失所望。那只能做为参考，而不是全搬，方法可以借用。如在用百分数觖决问题：</w:t>
      </w:r>
      <w:r>
        <w:rPr>
          <w:lang w:eastAsia="zh-CN"/>
        </w:rPr>
        <w:br/>
      </w:r>
      <w:r>
        <w:rPr>
          <w:lang w:eastAsia="zh-CN"/>
        </w:rPr>
        <w:t>　　求甲比乙多百分之几的问题的解题规律：(甲-乙)÷乙=百分之几</w:t>
      </w:r>
      <w:r>
        <w:rPr>
          <w:lang w:eastAsia="zh-CN"/>
        </w:rPr>
        <w:br/>
      </w:r>
      <w:r>
        <w:rPr>
          <w:lang w:eastAsia="zh-CN"/>
        </w:rPr>
        <w:t>　　求乙比甲少百分之几的问题的解题规律：(甲-乙)÷甲=百分之几</w:t>
      </w:r>
      <w:r>
        <w:rPr>
          <w:lang w:eastAsia="zh-CN"/>
        </w:rPr>
        <w:br/>
      </w:r>
      <w:r>
        <w:rPr>
          <w:lang w:eastAsia="zh-CN"/>
        </w:rPr>
        <w:t>　　理解能力差一些的学生有时就懵了，我在教学时总结出：谁比谁多或谁比谁少百分之几的应用题，只要用大数减去小数再除以单位“1”就可以：(大-小)÷单位“1”=百分之几。而单位“1”就藏在“比”的后面，抓住重点字找单位“1”。有时问题并没有给出谁比谁多或少百分之几，只是说到增加或是下降了百分之几，这时还得教学生利用语文知识上扩句和缩句的方法找到，还原问题，找到“比”。方法虽然通俗，但既简单又好理解，适合本地区的学生情况。</w:t>
      </w:r>
      <w:r>
        <w:rPr>
          <w:lang w:eastAsia="zh-CN"/>
        </w:rPr>
        <w:br/>
      </w:r>
      <w:r>
        <w:rPr>
          <w:lang w:eastAsia="zh-CN"/>
        </w:rPr>
        <w:t>　　四、认真对自己的教学方法进行反思。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教学不可能是完美的艺术，而是有遗憾、有缺陷的艺术，同时也是需要不断改进的艺术，臻于完善的艺术。因此，新课程背景下，教师要勤于反，善于反思，在反思中让自己渐渐成长。只有学会反思，一个人才能不断矫正错误，不断发展自我，在不懈的追求和探索中走向新的境界。</w:t>
      </w:r>
      <w:r>
        <w:rPr>
          <w:lang w:eastAsia="zh-CN"/>
        </w:rPr>
        <w:br/>
      </w:r>
      <w:r>
        <w:rPr>
          <w:lang w:eastAsia="zh-CN"/>
        </w:rPr>
        <w:t>　　五、注重学生以往知识的复习恐固。</w:t>
      </w:r>
      <w:r>
        <w:rPr>
          <w:lang w:eastAsia="zh-CN"/>
        </w:rPr>
        <w:br/>
      </w:r>
      <w:r>
        <w:rPr>
          <w:lang w:eastAsia="zh-CN"/>
        </w:rPr>
        <w:t>　　数学学习多数是在旧知识的基础之上学习新的内容的。但部分基础差的学生存在很多知识断层，导致在学习新内容的过程中倍感吃力，学习数学的兴趣自然不高，甚至对学习数学失去了信心。面对这一种情况，教师应利用课余时间帮助学生把以前的知识补上来，使学生更好地学习新内容扎下夯实的基础。当然，这并一朝一夕的事，需要教师持之以恒地，有耐心地进行。</w:t>
      </w:r>
      <w:r>
        <w:rPr>
          <w:lang w:eastAsia="zh-CN"/>
        </w:rPr>
        <w:br/>
      </w:r>
      <w:r>
        <w:rPr>
          <w:lang w:eastAsia="zh-CN"/>
        </w:rPr>
        <w:t>　　六、充分利用教研平台，向有经验的教师学习。</w:t>
      </w:r>
      <w:r>
        <w:rPr>
          <w:lang w:eastAsia="zh-CN"/>
        </w:rPr>
        <w:br/>
      </w:r>
      <w:r>
        <w:rPr>
          <w:lang w:eastAsia="zh-CN"/>
        </w:rPr>
        <w:t>　　教研平台的利用，对我们广大教师来说，真是如虎添翼。我们应利用好这个平台，多观看一些专家讲座，多与专家、有经验的教师进行交流，在交流活动中细心体会，用心揣摩，提高自己的教学质量。</w:t>
      </w:r>
      <w:r>
        <w:rPr>
          <w:lang w:eastAsia="zh-CN"/>
        </w:rPr>
        <w:br/>
      </w:r>
      <w:r>
        <w:rPr>
          <w:lang w:eastAsia="zh-CN"/>
        </w:rPr>
        <w:t xml:space="preserve">    六年级数学教学的工作总结范文 篇9 </w:t>
      </w:r>
      <w:r>
        <w:rPr>
          <w:lang w:eastAsia="zh-CN"/>
        </w:rPr>
        <w:br/>
      </w:r>
      <w:r>
        <w:rPr>
          <w:lang w:eastAsia="zh-CN"/>
        </w:rPr>
        <w:t>　　一学期教学工作即将结束了，在这繁忙而充实的一学期中，我感触较多，现将本期自己在教学中的点滴得失作一个反思。认真执行学校教育教学工作计划，转变思想，积极探索高效课堂教学的新思路。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一、课堂教学，师生之间学生之间交往互动，共同发展。</w:t>
      </w:r>
      <w:r>
        <w:rPr>
          <w:lang w:eastAsia="zh-CN"/>
        </w:rPr>
        <w:br/>
      </w:r>
      <w:r>
        <w:rPr>
          <w:lang w:eastAsia="zh-CN"/>
        </w:rPr>
        <w:t>　　作为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积极和同组教师相互切磋，通过自己的努力学生的学习氛围有所加强，学习兴趣有所提高，基本会积极主动的学习。</w:t>
      </w:r>
      <w:r>
        <w:rPr>
          <w:lang w:eastAsia="zh-CN"/>
        </w:rPr>
        <w:br/>
      </w:r>
      <w:r>
        <w:rPr>
          <w:lang w:eastAsia="zh-CN"/>
        </w:rPr>
        <w:t>　　教育教学并非是一朝一夕就能完成的。需要教师不断学习、不断修炼，提高文化水平与做人境界，这将是一个长期而非常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能力。重视培养学生的探究意识和创新能力。</w:t>
      </w:r>
      <w:r>
        <w:rPr>
          <w:lang w:eastAsia="zh-CN"/>
        </w:rPr>
        <w:br/>
      </w:r>
      <w:r>
        <w:rPr>
          <w:lang w:eastAsia="zh-CN"/>
        </w:rPr>
        <w:t>　　我做到：常思考，常研究，常总结，以创新求发展，进一步转变教育观念，坚持“以人为本，促进学生全面发展，打好基础，培养学生创新能力”，以课堂教学研究与运用为重点，努力实现教学高质量，课堂高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二、创新评价，激励促进学生全面发展。</w:t>
      </w:r>
      <w:r>
        <w:rPr>
          <w:lang w:eastAsia="zh-CN"/>
        </w:rPr>
        <w:br/>
      </w:r>
      <w:r>
        <w:rPr>
          <w:lang w:eastAsia="zh-CN"/>
        </w:rPr>
        <w:t>　　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有利于树立学生学习数学的自信心，提高学生学习数学的兴趣，促进学生的发展。例如：我们学习了《鸡兔同笼》，同学们通过自己的努力，能结合自己的实际观察，及生活中的数学知识搜集，我们进行的是学生与老师的一次情感交流，学生获得了成功的体验，树立了学好数学的自信心，也知道了哪些方面应该继续努力。</w:t>
      </w:r>
      <w:r>
        <w:rPr>
          <w:lang w:eastAsia="zh-CN"/>
        </w:rPr>
        <w:br/>
      </w:r>
      <w:r>
        <w:rPr>
          <w:lang w:eastAsia="zh-CN"/>
        </w:rPr>
        <w:t>　　三、抓实常规，保证教育教学任务全面完成。</w:t>
      </w:r>
      <w:r>
        <w:rPr>
          <w:lang w:eastAsia="zh-CN"/>
        </w:rPr>
        <w:br/>
      </w:r>
      <w:r>
        <w:rPr>
          <w:lang w:eastAsia="zh-CN"/>
        </w:rPr>
        <w:t>　　坚持以教学为中心，强化管理，进一步规范教学行为，并力求常规与创新的有机结合，促进教师严谨、扎实、有效、科学的良好教风及学生严肃、勤奋、求真、善问的良好学风的形成。我从点滴入手，了解学生的认知水平，查找资料，精心备课，努力创设宽松愉悦的学习氛围，激发兴趣，教给了学生知识，更教会了学生们求知、合作、竞争，培养了学生正确的学习态度。良好的学习习惯及方法，使学生“学”得有趣，“学”得实在，“学”有所得，我努力向40分钟要质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四、教育教学情况</w:t>
      </w:r>
      <w:r>
        <w:rPr>
          <w:lang w:eastAsia="zh-CN"/>
        </w:rPr>
        <w:br/>
      </w:r>
      <w:r>
        <w:rPr>
          <w:lang w:eastAsia="zh-CN"/>
        </w:rPr>
        <w:t>　　在教学工作中，我注意做到以下几点：</w:t>
      </w:r>
      <w:r>
        <w:rPr>
          <w:lang w:eastAsia="zh-CN"/>
        </w:rPr>
        <w:br/>
      </w:r>
      <w:r>
        <w:rPr>
          <w:lang w:eastAsia="zh-CN"/>
        </w:rPr>
        <w:t>　　1、深入细致的备好每一节课。在备课中，我认真研究教材认真备课。每堂课都在课前做好充分的准备，并制作各种利于吸引学生注意力的有趣的教具，课后及时对该课用出总结，力求准确把握难重点，难点。并注重参阅各种杂志，制定符合学生认知规律的教学方法及教学形式。注意弱化难点强调重点。教案编写认真，并不断归纳总结提高教学水平。</w:t>
      </w:r>
      <w:r>
        <w:rPr>
          <w:lang w:eastAsia="zh-CN"/>
        </w:rPr>
        <w:br/>
      </w:r>
      <w:r>
        <w:rPr>
          <w:lang w:eastAsia="zh-CN"/>
        </w:rPr>
        <w:t>　　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r>
        <w:rPr>
          <w:lang w:eastAsia="zh-CN"/>
        </w:rPr>
        <w:br/>
      </w:r>
      <w:r>
        <w:rPr>
          <w:lang w:eastAsia="zh-CN"/>
        </w:rPr>
        <w:t>　　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r>
        <w:rPr>
          <w:lang w:eastAsia="zh-CN"/>
        </w:rPr>
        <w:br/>
      </w:r>
      <w:r>
        <w:rPr>
          <w:lang w:eastAsia="zh-CN"/>
        </w:rPr>
        <w:t>　　4、坚持听课，注意学习组里老师的教学经验，努力探索适合自己的教学模式。本学年听课十九节，对自己的教学促进也很大。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r>
        <w:rPr>
          <w:lang w:eastAsia="zh-CN"/>
        </w:rPr>
        <w:br/>
      </w:r>
      <w:r>
        <w:rPr>
          <w:lang w:eastAsia="zh-CN"/>
        </w:rPr>
        <w:t>　　有成功的地方，但也有很多不足，比如说，高效课堂的理念不能很好地贯彻在课堂教学中，但计算还不细心，缺乏仔细、全面。因此，在今后的教学中，还应注重以下几个方面的转变：</w:t>
      </w:r>
      <w:r>
        <w:rPr>
          <w:lang w:eastAsia="zh-CN"/>
        </w:rPr>
        <w:br/>
      </w:r>
      <w:r>
        <w:rPr>
          <w:lang w:eastAsia="zh-CN"/>
        </w:rPr>
        <w:t>　　第一、培养学生良好的学习习惯，即在兴趣培养及习惯养成中体验数学。</w:t>
      </w:r>
      <w:r>
        <w:rPr>
          <w:lang w:eastAsia="zh-CN"/>
        </w:rPr>
        <w:br/>
      </w:r>
      <w:r>
        <w:rPr>
          <w:lang w:eastAsia="zh-CN"/>
        </w:rPr>
        <w:t>　　第二、在生动、具体的教学情境中感悟数学。</w:t>
      </w:r>
      <w:r>
        <w:rPr>
          <w:lang w:eastAsia="zh-CN"/>
        </w:rPr>
        <w:br/>
      </w:r>
      <w:r>
        <w:rPr>
          <w:lang w:eastAsia="zh-CN"/>
        </w:rPr>
        <w:t>　　第三、解读教材，在有机整合和知识重组中呈现数学。</w:t>
      </w:r>
      <w:r>
        <w:rPr>
          <w:lang w:eastAsia="zh-CN"/>
        </w:rPr>
        <w:br/>
      </w:r>
      <w:r>
        <w:rPr>
          <w:lang w:eastAsia="zh-CN"/>
        </w:rPr>
        <w:t>　　第四、继续探究高效课堂的教学，是自己的教学能真正达到实效性。</w:t>
      </w:r>
      <w:r>
        <w:rPr>
          <w:lang w:eastAsia="zh-CN"/>
        </w:rPr>
        <w:br/>
      </w:r>
      <w:r>
        <w:rPr>
          <w:lang w:eastAsia="zh-CN"/>
        </w:rPr>
        <w:t>　　总体而言，这学期的教学有得有失，对于“得”我会把它当作自己的财富，对于“失”会在今后的教学中努力去改善，所以今后更应该多学习，多总结，努力提高自身素质，使自己走上一个新台阶!</w:t>
      </w:r>
      <w:r>
        <w:rPr>
          <w:lang w:eastAsia="zh-CN"/>
        </w:rPr>
        <w:br/>
      </w:r>
      <w:r>
        <w:rPr>
          <w:lang w:eastAsia="zh-CN"/>
        </w:rPr>
        <w:t>　　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xml:space="preserve">    六年级数学教学的工作总结范文 篇10 </w:t>
      </w:r>
      <w:r>
        <w:rPr>
          <w:lang w:eastAsia="zh-CN"/>
        </w:rPr>
        <w:br/>
      </w:r>
      <w:r>
        <w:rPr>
          <w:lang w:eastAsia="zh-CN"/>
        </w:rPr>
        <w:t>　　这是小学阶段的最后一个学期，也是个关键时期。本学期我能认真执行学校的教育教学任务，把新课程标准的新思想、新理念和数学课堂教学的新思路、新设想结合起来，转变思想，积极探索，改革教学，收到良好的教学效果。现对本学期教学工作特作以下总结：</w:t>
      </w:r>
      <w:r>
        <w:rPr>
          <w:lang w:eastAsia="zh-CN"/>
        </w:rPr>
        <w:br/>
      </w:r>
      <w:r>
        <w:rPr>
          <w:lang w:eastAsia="zh-CN"/>
        </w:rPr>
        <w:t>　　一、认真备课</w:t>
      </w:r>
      <w:r>
        <w:rPr>
          <w:lang w:eastAsia="zh-CN"/>
        </w:rPr>
        <w:br/>
      </w:r>
      <w:r>
        <w:rPr>
          <w:lang w:eastAsia="zh-CN"/>
        </w:rPr>
        <w:t>　　课前精心备课，撰写教案。根据教学内容及学生的实际，设计课的类型，拟定所用的教学方法，并对教学过程的程序及时间安排都做了详细的记录，既突出了本节课的难点，又突出了本节课的重点。每一课都做到“有备而来”，每堂课都在课前做好充分的准备，课后趁记忆犹新，及时回顾、反思，写下学生学习中的闪光点或困惑，写下自己执教时的切身体会或疏漏。常思考，常研究，常总结，以创新求发展，进一步转变教育观念，努力实现教学高质量，课堂高效率。</w:t>
      </w:r>
      <w:r>
        <w:rPr>
          <w:lang w:eastAsia="zh-CN"/>
        </w:rPr>
        <w:br/>
      </w:r>
      <w:r>
        <w:rPr>
          <w:lang w:eastAsia="zh-CN"/>
        </w:rPr>
        <w:t>　　二、注重课堂教学的师生互动</w:t>
      </w:r>
      <w:r>
        <w:rPr>
          <w:lang w:eastAsia="zh-CN"/>
        </w:rPr>
        <w:br/>
      </w:r>
      <w:r>
        <w:rPr>
          <w:lang w:eastAsia="zh-CN"/>
        </w:rPr>
        <w:t>　　在课堂上我特别注意调动学生的积极性，加强师生交流，充分体现学生学得容易，学得轻松，学得愉快，培养学生多动口动手动脑的能力。使学生成为学习的主人，学习成为他们的需求，学中有发现，学中有乐趣，学中有收获。</w:t>
      </w:r>
      <w:r>
        <w:rPr>
          <w:lang w:eastAsia="zh-CN"/>
        </w:rPr>
        <w:br/>
      </w:r>
      <w:r>
        <w:rPr>
          <w:lang w:eastAsia="zh-CN"/>
        </w:rPr>
        <w:t>　　三、认真做好每一次的考试与考后辅导工作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本期的教学工作中，我注意了学生能力的培养，把传授知识、技能和发展智力、能力结合起来，在知识层面上注入了思想情感教育的因素，发挥学生的创新意识和创新能力，让学生的各种素质都得到有效的发展和培养。在教学工作中注意密切联系社会生活，学以致用，举一反三。学完每个单元，对学生知识掌握情况进行能力的测验，测验后我对学生成绩进行认真细致的分析，对成绩好的学生进行表扬；对成绩不理想的学生及时找出原因做相应的教学调整。对于他们遗漏的知识，我主动为他们弥补，耐心为他们讲解，并让他们每天为自己制定一个目标，同时我还对他们的点滴进步及时给予鼓励表扬，激发了他们的求知欲和上进心，使他们对数学产生了兴趣，也取得了较好的成绩。</w:t>
      </w:r>
      <w:r>
        <w:rPr>
          <w:lang w:eastAsia="zh-CN"/>
        </w:rPr>
        <w:br/>
      </w:r>
      <w:r>
        <w:rPr>
          <w:lang w:eastAsia="zh-CN"/>
        </w:rPr>
        <w:t>　　四、狠抓学风、班风，创新评价，激励促进学生全面发展</w:t>
      </w:r>
      <w:r>
        <w:rPr>
          <w:lang w:eastAsia="zh-CN"/>
        </w:rPr>
        <w:br/>
      </w:r>
      <w:r>
        <w:rPr>
          <w:lang w:eastAsia="zh-CN"/>
        </w:rPr>
        <w:t>　　课堂上大部分学生都能专心听讲，认真完成作业。但有为数不少的学生，学习上存在的问题不敢问老师，作业找别人的来抄，这样就严重影响了学生学习成绩的提高。对此，我开</w:t>
      </w:r>
      <w:r>
        <w:rPr>
          <w:lang w:eastAsia="zh-CN"/>
        </w:rPr>
        <w:br/>
      </w:r>
      <w:r>
        <w:rPr>
          <w:lang w:eastAsia="zh-CN"/>
        </w:rPr>
        <w:t>　　展诚信教育，并狠抓学风，在班级里提倡一种独立、认真、求实的学风，严厉批评抄袭作业的行为。同时我激励学生的学习热情，促进学生全面发展的手段。特别对后进生的评价，既关注学生知识与技能的理解和掌握，更关注他们情感与态度的形成和发展；既关注学生数学学习的结果，更关注他们在学习过程中的变化和发展。</w:t>
      </w:r>
      <w:r>
        <w:rPr>
          <w:lang w:eastAsia="zh-CN"/>
        </w:rPr>
        <w:br/>
      </w:r>
      <w:r>
        <w:rPr>
          <w:lang w:eastAsia="zh-CN"/>
        </w:rPr>
        <w:t>　　五、呈现出的新经验、突出的特点</w:t>
      </w:r>
      <w:r>
        <w:rPr>
          <w:lang w:eastAsia="zh-CN"/>
        </w:rPr>
        <w:br/>
      </w:r>
      <w:r>
        <w:rPr>
          <w:lang w:eastAsia="zh-CN"/>
        </w:rPr>
        <w:t>　　回顾自己在这一学期的教学工作，感觉有优点更有失误和不足。要说优点，那就是我的经验是要提高数学成绩必须做到：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1、将学过的数学公式，性质、概念等必须让学生熟记。这样才能运用它们准确解答数学题，正确解决数学问题。如各种图形的面积公式，周长公式，体积公式、还有利息公式、出勤率、比例尺等，又如比例的概念，比例的基本性质等知识必须让学生记会。</w:t>
      </w:r>
      <w:r>
        <w:rPr>
          <w:lang w:eastAsia="zh-CN"/>
        </w:rPr>
        <w:br/>
      </w:r>
      <w:r>
        <w:rPr>
          <w:lang w:eastAsia="zh-CN"/>
        </w:rPr>
        <w:t>　　2、学好数学基础知识与基本技能是提高数学成绩的前提。学生只有掌握了基础知识，熟练了基本技能和解题技巧，才能解答稍难的应用题，也才能灵活的解决实际问题，且能做到一题多解。</w:t>
      </w:r>
      <w:r>
        <w:rPr>
          <w:lang w:eastAsia="zh-CN"/>
        </w:rPr>
        <w:br/>
      </w:r>
      <w:r>
        <w:rPr>
          <w:lang w:eastAsia="zh-CN"/>
        </w:rPr>
        <w:t>　　3、通过“兵教兵”形式将有关的数学知识适当过关，这样有利于提高数学平均成绩。如本学期解方程，解比例、简便运算等知识是必考的知识，就得人人过关。</w:t>
      </w:r>
      <w:r>
        <w:rPr>
          <w:lang w:eastAsia="zh-CN"/>
        </w:rPr>
        <w:br/>
      </w:r>
      <w:r>
        <w:rPr>
          <w:lang w:eastAsia="zh-CN"/>
        </w:rPr>
        <w:t>　　4、在课堂教学中，教师必须用亲切，生动的语言将抽象的数学知识具体化，这样才能激发学生学习数学知识的兴趣，有了兴趣学生才能主动的学习数学，也才能提高数学成绩。</w:t>
      </w:r>
      <w:r>
        <w:rPr>
          <w:lang w:eastAsia="zh-CN"/>
        </w:rPr>
        <w:br/>
      </w:r>
      <w:r>
        <w:rPr>
          <w:lang w:eastAsia="zh-CN"/>
        </w:rPr>
        <w:t>　　5、在教学工作中注意密切联系社会生活，学以致用，举一反三。</w:t>
      </w:r>
      <w:r>
        <w:rPr>
          <w:lang w:eastAsia="zh-CN"/>
        </w:rPr>
        <w:br/>
      </w:r>
      <w:r>
        <w:rPr>
          <w:lang w:eastAsia="zh-CN"/>
        </w:rPr>
        <w:t>　　6、复习阶段按--数的认识----数的运算----量的计量----比和比例----式与方程---图形的认识与测量---图形的位置与变换----统计与可能性---策略与方法，9个模块，对每个模块的概念，重点知识点，结合课本练习。</w:t>
      </w:r>
      <w:r>
        <w:rPr>
          <w:lang w:eastAsia="zh-CN"/>
        </w:rPr>
        <w:br/>
      </w:r>
      <w:r>
        <w:rPr>
          <w:lang w:eastAsia="zh-CN"/>
        </w:rPr>
        <w:t>　　7、在学圆柱和圆锥时，学生对于它们的展开图比较抽象，这时要充分使用教具，把抽象的知识变的更加形象，让学生更容易理解。</w:t>
      </w:r>
      <w:r>
        <w:rPr>
          <w:lang w:eastAsia="zh-CN"/>
        </w:rPr>
        <w:br/>
      </w:r>
      <w:r>
        <w:rPr>
          <w:lang w:eastAsia="zh-CN"/>
        </w:rPr>
        <w:t>　　8、将立体图形--如：圆柱切开后如何计算它们的体积。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9、将一个圆柱展开后，是一个正方形，它的底面的周长等于圆柱的高。</w:t>
      </w:r>
      <w:r>
        <w:rPr>
          <w:lang w:eastAsia="zh-CN"/>
        </w:rPr>
        <w:br/>
      </w:r>
      <w:r>
        <w:rPr>
          <w:lang w:eastAsia="zh-CN"/>
        </w:rPr>
        <w:t>　　10、对于五年级下册的统计与可能性---至少称几次能找出一个物体？---也同样是复习的一个知识点。</w:t>
      </w:r>
      <w:r>
        <w:rPr>
          <w:lang w:eastAsia="zh-CN"/>
        </w:rPr>
        <w:br/>
      </w:r>
      <w:r>
        <w:rPr>
          <w:lang w:eastAsia="zh-CN"/>
        </w:rPr>
        <w:t>　　六、存在的问题与主要原因</w:t>
      </w:r>
      <w:r>
        <w:rPr>
          <w:lang w:eastAsia="zh-CN"/>
        </w:rPr>
        <w:br/>
      </w:r>
      <w:r>
        <w:rPr>
          <w:lang w:eastAsia="zh-CN"/>
        </w:rPr>
        <w:t>　　1、“先学后教，当堂训练”的教学实践力度不够，课堂教学语言艺术性有待进一步提高。</w:t>
      </w:r>
      <w:r>
        <w:rPr>
          <w:lang w:eastAsia="zh-CN"/>
        </w:rPr>
        <w:br/>
      </w:r>
      <w:r>
        <w:rPr>
          <w:lang w:eastAsia="zh-CN"/>
        </w:rPr>
        <w:t>　　2、对培养优秀生的拔尖工作和中等生的培优的工作做得欠缺一些。</w:t>
      </w:r>
      <w:r>
        <w:rPr>
          <w:lang w:eastAsia="zh-CN"/>
        </w:rPr>
        <w:br/>
      </w:r>
      <w:r>
        <w:rPr>
          <w:lang w:eastAsia="zh-CN"/>
        </w:rPr>
        <w:t>　　3、与学生家长的沟通不足，缺乏与家长的交流。</w:t>
      </w:r>
      <w:r>
        <w:rPr>
          <w:lang w:eastAsia="zh-CN"/>
        </w:rPr>
        <w:br/>
      </w:r>
      <w:r>
        <w:rPr>
          <w:lang w:eastAsia="zh-CN"/>
        </w:rPr>
        <w:t>　　4、对个别学困生的辅导还不到位，进步不明显。</w:t>
      </w:r>
      <w:r>
        <w:rPr>
          <w:lang w:eastAsia="zh-CN"/>
        </w:rPr>
        <w:br/>
      </w:r>
      <w:r>
        <w:rPr>
          <w:lang w:eastAsia="zh-CN"/>
        </w:rPr>
        <w:t>　　七、今后的工作的思路</w:t>
      </w:r>
      <w:r>
        <w:rPr>
          <w:lang w:eastAsia="zh-CN"/>
        </w:rPr>
        <w:br/>
      </w:r>
      <w:r>
        <w:rPr>
          <w:lang w:eastAsia="zh-CN"/>
        </w:rPr>
        <w:t>　　一份耕耘，一份收获，教学工作中苦乐相伴。总体而言，这学期的教学有得有失，对于“得”我会把它当作自己的财富，对于“失”会在今后的教学中努力去改善，力争把教学工作做得更好。总体感觉本学期的工作较过去有所长进，今后我将一如既往地勤勉，务实地工作，将再接再厉，争取把工作做得更加扎实有效，让各级领导放心，让家长满意，让社会肯定，让学生喜欢。在教学工作中，吸取别人的长处，弥补自己的不足，努力提高自身素质，使自己走上一个新台阶。</w:t>
      </w:r>
      <w:r>
        <w:rPr>
          <w:lang w:eastAsia="zh-CN"/>
        </w:rPr>
        <w:br/>
      </w:r>
      <w:r>
        <w:rPr>
          <w:lang w:eastAsia="zh-CN"/>
        </w:rPr>
        <w:t xml:space="preserve">    六年级数学教学的工作总结范文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本学期，我从备、教、辅、改、考、评六个方面着手，根据新课程标准的理念和要求，结合本班学生的实际情况，认真仔细地，有计划，有组织地全面完成了教育教学任务。</w:t>
      </w:r>
      <w:r>
        <w:rPr>
          <w:lang w:eastAsia="zh-CN"/>
        </w:rPr>
        <w:br/>
      </w:r>
      <w:r>
        <w:rPr>
          <w:lang w:eastAsia="zh-CN"/>
        </w:rPr>
        <w:t>　　一、师德方面</w:t>
      </w:r>
      <w:r>
        <w:rPr>
          <w:lang w:eastAsia="zh-CN"/>
        </w:rPr>
        <w:br/>
      </w:r>
      <w:r>
        <w:rPr>
          <w:lang w:eastAsia="zh-CN"/>
        </w:rPr>
        <w:t>　　本人平时遵守法律法规，在法律范围内开展教育教学工作；积极参加学校开展的政治业务学习和教研活动，关心和热爱学生，团结协作，服从学校领导的安排遵循教学规律，认真完成学校交给的任务和小继教的学习培训任务。</w:t>
      </w:r>
      <w:r>
        <w:rPr>
          <w:lang w:eastAsia="zh-CN"/>
        </w:rPr>
        <w:br/>
      </w:r>
      <w:r>
        <w:rPr>
          <w:lang w:eastAsia="zh-CN"/>
        </w:rPr>
        <w:t>　　二、教育教学情况</w:t>
      </w:r>
      <w:r>
        <w:rPr>
          <w:lang w:eastAsia="zh-CN"/>
        </w:rPr>
        <w:br/>
      </w:r>
      <w:r>
        <w:rPr>
          <w:lang w:eastAsia="zh-CN"/>
        </w:rPr>
        <w:t>　　1、在课前备课时，我认真研究教材，认真备课，做到不但备学生，而且备教材，备教法，备时间。注重基础，突破难点。按课标要求备足课时。</w:t>
      </w:r>
      <w:r>
        <w:rPr>
          <w:lang w:eastAsia="zh-CN"/>
        </w:rPr>
        <w:br/>
      </w:r>
      <w:r>
        <w:rPr>
          <w:lang w:eastAsia="zh-CN"/>
        </w:rPr>
        <w:t>　　2、认真上好每一节课，注重学生的主动性的发挥和发散思维的训练；在课堂上特别注重调动学生的学习积极性，加强交流与合作，让学生轻松愉快地学习知识，从不迟到和拖堂，充分发挥每一节课的40分钟指导学生进行有效学习。</w:t>
      </w:r>
      <w:r>
        <w:rPr>
          <w:lang w:eastAsia="zh-CN"/>
        </w:rPr>
        <w:br/>
      </w:r>
      <w:r>
        <w:rPr>
          <w:lang w:eastAsia="zh-CN"/>
        </w:rPr>
        <w:t>　　3、认真及时批改作业，且布置有针对性、层次性的作业，作业批改后认真分析并记录学生的情况，将他们在作业中表现出来的问题做总结，以便在第二节课前进行辅导性讲评。不论是平时作业或考试都是当天批改，第二天返还给学生。</w:t>
      </w:r>
      <w:r>
        <w:rPr>
          <w:lang w:eastAsia="zh-CN"/>
        </w:rPr>
        <w:br/>
      </w:r>
      <w:r>
        <w:rPr>
          <w:lang w:eastAsia="zh-CN"/>
        </w:rPr>
        <w:t>　　4、积极参加学校开展的教研活动，学习他人的经验和方法；探索适合自己的教学方法和模式，全学期听课8节，评课9节，上公开课1节，认真自制了多媒体课件。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5、认真做好课后辅导工作。在每节课后为不同层次的学生进行相应的辅导，对后进生进行个别性和全面辅导相结合，在分析形成后进生原因的基础上进行了基础知识、思想、兴趣、学习态度和学习方法以及作业等各方面的辅导。</w:t>
      </w:r>
      <w:r>
        <w:rPr>
          <w:lang w:eastAsia="zh-CN"/>
        </w:rPr>
        <w:br/>
      </w:r>
      <w:r>
        <w:rPr>
          <w:lang w:eastAsia="zh-CN"/>
        </w:rPr>
        <w:t>　　6、采取多元化的评价方式，较多地使用表现性评价，在学习、思想、纪律多方面对学生进行客观公正的评价，最终起到促进学生学习和健康成长的作用。</w:t>
      </w:r>
      <w:r>
        <w:rPr>
          <w:lang w:eastAsia="zh-CN"/>
        </w:rPr>
        <w:br/>
      </w:r>
      <w:r>
        <w:rPr>
          <w:lang w:eastAsia="zh-CN"/>
        </w:rPr>
        <w:t>　　三、收获与反思</w:t>
      </w:r>
      <w:r>
        <w:rPr>
          <w:lang w:eastAsia="zh-CN"/>
        </w:rPr>
        <w:br/>
      </w:r>
      <w:r>
        <w:rPr>
          <w:lang w:eastAsia="zh-CN"/>
        </w:rPr>
        <w:t>　　一份耕耘，一份收获，本学期通过自己的努力，学生在毕业考试中取得了良好的成绩，不过以应该清醒地认识到工作中存在的不足之处，教学工作苦乐相伴，学生是人，不是物质性的产品，影响他们学习的因素较多，且教无定法；在今后的工作中，还得勤学、善思、实干；不断探索适应培养新型人才的教学方法和模式。</w:t>
      </w:r>
      <w:r>
        <w:rPr>
          <w:lang w:eastAsia="zh-CN"/>
        </w:rPr>
        <w:br/>
      </w:r>
      <w:r>
        <w:rPr>
          <w:lang w:eastAsia="zh-CN"/>
        </w:rPr>
        <w:t xml:space="preserve">    六年级数学教学的工作总结范文 篇12 </w:t>
      </w:r>
      <w:r>
        <w:rPr>
          <w:lang w:eastAsia="zh-CN"/>
        </w:rPr>
        <w:br/>
      </w:r>
      <w:r>
        <w:rPr>
          <w:lang w:eastAsia="zh-CN"/>
        </w:rPr>
        <w:t>　　搬迁到新学校的一学期在大家的忙碌中匆匆度过。回顾一学期的教研工作，我们有着几充实、几分感概……我们六年级数学组是一个团结向上，积极进取的集体。本学期，教研工作在本组教师的共同合作与努力下，扎扎实实、卓有成效的开展着。并且比较顺利地完成了本学期的教学任务，现将本学期的教研工作总结如下：</w:t>
      </w:r>
      <w:r>
        <w:rPr>
          <w:lang w:eastAsia="zh-CN"/>
        </w:rPr>
        <w:br/>
      </w:r>
      <w:r>
        <w:rPr>
          <w:lang w:eastAsia="zh-CN"/>
        </w:rPr>
        <w:t>　　一、本组基本情况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本教研小组由4名老师组成，全部是学校课题组成员，这是一个团结奋进的数学教研小组。老教师不仅在工作中对年轻教师进行传、帮、带，把自己多年的教学经验教给年轻教师，而且经常从感情和语言上给年轻人以支持与鼓励。年轻教师对老教师的教诲更是虚心学习，一丝不苟。</w:t>
      </w:r>
      <w:r>
        <w:rPr>
          <w:lang w:eastAsia="zh-CN"/>
        </w:rPr>
        <w:br/>
      </w:r>
      <w:r>
        <w:rPr>
          <w:lang w:eastAsia="zh-CN"/>
        </w:rPr>
        <w:t>　　二、本学期开展的主要工作</w:t>
      </w:r>
      <w:r>
        <w:rPr>
          <w:lang w:eastAsia="zh-CN"/>
        </w:rPr>
        <w:br/>
      </w:r>
      <w:r>
        <w:rPr>
          <w:lang w:eastAsia="zh-CN"/>
        </w:rPr>
        <w:t>　　1、制订计划</w:t>
      </w:r>
      <w:r>
        <w:rPr>
          <w:lang w:eastAsia="zh-CN"/>
        </w:rPr>
        <w:br/>
      </w:r>
      <w:r>
        <w:rPr>
          <w:lang w:eastAsia="zh-CN"/>
        </w:rPr>
        <w:t>　　根据学校的要求，结合毕业班的实际情况，结合学校数学课题《小学数学“问题解决”教学有效性的实践与研究》制订出一个行之有效的教学计划、教研组计划，而且基本能按计划进行活动。</w:t>
      </w:r>
      <w:r>
        <w:rPr>
          <w:lang w:eastAsia="zh-CN"/>
        </w:rPr>
        <w:br/>
      </w:r>
      <w:r>
        <w:rPr>
          <w:lang w:eastAsia="zh-CN"/>
        </w:rPr>
        <w:t>　　2、精心编制教案</w:t>
      </w:r>
      <w:r>
        <w:rPr>
          <w:lang w:eastAsia="zh-CN"/>
        </w:rPr>
        <w:br/>
      </w:r>
      <w:r>
        <w:rPr>
          <w:lang w:eastAsia="zh-CN"/>
        </w:rPr>
        <w:t>　　课堂教学方案的研讨是我们教研活动中的主要工作，扎实有效地开展课堂教学研究对于我们老师的教学成长起到非常重要的作用，针对这一册教材，我们分层次进行备课，每位教师都能按照学校要求保质保量的完成备课任务。</w:t>
      </w:r>
      <w:r>
        <w:rPr>
          <w:lang w:eastAsia="zh-CN"/>
        </w:rPr>
        <w:br/>
      </w:r>
      <w:r>
        <w:rPr>
          <w:lang w:eastAsia="zh-CN"/>
        </w:rPr>
        <w:t>　　3、教学理论的学习</w:t>
      </w:r>
      <w:r>
        <w:rPr>
          <w:lang w:eastAsia="zh-CN"/>
        </w:rPr>
        <w:br/>
      </w:r>
      <w:r>
        <w:rPr>
          <w:lang w:eastAsia="zh-CN"/>
        </w:rPr>
        <w:t>　　本学期初，我们教研组在认真学习《新课程标准》及学校课题《“问题解决”教学有效性的实践与研究》的基础上，组织了本组教师围绕学习内容进行了认真的讨论。通过学习，教师都能充分发挥主观能动性，钻研教材，驾驭教材，在领会编者意图的基础上制造性地使用教材，用活教材。</w:t>
      </w:r>
      <w:r>
        <w:rPr>
          <w:lang w:eastAsia="zh-CN"/>
        </w:rPr>
        <w:br/>
      </w:r>
      <w:r>
        <w:rPr>
          <w:lang w:eastAsia="zh-CN"/>
        </w:rPr>
        <w:t>　　4、积极组织本组教师上好教研课</w:t>
      </w:r>
      <w:r>
        <w:rPr>
          <w:lang w:eastAsia="zh-CN"/>
        </w:rPr>
        <w:br/>
      </w:r>
      <w:r>
        <w:rPr>
          <w:lang w:eastAsia="zh-CN"/>
        </w:rPr>
        <w:t>　　本组4位教师本学期每人主讲一节《“问题解决”教学有效性的实践与研究》研讨课，每一节教研课全组教师都积极参与，认真听课评课。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5、开展课题组教学活动</w:t>
      </w:r>
      <w:r>
        <w:rPr>
          <w:lang w:eastAsia="zh-CN"/>
        </w:rPr>
        <w:br/>
      </w:r>
      <w:r>
        <w:rPr>
          <w:lang w:eastAsia="zh-CN"/>
        </w:rPr>
        <w:t>　　在开展课题组教学活动中，本组每位教师都踊跃参加，不管是老教师还是年轻教师，做好充分准备积极参加课题组教学比赛，在课题组教学活动中全组教师都有很大收获。伍斐婉老师还参加全国送教下乡展示课，受到与会的老师的好评。</w:t>
      </w:r>
      <w:r>
        <w:rPr>
          <w:lang w:eastAsia="zh-CN"/>
        </w:rPr>
        <w:br/>
      </w:r>
      <w:r>
        <w:rPr>
          <w:lang w:eastAsia="zh-CN"/>
        </w:rPr>
        <w:t>　　三、存在的问题</w:t>
      </w:r>
      <w:r>
        <w:rPr>
          <w:lang w:eastAsia="zh-CN"/>
        </w:rPr>
        <w:br/>
      </w:r>
      <w:r>
        <w:rPr>
          <w:lang w:eastAsia="zh-CN"/>
        </w:rPr>
        <w:t>　　1、虽然学了不少理论知识，但是如何把这些理论知识科学合理的用到自己的课堂上，还有待于继续研究。</w:t>
      </w:r>
      <w:r>
        <w:rPr>
          <w:lang w:eastAsia="zh-CN"/>
        </w:rPr>
        <w:br/>
      </w:r>
      <w:r>
        <w:rPr>
          <w:lang w:eastAsia="zh-CN"/>
        </w:rPr>
        <w:t>　　2、部分教师上课采取满堂灌形式还时有存在。</w:t>
      </w:r>
      <w:r>
        <w:rPr>
          <w:lang w:eastAsia="zh-CN"/>
        </w:rPr>
        <w:br/>
      </w:r>
      <w:r>
        <w:rPr>
          <w:lang w:eastAsia="zh-CN"/>
        </w:rPr>
        <w:t>　　3、评课的机会太少，所以对听评课的基本功有待于进一步提高。</w:t>
      </w:r>
      <w:r>
        <w:rPr>
          <w:lang w:eastAsia="zh-CN"/>
        </w:rPr>
        <w:br/>
      </w:r>
      <w:r>
        <w:rPr>
          <w:lang w:eastAsia="zh-CN"/>
        </w:rPr>
        <w:t>　　一份耕耘，一份收获。教学工作苦乐相伴。我们将本着勤学、善思、实干的准则，一如既往，再接再厉，把工作搞得更好。本学期学生的学业成绩有了很大的提高。</w:t>
      </w:r>
      <w:r>
        <w:rPr>
          <w:lang w:eastAsia="zh-CN"/>
        </w:rPr>
        <w:br/>
      </w:r>
      <w:r>
        <w:rPr>
          <w:lang w:eastAsia="zh-CN"/>
        </w:rPr>
        <w:t xml:space="preserve">    六年级数学教学的工作总结范文 篇13 </w:t>
      </w:r>
      <w:r>
        <w:rPr>
          <w:lang w:eastAsia="zh-CN"/>
        </w:rPr>
        <w:br/>
      </w:r>
      <w:r>
        <w:rPr>
          <w:lang w:eastAsia="zh-CN"/>
        </w:rPr>
        <w:t>　　一学期教学工作即将结束了，在这繁忙而充实的一学期中，我感触较多，现将本期自己在教学中的点滴得失作一个反思。认真执行学校教育教学工作计划，转变思想，积极探索高效课堂教学的新思路。</w:t>
      </w:r>
      <w:r>
        <w:rPr>
          <w:lang w:eastAsia="zh-CN"/>
        </w:rPr>
        <w:br/>
      </w:r>
      <w:r>
        <w:rPr>
          <w:lang w:eastAsia="zh-CN"/>
        </w:rPr>
        <w:t>　　一、课堂教学，师生之间学生之间交往互动，共同发展。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作为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积极和同组教师相互切磋，通过自己的努力学生的学习氛围有所加强，学习兴趣有所提高，基本会积极主动的学习。</w:t>
      </w:r>
      <w:r>
        <w:rPr>
          <w:lang w:eastAsia="zh-CN"/>
        </w:rPr>
        <w:br/>
      </w:r>
      <w:r>
        <w:rPr>
          <w:lang w:eastAsia="zh-CN"/>
        </w:rPr>
        <w:t>　　教育教学并非是一朝一夕就能完成的。需要教师不断学习、不断修炼，提高文化水平与做人境界，这将是一个长期而非常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能力。重视培养学生的探究意识和创新能力。</w:t>
      </w:r>
      <w:r>
        <w:rPr>
          <w:lang w:eastAsia="zh-CN"/>
        </w:rPr>
        <w:br/>
      </w:r>
      <w:r>
        <w:rPr>
          <w:lang w:eastAsia="zh-CN"/>
        </w:rPr>
        <w:t>　　我做到：常思考，常研究，常总结，以创新求发展, 进一步转变教育观念，坚持以人为本，促进学生全面发展，打好基础，培养学生创新能力，以课堂教学研究与运用为重点，努力实现教学高质量，课堂高效率。</w:t>
      </w:r>
      <w:r>
        <w:rPr>
          <w:lang w:eastAsia="zh-CN"/>
        </w:rPr>
        <w:br/>
      </w:r>
      <w:r>
        <w:rPr>
          <w:lang w:eastAsia="zh-CN"/>
        </w:rPr>
        <w:t>　　二、创新评价，激励促进学生全面发展。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有利于树立学生学习数学的自信心，提高学生学习数学的兴趣，促进学生的发展。例如：我们学习了《鸡兔同笼》，同学们通过自己的努力，能结合自己的实际观察，及生活中的数学知识搜集，我们进行的是学生与老师的一次情感交流，学生获得了成功的体验，树立了学好数学的自信心，也知道了哪些方面应该继续努力。</w:t>
      </w:r>
      <w:r>
        <w:rPr>
          <w:lang w:eastAsia="zh-CN"/>
        </w:rPr>
        <w:br/>
      </w:r>
      <w:r>
        <w:rPr>
          <w:lang w:eastAsia="zh-CN"/>
        </w:rPr>
        <w:t>　　三、抓实常规，保证教育教学任务全面完成。</w:t>
      </w:r>
      <w:r>
        <w:rPr>
          <w:lang w:eastAsia="zh-CN"/>
        </w:rPr>
        <w:br/>
      </w:r>
      <w:r>
        <w:rPr>
          <w:lang w:eastAsia="zh-CN"/>
        </w:rPr>
        <w:t>　　坚持以教学为中心，强化管理，进一步规范教学行为，并力求常规与创新的有机结合，促进教师严谨、扎实、有效、科学的良好教风及学生严肃、勤奋、求真、善问的良好学风的形成。我从点滴入手，了解学生的认知水平，查找资料，精心备课，努力创设宽松愉悦的学习氛围，激发兴趣，教给了学生知识，更教会了学生们求知、合作、竞争，培养了学生正确的学习态度。良好的学习习惯及方法，使学生学得有趣，学得实在，学有所得，我努力向40分钟要质量。</w:t>
      </w:r>
      <w:r>
        <w:rPr>
          <w:lang w:eastAsia="zh-CN"/>
        </w:rPr>
        <w:br/>
      </w:r>
      <w:r>
        <w:rPr>
          <w:lang w:eastAsia="zh-CN"/>
        </w:rPr>
        <w:t>　　四、教育教学情况</w:t>
      </w:r>
      <w:r>
        <w:rPr>
          <w:lang w:eastAsia="zh-CN"/>
        </w:rPr>
        <w:br/>
      </w:r>
      <w:r>
        <w:rPr>
          <w:lang w:eastAsia="zh-CN"/>
        </w:rPr>
        <w:t>　　在教学工作中，我注意做到以下几点：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1、深入细致的备好每一节课。在备课中,我认真研究教材认真备课。每堂课都在课前做好充分的准备，并制作各种利于吸引学生注意力的有趣的教具，课后及时对该课用出总结,力求准确把握难重点，难点.并注重参阅各种杂志，制定符合学生认知规律的教学方法及教学形式。注意弱化难点强调重点。教案编写认真，并不断归纳总结提高教学水平.</w:t>
      </w:r>
      <w:r>
        <w:rPr>
          <w:lang w:eastAsia="zh-CN"/>
        </w:rPr>
        <w:br/>
      </w:r>
      <w:r>
        <w:rPr>
          <w:lang w:eastAsia="zh-CN"/>
        </w:rPr>
        <w:t>　　2、认真上好每一节课。上课时注重学生主动性的发挥,发散学生的思维, 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r>
        <w:rPr>
          <w:lang w:eastAsia="zh-CN"/>
        </w:rPr>
        <w:br/>
      </w:r>
      <w:r>
        <w:rPr>
          <w:lang w:eastAsia="zh-CN"/>
        </w:rPr>
        <w:t>　　3、认真及时批改作业，布置作业有针对性，有层次性。对学生的作业批改及时，认真分析并记录学生的作业情况，将他们在作业过程出现的问题做出分类总结，进行透切的讲评，并针对有关情况及时改进教学方法，做到有的放矢。 注意听取学生的意见,及时了解学生的学习情况，并有目的的对学生进行辅导。</w:t>
      </w:r>
      <w:r>
        <w:rPr>
          <w:lang w:eastAsia="zh-CN"/>
        </w:rPr>
        <w:br/>
      </w:r>
      <w:r>
        <w:rPr>
          <w:lang w:eastAsia="zh-CN"/>
        </w:rPr>
        <w:t>　　4、坚持听课，注意学习组里老师的教学经验,努力探索适合自己的教学模式.本学年听课十九节,对自己的教学促进也很大.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r>
        <w:rPr>
          <w:lang w:eastAsia="zh-CN"/>
        </w:rPr>
        <w:br/>
      </w:r>
      <w:r>
        <w:rPr>
          <w:lang w:eastAsia="zh-CN"/>
        </w:rPr>
        <w:t>　　有成功的地方，但也有很多不足，比如说，高效课堂的理念不能很好地贯彻在课堂教学中，但计算还不细心，缺乏仔细、全面。因此，在今后的教学中，还应注重以下几个方面的转变：</w:t>
      </w:r>
      <w:r>
        <w:rPr>
          <w:lang w:eastAsia="zh-CN"/>
        </w:rPr>
        <w:br/>
      </w:r>
      <w:r>
        <w:rPr>
          <w:lang w:eastAsia="zh-CN"/>
        </w:rPr>
        <w:t>　　第一、培养学生良好的学习习惯，即在兴趣培养及习惯养成中体验数学。</w:t>
      </w:r>
      <w:r>
        <w:rPr>
          <w:lang w:eastAsia="zh-CN"/>
        </w:rPr>
        <w:br/>
      </w:r>
      <w:r>
        <w:rPr>
          <w:lang w:eastAsia="zh-CN"/>
        </w:rPr>
        <w:t>　　第二、在生动、具体的教学情境中感悟数学。</w:t>
      </w:r>
      <w:r>
        <w:rPr>
          <w:lang w:eastAsia="zh-CN"/>
        </w:rPr>
        <w:br/>
      </w:r>
      <w:r>
        <w:rPr>
          <w:lang w:eastAsia="zh-CN"/>
        </w:rPr>
        <w:t>　　第三、解读教材，在有机整合和知识重组中呈现数学。</w:t>
      </w:r>
      <w:r>
        <w:rPr>
          <w:lang w:eastAsia="zh-CN"/>
        </w:rPr>
        <w:br/>
      </w:r>
      <w:r>
        <w:rPr>
          <w:lang w:eastAsia="zh-CN"/>
        </w:rPr>
        <w:t>　　第四、继续探究高效课堂的教学，是自己的教学能真正达到实效性。</w:t>
      </w:r>
      <w:r>
        <w:rPr>
          <w:lang w:eastAsia="zh-CN"/>
        </w:rPr>
        <w:br/>
      </w:r>
      <w:r>
        <w:rPr>
          <w:lang w:eastAsia="zh-CN"/>
        </w:rPr>
        <w:t>　　总体而言，这学期的教学有得有失，对于得我会把它当作自己的财富，对于失会在今后的教学中努力去改善，所以今后更应该多学习，多总结，努力提高自身素质，使自己走上一个新台阶!</w:t>
      </w:r>
      <w:r>
        <w:rPr>
          <w:lang w:eastAsia="zh-CN"/>
        </w:rPr>
        <w:br/>
      </w:r>
      <w:r>
        <w:rPr>
          <w:lang w:eastAsia="zh-CN"/>
        </w:rPr>
        <w:t>　　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r>
        <w:rPr>
          <w:lang w:eastAsia="zh-CN"/>
        </w:rPr>
        <w:br/>
      </w:r>
      <w:r>
        <w:rPr>
          <w:lang w:eastAsia="zh-CN"/>
        </w:rPr>
        <w:t xml:space="preserve">    六年级数学教学工作总结篇三：六年级数学第一学期教学工作总结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本学期初，我继续担任六年级(1)(2)班数学教学工作。一学期将过去，可以说紧张忙碌而收获多多。总体看，我能认真执行学校教育教学工作计划，认真学习新课程标准，注重和本教研组的老师进行教学方法、策略的交流，结合本校的实际条件和学生的学习情况，制定教学计划，并按计划实施。使教学工作有计划，有组织，有步骤地开展。并努力提高自身的业务水平和教学能力。把新课程标准的新思想、新理念和数学课堂教学的新思路、新设想结合起来，转变思想，积极探索，改革教学，收到良好的效果。为了克服不足，总结经验，使今后的工作更上一层楼，现对本学期教学工作做出如下总结：</w:t>
      </w:r>
      <w:r>
        <w:rPr>
          <w:lang w:eastAsia="zh-CN"/>
        </w:rPr>
        <w:br/>
      </w:r>
      <w:r>
        <w:rPr>
          <w:lang w:eastAsia="zh-CN"/>
        </w:rPr>
        <w:t>　　一、取得的主要成绩</w:t>
      </w:r>
      <w:r>
        <w:rPr>
          <w:lang w:eastAsia="zh-CN"/>
        </w:rPr>
        <w:br/>
      </w:r>
      <w:r>
        <w:rPr>
          <w:lang w:eastAsia="zh-CN"/>
        </w:rPr>
        <w:t>　　通过一学期的辛勤工作以及师生的共同努力，顺利完成了本学期的全部教学内容，并取得了良好的成绩。</w:t>
      </w:r>
      <w:r>
        <w:rPr>
          <w:lang w:eastAsia="zh-CN"/>
        </w:rPr>
        <w:br/>
      </w:r>
      <w:r>
        <w:rPr>
          <w:lang w:eastAsia="zh-CN"/>
        </w:rPr>
        <w:t>　　二、采取的有效措施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3"/>
          <w:cols w:space="425"/>
          <w:titlePg w:val="0"/>
          <w:docGrid w:type="lines" w:linePitch="312"/>
        </w:sectPr>
      </w:pPr>
      <w:r>
        <w:rPr>
          <w:lang w:eastAsia="zh-CN"/>
        </w:rPr>
        <w:t>　　首先，开学之初，我认真钻研了教材、研读了教学用书，仔细研究了教材重难点及注意点和关键，了解了教材前后相关的知识体系，研究了班级情况，掌握了学生的知识结构水平，思想动态，家庭情况及学习情况和学习兴趣情况。针对了解的情况，写出了符合班级情况的教案，并注意分析了上课得失，并适当写上了课后小记，以便知识的弥补和信息反馈。认真上好了每一节课，认真批阅了学生的作业。在课前，我认真熟记教案内容，分析可能出现的情况;课堂上，有计划、有目的地进行教学，并遵循教学基本原则，因材施教，因势利导，面向全体学生，面向学生各个方面，努力提高了随堂课的教学质量。课后，我总是留给学生适量的适度的练习题，对学生的作业，我做到了认真及时、全批全改。有的还适时注明批评，激励学生学习的兴趣。</w:t>
      </w:r>
      <w:r>
        <w:rPr>
          <w:lang w:eastAsia="zh-CN"/>
        </w:rPr>
        <w:br/>
      </w:r>
      <w:r>
        <w:rPr>
          <w:lang w:eastAsia="zh-CN"/>
        </w:rPr>
        <w:t>　　其次、做好每一次的单元测验与课后辅导工作。</w:t>
      </w:r>
      <w:r>
        <w:rPr>
          <w:lang w:eastAsia="zh-CN"/>
        </w:rPr>
        <w:br/>
      </w:r>
      <w:r>
        <w:rPr>
          <w:lang w:eastAsia="zh-CN"/>
        </w:rPr>
        <w:t>　　本学期教学工作中，教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r>
        <w:rPr>
          <w:lang w:eastAsia="zh-CN"/>
        </w:rPr>
        <w:br/>
      </w:r>
      <w:r>
        <w:rPr>
          <w:lang w:eastAsia="zh-CN"/>
        </w:rPr>
        <w:t>　　第三、利用网络资源进行学习</w:t>
      </w:r>
      <w:r>
        <w:rPr>
          <w:lang w:eastAsia="zh-CN"/>
        </w:rPr>
        <w:br/>
      </w:r>
      <w:r>
        <w:rPr>
          <w:lang w:eastAsia="zh-CN"/>
        </w:rPr>
        <w:t>　　现如今办公室、家庭都有电脑了，我注意利用电脑进行学习。在上课时善于从网上搜集各种教学信息，比如在教学位置的确定一课时我看了好多网上发表的教学设计、课件、说课，还看了网上的示范课录象，根据我班学生的具体情况设计我的教案、课件。课上学生兴趣盎然，各抒己见，积极性很高，得到了教研组同志们的好评，并收到了好的教学效果。同时我注意增强上课技能，提高教学质量，使讲解清晰化，准确化，条理化，做到线索清晰、层次分明、言简意赅。在课堂上也存在一些问题，今后要加强师生交流，语言还得更有激情些，让学生学得轻松愉快。</w:t>
      </w:r>
      <w:r>
        <w:rPr>
          <w:lang w:eastAsia="zh-CN"/>
        </w:rPr>
        <w:br/>
      </w:r>
      <w:r>
        <w:rPr>
          <w:lang w:eastAsia="zh-CN"/>
        </w:rPr>
        <w:t>　　三、呈现出的新经验、突出的特点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4"/>
          <w:cols w:space="425"/>
          <w:titlePg w:val="0"/>
          <w:docGrid w:type="lines" w:linePitch="312"/>
        </w:sectPr>
      </w:pPr>
      <w:r>
        <w:rPr>
          <w:lang w:eastAsia="zh-CN"/>
        </w:rPr>
        <w:t>　　回顾自己在这一学期的教学工作，感觉有优点更有失误和不足。要说优点，那就是我的经验是要提高数学成绩必须做到：</w:t>
      </w:r>
      <w:r>
        <w:rPr>
          <w:lang w:eastAsia="zh-CN"/>
        </w:rPr>
        <w:br/>
      </w:r>
      <w:r>
        <w:rPr>
          <w:lang w:eastAsia="zh-CN"/>
        </w:rPr>
        <w:t>　　1、将学过的数学公式，性质、概念等必须让学生熟记。这样才能运用它们准确解答数学题，正确解决数学问题。如各种图形的面积公式，周长公式，体积公式、还有利息公式、出勤率、比例尺等知识必须让学生牢记。</w:t>
      </w:r>
      <w:r>
        <w:rPr>
          <w:lang w:eastAsia="zh-CN"/>
        </w:rPr>
        <w:br/>
      </w:r>
      <w:r>
        <w:rPr>
          <w:lang w:eastAsia="zh-CN"/>
        </w:rPr>
        <w:t>　　2、学好数学基础知识与基本技能是提高数学成绩的前提。学生只有夯实了基础知识，熟练了基本技能和解题技巧，才能解答稍难的应用题，也才能灵活的解决实际问题，且能做到一题多解。</w:t>
      </w:r>
      <w:r>
        <w:rPr>
          <w:lang w:eastAsia="zh-CN"/>
        </w:rPr>
        <w:br/>
      </w:r>
      <w:r>
        <w:rPr>
          <w:lang w:eastAsia="zh-CN"/>
        </w:rPr>
        <w:t>　　3、通过兵教兵形式将有关的数学知识适当过关，这样有利于提高数学平均成绩。如本学期解方程，解比例、简便运算等知识是必考的知识，就得人人过关。</w:t>
      </w:r>
      <w:r>
        <w:rPr>
          <w:lang w:eastAsia="zh-CN"/>
        </w:rPr>
        <w:br/>
      </w:r>
      <w:r>
        <w:rPr>
          <w:lang w:eastAsia="zh-CN"/>
        </w:rPr>
        <w:t>　　4、在课堂教学中，教师必须用亲切，生动的语言将抽象的数学知识具体化，这样才能激发学生学习数学知识的兴趣，有了兴趣学生才能主动的学习数学，也才能提高数学成绩。</w:t>
      </w:r>
      <w:r>
        <w:rPr>
          <w:lang w:eastAsia="zh-CN"/>
        </w:rPr>
        <w:br/>
      </w:r>
      <w:r>
        <w:rPr>
          <w:lang w:eastAsia="zh-CN"/>
        </w:rPr>
        <w:t>　　5、在教学工作中注意密切联系社会生活，学以致用，举一反三。</w:t>
      </w:r>
      <w:r>
        <w:rPr>
          <w:lang w:eastAsia="zh-CN"/>
        </w:rPr>
        <w:br/>
      </w:r>
      <w:r>
        <w:rPr>
          <w:lang w:eastAsia="zh-CN"/>
        </w:rPr>
        <w:t>　　四、存在的问题与主要原因</w:t>
      </w:r>
      <w:r>
        <w:rPr>
          <w:lang w:eastAsia="zh-CN"/>
        </w:rPr>
        <w:br/>
      </w:r>
      <w:r>
        <w:rPr>
          <w:lang w:eastAsia="zh-CN"/>
        </w:rPr>
        <w:t>　　1、先学后教，当堂训练的教学实践力度不够，课堂教学语言艺术性有待进一步提高。</w:t>
      </w:r>
      <w:r>
        <w:rPr>
          <w:lang w:eastAsia="zh-CN"/>
        </w:rPr>
        <w:br/>
      </w:r>
      <w:r>
        <w:rPr>
          <w:lang w:eastAsia="zh-CN"/>
        </w:rPr>
        <w:t>　　2、对培养优秀生的拔尖工作和中等生的培优的工作做得欠缺一些。</w:t>
      </w:r>
      <w:r>
        <w:rPr>
          <w:lang w:eastAsia="zh-CN"/>
        </w:rPr>
        <w:br/>
      </w:r>
      <w:r>
        <w:rPr>
          <w:lang w:eastAsia="zh-CN"/>
        </w:rPr>
        <w:t>　　3、与学生家长的沟通不足，缺乏与家长的交流。</w:t>
      </w:r>
      <w:r>
        <w:rPr>
          <w:lang w:eastAsia="zh-CN"/>
        </w:rPr>
        <w:br/>
      </w:r>
      <w:r>
        <w:rPr>
          <w:lang w:eastAsia="zh-CN"/>
        </w:rPr>
        <w:t>　　4、对个别学困生的辅导还不到位，进步不明显。</w:t>
      </w:r>
      <w:r>
        <w:rPr>
          <w:lang w:eastAsia="zh-CN"/>
        </w:rPr>
        <w:br/>
      </w:r>
    </w:p>
    <w:p w:rsidR="001B1F19" w14:textId="27C3F48A">
      <w:pPr>
        <w:rPr>
          <w:rFonts w:hint="eastAsia"/>
          <w:lang w:eastAsia="zh-CN"/>
        </w:rPr>
      </w:pPr>
      <w:r>
        <w:rPr>
          <w:lang w:eastAsia="zh-CN"/>
        </w:rPr>
        <w:t>　　五、今后的工作的思路</w:t>
      </w:r>
      <w:r>
        <w:rPr>
          <w:lang w:eastAsia="zh-CN"/>
        </w:rPr>
        <w:br/>
      </w:r>
      <w:r>
        <w:rPr>
          <w:lang w:eastAsia="zh-CN"/>
        </w:rPr>
        <w:t>　　一份耕耘，一份收获，教学工作中苦乐相伴。总体而言，这学期的教学有得有失，对于得我会把它当作自己的财富，对于失会在今后的教学中努力去改善，力争把教学工作做得更好。总体感觉本学期的工作较过去有所长进，今后我将一如既往地勤勉，务实地工作，将再接再厉，争取把工作做得更加扎实有效，让各级领导放心，让家长满意，让社会肯定，让学生喜欢。</w:t>
      </w:r>
      <w:r>
        <w:rPr>
          <w:lang w:eastAsia="zh-CN"/>
        </w:rPr>
        <w:br/>
      </w:r>
      <w:r>
        <w:rPr>
          <w:lang w:eastAsia="zh-CN"/>
        </w:rPr>
        <w:t xml:space="preserve">    六年级数学教学的工作总结范文 篇14 </w:t>
      </w:r>
      <w:r>
        <w:rPr>
          <w:lang w:eastAsia="zh-CN"/>
        </w:rPr>
        <w:br/>
      </w:r>
      <w:r>
        <w:rPr>
          <w:lang w:eastAsia="zh-CN"/>
        </w:rPr>
        <w:t>　　__年春季学期，我从各方面严格要求自己，结合本班学生的实际情况，勤勤恳恳，兢兢业业，使教学工作有计划、有组织、有步骤地开展，圆满地完成了教学任务。</w:t>
      </w:r>
      <w:r>
        <w:rPr>
          <w:lang w:eastAsia="zh-CN"/>
        </w:rPr>
        <w:br/>
      </w:r>
      <w:r>
        <w:rPr>
          <w:lang w:eastAsia="zh-CN"/>
        </w:rPr>
        <w:t>　　一、师德表现</w:t>
      </w:r>
      <w:r>
        <w:rPr>
          <w:lang w:eastAsia="zh-CN"/>
        </w:rPr>
        <w:br/>
      </w:r>
      <w:r>
        <w:rPr>
          <w:lang w:eastAsia="zh-CN"/>
        </w:rPr>
        <w:t>　　平时积极参加全校教职工大会及党员大会,认真学习学校下达的上级文件,关心国内外大事,注重政治理论的学习.配合组里搞好教研活动。每周按时参加升旗仪式，从不缺勤。服从安排，人际关系融洽。业余不从事有偿家教及第二职业。</w:t>
      </w:r>
      <w:r>
        <w:rPr>
          <w:lang w:eastAsia="zh-CN"/>
        </w:rPr>
        <w:br/>
      </w:r>
      <w:r>
        <w:rPr>
          <w:lang w:eastAsia="zh-CN"/>
        </w:rPr>
        <w:t>　　二、教育教学情况</w:t>
      </w:r>
      <w:r>
        <w:rPr>
          <w:lang w:eastAsia="zh-CN"/>
        </w:rPr>
        <w:br/>
      </w:r>
      <w:r>
        <w:rPr>
          <w:lang w:eastAsia="zh-CN"/>
        </w:rPr>
        <w:t>　　在教学工作中，我注意做到以下几点：</w:t>
      </w:r>
      <w:r>
        <w:rPr>
          <w:lang w:eastAsia="zh-CN"/>
        </w:rPr>
        <w:br/>
      </w:r>
      <w:r>
        <w:rPr>
          <w:lang w:eastAsia="zh-CN"/>
        </w:rPr>
        <w:t>　　1、深入细致的备好每一节课。</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https://d.book118.com/678013101047006044</w:t>
        </w:r>
      </w:hyperlink>
    </w:p>
    <w:p w:rsidR="001B1F19">
      <w:pPr>
        <w:rPr>
          <w:rFonts w:hint="eastAsia"/>
          <w:lang w:eastAsia="zh-CN"/>
        </w:rPr>
      </w:pPr>
    </w:p>
    <w:sectPr>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78013101047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