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学生会外联部个人工作总结（32篇）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学生会外联部个人工作总结（通用32篇）</w:t>
      </w:r>
      <w:r>
        <w:rPr>
          <w:lang w:eastAsia="zh-CN"/>
        </w:rPr>
        <w:br/>
      </w:r>
      <w:r>
        <w:rPr>
          <w:lang w:eastAsia="zh-CN"/>
        </w:rPr>
        <w:t xml:space="preserve">    学生会外联部个人工作总结 篇1 </w:t>
      </w:r>
      <w:r>
        <w:rPr>
          <w:lang w:eastAsia="zh-CN"/>
        </w:rPr>
        <w:br/>
      </w:r>
      <w:r>
        <w:rPr>
          <w:lang w:eastAsia="zh-CN"/>
        </w:rPr>
        <w:t>　　年年岁岁花相似，岁岁年年人不一样。又到了一年的尽头，一切都接近了尾声，转眼间，又到了期末。一学期来，外联部在社团联合会的领导下，认真完成了社团联合会交给的各项工作，大家团结一致，认真完成团委的各项任务，回首这个学期，我们的收获是颇丰的。</w:t>
      </w:r>
      <w:r>
        <w:rPr>
          <w:lang w:eastAsia="zh-CN"/>
        </w:rPr>
        <w:br/>
      </w:r>
      <w:r>
        <w:rPr>
          <w:lang w:eastAsia="zh-CN"/>
        </w:rPr>
        <w:t>　　在团委教师的指导下，社团联合会的支持和帮忙下，全体负责人的共同努力下，外联部有了进一步长足的发展。外联部从基础性的机构发展到创新性活动，都有了由量到质的飞跃。下头，将学生会本学期的工作总结如下：</w:t>
      </w:r>
      <w:r>
        <w:rPr>
          <w:lang w:eastAsia="zh-CN"/>
        </w:rPr>
        <w:br/>
      </w:r>
      <w:r>
        <w:rPr>
          <w:lang w:eastAsia="zh-CN"/>
        </w:rPr>
        <w:t>　　1、外联部工作制度建立。开学初，外联部在所有干事讨论的基础上，拟定了本学期社团外联部的工作制度，充分明确了权责的划分、外校的联系、以及日常工作中的一些注意事项。</w:t>
      </w:r>
      <w:r>
        <w:rPr>
          <w:lang w:eastAsia="zh-CN"/>
        </w:rPr>
        <w:br/>
      </w:r>
      <w:r>
        <w:rPr>
          <w:lang w:eastAsia="zh-CN"/>
        </w:rPr>
        <w:t>　　2、外联部的招新。本学期的社团联合会外联部的招新工作依旧是面向全学校进行的。招新于九月份全面展开，分别从前期宣传、过程跟踪、以及干事统计等方面来进行。全校各个学院都有我们的干事，让我们充分看到了外联部发展的潜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外联部的活动。4月5日由飞扬音乐社和外联部联合主办一场别开生面的音乐演出。这场音乐演出旨在提高同学们对音乐的欣赏本事。歌手们和乐队分别唱了几十首脍炙人口的歌曲，吸引了不少同学驻足观看。外联部在5月18日的“舞动活力”社团文化节闭幕式上分别邀请了来自其他外校的嘉宾来观看演出，同时有海事职业技术学院和青年干部管理学院的表演节目，各个学校在社团上分别进行了交流。外联部本学期加强了和外校社团之间的联系，在社团文化节期间分别和外校的社团之间开展了形式多样的活动。同时外联部也被邀请参加了各个学校的社团文化节，受益非浅。</w:t>
      </w:r>
      <w:r>
        <w:rPr>
          <w:lang w:eastAsia="zh-CN"/>
        </w:rPr>
        <w:br/>
      </w:r>
      <w:r>
        <w:rPr>
          <w:lang w:eastAsia="zh-CN"/>
        </w:rPr>
        <w:t>　　总结这一学期的工作，外联部仍然存在许多的问题，比如由于种种原因，直到此刻，外联部和各社团仍旧没有很好的合作;外联部此刻做事情的程序不是很清楚;外联部此刻没有凝聚成一个整体，各干事显得很独立等。当然同上学期相比，外联部在本学期无论从内部建设，还是外部活动方面都取得了必须的提高，但这只是开始，要走的路还很长，要学的东西实在是太多太多。可是我相信，在团委教师的指导下，经过大家的不懈努力，我们外联部必须会总结经验教训，随时发现问题，并正确的处理问题，成为一支招之能来，来之能战，战则必胜的队伍，让外联部的这片阳光更明媚，社团联合会的天空更晴朗。</w:t>
      </w:r>
      <w:r>
        <w:rPr>
          <w:lang w:eastAsia="zh-CN"/>
        </w:rPr>
        <w:br/>
      </w:r>
      <w:r>
        <w:rPr>
          <w:lang w:eastAsia="zh-CN"/>
        </w:rPr>
        <w:t xml:space="preserve">    学生会外联部个人工作总结 篇2 </w:t>
      </w:r>
      <w:r>
        <w:rPr>
          <w:lang w:eastAsia="zh-CN"/>
        </w:rPr>
        <w:br/>
      </w:r>
      <w:r>
        <w:rPr>
          <w:lang w:eastAsia="zh-CN"/>
        </w:rPr>
        <w:t>　　在20_年9月初，在和各个部门的一致合作下，完成了新一届学生会的招新工作。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在20_年10月初，开始准备学习部下一轮的工作，分别是对新加入学习部的成员的考核，以及准备辩论赛，征文比赛等需要学习部主办的活动。</w:t>
      </w:r>
      <w:r>
        <w:rPr>
          <w:lang w:eastAsia="zh-CN"/>
        </w:rPr>
        <w:br/>
      </w:r>
      <w:r>
        <w:rPr>
          <w:lang w:eastAsia="zh-CN"/>
        </w:rPr>
        <w:t>　　这些活动在上级领导的关怀下，在学习部的各个工作人员的不懈努力下，在各个兄弟部门的积极协调下，都顺利的完成了，取得了比较优异的成绩，为新进的成员们上了生动的一课，对新成员们起了很好的教育作用。</w:t>
      </w:r>
      <w:r>
        <w:rPr>
          <w:lang w:eastAsia="zh-CN"/>
        </w:rPr>
        <w:br/>
      </w:r>
      <w:r>
        <w:rPr>
          <w:lang w:eastAsia="zh-CN"/>
        </w:rPr>
        <w:t>　　并积累了大量的工作经验，对下次的工作提供的充分的经验支持。</w:t>
      </w:r>
      <w:r>
        <w:rPr>
          <w:lang w:eastAsia="zh-CN"/>
        </w:rPr>
        <w:br/>
      </w:r>
      <w:r>
        <w:rPr>
          <w:lang w:eastAsia="zh-CN"/>
        </w:rPr>
        <w:t>　　总的说，在20_年秋季的学生会的工作中，学习部在接到自己的工作后，都做出了充分的准备，并以的热情和认真在完成自己的工作，虽说有些事做的不尽如人意，但是对于每件事，学习部的每个工作人员都是尽了自己最的努力在做的，因为这不仅仅是自己的荣誉问题，也关系到了全院的荣誉问题。</w:t>
      </w:r>
      <w:r>
        <w:rPr>
          <w:lang w:eastAsia="zh-CN"/>
        </w:rPr>
        <w:br/>
      </w:r>
      <w:r>
        <w:rPr>
          <w:lang w:eastAsia="zh-CN"/>
        </w:rPr>
        <w:t>　　对于工作中的某些问题，比如有的工作人员在工作是不是很积极，或者在工作质量上有些问题等等，那些都是需要改进的地方，在被指出自己不足的时候，我们都需要虚心学习，这样才能使自己不断的进步，不断的创造更好的未来。</w:t>
      </w:r>
      <w:r>
        <w:rPr>
          <w:lang w:eastAsia="zh-CN"/>
        </w:rPr>
        <w:br/>
      </w:r>
      <w:r>
        <w:rPr>
          <w:lang w:eastAsia="zh-CN"/>
        </w:rPr>
        <w:t>　　在20_年即将离开我们的时候，我们学习部的全体人员适时的对自己过去的一年的工作做出了总结，这既是对自己过去的优点的继承，也是对自己过去的不足勇敢的面对，并将积极的改正。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只有这样，才能和学生会所有的成员一起，创造学生会更加美好的明天。</w:t>
      </w:r>
      <w:r>
        <w:rPr>
          <w:lang w:eastAsia="zh-CN"/>
        </w:rPr>
        <w:br/>
      </w:r>
      <w:r>
        <w:rPr>
          <w:lang w:eastAsia="zh-CN"/>
        </w:rPr>
        <w:t xml:space="preserve">    学生会外联部个人工作总结 篇3 </w:t>
      </w:r>
      <w:r>
        <w:rPr>
          <w:lang w:eastAsia="zh-CN"/>
        </w:rPr>
        <w:br/>
      </w:r>
      <w:r>
        <w:rPr>
          <w:lang w:eastAsia="zh-CN"/>
        </w:rPr>
        <w:t>　　日月如梭，上半学期很快就要过完了，当别人长叹时光之短暂，生活学习颓废时，我很庆幸自己有幸加入了学生会，成为学生会外联部这个大家庭中的一员。一学期来，在外联部的工作中，我收获很多很多，既有成功的喜悦，也有失败的苦涩，一笔笔经验实在是人生一笔笔宝贵的财富。</w:t>
      </w:r>
      <w:r>
        <w:rPr>
          <w:lang w:eastAsia="zh-CN"/>
        </w:rPr>
        <w:br/>
      </w:r>
      <w:r>
        <w:rPr>
          <w:lang w:eastAsia="zh-CN"/>
        </w:rPr>
        <w:t>　　初进_大学，初进学生会。如同一叶陌生的小船来到了长江，尽管有导航灯的指引，但还是看不清前进的方向，而随波逐流。好像我的来到，只知道学生会是让人与困难并进的乐土，在前进中不息成长、在前进中锻炼体魄、在前进中学会了做人……这样，我选择了外联部，这个让我在仅仅半年中克服了自己很多困难，又读懂了很多的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外联部，的确是一个很吸引人的部门。每个人都想锻炼自己，克服自己的一些心里障碍，但是在这里要让自己成长起来必定要兼受很多的困难，这里没有“旁观者清”的道理，只有你置身其中才能体会到它的苦和付出努力后甘甜的汗水给你带来的快乐和充实感。外联部，是学生会最为活跃的部门之一，“搞好高校间的联谊工作和拉取活动的赞助”为职能的外联作为一种团队的文化，信息的共享，能使我们彼此获得更大的发展。外联的主要职责在于与外界商家合作，为学生提供更加丰富多彩的校园文化，与商家达到双赢的局面，并为学生会提供一定的活动资金；外联部的工作相对其他部的工作来说比较特殊，我们的工作要走在其他部门之前，很需要其他部门的配合和提前得到各部门的协助，所以我们与各部搞好关系是非常必要的；外联部将会尽可能的发挥本部的作用，与有可能成为合作伙伴的各企业、事业单位做好沟通与交流，建立良好的合作关系，以便为我们的各大活动提供物资所需，保障活动的完善与到位；外联部对外代表着学生会乃至农大的形象，因此，外联部在搞各项活动的过程中应尽量在校内外树立诚实守信、精炼能干的形象，我们应以培养个人素质的基础工作做起，并与各部保持密切联系；外联部是一个长期、持续的工作，需要平时多注意校园周围的商家和与学生生活相关的商家，发掘潜在的赞助商，洞察潜在赞助商的合作意向，及时收集信息。开展在同学在的调查，了解同学们的利益所在和共同需要，并以两者的结合点为出发点与同学及赞助商进行双向沟通，保持密切联系。</w:t>
      </w:r>
      <w:r>
        <w:rPr>
          <w:lang w:eastAsia="zh-CN"/>
        </w:rPr>
        <w:br/>
      </w:r>
      <w:r>
        <w:rPr>
          <w:lang w:eastAsia="zh-CN"/>
        </w:rPr>
        <w:t>　　在外联部的半年我付出了很多，虽然没有大的成就但还是有一些小的收获，下面就将我的心得做以总结：</w:t>
      </w:r>
      <w:r>
        <w:rPr>
          <w:lang w:eastAsia="zh-CN"/>
        </w:rPr>
        <w:br/>
      </w:r>
      <w:r>
        <w:rPr>
          <w:lang w:eastAsia="zh-CN"/>
        </w:rPr>
        <w:t>　　一、就我而言外联工作其实并不是不难，要分清楚，自己需要什么，对方会给予什么帮助，在双赢的基础上谈问题，同学的利益是主要的，但赞助商的利益是要多加考虑的，使对方损失最小，利益最大就可以了；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做这个工作要有信心，要会言谈，要有礼貌，还要适当的发表自己的看法，对内利益有损害的事情坚决不参与并严正回绝，有理有度，有实有据，有气有节.适当分析问题，不要偏激，多想，多做，要灵活、圆滑的办事；</w:t>
      </w:r>
      <w:r>
        <w:rPr>
          <w:lang w:eastAsia="zh-CN"/>
        </w:rPr>
        <w:br/>
      </w:r>
      <w:r>
        <w:rPr>
          <w:lang w:eastAsia="zh-CN"/>
        </w:rPr>
        <w:t>　　三、一次成功的赞助不是一个偶然发生的故事，它是学习、计划以及一个赞助合作代表的知识和技巧运用的结果，需要你在背后付出很多努力；</w:t>
      </w:r>
      <w:r>
        <w:rPr>
          <w:lang w:eastAsia="zh-CN"/>
        </w:rPr>
        <w:br/>
      </w:r>
      <w:r>
        <w:rPr>
          <w:lang w:eastAsia="zh-CN"/>
        </w:rPr>
        <w:t>　　四、在取得一鸣惊人的`成绩之前，必先做好枯燥乏味的准备工作，有些同学对刚开始的“跑”有很大的兴趣，他们把它看做了逛街，但是时而久之他们就厌烦了，甚至产生了放弃的念头；</w:t>
      </w:r>
      <w:r>
        <w:rPr>
          <w:lang w:eastAsia="zh-CN"/>
        </w:rPr>
        <w:br/>
      </w:r>
      <w:r>
        <w:rPr>
          <w:lang w:eastAsia="zh-CN"/>
        </w:rPr>
        <w:t>　　五、对与公司产品有关的资料、说明书、广告等，必须努力商讨、熟记，同时要收集竞争对手的宣传资料等，加以分析，以便做到知己知彼，如此才能真正知己知彼，采取相应对策。我们初生牛犊总是过分的自负，总相信自己临场的发挥，弄一些小聪明，最后却是空手而归，所以，要认真对待；</w:t>
      </w:r>
      <w:r>
        <w:rPr>
          <w:lang w:eastAsia="zh-CN"/>
        </w:rPr>
        <w:br/>
      </w:r>
      <w:r>
        <w:rPr>
          <w:lang w:eastAsia="zh-CN"/>
        </w:rPr>
        <w:t>　　六、选择客户，衡量客户的意愿与能力，不要将时间浪费在犹豫不决的人身上，这样既浪费了时间又耽误了机遇；</w:t>
      </w:r>
      <w:r>
        <w:rPr>
          <w:lang w:eastAsia="zh-CN"/>
        </w:rPr>
        <w:br/>
      </w:r>
      <w:r>
        <w:rPr>
          <w:lang w:eastAsia="zh-CN"/>
        </w:rPr>
        <w:t>　　我们外联现在的工作其实不免有些单调，但是我们过的充实。在风雨里我们齐头并进，在阳光里我们共同洒脱！一张张永存的照片，一张张熟悉的笑脸，一个个出去工作的搭档，这是我们的曾今，这是我们的过去，一段温馨的回忆。</w:t>
      </w:r>
      <w:r>
        <w:rPr>
          <w:lang w:eastAsia="zh-CN"/>
        </w:rPr>
        <w:br/>
      </w:r>
      <w:r>
        <w:rPr>
          <w:lang w:eastAsia="zh-CN"/>
        </w:rPr>
        <w:t>　　外联部，一个响当当的名字！</w:t>
      </w:r>
      <w:r>
        <w:rPr>
          <w:lang w:eastAsia="zh-CN"/>
        </w:rPr>
        <w:br/>
      </w:r>
      <w:r>
        <w:rPr>
          <w:lang w:eastAsia="zh-CN"/>
        </w:rPr>
        <w:t>　　外联部，一段风雨兼程的经历！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在过去的半年我们一同走过，在今后的日子里，我们更是心连心，手挽手共同创造属于外联的辉煌！相信，外联的明天会更加美好！祝福外联！</w:t>
      </w:r>
      <w:r>
        <w:rPr>
          <w:lang w:eastAsia="zh-CN"/>
        </w:rPr>
        <w:br/>
      </w:r>
      <w:r>
        <w:rPr>
          <w:lang w:eastAsia="zh-CN"/>
        </w:rPr>
        <w:t>　　外联部__级干事：</w:t>
      </w:r>
      <w:r>
        <w:rPr>
          <w:lang w:eastAsia="zh-CN"/>
        </w:rPr>
        <w:br/>
      </w:r>
      <w:r>
        <w:rPr>
          <w:lang w:eastAsia="zh-CN"/>
        </w:rPr>
        <w:t>　　_年__月__日</w:t>
      </w:r>
      <w:r>
        <w:rPr>
          <w:lang w:eastAsia="zh-CN"/>
        </w:rPr>
        <w:br/>
      </w:r>
      <w:r>
        <w:rPr>
          <w:lang w:eastAsia="zh-CN"/>
        </w:rPr>
        <w:t xml:space="preserve">    学生会外联部个人工作总结 篇4 </w:t>
      </w:r>
      <w:r>
        <w:rPr>
          <w:lang w:eastAsia="zh-CN"/>
        </w:rPr>
        <w:br/>
      </w:r>
      <w:r>
        <w:rPr>
          <w:lang w:eastAsia="zh-CN"/>
        </w:rPr>
        <w:t>　　__学院学生会外联部本着“为广大师生服务、为学院发展服务”的宗旨，以“实践自我，服务同学”为目标，以“做大做小，做精做细，认真负责，诚实守信”为工作理念积极开展工作，倡导和建立“活泼、创意，团结、浓意，交流、诚意，行动、有意”部门文化。通过一学年的努力本学院的外联工作取得了很好的成绩，为了进一步做好以后的外联工作，现将本学期的外联工作方法和心得总结如下：</w:t>
      </w:r>
      <w:r>
        <w:rPr>
          <w:lang w:eastAsia="zh-CN"/>
        </w:rPr>
        <w:br/>
      </w:r>
      <w:r>
        <w:rPr>
          <w:lang w:eastAsia="zh-CN"/>
        </w:rPr>
        <w:t>　　精神面貌和能力水平上能不断提高，要使外联部每个成员时刻牢记自己是__学院的一份子，有义务为__学院服务，做出自己的贡献。</w:t>
      </w:r>
      <w:r>
        <w:rPr>
          <w:lang w:eastAsia="zh-CN"/>
        </w:rPr>
        <w:br/>
      </w:r>
      <w:r>
        <w:rPr>
          <w:lang w:eastAsia="zh-CN"/>
        </w:rPr>
        <w:t>　　2、在部门内部倡导和建立“活泼、创意，团结、浓意，交流、诚意，行动、有意”部门文化，以活泼灵活的管理模式，促使部员对工作的认识、方法有所创新、有所创意，形成一个有创意的团体。部门内部及和学生会各部时刻保持团结，使学生会成为一个充满“家”的浓意的集体。对待所有人，与他人交流沟通，都拿起自己最大的诚意。对商家、老师、同学的承诺在行动时，要对学院有意义，学会奉献。</w:t>
      </w:r>
      <w:r>
        <w:rPr>
          <w:lang w:eastAsia="zh-CN"/>
        </w:rPr>
        <w:br/>
      </w:r>
      <w:r>
        <w:rPr>
          <w:lang w:eastAsia="zh-CN"/>
        </w:rPr>
        <w:t>　　二、对外工作（社会商家）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外联部的工作应是长期性、持续性的。在平时就要密切注意一些与同学相关的厂商，发掘潜在的赞助商的合作意向，及时收集信息，在同学中开展调查，了解同学与商家共同需要和利益所在，以两者的结合点为出发点，做到市场调查的深入化，外联市场发展战略的科学化。</w:t>
      </w:r>
      <w:r>
        <w:rPr>
          <w:lang w:eastAsia="zh-CN"/>
        </w:rPr>
        <w:br/>
      </w:r>
      <w:r>
        <w:rPr>
          <w:lang w:eastAsia="zh-CN"/>
        </w:rPr>
        <w:t>　　2、外联部工作是步骤化、层次化的，要以收集信息、分析信息、联系商家、与商家商讨、认真落实为步骤，一步步走、一层层做，踏踏实实走好每一步，漂漂亮亮做好每一层。</w:t>
      </w:r>
      <w:r>
        <w:rPr>
          <w:lang w:eastAsia="zh-CN"/>
        </w:rPr>
        <w:br/>
      </w:r>
      <w:r>
        <w:rPr>
          <w:lang w:eastAsia="zh-CN"/>
        </w:rPr>
        <w:t>　　⑴收集信息的方法：</w:t>
      </w:r>
      <w:r>
        <w:rPr>
          <w:lang w:eastAsia="zh-CN"/>
        </w:rPr>
        <w:br/>
      </w:r>
      <w:r>
        <w:rPr>
          <w:lang w:eastAsia="zh-CN"/>
        </w:rPr>
        <w:t>　　①“扫”学校。把太原市各大高等院校分成三大区域（山大财大区、山医太师区、中北区）每两周“考察”一次，看有什么商家在学校做活动，与这些商家联系进而促使他们在理工大做活动。</w:t>
      </w:r>
      <w:r>
        <w:rPr>
          <w:lang w:eastAsia="zh-CN"/>
        </w:rPr>
        <w:br/>
      </w:r>
      <w:r>
        <w:rPr>
          <w:lang w:eastAsia="zh-CN"/>
        </w:rPr>
        <w:t>　　②“扫”市区。把太原市分成五四大区域（柳巷区、大南门区、南内环区、学校周边区、各大写字楼区）部门分五组每月“清扫”一次。时刻把握商家的动态，充分掌握商家的信息。</w:t>
      </w:r>
      <w:r>
        <w:rPr>
          <w:lang w:eastAsia="zh-CN"/>
        </w:rPr>
        <w:br/>
      </w:r>
      <w:r>
        <w:rPr>
          <w:lang w:eastAsia="zh-CN"/>
        </w:rPr>
        <w:t>　　③“疯狂”接传单。每个外联部成员见传单必须接，回来分析传单的内容看这个商家有没有在学校做活动的意向。</w:t>
      </w:r>
      <w:r>
        <w:rPr>
          <w:lang w:eastAsia="zh-CN"/>
        </w:rPr>
        <w:br/>
      </w:r>
      <w:r>
        <w:rPr>
          <w:lang w:eastAsia="zh-CN"/>
        </w:rPr>
        <w:t>　　④广交人缘。与合作过的商家时刻联系保持良好的关系，以便促成下次合作的机会及通过他的介绍联系其他商家进而促成合作。</w:t>
      </w:r>
      <w:r>
        <w:rPr>
          <w:lang w:eastAsia="zh-CN"/>
        </w:rPr>
        <w:br/>
      </w:r>
      <w:r>
        <w:rPr>
          <w:lang w:eastAsia="zh-CN"/>
        </w:rPr>
        <w:t>　　⑤天天看广告。天天买太原晚报、山西晚报看广告，充分掌握商家信息</w:t>
      </w:r>
      <w:r>
        <w:rPr>
          <w:lang w:eastAsia="zh-CN"/>
        </w:rPr>
        <w:br/>
      </w:r>
      <w:r>
        <w:rPr>
          <w:lang w:eastAsia="zh-CN"/>
        </w:rPr>
        <w:t>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⑥培养“职业病”。通过平时工作中的锻炼，培养外联部每个人的工作意识，不管坐公交、逛街、看报纸都时刻想着有没有商家信息，培养自己的意识，培养“外联职业病”。</w:t>
      </w:r>
      <w:r>
        <w:rPr>
          <w:lang w:eastAsia="zh-CN"/>
        </w:rPr>
        <w:br/>
      </w:r>
      <w:r>
        <w:rPr>
          <w:lang w:eastAsia="zh-CN"/>
        </w:rPr>
        <w:t>　　⑵分析信息的方法：</w:t>
      </w:r>
      <w:r>
        <w:rPr>
          <w:lang w:eastAsia="zh-CN"/>
        </w:rPr>
        <w:br/>
      </w:r>
      <w:r>
        <w:rPr>
          <w:lang w:eastAsia="zh-CN"/>
        </w:rPr>
        <w:t>　　①以学生市场为主线进行研究，抓住商家的活动目的，进而达到互利。</w:t>
      </w:r>
      <w:r>
        <w:rPr>
          <w:lang w:eastAsia="zh-CN"/>
        </w:rPr>
        <w:br/>
      </w:r>
      <w:r>
        <w:rPr>
          <w:lang w:eastAsia="zh-CN"/>
        </w:rPr>
        <w:t>　　②注意学生的延伸市场（学生家庭市场、学校老师市场、学校周边市场等），以此吸引商家的目光，使外联商家的范围扩大，更好的做好外联工作。</w:t>
      </w:r>
      <w:r>
        <w:rPr>
          <w:lang w:eastAsia="zh-CN"/>
        </w:rPr>
        <w:br/>
      </w:r>
      <w:r>
        <w:rPr>
          <w:lang w:eastAsia="zh-CN"/>
        </w:rPr>
        <w:t>　　⑶联系商家的方法：</w:t>
      </w:r>
      <w:r>
        <w:rPr>
          <w:lang w:eastAsia="zh-CN"/>
        </w:rPr>
        <w:br/>
      </w:r>
      <w:r>
        <w:rPr>
          <w:lang w:eastAsia="zh-CN"/>
        </w:rPr>
        <w:t>　　①电话营销。</w:t>
      </w:r>
      <w:r>
        <w:rPr>
          <w:lang w:eastAsia="zh-CN"/>
        </w:rPr>
        <w:br/>
      </w:r>
      <w:r>
        <w:rPr>
          <w:lang w:eastAsia="zh-CN"/>
        </w:rPr>
        <w:t>　　②登门拜访。</w:t>
      </w:r>
      <w:r>
        <w:rPr>
          <w:lang w:eastAsia="zh-CN"/>
        </w:rPr>
        <w:br/>
      </w:r>
      <w:r>
        <w:rPr>
          <w:lang w:eastAsia="zh-CN"/>
        </w:rPr>
        <w:t>　　3、发展与其他高校的友好关系，大力宣传我院的活动，通过与其他高校的联系交流，把其他高校的特色引入我院，把我院的特色工作推广到其他高校，达到丰富广大同学的课余生活，扩展同学的视野，加强高校间联系交流的目的。</w:t>
      </w:r>
      <w:r>
        <w:rPr>
          <w:lang w:eastAsia="zh-CN"/>
        </w:rPr>
        <w:br/>
      </w:r>
      <w:r>
        <w:rPr>
          <w:lang w:eastAsia="zh-CN"/>
        </w:rPr>
        <w:t>　　4、对外要形成规范化、正规化、详细化且有本院特色的合作方式，在激烈竞争的“外联市场”中抢占先机，争取为学院作出更大贡献。</w:t>
      </w:r>
      <w:r>
        <w:rPr>
          <w:lang w:eastAsia="zh-CN"/>
        </w:rPr>
        <w:br/>
      </w:r>
      <w:r>
        <w:rPr>
          <w:lang w:eastAsia="zh-CN"/>
        </w:rPr>
        <w:t xml:space="preserve">    学生会外联部个人工作总结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我部在本学年取得了不少的成功经验与成绩，外联部可谓是学生会外联内引的一个窗口，就本身工作环境来说是一个相对灵活的部门，这个学期外联部的主要工作是加强校内外的联系，做好与活动主办方之间的协调，起到了扩大影响加强联系的作用。</w:t>
      </w:r>
      <w:r>
        <w:rPr>
          <w:lang w:eastAsia="zh-CN"/>
        </w:rPr>
        <w:br/>
      </w:r>
      <w:r>
        <w:rPr>
          <w:lang w:eastAsia="zh-CN"/>
        </w:rPr>
        <w:t>　　在本学期，学生会承办的__活动中，外联部承担了不可或缺的作用。俗话说三军未到，粮草先行&amp;，在活动初期，外联部发挥了其本质作用，承担了拉调赞助的责任，而本部部员在其间也积极参与，出外拉调赞助，作为本次活动的主要经费。在后期运作中，外联部也积极配后其他部门组织开展活动，包括布置会场，维持秩序，组织观众与参赛人员，为学生会建立了良好的形象。还有在中，学生会也参与了布置会场与后期的值班工作，为成功举办贡献出了自己的一份力，其中外联部在学生会的成员中所占比例较大，当中自然也不能忽视外联部成员的那份功劳。由于，在工作方面自然也有许多的不足，需要我们去改进。下面是我部对下学期将要对展开活动需要改进与加强的一些计划：</w:t>
      </w:r>
      <w:r>
        <w:rPr>
          <w:lang w:eastAsia="zh-CN"/>
        </w:rPr>
        <w:br/>
      </w:r>
      <w:r>
        <w:rPr>
          <w:lang w:eastAsia="zh-CN"/>
        </w:rPr>
        <w:t>　　一， 做好协助</w:t>
      </w:r>
      <w:r>
        <w:rPr>
          <w:lang w:eastAsia="zh-CN"/>
        </w:rPr>
        <w:br/>
      </w:r>
      <w:r>
        <w:rPr>
          <w:lang w:eastAsia="zh-CN"/>
        </w:rPr>
        <w:t>　　1， 协助学生会各部门搞好各种工作，保障其他部门开展活动所需场地，经费等需要。此计划还需根据学生会会不同计划安排做出更详细的计划安排。</w:t>
      </w:r>
      <w:r>
        <w:rPr>
          <w:lang w:eastAsia="zh-CN"/>
        </w:rPr>
        <w:br/>
      </w:r>
      <w:r>
        <w:rPr>
          <w:lang w:eastAsia="zh-CN"/>
        </w:rPr>
        <w:t>　　2， 在学生会在举行活动时要细心细致的做好联系，接待嘉宾的工作，以保障活动的顺利进行。其中的具体工作包括:联系嘉宾确定好到达的时间地点，派工作人员去接待，安排就坐，后勤服务等，或者还有通知演出的相关事宜等相关工作。</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要加强与其他部门的联系和交流，从而在工作上更好的相互配合，共同为学生会，为尽出自己的一份力。</w:t>
      </w:r>
      <w:r>
        <w:rPr>
          <w:lang w:eastAsia="zh-CN"/>
        </w:rPr>
        <w:br/>
      </w:r>
      <w:r>
        <w:rPr>
          <w:lang w:eastAsia="zh-CN"/>
        </w:rPr>
        <w:t>　　二， 扩大影响</w:t>
      </w:r>
      <w:r>
        <w:rPr>
          <w:lang w:eastAsia="zh-CN"/>
        </w:rPr>
        <w:br/>
      </w:r>
      <w:r>
        <w:rPr>
          <w:lang w:eastAsia="zh-CN"/>
        </w:rPr>
        <w:t>　　1， 所谓扩大影响主要是指通过加强与校内其他学院的联系以及发展与大学城内其他高校的友好关系，通过与其他学院,其他高校的联系交流，把他们的特色引入我院，把我院的工作推广到其他高校，达到丰富广大同学的课余生活，扩展同学的视野，加强学院间，高校间同学的联系交流的目的，从而展现我们学院的风采，扩大我们学院的影响力。</w:t>
      </w:r>
      <w:r>
        <w:rPr>
          <w:lang w:eastAsia="zh-CN"/>
        </w:rPr>
        <w:br/>
      </w:r>
      <w:r>
        <w:rPr>
          <w:lang w:eastAsia="zh-CN"/>
        </w:rPr>
        <w:t>　　2， 展现风采--抓住一切的机会展现自己。主要是通过加强活动的交流为主。第一，在我们自己举办活动的时候，邀请其他学院，其他学校的社团干部参与观，,在对方举办活动的时候，我们派人参观学习。第二，争取在这个学期，与其他学院或者其他学校搞一次联谊活动，内容可能倾向于外联经验的交流，具体内容及时间安排还有待确定。</w:t>
      </w:r>
      <w:r>
        <w:rPr>
          <w:lang w:eastAsia="zh-CN"/>
        </w:rPr>
        <w:br/>
      </w:r>
      <w:r>
        <w:rPr>
          <w:lang w:eastAsia="zh-CN"/>
        </w:rPr>
        <w:t>　　3， 扩大影响--主要是通过举办一些在校内，在大学城内较有影响的活动来达到目的。目前的设想有，通过我们学院自己成功举办大型的活动，加大宣传，扩大影响力;或者通过我们学院牵头的形式，与其他学院一起或者与其他学校一起举办活动，以达到目的。</w:t>
      </w:r>
      <w:r>
        <w:rPr>
          <w:lang w:eastAsia="zh-CN"/>
        </w:rPr>
        <w:br/>
      </w:r>
      <w:r>
        <w:rPr>
          <w:lang w:eastAsia="zh-CN"/>
        </w:rPr>
        <w:t>　　三， 加强联系</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我们部门要寻求潜在的赞助商，来支持和能与赞助学生会的各种活动，使彼此建立和维持友好的合作关系。这对我们搞好活动工作，为活动提供资金支持,树立我们学生会在学院上的良好形象是很有帮助的。</w:t>
      </w:r>
      <w:r>
        <w:rPr>
          <w:lang w:eastAsia="zh-CN"/>
        </w:rPr>
        <w:br/>
      </w:r>
      <w:r>
        <w:rPr>
          <w:lang w:eastAsia="zh-CN"/>
        </w:rPr>
        <w:t>　　2， 做好初步工作，维持与客户的良好关系。这对我部门还有学生会都有很重要的意义，我们会把重心放在此项工作上，加强与外界的联系。</w:t>
      </w:r>
      <w:r>
        <w:rPr>
          <w:lang w:eastAsia="zh-CN"/>
        </w:rPr>
        <w:br/>
      </w:r>
      <w:r>
        <w:rPr>
          <w:lang w:eastAsia="zh-CN"/>
        </w:rPr>
        <w:t>　　四， 部门的内部工作</w:t>
      </w:r>
      <w:r>
        <w:rPr>
          <w:lang w:eastAsia="zh-CN"/>
        </w:rPr>
        <w:br/>
      </w:r>
      <w:r>
        <w:rPr>
          <w:lang w:eastAsia="zh-CN"/>
        </w:rPr>
        <w:t>　　1， 制定完整的部门规章制度，并要求部门人员严格遵守其制度。</w:t>
      </w:r>
      <w:r>
        <w:rPr>
          <w:lang w:eastAsia="zh-CN"/>
        </w:rPr>
        <w:br/>
      </w:r>
      <w:r>
        <w:rPr>
          <w:lang w:eastAsia="zh-CN"/>
        </w:rPr>
        <w:t>　　2， 对本部部员的定期培训活动活动时间：每周一次或根据情况而定活动内容：理论加实践，让部员尽快掌握外联部工作技巧，会请一些外联经验丰富的人来给部门成员做交流，同时也会提供各种机会给部门成员锻炼。</w:t>
      </w:r>
      <w:r>
        <w:rPr>
          <w:lang w:eastAsia="zh-CN"/>
        </w:rPr>
        <w:br/>
      </w:r>
      <w:r>
        <w:rPr>
          <w:lang w:eastAsia="zh-CN"/>
        </w:rPr>
        <w:t>　　3， 鉴于策划的重要性，我们部门将会进行专门的培训，甚至可以开展部门内部的小型的比赛活动。以上是我们对外联部的策划、构思，其中还存在许多不足。我们将在实践中发挥外联部灵活变通的工作方法，务真，务实地做好部门的常规工作。以开拓进取的精神协助学生会开展各项活动，以真诚的态度做好与其他部门，其他社团组织的联系工作。争取使本届外联部在已往的工作成绩上更上一层楼，从而协助学生会逐步走向成熟，成功的道路上。</w:t>
      </w:r>
      <w:r>
        <w:rPr>
          <w:lang w:eastAsia="zh-CN"/>
        </w:rPr>
        <w:br/>
      </w:r>
      <w:r>
        <w:rPr>
          <w:lang w:eastAsia="zh-CN"/>
        </w:rPr>
        <w:t xml:space="preserve">    学生会外联部个人工作总结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又是用努力与笑容翻过的一页篇章。总结这一学期，我们部门积极配合系里的各项号召，丰富校园文化生活，同时，在组织各项比赛的过程中，也培养了同学们的团队精神及竞争意识。在认真工作的过程中，也及时总结经验，改正不足。</w:t>
      </w:r>
      <w:r>
        <w:rPr>
          <w:lang w:eastAsia="zh-CN"/>
        </w:rPr>
        <w:br/>
      </w:r>
      <w:r>
        <w:rPr>
          <w:lang w:eastAsia="zh-CN"/>
        </w:rPr>
        <w:t>　　以下将这一学期的主要工作情况报告如下：</w:t>
      </w:r>
      <w:r>
        <w:rPr>
          <w:lang w:eastAsia="zh-CN"/>
        </w:rPr>
        <w:br/>
      </w:r>
      <w:r>
        <w:rPr>
          <w:lang w:eastAsia="zh-CN"/>
        </w:rPr>
        <w:t>　　一、纳新</w:t>
      </w:r>
      <w:r>
        <w:rPr>
          <w:lang w:eastAsia="zh-CN"/>
        </w:rPr>
        <w:br/>
      </w:r>
      <w:r>
        <w:rPr>
          <w:lang w:eastAsia="zh-CN"/>
        </w:rPr>
        <w:t>　　新的学年也意味着学生会各部门的重组，我们体育部也积极投入到了这项工作中，认真做好纳新的准备工作。首先是到11级各专业班级进行部门介绍；接下来，是认真准备初试的各项流程，确保能够从中选出优秀的新干事；最后通过复试，共有九名新生加入了我们外联部。我们也在他们的工作中对他们进行考核，通过考核，确定了最后成员。</w:t>
      </w:r>
      <w:r>
        <w:rPr>
          <w:lang w:eastAsia="zh-CN"/>
        </w:rPr>
        <w:br/>
      </w:r>
      <w:r>
        <w:rPr>
          <w:lang w:eastAsia="zh-CN"/>
        </w:rPr>
        <w:t>　　二、追光灯以及帐篷的管理</w:t>
      </w:r>
      <w:r>
        <w:rPr>
          <w:lang w:eastAsia="zh-CN"/>
        </w:rPr>
        <w:br/>
      </w:r>
      <w:r>
        <w:rPr>
          <w:lang w:eastAsia="zh-CN"/>
        </w:rPr>
        <w:t>　　在大一下学期大二上学期中我部门积极相应学生会</w:t>
      </w:r>
      <w:r>
        <w:rPr>
          <w:lang w:eastAsia="zh-CN"/>
        </w:rPr>
        <w:br/>
      </w:r>
      <w:r>
        <w:rPr>
          <w:lang w:eastAsia="zh-CN"/>
        </w:rPr>
        <w:t>　　号召，配合各部门、各学院的各类活动，参与了管理学院、电控学院、人文与外国语学院、计算机学院、化工学院等二十余台各类晚会，提升了我院学生会在外的口碑，同时我部门管理的四顶帐篷也物尽其用。</w:t>
      </w:r>
      <w:r>
        <w:rPr>
          <w:lang w:eastAsia="zh-CN"/>
        </w:rPr>
        <w:br/>
      </w:r>
      <w:r>
        <w:rPr>
          <w:lang w:eastAsia="zh-CN"/>
        </w:rPr>
        <w:t>　　三、赞助的拉取</w:t>
      </w:r>
      <w:r>
        <w:rPr>
          <w:lang w:eastAsia="zh-CN"/>
        </w:rPr>
        <w:br/>
      </w:r>
      <w:r>
        <w:rPr>
          <w:lang w:eastAsia="zh-CN"/>
        </w:rPr>
        <w:t>　　在大一下学期，我部门为学院学生会各类活动拉取了多个赞助，三七女生节的化妆及发型等价值200余元的赞助，实践部六一儿童节银桥公司的价值700余元的赞助，在大二上学期中，我部门为即将举办的礼仪讲座拉取了吊庄“重庆鸡公煲”600元的赞助。</w:t>
      </w:r>
      <w:r>
        <w:rPr>
          <w:lang w:eastAsia="zh-CN"/>
        </w:rPr>
        <w:br/>
      </w:r>
      <w:r>
        <w:rPr>
          <w:lang w:eastAsia="zh-CN"/>
        </w:rPr>
        <w:t>　　四、活动的举办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我部门在大二上学期，为增强学生礼仪素质，即将举办大学生礼仪讲座，届时将邀请思政部老师，为我学院学生讲课。在接下来的工作中我们将继续积极配合学生会各部门工作，听从学生会的安排。</w:t>
      </w:r>
      <w:r>
        <w:rPr>
          <w:lang w:eastAsia="zh-CN"/>
        </w:rPr>
        <w:br/>
      </w:r>
      <w:r>
        <w:rPr>
          <w:lang w:eastAsia="zh-CN"/>
        </w:rPr>
        <w:t>　　特此报告</w:t>
      </w:r>
      <w:r>
        <w:rPr>
          <w:lang w:eastAsia="zh-CN"/>
        </w:rPr>
        <w:br/>
      </w:r>
      <w:r>
        <w:rPr>
          <w:lang w:eastAsia="zh-CN"/>
        </w:rPr>
        <w:t>　　通信与信息工程学院学生会外联部</w:t>
      </w:r>
      <w:r>
        <w:rPr>
          <w:lang w:eastAsia="zh-CN"/>
        </w:rPr>
        <w:br/>
      </w:r>
      <w:r>
        <w:rPr>
          <w:lang w:eastAsia="zh-CN"/>
        </w:rPr>
        <w:t>　　20__年_月_日</w:t>
      </w:r>
      <w:r>
        <w:rPr>
          <w:lang w:eastAsia="zh-CN"/>
        </w:rPr>
        <w:br/>
      </w:r>
      <w:r>
        <w:rPr>
          <w:lang w:eastAsia="zh-CN"/>
        </w:rPr>
        <w:t xml:space="preserve">    学生会外联部个人工作总结 篇7 </w:t>
      </w:r>
      <w:r>
        <w:rPr>
          <w:lang w:eastAsia="zh-CN"/>
        </w:rPr>
        <w:br/>
      </w:r>
      <w:r>
        <w:rPr>
          <w:lang w:eastAsia="zh-CN"/>
        </w:rPr>
        <w:t>　　外联部在本学年完成了之前的既定目标，并在活动中达到了预期效果，在同学中也产生了不错的反响。但在活动中我们还是暴露出了不少问题，需要我们改进。为了总结经验，并加强自身建设，现对本学期部门工作做一总结。</w:t>
      </w:r>
      <w:r>
        <w:rPr>
          <w:lang w:eastAsia="zh-CN"/>
        </w:rPr>
        <w:br/>
      </w:r>
      <w:r>
        <w:rPr>
          <w:lang w:eastAsia="zh-CN"/>
        </w:rPr>
        <w:t>　　外联部本学年组织了以下活动：迎新活动，旅游论坛及双选会活动，寝室美化大赛12&amp;9英语演讲比赛活动，一系列新东方英语讲座，职业生涯规划讲座;并参与了其他部门组织的各项活动。现对这些活动总结如下：</w:t>
      </w:r>
      <w:r>
        <w:rPr>
          <w:lang w:eastAsia="zh-CN"/>
        </w:rPr>
        <w:br/>
      </w:r>
      <w:r>
        <w:rPr>
          <w:lang w:eastAsia="zh-CN"/>
        </w:rPr>
        <w:t>　　一、迎新活动</w:t>
      </w:r>
      <w:r>
        <w:rPr>
          <w:lang w:eastAsia="zh-CN"/>
        </w:rPr>
        <w:br/>
      </w:r>
      <w:r>
        <w:rPr>
          <w:lang w:eastAsia="zh-CN"/>
        </w:rPr>
        <w:t>　　我部门积极联系各大企业，最后，通过与康师傅主动沟通、协商争取我系所需物资，同时为康师傅赞助企业做好相关方面的宣传，使我系与赞助商的利益得到了最大保障。为旅游系20__年迎新工作作好了充分的物资准备及相关工作，使得迎新工作顺利开展，给09级新生及新生家长留下了良好的印象。</w:t>
      </w:r>
      <w:r>
        <w:rPr>
          <w:lang w:eastAsia="zh-CN"/>
        </w:rPr>
        <w:br/>
      </w:r>
      <w:r>
        <w:rPr>
          <w:lang w:eastAsia="zh-CN"/>
        </w:rPr>
        <w:t>　　二、旅游人才交流论坛及双选会活动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部门为双选会做好了基础准备工作，布置双选会场地，事前做好了活动策划文书，与赞助商联通公司，积极认真洽谈合作，争取了宣传方面的相关物资，我系双选会的影响力度扩大，使之充分有效地帮助到毕业生。充分展示各企业，为旅游系应届毕业生搭建一个良好的寻找工作机会的平台。</w:t>
      </w:r>
      <w:r>
        <w:rPr>
          <w:lang w:eastAsia="zh-CN"/>
        </w:rPr>
        <w:br/>
      </w:r>
      <w:r>
        <w:rPr>
          <w:lang w:eastAsia="zh-CN"/>
        </w:rPr>
        <w:t>　　三、寝室美化大赛</w:t>
      </w:r>
      <w:r>
        <w:rPr>
          <w:lang w:eastAsia="zh-CN"/>
        </w:rPr>
        <w:br/>
      </w:r>
      <w:r>
        <w:rPr>
          <w:lang w:eastAsia="zh-CN"/>
        </w:rPr>
        <w:t>　　我部与负责寝室美化大赛的常规部门积极协调、沟通、合作，帮助常规部门顺利完成本次活动。并联系赞助商为本次寝室美化大赛的优胜寝室提供奖品。我部为这次活动顺利进行提供条件。充分展现同学们动手动脑的才能，使之有利于成为学习好、实践能力强的全面发展的综合性人才。</w:t>
      </w:r>
      <w:r>
        <w:rPr>
          <w:lang w:eastAsia="zh-CN"/>
        </w:rPr>
        <w:br/>
      </w:r>
      <w:r>
        <w:rPr>
          <w:lang w:eastAsia="zh-CN"/>
        </w:rPr>
        <w:t>　　四、12&amp;9英语演讲比赛活动</w:t>
      </w:r>
      <w:r>
        <w:rPr>
          <w:lang w:eastAsia="zh-CN"/>
        </w:rPr>
        <w:br/>
      </w:r>
      <w:r>
        <w:rPr>
          <w:lang w:eastAsia="zh-CN"/>
        </w:rPr>
        <w:t>　　我部门积极联系赞助商为获奖选手提供奖品，作好会场布置，并做好后勤保障工作。为英语演讲比赛作好了充分准备，为比赛顺利进行提供了条件，将旅游系的风采再次在全院得以展现。</w:t>
      </w:r>
      <w:r>
        <w:rPr>
          <w:lang w:eastAsia="zh-CN"/>
        </w:rPr>
        <w:br/>
      </w:r>
      <w:r>
        <w:rPr>
          <w:lang w:eastAsia="zh-CN"/>
        </w:rPr>
        <w:t>　　五、职业生涯规划讲座</w:t>
      </w:r>
      <w:r>
        <w:rPr>
          <w:lang w:eastAsia="zh-CN"/>
        </w:rPr>
        <w:br/>
      </w:r>
      <w:r>
        <w:rPr>
          <w:lang w:eastAsia="zh-CN"/>
        </w:rPr>
        <w:t>　　大学生首先要认识到生涯规划的重要意义，职业生涯活动将伴随我们的大半生，拥有成功的职业生涯才能实现完美人生。不少大学生对职业生涯规划或冷眼相对，或茫然无以适从，或使规划流于形式，或不顾主客观条件任意随自己的兴致来规划，因此，我部门与商家合作，举办了这样的一次讲座，让同学们知道职业生涯规划具有特别重要的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六、新东方系列英语讲座</w:t>
      </w:r>
      <w:r>
        <w:rPr>
          <w:lang w:eastAsia="zh-CN"/>
        </w:rPr>
        <w:br/>
      </w:r>
      <w:r>
        <w:rPr>
          <w:lang w:eastAsia="zh-CN"/>
        </w:rPr>
        <w:t>　　新东方，是我系长期合作的赞助商家，在现实的学习生活中，英语是极其重要的。我部门通过与新东方的合作，举办了一系列的英语讲座，为同学们提供一个平台和机会去了解英语，提升自己。</w:t>
      </w:r>
      <w:r>
        <w:rPr>
          <w:lang w:eastAsia="zh-CN"/>
        </w:rPr>
        <w:br/>
      </w:r>
      <w:r>
        <w:rPr>
          <w:lang w:eastAsia="zh-CN"/>
        </w:rPr>
        <w:t>　　在这一学期的活动、工作过程中，我们也发现了外联部存在的一些问题和需要改进的地方。</w:t>
      </w:r>
      <w:r>
        <w:rPr>
          <w:lang w:eastAsia="zh-CN"/>
        </w:rPr>
        <w:br/>
      </w:r>
      <w:r>
        <w:rPr>
          <w:lang w:eastAsia="zh-CN"/>
        </w:rPr>
        <w:t>　　一、活动举办过程中部长工作出现的问题：</w:t>
      </w:r>
      <w:r>
        <w:rPr>
          <w:lang w:eastAsia="zh-CN"/>
        </w:rPr>
        <w:br/>
      </w:r>
      <w:r>
        <w:rPr>
          <w:lang w:eastAsia="zh-CN"/>
        </w:rPr>
        <w:t>　　由于本学期各位干事都是刚刚加入外联部的新成员，对外联部的很多工作不是很熟悉。而本学期我们所有的活动都是有部长协调，商量组织的，干事们并没有参与到活动的组织过程中，只是做一些安排的具体工作，导致一学期后干事们对很多活动的组织过程还是不很熟悉，并没起到锻炼干事的作用。</w:t>
      </w:r>
      <w:r>
        <w:rPr>
          <w:lang w:eastAsia="zh-CN"/>
        </w:rPr>
        <w:br/>
      </w:r>
      <w:r>
        <w:rPr>
          <w:lang w:eastAsia="zh-CN"/>
        </w:rPr>
        <w:t>　　二、活动举办过程中干事工作出现的问题：</w:t>
      </w:r>
      <w:r>
        <w:rPr>
          <w:lang w:eastAsia="zh-CN"/>
        </w:rPr>
        <w:br/>
      </w:r>
      <w:r>
        <w:rPr>
          <w:lang w:eastAsia="zh-CN"/>
        </w:rPr>
        <w:t>　　首先，通过部长在活动过程中对干事们的观察发现，干事们在活动过程中仅仅是做安排好的工作，很多情况下并不清楚活动的总体状况，对活动没有全局的理解，导致工作过程中的种种失误。其次，由于缺乏经验，干事们在工作过程中遇到突发事件时，处理事情的能力较差，使一些很容易的事复杂化。</w:t>
      </w:r>
      <w:r>
        <w:rPr>
          <w:lang w:eastAsia="zh-CN"/>
        </w:rPr>
        <w:br/>
      </w:r>
      <w:r>
        <w:rPr>
          <w:lang w:eastAsia="zh-CN"/>
        </w:rPr>
        <w:t>　　结合部里出现的这些问题，部长通过组织讨论，计划在下学期组织活动让干事们们全程参加，并由干事们自己独立组织部分活动，以达到锻炼干事，增加他们经验的目的。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对本学期的活动、工作做了总结后，发现了一些需要解决的问题，并提出解决方案。在这学期的工作中，我们对内团结同学，增强校学生会内部各部门之间及与各系部，各院校学生会的联系和沟通，共同学习，取长补短。对外跟其它高校之间的联系，增强校学生会与其它高校间的了解和联系，更有利的学习其他学校学生会的优良作风，把其它高校的好的做法，带回到自己的学校，把本校好的东西传出去，提高学校的知名度。</w:t>
      </w:r>
      <w:r>
        <w:rPr>
          <w:lang w:eastAsia="zh-CN"/>
        </w:rPr>
        <w:br/>
      </w:r>
      <w:r>
        <w:rPr>
          <w:lang w:eastAsia="zh-CN"/>
        </w:rPr>
        <w:t>　　我们取得的成绩是离不开各位领导、老师和广大同学的支持和配合的。我们会以饱满的热情，积极的工作态度迎接新的学期的到来。希望在下学期的活动、工作中，外联部的各方面都能有所提高，干事们也能更快的成长起来，成为能独当一面的全才。我们外联部的工作也有更好的发展。</w:t>
      </w:r>
      <w:r>
        <w:rPr>
          <w:lang w:eastAsia="zh-CN"/>
        </w:rPr>
        <w:br/>
      </w:r>
      <w:r>
        <w:rPr>
          <w:lang w:eastAsia="zh-CN"/>
        </w:rPr>
        <w:t xml:space="preserve">    学生会外联部个人工作总结 篇8 </w:t>
      </w:r>
      <w:r>
        <w:rPr>
          <w:lang w:eastAsia="zh-CN"/>
        </w:rPr>
        <w:br/>
      </w:r>
      <w:r>
        <w:rPr>
          <w:lang w:eastAsia="zh-CN"/>
        </w:rPr>
        <w:t>　　在这个月中，体育部成功的举办了趣味篮球赛，在其中的一场比赛中我员工自评负责现场的计分工作，工作任务不重但却及其重要，在比赛现场看到了女篮们的飒爽英姿，那架势丝毫不逊色于男生们，在我们班的比赛中，不幸兵败金融班，不过，有了这次经验，相信明年，我们国贸班，定会杀出一片天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接下来，学习部又开展了__大课堂，当然，宣传部前期的准备工作准备的很充分，使得后来的__大课堂取的了较好的成绩，第一期__大课堂，苏杭老师的精彩演讲给我留下了深刻的影响，记得其中的一句话：好的开始时成功的二分之一，坏的开始时成功的三分之一。是啊，不管成功还是失败，至少我们曾今都已经尝试，我们在人生旅途中可怕的不是放弃选择，而是选择放弃。朋友们，为了自己的那个梦想，请坚持下去，因为我们还并没有为它画上一个完整的句号。第二期__大课堂，是由严飞老师主讲，由于专业知识太强，自己也只能听懂其中的一点皮毛，总的来说，前两期前贸大课堂都取得了不错的效果，希望第三期__大课堂会给我们带来更精彩的内容。</w:t>
      </w:r>
      <w:r>
        <w:rPr>
          <w:lang w:eastAsia="zh-CN"/>
        </w:rPr>
        <w:br/>
      </w:r>
      <w:r>
        <w:rPr>
          <w:lang w:eastAsia="zh-CN"/>
        </w:rPr>
        <w:t>　　在我们班举行趣味篮球赛的同一天，我们班同时也进行了卫生包干，由于人手不够，我们打扫的很仓促，生活部的兰花部长及其部门的干事很负责的帮我们一起打扫，事后，班上的同学都很肯定我们系学生会生活部的工作，在这里，就这个机会，对生活部的成员们，说一声，谢谢你们，辛苦了！</w:t>
      </w:r>
      <w:r>
        <w:rPr>
          <w:lang w:eastAsia="zh-CN"/>
        </w:rPr>
        <w:br/>
      </w:r>
      <w:r>
        <w:rPr>
          <w:lang w:eastAsia="zh-CN"/>
        </w:rPr>
        <w:t>　　因为元旦将之，我们外联部也开始筹划一些关于拉赞助的活动，虽然几经周折我们还是失败了，看准职场但我们从中还是学到了许多，前期我们去商业街考查，锁定了四家赞助商，接下来，在部门会议中我们部针对不同的商家罗列了些方案，此时的我们信心满满，当我们把元旦策划方案以及赞助商宣传方案制作好后，商家却因种种原因推掉了我们的赞助，不过我们外联部具有打不死的小强精神，相信只要在我们可爱的部长带领下，我们一定会把外联部干的越加出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经过两个月的考核，我们领到了系学生会干事工作证，在这两个月里，有人进也有人出，对于那些已离开学生会的干事，我只有抱着不舍的心情衷心祝福你们在自己的人生之路上越走越精彩，对于心干事的加入，当然表示热烈的欢迎。</w:t>
      </w:r>
      <w:r>
        <w:rPr>
          <w:lang w:eastAsia="zh-CN"/>
        </w:rPr>
        <w:br/>
      </w:r>
      <w:r>
        <w:rPr>
          <w:lang w:eastAsia="zh-CN"/>
        </w:rPr>
        <w:t xml:space="preserve">    学生会外联部个人工作总结 篇9 </w:t>
      </w:r>
      <w:r>
        <w:rPr>
          <w:lang w:eastAsia="zh-CN"/>
        </w:rPr>
        <w:br/>
      </w:r>
      <w:r>
        <w:rPr>
          <w:lang w:eastAsia="zh-CN"/>
        </w:rPr>
        <w:t>　　1：我部门参加一年制及中专部同学的军训汇演，并在表现良好。作为新成员，能在炎热的太阳下站两个小时，的确不错。而且他做事态度端正，做到守时、守信、守约，这个正是我们学生会要求的!值得所有成员学习!</w:t>
      </w:r>
      <w:r>
        <w:rPr>
          <w:lang w:eastAsia="zh-CN"/>
        </w:rPr>
        <w:br/>
      </w:r>
      <w:r>
        <w:rPr>
          <w:lang w:eastAsia="zh-CN"/>
        </w:rPr>
        <w:t>　　2：为了给新成员团购西装，本部门成员在白马服装城联系商家，和商家进行谈判，将价格降到最低，终于和商家达成一致，以每套西装加件白衬衣160元的价格出售给我们。我部门成员利用周末时间在白马服装城在一家又一家的服装店奔跑，放弃自己的休息时间，这种精神值得我们所有成员学习，不管在工作、学习上都应该如此。在此我感谢我部门的成员，希望他们在今后的工作上再接再厉!再创佳绩!</w:t>
      </w:r>
      <w:r>
        <w:rPr>
          <w:lang w:eastAsia="zh-CN"/>
        </w:rPr>
        <w:br/>
      </w:r>
      <w:r>
        <w:rPr>
          <w:lang w:eastAsia="zh-CN"/>
        </w:rPr>
        <w:t>　　3：在招新之后，我们肯定要给新成员定做文化衫，为新成员定做文化衫由我外联部负责，本任务由我部门的高定坤负责。经过他的不懈努力，终于为新成员联系好商家，为我们定做文化衫，今年的文化衫质量比以前的好，每件25元。这是我部门新成员第一次和商家合作，可以看出高定坤同学用了心，希望他在以后的工作中继续保持这种努力的工作态度，为我部门的发展做出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在成考之后，我们学生会迎来__届秋季新生拓展训练，在此活动前，我部门李贺为学生会室外拓展训练拉了一条横幅，这是我部门新成员的第一次赞助，虽说是一条横幅，但是却是他的努力结果。衷心希望他在今后工作中继续努力，取得更好的业绩!</w:t>
      </w:r>
      <w:r>
        <w:rPr>
          <w:lang w:eastAsia="zh-CN"/>
        </w:rPr>
        <w:br/>
      </w:r>
      <w:r>
        <w:rPr>
          <w:lang w:eastAsia="zh-CN"/>
        </w:rPr>
        <w:t>　　5：听说我网工系学生会即将举办"展望杯"篮球赛，我部门也赶紧联系商家，还是我部门李贺同学拉到一条横幅，由于时间关系，没有为活动拿到奖品赞助，但是，我们可以继续努力，我想我们部门是可以的!</w:t>
      </w:r>
      <w:r>
        <w:rPr>
          <w:lang w:eastAsia="zh-CN"/>
        </w:rPr>
        <w:br/>
      </w:r>
      <w:r>
        <w:rPr>
          <w:lang w:eastAsia="zh-CN"/>
        </w:rPr>
        <w:t>　　6：为了发展我部门，我部门成立了业务员小组，利用周六周末去跑业务，联系商家。希望我部门在以后的工作中得到发展，得到壮大!</w:t>
      </w:r>
      <w:r>
        <w:rPr>
          <w:lang w:eastAsia="zh-CN"/>
        </w:rPr>
        <w:br/>
      </w:r>
      <w:r>
        <w:rPr>
          <w:lang w:eastAsia="zh-CN"/>
        </w:rPr>
        <w:t>　　7：在_月_号送成考中，我部门所有成员积极，没有出现迟到、早退现象，而且提前到场，希望他们在今后工作中保持这种工作作风，积极参加学生会的各种工作，以最初的心，做永远的事!</w:t>
      </w:r>
      <w:r>
        <w:rPr>
          <w:lang w:eastAsia="zh-CN"/>
        </w:rPr>
        <w:br/>
      </w:r>
      <w:r>
        <w:rPr>
          <w:lang w:eastAsia="zh-CN"/>
        </w:rPr>
        <w:t>　　8：文化衫的价格最终确定下来，我部门主要负责文化衫费用的收集，多数部门的费用已经交齐，请各个部门部长赶紧收齐本部门费用。</w:t>
      </w:r>
      <w:r>
        <w:rPr>
          <w:lang w:eastAsia="zh-CN"/>
        </w:rPr>
        <w:br/>
      </w:r>
      <w:r>
        <w:rPr>
          <w:lang w:eastAsia="zh-CN"/>
        </w:rPr>
        <w:t xml:space="preserve">    学生会外联部个人工作总结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对外联部来说可以算是忙碌的。说是忙碌的，那是因为我们这学期我们有很多。中文、宿舍卫生文化月、赛联欢，每次活动都牵动着我的神经。每次活动我都认认真真的写、尽心尽力的找商家谈赞助，但是都没有。可能是我们的不对、可能是我们不足、缺少技巧，下来我们将认真的，希望在明年能取得好成绩，为10年的开销做一点点贡献。回望这一学期，总的说来，有限，能力有限，条件有限，成绩有限，但是我努力付出了时间和汗，如果要说总结收获，应该是一次又一次鼓起勇气和信心，敲开各个负责人的，还有一次又一次总结经验和教训以后修改的书。通过直接跟企业人的直接对话，提高了我的口才，了我的沟通能力，也丰富了我知识，增长了我的阅历，在外联部的内部工作安排上的协调方面也使得我对很多方面有了新的，所以，我还是想说，谢谢的虽然我在这学期的工作中没有取得什么成果，我想在这些经验的指导下，下学期的工作会顺利很多。虽然我在这学期的工作中没有取得什么成果，但我不会，只有不懈的、努力才能成功。这就是外联部的永不言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最后，希望大家多给我们一些建议，我希望能把外联部做好，谢谢!!转眼间，进入学生会已经有一年多了，虽然不是一段很长的时间，但对于我来说，从当初的几近一无所知到现在，自己的是可以深切感受的`。这其中我学到了很多的知识，并且增加了许多的工作经验。学生会作为一个团体，我身在其中，明白了团队的重要性。不管是部门内部或是部门与部门之间的。让我懂得一座大厦不可能只由一根柱子建成，而一个的团体不可能靠单方面的努力去完成各项任务的。所以在工作中，我了与别人进行合作，相互配合的去完成，这对我来说也是一个很大的收获。再则，作为外联部的一员，让我也深深的明白对外联系的重要性。所以前段时间我们外联部积极与外部组织进行了和，并达成了许多共识，大家都希望在以后的活动中能多多的联系与合作交流。积极开展校与校之间的各种联谊活动与比赛。从而更好的学习经验，达到双赢的效果。通过各种渠道努力的对外交流是部门成长的关键和必需。在本学期10月份的海职院足球联赛中，我成功的联系到了“和昌川菜火锅城”，并与之达成了赞助，获得了500元的活动经费，保证了活动的又快又好进行。在之前的工作中我一点点的学习着，也一点点的进步着，虽然处事的经验还不是那么的丰富，考虑事情的方面也不是那么的周全，但我相信随着时间的积累和不断的学习，对于今后的工作我肯定会更加的充满信心。我也会怀着积极向上的良好态度和一直努力着。</w:t>
      </w:r>
      <w:r>
        <w:rPr>
          <w:lang w:eastAsia="zh-CN"/>
        </w:rPr>
        <w:br/>
      </w:r>
      <w:r>
        <w:rPr>
          <w:lang w:eastAsia="zh-CN"/>
        </w:rPr>
        <w:t xml:space="preserve">    学生会外联部个人工作总结 篇11 </w:t>
      </w:r>
      <w:r>
        <w:rPr>
          <w:lang w:eastAsia="zh-CN"/>
        </w:rPr>
        <w:br/>
      </w:r>
      <w:r>
        <w:rPr>
          <w:lang w:eastAsia="zh-CN"/>
        </w:rPr>
        <w:t>　　__学院学生会外联部本着“为广大师生服务、为学院发展服务”的宗旨，以“实践自我，服务同学”为目标，以“做大做小，做精做细，认真负责，诚实守信”为工作理念积极开展工作，倡导和建立“活泼、创意，团结、浓意，交流、诚意，行动、有意”部门文化。通过一学年的努力本学院的外联工作取得了很好的成绩，为了进一步做好以后的外联工作，现将本学期的外联工作方法和心得总结如下：</w:t>
      </w:r>
      <w:r>
        <w:rPr>
          <w:lang w:eastAsia="zh-CN"/>
        </w:rPr>
        <w:br/>
      </w:r>
      <w:r>
        <w:rPr>
          <w:lang w:eastAsia="zh-CN"/>
        </w:rPr>
        <w:t>　　一、对内工作(学校内部)</w:t>
      </w:r>
      <w:r>
        <w:rPr>
          <w:lang w:eastAsia="zh-CN"/>
        </w:rPr>
        <w:br/>
      </w:r>
      <w:r>
        <w:rPr>
          <w:lang w:eastAsia="zh-CN"/>
        </w:rPr>
        <w:t>　　1、建立一个系统的外联部工作规章、例会制度、干事分工和培训计划为今后工作的顺利开展奠定基础;如：</w:t>
      </w:r>
      <w:r>
        <w:rPr>
          <w:lang w:eastAsia="zh-CN"/>
        </w:rPr>
        <w:br/>
      </w:r>
      <w:r>
        <w:rPr>
          <w:lang w:eastAsia="zh-CN"/>
        </w:rPr>
        <w:t>　　①完成部内分组：内务组(以学校内部事宜为重)和外联组(以学校外部事宜为重)，明确分工，提高效率。</w:t>
      </w:r>
      <w:r>
        <w:rPr>
          <w:lang w:eastAsia="zh-CN"/>
        </w:rPr>
        <w:br/>
      </w:r>
      <w:r>
        <w:rPr>
          <w:lang w:eastAsia="zh-CN"/>
        </w:rPr>
        <w:t>　　②在每次例会结束之后开内部例会，外联部成员汇总信息并集体讨论工作进度、成果和近期安排。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③开展部内联谊和干事培训，让其在精神面貌和能力水平上能不断提高，要使外联部每个成员时刻牢记自己是__学院的一份子，有义务为__学院服务，做出自己的贡献。</w:t>
      </w:r>
      <w:r>
        <w:rPr>
          <w:lang w:eastAsia="zh-CN"/>
        </w:rPr>
        <w:br/>
      </w:r>
      <w:r>
        <w:rPr>
          <w:lang w:eastAsia="zh-CN"/>
        </w:rPr>
        <w:t>　　2、在部门内部倡导和建立“活泼、创意，团结、浓意，交流、诚意，行动、有意”部门文化，以活泼灵活的管理模式，促使部员对工作的认识、方法有所创新、有所创意，形成一个有创意的团体。部门内部及和学生会各部时刻保持团结，使学生会成为一个充满“家”的浓意的集体。对待所有人，与他人交流沟通，都拿起自己最大的诚意。对商家、老师、同学的承诺在行动时，要对学院有意义，学会奉献。</w:t>
      </w:r>
      <w:r>
        <w:rPr>
          <w:lang w:eastAsia="zh-CN"/>
        </w:rPr>
        <w:br/>
      </w:r>
      <w:r>
        <w:rPr>
          <w:lang w:eastAsia="zh-CN"/>
        </w:rPr>
        <w:t>　　二、对外工作(社会商家)</w:t>
      </w:r>
      <w:r>
        <w:rPr>
          <w:lang w:eastAsia="zh-CN"/>
        </w:rPr>
        <w:br/>
      </w:r>
      <w:r>
        <w:rPr>
          <w:lang w:eastAsia="zh-CN"/>
        </w:rPr>
        <w:t>　　1、外联部的工作应是长期性、持续性的。在平时就要密切注意一些与同学相关的厂商，发掘潜在的赞助商的合作意向，及时收集信息，在同学中开展调查，了解同学与商家共同需要和利益所在，以两者的结合点为出发点，做到市场调查的深入化，外联市场发展战略的科学化。</w:t>
      </w:r>
      <w:r>
        <w:rPr>
          <w:lang w:eastAsia="zh-CN"/>
        </w:rPr>
        <w:br/>
      </w:r>
      <w:r>
        <w:rPr>
          <w:lang w:eastAsia="zh-CN"/>
        </w:rPr>
        <w:t>　　2、外联部工作是步骤化、层次化的，要以收集信息、分析信息、联系商家、与商家商讨、认真落实为步骤，一步步走、一层层做，踏踏实实走好每一步，漂漂亮亮做好每一层。</w:t>
      </w:r>
      <w:r>
        <w:rPr>
          <w:lang w:eastAsia="zh-CN"/>
        </w:rPr>
        <w:br/>
      </w:r>
      <w:r>
        <w:rPr>
          <w:lang w:eastAsia="zh-CN"/>
        </w:rPr>
        <w:t>　　(1)收集信息的方法：</w:t>
      </w:r>
      <w:r>
        <w:rPr>
          <w:lang w:eastAsia="zh-CN"/>
        </w:rPr>
        <w:br/>
      </w:r>
      <w:r>
        <w:rPr>
          <w:lang w:eastAsia="zh-CN"/>
        </w:rPr>
        <w:t>　　①“扫”学校。把__市各大高等院校分成三大区域(山大财大区、山医太师区、中北区)每两周“考察”一次，看有什么商家在学校做活动，与这些商家联系进而促使他们在理工大做活动。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②“扫”市区。把__市分成五四大区域(柳巷区、大南门区、南内环区、学校周边区、各大写字楼区)部门分五组每月“清扫”一次。时刻把握商家的动态，充分掌握商家的信息。</w:t>
      </w:r>
      <w:r>
        <w:rPr>
          <w:lang w:eastAsia="zh-CN"/>
        </w:rPr>
        <w:br/>
      </w:r>
      <w:r>
        <w:rPr>
          <w:lang w:eastAsia="zh-CN"/>
        </w:rPr>
        <w:t>　　③“疯狂”接传单。每个外联部成员见传单必须接，回来分析传单的内容看这个商家有没有在学校做活动的意向。</w:t>
      </w:r>
      <w:r>
        <w:rPr>
          <w:lang w:eastAsia="zh-CN"/>
        </w:rPr>
        <w:br/>
      </w:r>
      <w:r>
        <w:rPr>
          <w:lang w:eastAsia="zh-CN"/>
        </w:rPr>
        <w:t>　　④广交人缘。与合作过的商家时刻联系保持良好的关系，以便促成下次合作的机会及通过他的介绍联系其他商家进而促成合作。</w:t>
      </w:r>
      <w:r>
        <w:rPr>
          <w:lang w:eastAsia="zh-CN"/>
        </w:rPr>
        <w:br/>
      </w:r>
      <w:r>
        <w:rPr>
          <w:lang w:eastAsia="zh-CN"/>
        </w:rPr>
        <w:t>　　⑤天天看广告。天天买太原晚报、山西晚报看广告，充分掌握商家信息。</w:t>
      </w:r>
      <w:r>
        <w:rPr>
          <w:lang w:eastAsia="zh-CN"/>
        </w:rPr>
        <w:br/>
      </w:r>
      <w:r>
        <w:rPr>
          <w:lang w:eastAsia="zh-CN"/>
        </w:rPr>
        <w:t>　　⑥培养“职业病”。通过平时工作中的锻炼，培养外联部每个人的工作意识，不管坐公交、逛街、看报纸都时刻想着有没有商家信息，培养自己的意识，培养“外联职业病”。</w:t>
      </w:r>
      <w:r>
        <w:rPr>
          <w:lang w:eastAsia="zh-CN"/>
        </w:rPr>
        <w:br/>
      </w:r>
      <w:r>
        <w:rPr>
          <w:lang w:eastAsia="zh-CN"/>
        </w:rPr>
        <w:t>　　(2)分析信息的方法：</w:t>
      </w:r>
      <w:r>
        <w:rPr>
          <w:lang w:eastAsia="zh-CN"/>
        </w:rPr>
        <w:br/>
      </w:r>
      <w:r>
        <w:rPr>
          <w:lang w:eastAsia="zh-CN"/>
        </w:rPr>
        <w:t>　　①以学生市场为主线进行研究，抓住商家的活动目的，进而达到互利。</w:t>
      </w:r>
      <w:r>
        <w:rPr>
          <w:lang w:eastAsia="zh-CN"/>
        </w:rPr>
        <w:br/>
      </w:r>
      <w:r>
        <w:rPr>
          <w:lang w:eastAsia="zh-CN"/>
        </w:rPr>
        <w:t>　　②注意学生的延伸市场(学生家庭市场、学校老师市场、学校周边市场等)，以此吸引商家的目光，使外联商家的范围扩大，更好的做好外联工作。</w:t>
      </w:r>
      <w:r>
        <w:rPr>
          <w:lang w:eastAsia="zh-CN"/>
        </w:rPr>
        <w:br/>
      </w:r>
      <w:r>
        <w:rPr>
          <w:lang w:eastAsia="zh-CN"/>
        </w:rPr>
        <w:t>　　(3)联系商家的方法：</w:t>
      </w:r>
      <w:r>
        <w:rPr>
          <w:lang w:eastAsia="zh-CN"/>
        </w:rPr>
        <w:br/>
      </w:r>
      <w:r>
        <w:rPr>
          <w:lang w:eastAsia="zh-CN"/>
        </w:rPr>
        <w:t>　　①电话营销。</w:t>
      </w:r>
      <w:r>
        <w:rPr>
          <w:lang w:eastAsia="zh-CN"/>
        </w:rPr>
        <w:br/>
      </w:r>
      <w:r>
        <w:rPr>
          <w:lang w:eastAsia="zh-CN"/>
        </w:rPr>
        <w:t>　　②登门拜访。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发展与其他高校的友好关系，大力宣传我院的活动，通过与其他高校的联系交流，把其他高校的特色引入我院，把我院的特色工作推广到其他高校，达到丰富广大同学的课余生活，扩展同学的视野，加强高校间联系交流的目的。</w:t>
      </w:r>
      <w:r>
        <w:rPr>
          <w:lang w:eastAsia="zh-CN"/>
        </w:rPr>
        <w:br/>
      </w:r>
      <w:r>
        <w:rPr>
          <w:lang w:eastAsia="zh-CN"/>
        </w:rPr>
        <w:t>　　4、对外要形成规范化、正规化、详细化且有本院特色的合作方式，在激烈竞争的“外联市场”中抢占先机，争取为学院作出更大贡献。</w:t>
      </w:r>
      <w:r>
        <w:rPr>
          <w:lang w:eastAsia="zh-CN"/>
        </w:rPr>
        <w:br/>
      </w:r>
      <w:r>
        <w:rPr>
          <w:lang w:eastAsia="zh-CN"/>
        </w:rPr>
        <w:t xml:space="preserve">    学生会外联部个人工作总结 篇12 </w:t>
      </w:r>
      <w:r>
        <w:rPr>
          <w:lang w:eastAsia="zh-CN"/>
        </w:rPr>
        <w:br/>
      </w:r>
      <w:r>
        <w:rPr>
          <w:lang w:eastAsia="zh-CN"/>
        </w:rPr>
        <w:t>　　外联部部长活动工作总结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宠物展成功举行了，我们度过了辛苦而完美的一天。是时候来回顾和总结我的工作，只有不断回顾和审视自己的工作，才能够把工作做得更好。商家摊位一如既往是我的工作重点，但是这次我却有新的收获，那就是帐篷。拉帐篷的过程我一向是很享受，以前拉赞助对我来说是种兴趣但更多的是职责，而这次拉帐篷的过程，一位电信的工作人员的工作作风却给我带来了太多的思考。一个经常要外出开会，晚上加班到11点的项目经理，居然每次和我谈话的时候都能够充满热情，有时我显然是打扰到她的工作，她却从不怪我，甚至会因为不能及时回复我一条信息，道歉多次。我不明白她的性格是否永远都充满热情，但那里面绝对包含高尚的职业素质。她的这一点一向深深感动着我，值得我学习。这次的10个帐篷其实对于我们来说帮忙不会说太大，而我愿意花很长的时间一向在谈这个项目，是因为电信与我们都有长期合作的意向，打算在学院内长期放置一批大约20-30个的帐篷。虽然帐篷并不能够为学院解决活动资金的问题，但起码免去了四处借帐篷的烦恼。还有一个最重要的原因就是校运会很快就会到来，此刻就要开始着手准备必要的物资，帐篷一向是我们的软肋，如果能在最短的时间内解决该问题，负责物资的部门就能够有更多的时间去准备活动，</w:t>
      </w:r>
      <w:r>
        <w:rPr>
          <w:lang w:eastAsia="zh-CN"/>
        </w:rPr>
        <w:br/>
      </w:r>
      <w:r>
        <w:rPr>
          <w:lang w:eastAsia="zh-CN"/>
        </w:rPr>
        <w:t>　　显然如有20-30个帐篷的支持，我们所面临的困难会大大降低。还有就是拉到一个蛋糕店的摊位，由于原先就比较熟，所以拉回来很顺利。这次的宠物嘉年华，拉近我和其他部门人员之间的关系，尤其是生活部，因为他们是管物资滴!</w:t>
      </w:r>
      <w:r>
        <w:rPr>
          <w:lang w:eastAsia="zh-CN"/>
        </w:rPr>
        <w:br/>
      </w:r>
      <w:r>
        <w:rPr>
          <w:lang w:eastAsia="zh-CN"/>
        </w:rPr>
        <w:t>　　这次的工作中遇到的困难就是协议书签订的问题，由于负责人十分的繁忙，协议书一向很难找到时间签订下来，直到4月23号下午五点才正式签署了，但还是以我本人的名义签署的，因为来不及回学院盖章了，虽然已经被老师看过确认没有任何问题，但还是就应按照程序来走的。还有一个问题就是外宣组的问题，虽然我不是负责外宣的工作，但还是有义务提出推荐的。我认为这次外宣的成员的培训不足，虽然有天气等客观的原因，但从队员反馈的状况来看，语言技巧培训不足，还有心理培训方面也要纳入培训资料。如果能在应对恶劣的天气时及时更改宣传策略，效果也许会更加好。</w:t>
      </w:r>
      <w:r>
        <w:rPr>
          <w:lang w:eastAsia="zh-CN"/>
        </w:rPr>
        <w:br/>
      </w:r>
      <w:r>
        <w:rPr>
          <w:lang w:eastAsia="zh-CN"/>
        </w:rPr>
        <w:t>　　而对于协议书或其它协议及时签署的问题，我至今还没有找到一种的解决方法，毕竟我们还是处于相对被动的一方。</w:t>
      </w:r>
      <w:r>
        <w:rPr>
          <w:lang w:eastAsia="zh-CN"/>
        </w:rPr>
        <w:br/>
      </w:r>
      <w:r>
        <w:rPr>
          <w:lang w:eastAsia="zh-CN"/>
        </w:rPr>
        <w:t>　　外联部副部长</w:t>
      </w:r>
      <w:r>
        <w:rPr>
          <w:lang w:eastAsia="zh-CN"/>
        </w:rPr>
        <w:br/>
      </w:r>
      <w:r>
        <w:rPr>
          <w:lang w:eastAsia="zh-CN"/>
        </w:rPr>
        <w:t>　　20__-4-30</w:t>
      </w:r>
      <w:r>
        <w:rPr>
          <w:lang w:eastAsia="zh-CN"/>
        </w:rPr>
        <w:br/>
      </w:r>
      <w:r>
        <w:rPr>
          <w:lang w:eastAsia="zh-CN"/>
        </w:rPr>
        <w:t xml:space="preserve">    学生会外联部个人工作总结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一直在学习，在思考，在前进，是这一届外联部所提倡的精神。秉承从师兄师姐一直传承下来的优良品质和传统，开创新的气象。</w:t>
      </w:r>
      <w:r>
        <w:rPr>
          <w:lang w:eastAsia="zh-CN"/>
        </w:rPr>
        <w:br/>
      </w:r>
      <w:r>
        <w:rPr>
          <w:lang w:eastAsia="zh-CN"/>
        </w:rPr>
        <w:t>　　一年以来，13级从师兄师姐手中接过部门的担子，肩负起带领14级的责任。从招新工作开始，我们慕求发挥属于我们的特色。对于14新干的面试，我们把目光放在思维灵活，条理清晰，富有团队集体意识的新生身上。第一轮面试以后，通过跟通过第一轮面试的新生进行联谊活动，5分钟团队表演和孤岛求生心理游戏进行第二轮面试。之后为期一个月的实践，期间为校运会拉取埃古服饰服装有限公司和杭州娃哈哈集团有限公司的赞助。经过了一个多月的时间，最后留下9名干事。至此正式完成招新工作。</w:t>
      </w:r>
      <w:r>
        <w:rPr>
          <w:lang w:eastAsia="zh-CN"/>
        </w:rPr>
        <w:br/>
      </w:r>
      <w:r>
        <w:rPr>
          <w:lang w:eastAsia="zh-CN"/>
        </w:rPr>
        <w:t>　　第二学期，在校际篮球赛期间，与中国银行顺德分行合作，为他们推广信用卡业务。在一个月的密锣紧鼓的推广工作中我们都实践，发觉了自身关系网短缺，与陌生人打交道上得到充分的锻炼，获得丰富经验。有助于以后开展外联工作。</w:t>
      </w:r>
      <w:r>
        <w:rPr>
          <w:lang w:eastAsia="zh-CN"/>
        </w:rPr>
        <w:br/>
      </w:r>
      <w:r>
        <w:rPr>
          <w:lang w:eastAsia="zh-CN"/>
        </w:rPr>
        <w:t>　　总结以往的经验，改正缺点，才能走到更远。部门内部交流不好，工作配合不良，部门干事有隔阂等问题。注重部门内部建设，以部门为家的感情建设，加强部门内部的团结，在完成拉赞助同时，开创新的特色活动。除了全校外联交流会以外，我们正在筹备职业经理人挑战大赛。跟外联性质契合，提高自身经验，开拓新的路。</w:t>
      </w:r>
      <w:r>
        <w:rPr>
          <w:lang w:eastAsia="zh-CN"/>
        </w:rPr>
        <w:br/>
      </w:r>
      <w:r>
        <w:rPr>
          <w:lang w:eastAsia="zh-CN"/>
        </w:rPr>
        <w:t>　　比赛将会在下学期举行，一年的风霜雨雪，一年的并肩走过，外联部的在坚定的前进。每一届师兄师姐留下的东西不多，一点点积累，我们已拥有一笔宝贵的财富。未来，给你们了，14的干事。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学生会外联部个人工作总结 篇14 </w:t>
      </w:r>
      <w:r>
        <w:rPr>
          <w:lang w:eastAsia="zh-CN"/>
        </w:rPr>
        <w:br/>
      </w:r>
      <w:r>
        <w:rPr>
          <w:lang w:eastAsia="zh-CN"/>
        </w:rPr>
        <w:t>　　在学院迎评创优取得圆满成功以后，由株洲职业技术学院机械工程系学生会体育部举办的第三届“新生杯”篮球联赛即将举行。由于此次活动涉及范围广，活动影响力大。系部及学生会给我们外联部指派了筹备活动赞助经费的任务。在拿到活动策划书以后，我们立即行动起来，往来于学校内外各个商家，积极为此次活动努力。关于此次活动的活动经费筹集工作，我的工作总结如下：</w:t>
      </w:r>
      <w:r>
        <w:rPr>
          <w:lang w:eastAsia="zh-CN"/>
        </w:rPr>
        <w:br/>
      </w:r>
      <w:r>
        <w:rPr>
          <w:lang w:eastAsia="zh-CN"/>
        </w:rPr>
        <w:t>　　一、外联部干事干部共十人，从20__年10月30号开始共进行了为期四天的资金筹集工作，到过的商家有：学院内汇森部落水晶店、学院周边开心网吧心怡网吧、龙环网络会所、超时空网络会所、会仙楼酒店、农家饭馆、N0.1烫染吧、名扬发艺室、桂林人煲仔饭。市中心广场都市眼镜超市、中环电脑城电脑商等一系列商家。</w:t>
      </w:r>
      <w:r>
        <w:rPr>
          <w:lang w:eastAsia="zh-CN"/>
        </w:rPr>
        <w:br/>
      </w:r>
      <w:r>
        <w:rPr>
          <w:lang w:eastAsia="zh-CN"/>
        </w:rPr>
        <w:t>　　二、在上述商家中，部分商家表示已经和其他学院或株洲职院其他部门的活动有所合作，另一部分商家则表示没有合作意向。其中有相当一部分商家表示以前搞过类似活动，只是效果不佳，甚至有部分拿了钱没有按照合同履行职责。</w:t>
      </w:r>
      <w:r>
        <w:rPr>
          <w:lang w:eastAsia="zh-CN"/>
        </w:rPr>
        <w:br/>
      </w:r>
      <w:r>
        <w:rPr>
          <w:lang w:eastAsia="zh-CN"/>
        </w:rPr>
        <w:t>　　三、在整个外联部的活动过程中，与开心网吧心怡网吧签订篮球赛运动员用水赞助协议，由开心网吧心怡网吧提供整个篮球赛过程中的比赛用水。共计价值486元。与永鑫电脑有限公司签订活动现金赞助协议。由永鑫电脑有限公司赞助现金350元整。此次篮球赛的活动经费共筹得折合人民币786元整。</w:t>
      </w:r>
      <w:r>
        <w:rPr>
          <w:lang w:eastAsia="zh-CN"/>
        </w:rPr>
        <w:br/>
      </w:r>
      <w:r>
        <w:rPr>
          <w:lang w:eastAsia="zh-CN"/>
        </w:rPr>
        <w:t>　　四、在此次外联部的整个活动中，发现如下问题与不足：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1、目前株洲地区包括株洲职院在内共有大学四所。每所大学又分若干系和团委支部。每个系都有外联部一到两个，再加各个协会的外联部。各种活动层出不穷，在整个大环境中，竞争比较激烈。</w:t>
      </w:r>
      <w:r>
        <w:rPr>
          <w:lang w:eastAsia="zh-CN"/>
        </w:rPr>
        <w:br/>
      </w:r>
      <w:r>
        <w:rPr>
          <w:lang w:eastAsia="zh-CN"/>
        </w:rPr>
        <w:t>　　2、基于第一点的原因，目前很多商家与各个外联部合作以后，没有达到预期的效果。导致商家对于外联部的工作具有抵抗心理。</w:t>
      </w:r>
      <w:r>
        <w:rPr>
          <w:lang w:eastAsia="zh-CN"/>
        </w:rPr>
        <w:br/>
      </w:r>
      <w:r>
        <w:rPr>
          <w:lang w:eastAsia="zh-CN"/>
        </w:rPr>
        <w:t>　　3、在此次整个的资金筹备过程中，我们只局限于学院周边的一些商店，很少到红旗广场及中心广场。这直接导致此次活动的资金筹备较于局限，也是这次资金筹集的较少的原因之一。</w:t>
      </w:r>
      <w:r>
        <w:rPr>
          <w:lang w:eastAsia="zh-CN"/>
        </w:rPr>
        <w:br/>
      </w:r>
      <w:r>
        <w:rPr>
          <w:lang w:eastAsia="zh-CN"/>
        </w:rPr>
        <w:t>　　五、对于第四点中提出的问题与不足，主要有以下方案与方法予以补足：</w:t>
      </w:r>
      <w:r>
        <w:rPr>
          <w:lang w:eastAsia="zh-CN"/>
        </w:rPr>
        <w:br/>
      </w:r>
      <w:r>
        <w:rPr>
          <w:lang w:eastAsia="zh-CN"/>
        </w:rPr>
        <w:t>　　1、针对目前株洲地区大学外联部、活动多、竞争激烈的问题。将在今后的工作中，与学生会其他部门或其他系部进行合作的方式，筹备策划出一些新颖、有吸引力的活动。让商家看到我们株洲职院的当代大学生创新思维，与其他系部合作，增大宣传，扩大活动的吸引力。</w:t>
      </w:r>
      <w:r>
        <w:rPr>
          <w:lang w:eastAsia="zh-CN"/>
        </w:rPr>
        <w:br/>
      </w:r>
      <w:r>
        <w:rPr>
          <w:lang w:eastAsia="zh-CN"/>
        </w:rPr>
        <w:t>　　2、对于商家对于外联部的信任问题，在以后的各种活动中，认真履行与商家签订合作协议书中的各项义务，并努力为商家做好宣传工作，争取获得商家与学院双赢的活动。让商家重新树立对我们的信心。</w:t>
      </w:r>
      <w:r>
        <w:rPr>
          <w:lang w:eastAsia="zh-CN"/>
        </w:rPr>
        <w:br/>
      </w:r>
      <w:r>
        <w:rPr>
          <w:lang w:eastAsia="zh-CN"/>
        </w:rPr>
        <w:t>　　3、关于筹集资金活动范围局限的问题，在今后的工作过程中，将部门干部干事分为若干小组，做好分工，在条件允许的情况下进行较大范围的跑动，力争获得最多的活动资金。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篮球赛即将举行，外联部对于此次篮球赛也作出了一定的努力。虽然实际结果不是太理想，但是部门干部干事热情工作、积极奔波的态度还是值得肯定的。这次篮球赛是本学期由外联部取得活动经费的第一项大型活动，对于我们的问题与不足，我们会尽最大的努力改正。争取的今后的工作中取得更好的成绩。</w:t>
      </w:r>
      <w:r>
        <w:rPr>
          <w:lang w:eastAsia="zh-CN"/>
        </w:rPr>
        <w:br/>
      </w:r>
      <w:r>
        <w:rPr>
          <w:lang w:eastAsia="zh-CN"/>
        </w:rPr>
        <w:t xml:space="preserve">    学生会外联部个人工作总结 篇15 </w:t>
      </w:r>
      <w:r>
        <w:rPr>
          <w:lang w:eastAsia="zh-CN"/>
        </w:rPr>
        <w:br/>
      </w:r>
      <w:r>
        <w:rPr>
          <w:lang w:eastAsia="zh-CN"/>
        </w:rPr>
        <w:t>　　本届院学生会外联部自__年9月组建以来，始终以“全心全意为同学服务”为宗旨，积极配合其他各部开展工作，新部员发挥各自所能，尽心尽力，为我院第五界___文化艺术节，迎新篮球赛，才艺大赛的成功举办做出了应有的贡献。我们部还自己承办了首届少数民族茶话会，与此同时，通过实际工作的开展，新成员初步熟悉了外联工作，尤其是指对市区商家搞得调查，摸清了商家的需求、顾虑及我们自身的优势和不足，这些点滴经验的积累为20__年工作的开展奠定了基础，在此，我们对老师和主席团从中发挥的作用表示感谢。</w:t>
      </w:r>
      <w:r>
        <w:rPr>
          <w:lang w:eastAsia="zh-CN"/>
        </w:rPr>
        <w:br/>
      </w:r>
      <w:r>
        <w:rPr>
          <w:lang w:eastAsia="zh-CN"/>
        </w:rPr>
        <w:t>　　面对我们日益激烈的竞争及日益显现的的学校与社会合作中的不和谐因素，我们部都深感压力，但始终坚信，在院主管老师的领导和学生会各部的配合下，我们一定能够走出由我们自己特色的外联道路。在08年上学期，外联部围绕一下工作进行了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以服务全院学生为宗旨，以实际活动的开展为契机，有针对性、有效性的开展对外合作，以“专业的团队打造专业”的服务，用我们的努力追求利益的双赢“为口号，扩大与社会力量合作的范围与层次，吧提升服务态度与服务质量作为工作考核目标，重在树立我院新形象，同时也为院活动的开展、同学参加勤工助学争取更多的支持与机会。</w:t>
      </w:r>
      <w:r>
        <w:rPr>
          <w:lang w:eastAsia="zh-CN"/>
        </w:rPr>
        <w:br/>
      </w:r>
      <w:r>
        <w:rPr>
          <w:lang w:eastAsia="zh-CN"/>
        </w:rPr>
        <w:t>　　2)积极与学生会相关部门协调工作、交流经验，共同应对已显现的不和谐因素，把与兄弟院的联谊活动作为我们“走出去“的一部分;积极配合院学生会各部开展工作，协调统一，发挥外联部应尽的职能。</w:t>
      </w:r>
      <w:r>
        <w:rPr>
          <w:lang w:eastAsia="zh-CN"/>
        </w:rPr>
        <w:br/>
      </w:r>
      <w:r>
        <w:rPr>
          <w:lang w:eastAsia="zh-CN"/>
        </w:rPr>
        <w:t>　　3)针对本部建设，我们经工作重点放在部门各项制度的建立上：</w:t>
      </w:r>
      <w:r>
        <w:rPr>
          <w:lang w:eastAsia="zh-CN"/>
        </w:rPr>
        <w:br/>
      </w:r>
      <w:r>
        <w:rPr>
          <w:lang w:eastAsia="zh-CN"/>
        </w:rPr>
        <w:t>　　建立了会议制度，定期与不定期召开会议，规范行为，保障在有限的时间内完成上级任务的传达与本部的处理;</w:t>
      </w:r>
      <w:r>
        <w:rPr>
          <w:lang w:eastAsia="zh-CN"/>
        </w:rPr>
        <w:br/>
      </w:r>
      <w:r>
        <w:rPr>
          <w:lang w:eastAsia="zh-CN"/>
        </w:rPr>
        <w:t>　　建立了工作考核制度，将服务礼仪、信息化能力、创新性想法、纪律考核及工作业绩作为考核的五个重点，突出培养部员的信息化能力及创新能力，综合成绩将作为评优于部长竞选的重要参数之一;</w:t>
      </w:r>
      <w:r>
        <w:rPr>
          <w:lang w:eastAsia="zh-CN"/>
        </w:rPr>
        <w:br/>
      </w:r>
      <w:r>
        <w:rPr>
          <w:lang w:eastAsia="zh-CN"/>
        </w:rPr>
        <w:t>　　建立部元激励机制及工作分配机制，合理分配工作，充分调动并保障部员积极性，对优秀部员给予及时适当的奖励。</w:t>
      </w:r>
      <w:r>
        <w:rPr>
          <w:lang w:eastAsia="zh-CN"/>
        </w:rPr>
        <w:br/>
      </w:r>
      <w:r>
        <w:rPr>
          <w:lang w:eastAsia="zh-CN"/>
        </w:rPr>
        <w:t>　　为保障各项制度的顺利创立，在本部工作分配上，建立了自律小组，组长为……，负责考核部员(含部长)的综合表现，赋予其监督权利，部长、组长、部员三者相互配合、相互监督，确保权力的平衡与有效行使。</w:t>
      </w:r>
      <w:r>
        <w:rPr>
          <w:lang w:eastAsia="zh-CN"/>
        </w:rPr>
        <w:br/>
      </w:r>
      <w:r>
        <w:rPr>
          <w:lang w:eastAsia="zh-CN"/>
        </w:rPr>
        <w:t>　　在这些方面的努力下，我们成功的拉回赞助3000元，并找到了明年的潜在赞助商，任何春天已经和我们达成了很多共识。我们将准备在下学期搞好赛腾工作方面的工作，为__做好更多的服务。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当然，我们目前还是存在很多的不足，还需要及时来完善。</w:t>
      </w:r>
      <w:r>
        <w:rPr>
          <w:lang w:eastAsia="zh-CN"/>
        </w:rPr>
        <w:br/>
      </w:r>
      <w:r>
        <w:rPr>
          <w:lang w:eastAsia="zh-CN"/>
        </w:rPr>
        <w:t>　　1)虽然我们的制度建立了，但是部员还没有形成一种外联风气，这将是下学期要做的重点。</w:t>
      </w:r>
      <w:r>
        <w:rPr>
          <w:lang w:eastAsia="zh-CN"/>
        </w:rPr>
        <w:br/>
      </w:r>
      <w:r>
        <w:rPr>
          <w:lang w:eastAsia="zh-CN"/>
        </w:rPr>
        <w:t>　　2)由于上半期部门的误解，我们把外联当成了至于赞助有关的部门，所以，我们自身缺乏活动上对__院的宣传。这也是下届急需改善的方面。</w:t>
      </w:r>
      <w:r>
        <w:rPr>
          <w:lang w:eastAsia="zh-CN"/>
        </w:rPr>
        <w:br/>
      </w:r>
      <w:r>
        <w:rPr>
          <w:lang w:eastAsia="zh-CN"/>
        </w:rPr>
        <w:t>　　3)干事缺乏一种自主能动性，下学期这方面还要努力。</w:t>
      </w:r>
      <w:r>
        <w:rPr>
          <w:lang w:eastAsia="zh-CN"/>
        </w:rPr>
        <w:br/>
      </w:r>
      <w:r>
        <w:rPr>
          <w:lang w:eastAsia="zh-CN"/>
        </w:rPr>
        <w:t>　　我们相信，通过我们自身实力的不断提高，各部部友的鼎立支持，外联部将会在新的一年里为服务全院学生做出更大的贡献。外联部十位成员祝老师身体健康，各部部员工作快乐。</w:t>
      </w:r>
      <w:r>
        <w:rPr>
          <w:lang w:eastAsia="zh-CN"/>
        </w:rPr>
        <w:br/>
      </w:r>
      <w:r>
        <w:rPr>
          <w:lang w:eastAsia="zh-CN"/>
        </w:rPr>
        <w:t xml:space="preserve">    学生会外联部个人工作总结 篇16 </w:t>
      </w:r>
      <w:r>
        <w:rPr>
          <w:lang w:eastAsia="zh-CN"/>
        </w:rPr>
        <w:br/>
      </w:r>
      <w:r>
        <w:rPr>
          <w:lang w:eastAsia="zh-CN"/>
        </w:rPr>
        <w:t>　　这个，还是认真而朴素地总结一下。虽然，好像在外联部打了几个月的酱油，但是心得体会还是挺有的。</w:t>
      </w:r>
      <w:r>
        <w:rPr>
          <w:lang w:eastAsia="zh-CN"/>
        </w:rPr>
        <w:br/>
      </w:r>
    </w:p>
    <w:p w:rsidR="001B1F19" w14:textId="27C3F48A">
      <w:pPr>
        <w:rPr>
          <w:rFonts w:hint="eastAsia"/>
          <w:lang w:eastAsia="zh-CN"/>
        </w:rPr>
      </w:pPr>
      <w:r>
        <w:rPr>
          <w:lang w:eastAsia="zh-CN"/>
        </w:rPr>
        <w:t>　　首先，谈论一下外联部的位置和工作性质。外联部就是一个公关的部门，其责任在于维持整个学生会的经济。而我们嘛，就是公关人。公关，实在点说，就是把我们的“脸”放到别人的桌子上，让人看看，让人感兴趣，让人觉得有合作潜力，让人从腰包里掏出钱，在你这张脸上贴点传单啊，横幅啊，海报啊……这张脸是什么？这很重要，它的本质是西南交通大学机械工程学院学生会。你就是整个学生会的代表，你的言谈举止，你的气质形象，你的处事方式…….总之你在外面和商家交流过程中的一切行为都是在给这张脸上化妆，化的好，是拉成赞助的必要条件。所以我们外联的工作性质就凸显出来了：带着为了几万学生丰富快乐的大学生活的崇高责任心，以持久的激情和动力，去与商家保持友好而公平的合作，拉到赞助经费，保证活动顺利进行。哈哈~是不是很伟大？鞠躬尽瘁，死而后已！</w:t>
      </w:r>
      <w:r>
        <w:rPr>
          <w:lang w:eastAsia="zh-CN"/>
        </w:rPr>
        <w:br/>
      </w:r>
      <w:r>
        <w:rPr>
          <w:lang w:eastAsia="zh-CN"/>
        </w:rPr>
        <w:t>　　其次，说一点个人拉攒助的心得。这几个月，还是跑了很多商家的。失败了n多次，成功了n-n+2次左右。实在话，本人没用心去做，很水很水很水，因为一些让我快崩溃的事，期间，差点想自己退了外联。现在想来，幸好哦，不然退了我就后悔了。不过呢，经验还是有的，因为我自认为总结经验的能力还有可以~哈哈~吹牛了~好了，回到正题，打字手都冷了，以下是总结出来的心得：</w:t>
      </w:r>
      <w:r>
        <w:rPr>
          <w:lang w:eastAsia="zh-CN"/>
        </w:rPr>
        <w:br/>
      </w:r>
      <w:r>
        <w:rPr>
          <w:lang w:eastAsia="zh-CN"/>
        </w:rPr>
        <w:t>　　1， 预估赞助对象。就是选取和活动联系点多，相当的赞助商范围。</w:t>
      </w:r>
      <w:r>
        <w:rPr>
          <w:lang w:eastAsia="zh-CN"/>
        </w:rPr>
        <w:br/>
      </w:r>
      <w:r>
        <w:rPr>
          <w:lang w:eastAsia="zh-CN"/>
        </w:rPr>
        <w:t>　　2，</w:t>
      </w:r>
      <w:r>
        <w:rPr>
          <w:lang w:eastAsia="zh-CN"/>
        </w:rPr>
        <w:t xml:space="preserve"> 选择联系方式。方式无非就这么几种：压着马路到处找，打电话，联系以往合作的商家，找关系（你是啥子公司老板的儿啊</w:t>
      </w:r>
      <w:r>
        <w:rPr>
          <w:lang w:eastAsia="zh-CN"/>
        </w:rPr>
        <w:t xml:space="preserve"> 女啊，就方便，不过不提倡）。这里，压马路最好耍，也最浪费时间，也最没有效率，也最容易现场摆平，适合小中型活动，学校周边的商家很多都被拉烦了，所以压马路更要注意两种商家，一种是啥子都不懂的，又想在学生中作宣传的，那你就严肃地去好好宰他一顿。呵呵，开完笑的，我的意思是在这种商家上容易拉到赞助，要重点对待，还有一种就是做过很多次赞助的了，比如第五元素，基本每年都做赞助，又有钱，这种就要“先下手为强”，与其保持长期合作。推荐的方式是</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https://d.book118.com/685201243110011114</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5201243110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