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防踩踏安全教育的总结范文（30篇）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防踩踏安全教育的总结范文（通用30篇）</w:t>
      </w:r>
      <w:r>
        <w:rPr>
          <w:lang w:eastAsia="zh-CN"/>
        </w:rPr>
        <w:br/>
      </w:r>
      <w:r>
        <w:rPr>
          <w:lang w:eastAsia="zh-CN"/>
        </w:rPr>
        <w:t xml:space="preserve">    防踩踏安全教育的总结范文 篇1 </w:t>
      </w:r>
      <w:r>
        <w:rPr>
          <w:lang w:eastAsia="zh-CN"/>
        </w:rPr>
        <w:br/>
      </w:r>
      <w:r>
        <w:rPr>
          <w:lang w:eastAsia="zh-CN"/>
        </w:rPr>
        <w:t>　　为了让学生充分认识发生拥挤踩踏事故的主要原因、严重后果及其防范措施，了解在楼梯间打闹、搞恶作剧的危险性。近日，芦南社区党群服务中心在假日学校组织开展安全“童”行·防踩踏教育进课堂活动。</w:t>
      </w:r>
      <w:r>
        <w:rPr>
          <w:lang w:eastAsia="zh-CN"/>
        </w:rPr>
        <w:br/>
      </w:r>
      <w:r>
        <w:rPr>
          <w:lang w:eastAsia="zh-CN"/>
        </w:rPr>
        <w:t>　　在活动中，红十字会的龚晓聪医生通过图片讲解、实践操作等形式对学生先进行了防踩踏安全知识宣讲。让学生们熟知地震来临时快速找到“黄金三角”、用书包保护头部、以及安全逃生的方法和逃生路线。之后带学生们去到户外，“双手交叉抱于后颈，身体蜷缩侧倒地”，龚医生教大家如果被撞到，如何以安全姿势倒地。遭遇拥挤情况时该如何处理？老师给同学们讲解了一种保证“生命空间”的手势，那就是“双臂交叉，左手握右臂，右手握左臂，平抬至胸前，脚跟轻轻抬起。”医生介绍，这个动作可以让人在拥挤状态感到憋气时保证有足够“生命空间”，确保胸口不受挤压。学生们跃跃欲试，根据医生的演示纷纷作出正确的姿势。</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安全警钟长鸣，生命不容忽视！此次防踩踏安全教育活动提高了学生们面对突发事件的应变能力、紧急疏散能力和自我保护能力，把安全意识深入扎根到心中，营造了校园珍爱生命安全第一的浓厚氛围。”芦南社区党群服务中心负责人江雁说道。</w:t>
      </w:r>
      <w:r>
        <w:rPr>
          <w:lang w:eastAsia="zh-CN"/>
        </w:rPr>
        <w:br/>
      </w:r>
      <w:r>
        <w:rPr>
          <w:lang w:eastAsia="zh-CN"/>
        </w:rPr>
        <w:t xml:space="preserve">    防踩踏安全教育的总结范文 篇2 </w:t>
      </w:r>
      <w:r>
        <w:rPr>
          <w:lang w:eastAsia="zh-CN"/>
        </w:rPr>
        <w:br/>
      </w:r>
      <w:r>
        <w:rPr>
          <w:lang w:eastAsia="zh-CN"/>
        </w:rPr>
        <w:t>　　5月25日，市好人事业促进会携手蓝天救援队走进介休十幼，开展防踩踏安全教育活动。</w:t>
      </w:r>
      <w:r>
        <w:rPr>
          <w:lang w:eastAsia="zh-CN"/>
        </w:rPr>
        <w:br/>
      </w:r>
      <w:r>
        <w:rPr>
          <w:lang w:eastAsia="zh-CN"/>
        </w:rPr>
        <w:t>　　活动中，介休市蓝天救援队队员吴忠老师举行了《平安校园你我共建》防踩踏知识讲解。吴老师以踩踏实例让孩子们了解事件的起因、后果，并着重讲解了如何防止踩踏事件的发生。随后，幼儿园组织全体师幼进行了地震应急疏散演练活动。</w:t>
      </w:r>
      <w:r>
        <w:rPr>
          <w:lang w:eastAsia="zh-CN"/>
        </w:rPr>
        <w:br/>
      </w:r>
      <w:r>
        <w:rPr>
          <w:lang w:eastAsia="zh-CN"/>
        </w:rPr>
        <w:t>　　市教科局督学李丰民为蓝天救援队颁发了“蓝天爱心润幼苗、公益助教育蓓蕾”的锦旗。安法股股长王蕊对活动进行了总结，对孩子们提出了“平安伴我成长、无论去了那里，都要记住安全第一”的谆谆教导。</w:t>
      </w:r>
      <w:r>
        <w:rPr>
          <w:lang w:eastAsia="zh-CN"/>
        </w:rPr>
        <w:br/>
      </w:r>
      <w:r>
        <w:rPr>
          <w:lang w:eastAsia="zh-CN"/>
        </w:rPr>
        <w:t xml:space="preserve">    防踩踏安全教育的总结范文 篇3 </w:t>
      </w:r>
      <w:r>
        <w:rPr>
          <w:lang w:eastAsia="zh-CN"/>
        </w:rPr>
        <w:br/>
      </w:r>
      <w:r>
        <w:rPr>
          <w:lang w:eastAsia="zh-CN"/>
        </w:rPr>
        <w:t>　　为有效预防、积极应对、及时控制校内发生小朋友踩踏事故，高效组织应急救援工作，最大限度地减少踩踏事故给小朋友身体健康和生命安全带来的危害，10月21日杨市中心幼儿园组织全体师生进行了防踩踏应急疏散演练活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演练前，各班老师针对“防踩踏事故”对幼儿进行了安全教育活动，让幼儿充分认识到发生拥挤踩踏事故的主要原因和严重后果，掌握防范措施，同时提醒幼儿上下楼梯的正确方法，知道攀爬楼梯、互相推挤、相互打闹带来的危险。上午9:30，随着警报声响起，演练开始，各班迅速按应急预案的疏散线路进行撤离。全体幼儿听从老师指挥，不抢先，沉着冷静不惊慌，严肃有序不嬉闹。到达指定地点后，教师清点人数，并向负责的老师进行报告。最后，杨老师针对此次演练进行了总结，她再次强调了教师们要时刻把安全教育放在第一位，在平时的日常教育活动中时时处处渗透安全教育，让幼儿从小学习安全知识，培养幼儿的安全意识。让安全演练真正地走进幼儿园的教育教学，成为幼儿园教育教学的一项常规活动。</w:t>
      </w:r>
      <w:r>
        <w:rPr>
          <w:lang w:eastAsia="zh-CN"/>
        </w:rPr>
        <w:br/>
      </w:r>
      <w:r>
        <w:rPr>
          <w:lang w:eastAsia="zh-CN"/>
        </w:rPr>
        <w:t>　　整个演练过程既紧张、激烈，又有条不紊，不仅再次落实了幼儿园应对突发事件的.防范措施，而且也提高了实际应对和处置实发安全事件的能力，更进一步增强了教师及幼儿的安全意识，整个演练活动达到了预期目标。</w:t>
      </w:r>
      <w:r>
        <w:rPr>
          <w:lang w:eastAsia="zh-CN"/>
        </w:rPr>
        <w:br/>
      </w:r>
      <w:r>
        <w:rPr>
          <w:lang w:eastAsia="zh-CN"/>
        </w:rPr>
        <w:t xml:space="preserve">    防踩踏安全教育的总结范文 篇4 </w:t>
      </w:r>
      <w:r>
        <w:rPr>
          <w:lang w:eastAsia="zh-CN"/>
        </w:rPr>
        <w:br/>
      </w:r>
      <w:r>
        <w:rPr>
          <w:lang w:eastAsia="zh-CN"/>
        </w:rPr>
        <w:t>　　为了迎接全国第二个“全民国家安全教育日”，4月13日，邵武市昭阳街道办事处、昭阳派出所、公太社区联合在古城路举行20__年全民国家安全宣传教育咨询活动，向市民宣传安全生产知识。</w:t>
      </w:r>
      <w:r>
        <w:rPr>
          <w:lang w:eastAsia="zh-CN"/>
        </w:rPr>
        <w:br/>
      </w:r>
      <w:r>
        <w:rPr>
          <w:lang w:eastAsia="zh-CN"/>
        </w:rPr>
        <w:t>　　活动紧紧围绕“加强法治宣传教育、增强全民国家安全意识”主题展开。以现场咨询、发放宣传单、发放安全生产宣传品等形式向居民宣传了《宪法》、《国家安全法》、《反恐怖主义法》、《反间谍法》等法律法规，现场解答法律疑难问题，深受称赞。</w:t>
      </w:r>
      <w:r>
        <w:rPr>
          <w:lang w:eastAsia="zh-CN"/>
        </w:rPr>
        <w:br/>
      </w:r>
      <w:r>
        <w:rPr>
          <w:lang w:eastAsia="zh-CN"/>
        </w:rPr>
        <w:t>　　此次宣传活动共发放各类宣传资料400余份，接待群众咨询200多人次，进一步提高了群众依法防范和抵制危害国家安全行为的意识，为维护国家安全营造了良好的法治氛围。</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xml:space="preserve">    防踩踏安全教育的总结范文 篇5 </w:t>
      </w:r>
      <w:r>
        <w:rPr>
          <w:lang w:eastAsia="zh-CN"/>
        </w:rPr>
        <w:br/>
      </w:r>
      <w:r>
        <w:rPr>
          <w:lang w:eastAsia="zh-CN"/>
        </w:rPr>
        <w:t>　　一.全校师生高度重视教育月活动</w:t>
      </w:r>
      <w:r>
        <w:rPr>
          <w:lang w:eastAsia="zh-CN"/>
        </w:rPr>
        <w:br/>
      </w:r>
      <w:r>
        <w:rPr>
          <w:lang w:eastAsia="zh-CN"/>
        </w:rPr>
        <w:t>　　自接到《通知》后，学校领导指导督查安全教育月工作，认真制定并下发了《学校安全宣传教育月活动方案》。通过对活动方案的学习，使全体师生明确了安全教育月的工作要求和开展的各项活动，让全体师生进一步明确了安全宣传教育月的重要意义，增强了安全防范意识。</w:t>
      </w:r>
      <w:r>
        <w:rPr>
          <w:lang w:eastAsia="zh-CN"/>
        </w:rPr>
        <w:br/>
      </w:r>
      <w:r>
        <w:rPr>
          <w:lang w:eastAsia="zh-CN"/>
        </w:rPr>
        <w:t>　　二.教育月活动开展顺利，效果明显</w:t>
      </w:r>
      <w:r>
        <w:rPr>
          <w:lang w:eastAsia="zh-CN"/>
        </w:rPr>
        <w:br/>
      </w:r>
      <w:r>
        <w:rPr>
          <w:lang w:eastAsia="zh-CN"/>
        </w:rPr>
        <w:t>　　为了确保安全教育的效果，我校依据学校特点和具体情况围绕活动主题，统筹安排，采取多种形式，认真组织开展“四个一”安全教育活动。</w:t>
      </w:r>
      <w:r>
        <w:rPr>
          <w:lang w:eastAsia="zh-CN"/>
        </w:rPr>
        <w:br/>
      </w:r>
      <w:r>
        <w:rPr>
          <w:lang w:eastAsia="zh-CN"/>
        </w:rPr>
        <w:t>　　1.充分利用宣传画、黑板报、校园广播、国旗下讲话等形式加强对学生的安全知识教育。在四月第一周，校领导对校园内安全隐患做出了排查并对全体师生进行了安全教育工作。第二周校内举办了“文明交通，安全出行”的绘画作品展示;进行了一次关于“美丽校园，安全学校”为主题的黑板报评比活动。第三周开展了“安全意识在我心，安全行动在我行”的国旗下安全教育讲话。学校广播站还积极配合这一教育主题，在三月份里做了一系列的宣传报道。</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2.开展一次交通安全专题教育讲座。在四月第四周，学校请雁山交警大队来我校给全体师生进行了一次交通安全教育讲座，采取事故案例分析，观看警示教育片等形式对各类事故案例进行深入剖析、总结经验教训。讲座中采用了生动的案例，通俗易懂的语言教育了全体师生。告诫我们必须文明交通、遵章守法、安全出行、珍爱生命。这次活动进一步增强了师生的安全意识，提高遵章守纪的自觉性。</w:t>
      </w:r>
      <w:r>
        <w:rPr>
          <w:lang w:eastAsia="zh-CN"/>
        </w:rPr>
        <w:br/>
      </w:r>
      <w:r>
        <w:rPr>
          <w:lang w:eastAsia="zh-CN"/>
        </w:rPr>
        <w:t>　　3.组织一次应急预案演练。在四月第四周某日上午我校组织全体师生进行一次应急避险安全疏散演练活动。当听到警报声后，全校师生立即启动应急预案，迅速撤离到了学校安全地带。通过这次演练，提高了师生应对突发事件的能力和自我保护能力。学生们在演练中锻炼逃生技能和自救意识。</w:t>
      </w:r>
      <w:r>
        <w:rPr>
          <w:lang w:eastAsia="zh-CN"/>
        </w:rPr>
        <w:br/>
      </w:r>
      <w:r>
        <w:rPr>
          <w:lang w:eastAsia="zh-CN"/>
        </w:rPr>
        <w:t>　　4.组织一次校园安全手抄报比赛。在四月第四周，学生们围绕“校园安全伴我行”的主题组织了一次校园安全手抄报比赛。手抄报注重弘扬校园安全、关爱自己和他人生命的良好风尚，宣传救护技能和安全知识，讽刺和批评忽视安全、不珍惜生命的不良行为，倡导遵纪守法、和谐共处的健康成长理念。</w:t>
      </w:r>
      <w:r>
        <w:rPr>
          <w:lang w:eastAsia="zh-CN"/>
        </w:rPr>
        <w:br/>
      </w:r>
      <w:r>
        <w:rPr>
          <w:lang w:eastAsia="zh-CN"/>
        </w:rPr>
        <w:t>　　现我校安全教育月活动已经圆满结束。对于全体师生来说，安全教育会一直伴随着我们。我们将一如既往地做好安全教育宣传工作，及时解决安全保卫工作中发现的新问题，不断提高学校的安全管理水平，维护校园和谐稳定，为创建“平安校园”做出不懈的努力。</w:t>
      </w:r>
      <w:r>
        <w:rPr>
          <w:lang w:eastAsia="zh-CN"/>
        </w:rPr>
        <w:br/>
      </w:r>
      <w:r>
        <w:rPr>
          <w:lang w:eastAsia="zh-CN"/>
        </w:rPr>
        <w:t>　　校园安全教育活动的总结篇二</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学校安排了为期一个月的“安全教育月”活动。在活动月里，我校坚持按照“安全第一，预防为主”的指导思想，在安全工作中，力求做到科学化、制度化、程序化，确保学校的安全与稳定，确保师生的人身安全，具体做法如下：</w:t>
      </w:r>
      <w:r>
        <w:rPr>
          <w:lang w:eastAsia="zh-CN"/>
        </w:rPr>
        <w:br/>
      </w:r>
      <w:r>
        <w:rPr>
          <w:lang w:eastAsia="zh-CN"/>
        </w:rPr>
        <w:t>　　一、认真组织，加强领导，健全机构。</w:t>
      </w:r>
      <w:r>
        <w:rPr>
          <w:lang w:eastAsia="zh-CN"/>
        </w:rPr>
        <w:br/>
      </w:r>
      <w:r>
        <w:rPr>
          <w:lang w:eastAsia="zh-CN"/>
        </w:rPr>
        <w:t>　　1、学校成立了由宋和远校长为组长，廖俊凯、杜俊峰同志为副组长的学校安全工作领导小组，学校领导把安全工作作为头等大事来抓，一切工作以确保师生安全为前提，真正做到了“以人为本，安全第一”。</w:t>
      </w:r>
      <w:r>
        <w:rPr>
          <w:lang w:eastAsia="zh-CN"/>
        </w:rPr>
        <w:br/>
      </w:r>
      <w:r>
        <w:rPr>
          <w:lang w:eastAsia="zh-CN"/>
        </w:rPr>
        <w:t>　　2、成立了安全各种实施小组，层层落实安全各种责任制，建立了责任追究制度和安全事故报告制度。发现问题和隐患及时排除、整改和上报。</w:t>
      </w:r>
      <w:r>
        <w:rPr>
          <w:lang w:eastAsia="zh-CN"/>
        </w:rPr>
        <w:br/>
      </w:r>
      <w:r>
        <w:rPr>
          <w:lang w:eastAsia="zh-CN"/>
        </w:rPr>
        <w:t>　　3、坚持定时和不定时对学校周边环境整治、学校的校舍、设备设施及日常安全管理与学校安全制度落实情况进行检查。每天值班领导必须检查了解安全情况，并将学校安全工作及安全检查情况及时向学校汇报，争取及时处理和妥善解决发现的安全问题，消除不安全因素。</w:t>
      </w:r>
      <w:r>
        <w:rPr>
          <w:lang w:eastAsia="zh-CN"/>
        </w:rPr>
        <w:br/>
      </w:r>
      <w:r>
        <w:rPr>
          <w:lang w:eastAsia="zh-CN"/>
        </w:rPr>
        <w:t>　　二、加强学习，提高认识。</w:t>
      </w:r>
      <w:r>
        <w:rPr>
          <w:lang w:eastAsia="zh-CN"/>
        </w:rPr>
        <w:br/>
      </w:r>
      <w:r>
        <w:rPr>
          <w:lang w:eastAsia="zh-CN"/>
        </w:rPr>
        <w:t>　　1、例会组织教师学习安全法规，学习学校有关安全的制度，学校各项安全预案及安全防范有关措施。</w:t>
      </w:r>
      <w:r>
        <w:rPr>
          <w:lang w:eastAsia="zh-CN"/>
        </w:rPr>
        <w:br/>
      </w:r>
      <w:r>
        <w:rPr>
          <w:lang w:eastAsia="zh-CN"/>
        </w:rPr>
        <w:t>　　2、进行道路交通知识安全和食品安全知识宣传教育，共创平安校园。</w:t>
      </w:r>
      <w:r>
        <w:rPr>
          <w:lang w:eastAsia="zh-CN"/>
        </w:rPr>
        <w:br/>
      </w:r>
      <w:r>
        <w:rPr>
          <w:lang w:eastAsia="zh-CN"/>
        </w:rPr>
        <w:t>　　3、利用各种集会、每周的班队会时，各班对学生进行安全事故案例分析及安全知识教育。</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4、通过开展多种形式的宣传教育活动(例会、集会、班队会、黑板报、办手抄报)，提高全体师生员工防范事故与自我保护的能力。</w:t>
      </w:r>
      <w:r>
        <w:rPr>
          <w:lang w:eastAsia="zh-CN"/>
        </w:rPr>
        <w:br/>
      </w:r>
      <w:r>
        <w:rPr>
          <w:lang w:eastAsia="zh-CN"/>
        </w:rPr>
        <w:t>　　总之，我校将结合学校日常管理和安全活动月的集中教育，注意积累和总结经验，将短期的有效的应急措施和做法转化为长意积累和总结经验，致力于培养全校师生的安全意识，实现校园的长治久安。</w:t>
      </w:r>
      <w:r>
        <w:rPr>
          <w:lang w:eastAsia="zh-CN"/>
        </w:rPr>
        <w:br/>
      </w:r>
      <w:r>
        <w:rPr>
          <w:lang w:eastAsia="zh-CN"/>
        </w:rPr>
        <w:t xml:space="preserve">    防踩踏安全教育的总结范文 篇6 </w:t>
      </w:r>
      <w:r>
        <w:rPr>
          <w:lang w:eastAsia="zh-CN"/>
        </w:rPr>
        <w:br/>
      </w:r>
      <w:r>
        <w:rPr>
          <w:lang w:eastAsia="zh-CN"/>
        </w:rPr>
        <w:t>　　我校紧紧围绕“我安全、我健康、我快乐”这一主题，结合本校的实际情况，积极组织开展好20__年安全教育日系列活动。此次活动达到“精密安排、形势多样、教育性强”这一目标，为创建安全的教育教学环境，强化学生的安全意识奠定良好的基础。现就活动情况做如下总结：</w:t>
      </w:r>
      <w:r>
        <w:rPr>
          <w:lang w:eastAsia="zh-CN"/>
        </w:rPr>
        <w:br/>
      </w:r>
      <w:r>
        <w:rPr>
          <w:lang w:eastAsia="zh-CN"/>
        </w:rPr>
        <w:t>　　一、成立工作领导小组，重视安全教育</w:t>
      </w:r>
      <w:r>
        <w:rPr>
          <w:lang w:eastAsia="zh-CN"/>
        </w:rPr>
        <w:br/>
      </w:r>
      <w:r>
        <w:rPr>
          <w:lang w:eastAsia="zh-CN"/>
        </w:rPr>
        <w:t>　　为了更好地开展好“安全教育日”活动，加强和改进工作，我校成立了安全教育领导小组，由覃慧校长任安全领导小组组长，并制定了详细的、符合学校实际的安全教育日活动方案，指导全校开展安全教育系列活动。</w:t>
      </w:r>
      <w:r>
        <w:rPr>
          <w:lang w:eastAsia="zh-CN"/>
        </w:rPr>
        <w:br/>
      </w:r>
      <w:r>
        <w:rPr>
          <w:lang w:eastAsia="zh-CN"/>
        </w:rPr>
        <w:t>　　二、开展丰富多彩活动，强化安全教育</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1、扎实开展宣传活动，力求人人参与，效果明显。在开展教育日系列活动之前，我校便悬挂了“我安全、我健康、我快乐”的安全教育宣传横幅;喷绘了两版以“交通安全、消防安全”为主题的宣传板报，让学生通过这些渠道了解和学到了更多的安全知识;再有就是向学生发放安全知识宣传资料，让家长和孩子共同学习更多的、实用的安全知识。</w:t>
      </w:r>
      <w:r>
        <w:rPr>
          <w:lang w:eastAsia="zh-CN"/>
        </w:rPr>
        <w:br/>
      </w:r>
      <w:r>
        <w:rPr>
          <w:lang w:eastAsia="zh-CN"/>
        </w:rPr>
        <w:t>　　2、国旗下讲话教育。于20__年_月30早上，对全校师生进行了一次题为“强化安全管理，共建和谐校园”的国旗下讲话。由政教处对学生进行安全教育。</w:t>
      </w:r>
      <w:r>
        <w:rPr>
          <w:lang w:eastAsia="zh-CN"/>
        </w:rPr>
        <w:br/>
      </w:r>
      <w:r>
        <w:rPr>
          <w:lang w:eastAsia="zh-CN"/>
        </w:rPr>
        <w:t>　　3、组织开展一次以“普及安全知识，确保生命安全”为主题的应急疏散演练。此次安全演练参与的人数达到了430人。</w:t>
      </w:r>
      <w:r>
        <w:rPr>
          <w:lang w:eastAsia="zh-CN"/>
        </w:rPr>
        <w:br/>
      </w:r>
      <w:r>
        <w:rPr>
          <w:lang w:eastAsia="zh-CN"/>
        </w:rPr>
        <w:t>　　4、邀请罗富乡派出所韦永笳副所长对全校师生进行消防器材使用培训，让我校师生在培训中，身临其境的体会和掌握消防安全知识。</w:t>
      </w:r>
      <w:r>
        <w:rPr>
          <w:lang w:eastAsia="zh-CN"/>
        </w:rPr>
        <w:br/>
      </w:r>
      <w:r>
        <w:rPr>
          <w:lang w:eastAsia="zh-CN"/>
        </w:rPr>
        <w:t>　　5、邀请公安干警对我校的安全协管员进行安全知识、安全技能的培训，让我校的安全协管员能学到更系统、更完善的安全知识与安全技能。</w:t>
      </w:r>
      <w:r>
        <w:rPr>
          <w:lang w:eastAsia="zh-CN"/>
        </w:rPr>
        <w:br/>
      </w:r>
      <w:r>
        <w:rPr>
          <w:lang w:eastAsia="zh-CN"/>
        </w:rPr>
        <w:t>　　6、召开一次安全教育主题班会。各班级召开“珍爱生命、安全第一”的安全知识教育主题班会。</w:t>
      </w:r>
      <w:r>
        <w:rPr>
          <w:lang w:eastAsia="zh-CN"/>
        </w:rPr>
        <w:br/>
      </w:r>
      <w:r>
        <w:rPr>
          <w:lang w:eastAsia="zh-CN"/>
        </w:rPr>
        <w:t>　　7、布置一份安全隐患排查作业。各年级组织学生开展“学校安全隐患我发现，家庭安全隐患我排查”活动，要给学生布置一份安全隐患排查方面的作业，通过这一活动使学生认识到安全工作与自身息息相关，把安全意识融入到学生思想行动之中，做到安全工作预防在先。学校要对学生提交的安全隐患排查结果进行认真核查并对发现的问题及时加以整改。</w:t>
      </w:r>
      <w:r>
        <w:rPr>
          <w:lang w:eastAsia="zh-CN"/>
        </w:rPr>
        <w:br/>
      </w:r>
      <w:r>
        <w:rPr>
          <w:lang w:eastAsia="zh-CN"/>
        </w:rPr>
        <w:t>　　三、取得效果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1、学生安全知识面更广了，安全意识更强了，对注意安全的理解更深了。</w:t>
      </w:r>
      <w:r>
        <w:rPr>
          <w:lang w:eastAsia="zh-CN"/>
        </w:rPr>
        <w:br/>
      </w:r>
      <w:r>
        <w:rPr>
          <w:lang w:eastAsia="zh-CN"/>
        </w:rPr>
        <w:t>　　2、创建了安全的教学环境，形成了“安全工作，重于泰山”的良好氛围。</w:t>
      </w:r>
      <w:r>
        <w:rPr>
          <w:lang w:eastAsia="zh-CN"/>
        </w:rPr>
        <w:br/>
      </w:r>
      <w:r>
        <w:rPr>
          <w:lang w:eastAsia="zh-CN"/>
        </w:rPr>
        <w:t xml:space="preserve">    防踩踏安全教育的总结范文 篇7 </w:t>
      </w:r>
      <w:r>
        <w:rPr>
          <w:lang w:eastAsia="zh-CN"/>
        </w:rPr>
        <w:br/>
      </w:r>
      <w:r>
        <w:rPr>
          <w:lang w:eastAsia="zh-CN"/>
        </w:rPr>
        <w:t>　　为了进一步加强安全教育工作，我校按照学区要求，开展了“安全教育活动周”活动。我校紧紧围绕“强化安全管理共建和谐校园”这一主题，结合本校的实际情况，积极组织开展好安全教育周系列活动，达到认真安排、活动多样、教育性强的目标，为创建安全的教育教学环境，强化学生的安全意识奠定了良好的基础。现就活动情况总结如下：</w:t>
      </w:r>
      <w:r>
        <w:rPr>
          <w:lang w:eastAsia="zh-CN"/>
        </w:rPr>
        <w:br/>
      </w:r>
      <w:r>
        <w:rPr>
          <w:lang w:eastAsia="zh-CN"/>
        </w:rPr>
        <w:t>　　一、认真制定活动计划，加强安全教育活动的管理</w:t>
      </w:r>
      <w:r>
        <w:rPr>
          <w:lang w:eastAsia="zh-CN"/>
        </w:rPr>
        <w:br/>
      </w:r>
      <w:r>
        <w:rPr>
          <w:lang w:eastAsia="zh-CN"/>
        </w:rPr>
        <w:t>　　为了更好地开展好“安全教育周”活动，我校成立了安全周教育活动领导小组，制定了详细的、符合校园实际的计划，指导全校开展安全教育系列活动。</w:t>
      </w:r>
      <w:r>
        <w:rPr>
          <w:lang w:eastAsia="zh-CN"/>
        </w:rPr>
        <w:br/>
      </w:r>
      <w:r>
        <w:rPr>
          <w:lang w:eastAsia="zh-CN"/>
        </w:rPr>
        <w:t>　　二、开展丰富多彩活动，强化安全教育。</w:t>
      </w:r>
      <w:r>
        <w:rPr>
          <w:lang w:eastAsia="zh-CN"/>
        </w:rPr>
        <w:br/>
      </w:r>
      <w:r>
        <w:rPr>
          <w:lang w:eastAsia="zh-CN"/>
        </w:rPr>
        <w:t>　　1、扎实开展宣传活动，力求人人参与，效果明显。在开展教育周系列活动中，我校在教育周活动开始的第一天，举行了全校师生动员大会，对全体师生进行安全教育，校园对安全教育周活动进行动员和部署。</w:t>
      </w:r>
      <w:r>
        <w:rPr>
          <w:lang w:eastAsia="zh-CN"/>
        </w:rPr>
        <w:br/>
      </w:r>
      <w:r>
        <w:rPr>
          <w:lang w:eastAsia="zh-CN"/>
        </w:rPr>
        <w:t>　　2、校园安全检查。安全周领导小组在活动周内发动学生开展“校园安全隐患我发现，家庭安全隐患我排查”活动，对全校设施设备进行一次安全大检查，确保安全。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3、召开安全教育主题班会，要求班主任从方方面面以“安全”为主题进行了安全教育。</w:t>
      </w:r>
      <w:r>
        <w:rPr>
          <w:lang w:eastAsia="zh-CN"/>
        </w:rPr>
        <w:br/>
      </w:r>
      <w:r>
        <w:rPr>
          <w:lang w:eastAsia="zh-CN"/>
        </w:rPr>
        <w:t>　　4、刊出安全教育主题黑板报，在召开班会的同时，校园还充分利用宣传手段，要求每班出好一期以“珍爱生命，牢记安全”为主题的黑板报。每班还组织学生完成一份安全教育手抄报。</w:t>
      </w:r>
      <w:r>
        <w:rPr>
          <w:lang w:eastAsia="zh-CN"/>
        </w:rPr>
        <w:br/>
      </w:r>
      <w:r>
        <w:rPr>
          <w:lang w:eastAsia="zh-CN"/>
        </w:rPr>
        <w:t>　　5、校园和班级各举行安全教育讲座，由校园组织学生观看安全教育警示图片，并组织学生进行讨论，深化教育效果。</w:t>
      </w:r>
      <w:r>
        <w:rPr>
          <w:lang w:eastAsia="zh-CN"/>
        </w:rPr>
        <w:br/>
      </w:r>
      <w:r>
        <w:rPr>
          <w:lang w:eastAsia="zh-CN"/>
        </w:rPr>
        <w:t>　　三、取得效果</w:t>
      </w:r>
      <w:r>
        <w:rPr>
          <w:lang w:eastAsia="zh-CN"/>
        </w:rPr>
        <w:br/>
      </w:r>
      <w:r>
        <w:rPr>
          <w:lang w:eastAsia="zh-CN"/>
        </w:rPr>
        <w:t>　　1、学生安全知识面更广了，安全意识更强了，对注意安全的理解更深了。</w:t>
      </w:r>
      <w:r>
        <w:rPr>
          <w:lang w:eastAsia="zh-CN"/>
        </w:rPr>
        <w:br/>
      </w:r>
      <w:r>
        <w:rPr>
          <w:lang w:eastAsia="zh-CN"/>
        </w:rPr>
        <w:t>　　2、学生法制观念增强了，能够做到知法守法，学生的自我保护意识和能力也提高了。</w:t>
      </w:r>
      <w:r>
        <w:rPr>
          <w:lang w:eastAsia="zh-CN"/>
        </w:rPr>
        <w:br/>
      </w:r>
      <w:r>
        <w:rPr>
          <w:lang w:eastAsia="zh-CN"/>
        </w:rPr>
        <w:t>　　3、管理机制更加完善了，教育责任到人，落实到位了。</w:t>
      </w:r>
      <w:r>
        <w:rPr>
          <w:lang w:eastAsia="zh-CN"/>
        </w:rPr>
        <w:br/>
      </w:r>
      <w:r>
        <w:rPr>
          <w:lang w:eastAsia="zh-CN"/>
        </w:rPr>
        <w:t>　　4、创建了安全的教学环境，形成了“安全工作，重于泰山”的良好氛围。</w:t>
      </w:r>
      <w:r>
        <w:rPr>
          <w:lang w:eastAsia="zh-CN"/>
        </w:rPr>
        <w:br/>
      </w:r>
      <w:r>
        <w:rPr>
          <w:lang w:eastAsia="zh-CN"/>
        </w:rPr>
        <w:t>　　四、对安全教育工作的思考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由于安全问题是一个比较复杂的问题，有很多意外防不胜防，校园安全工作也不见得做到了天衣无缝，有很多不安全的隐患也可能随时出现，所以我校不仅要在“安全教育周”内对安全教育重点抓，在平时的常规教育中，我校也将把安全教育放在第一位，力求做到安全第一。相信在校园领导的高度重视下，在全体师生的紧密配合中，在上级的正确领导下，我校的安全教育工作，定能更上一个台阶。</w:t>
      </w:r>
      <w:r>
        <w:rPr>
          <w:lang w:eastAsia="zh-CN"/>
        </w:rPr>
        <w:br/>
      </w:r>
      <w:r>
        <w:rPr>
          <w:lang w:eastAsia="zh-CN"/>
        </w:rPr>
        <w:t xml:space="preserve">    防踩踏安全教育的总结范文 篇8 </w:t>
      </w:r>
      <w:r>
        <w:rPr>
          <w:lang w:eastAsia="zh-CN"/>
        </w:rPr>
        <w:br/>
      </w:r>
      <w:r>
        <w:rPr>
          <w:lang w:eastAsia="zh-CN"/>
        </w:rPr>
        <w:t>　　根据省、市通知的要求，20__年3月_日是第_个全国中小学生安全教育日，我区高度重视，各学校切实开展以强化安全意识，提高避险能力为主题的安全教育活动，并扎实做好各项安全工作，现将所做工作总结如下：</w:t>
      </w:r>
      <w:r>
        <w:rPr>
          <w:lang w:eastAsia="zh-CN"/>
        </w:rPr>
        <w:br/>
      </w:r>
      <w:r>
        <w:rPr>
          <w:lang w:eastAsia="zh-CN"/>
        </w:rPr>
        <w:t>　　一、统一部署，确保活动顺利进行</w:t>
      </w:r>
      <w:r>
        <w:rPr>
          <w:lang w:eastAsia="zh-CN"/>
        </w:rPr>
        <w:br/>
      </w:r>
      <w:r>
        <w:rPr>
          <w:lang w:eastAsia="zh-CN"/>
        </w:rPr>
        <w:t>　　我局与__公安分局联合给各中小学、幼儿园下发了《关于转发教育部办公厅〈的通知》，并召开了各单位的主管领导专题会议，分管安全工作的魏局长进行了详尽的部署与安排。</w:t>
      </w:r>
      <w:r>
        <w:rPr>
          <w:lang w:eastAsia="zh-CN"/>
        </w:rPr>
        <w:br/>
      </w:r>
      <w:r>
        <w:rPr>
          <w:lang w:eastAsia="zh-CN"/>
        </w:rPr>
        <w:t>　　二、扎扎实实开展五个一活动</w:t>
      </w:r>
      <w:r>
        <w:rPr>
          <w:lang w:eastAsia="zh-CN"/>
        </w:rPr>
        <w:br/>
      </w:r>
      <w:r>
        <w:rPr>
          <w:lang w:eastAsia="zh-CN"/>
        </w:rPr>
        <w:t>　　1、进行一次安全专题教育。各学校利用升旗仪式、班会、黑板报、观看安全教育片等形式，向学生进行交通安全、食品卫生安全、传染病防控、防拥挤踩踏、防溺水、防地震、雷击等安全知识教育。3月28日都司街小学邀请了石鼓区交警大队法制办谢主任来校给学生上了一堂以强化安全意识，提高避险能力为主题的安全教育课，师生深受教育。</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2、开展一次疏散演练活动。我区有20余所学校3月28日下午组织学生开展了应急疏散演习活动。尤其是人民路小学制定了切实可行的疏散演习活动方案，使演练活动达到预期的效果。松木中学开展了校园防地震师生安全逃生演练，演练前班主任做好学生的动员工作，学习有关避震知识，熟悉应急避震的正确方法，懂得在地震发生时如何自我保护。演练中按活动方案有序地进行，收到很好的效果。通过演练活动，培养了学生遵守纪律，团结协作的精神，提高突发事件下的应急反应能力和自救互救能力。</w:t>
      </w:r>
      <w:r>
        <w:rPr>
          <w:lang w:eastAsia="zh-CN"/>
        </w:rPr>
        <w:br/>
      </w:r>
      <w:r>
        <w:rPr>
          <w:lang w:eastAsia="zh-CN"/>
        </w:rPr>
        <w:t>　　3、开展一次安全隐患排查。各学校对校舍、学校安全保卫、水、电、消防器材、教学设施、学生上学放学、课间活动等进行了拉网式排查，发现问题及时整改，责任到人。</w:t>
      </w:r>
      <w:r>
        <w:rPr>
          <w:lang w:eastAsia="zh-CN"/>
        </w:rPr>
        <w:br/>
      </w:r>
      <w:r>
        <w:rPr>
          <w:lang w:eastAsia="zh-CN"/>
        </w:rPr>
        <w:t>　　4、举办一期传染病防控培训班。春季是传染病多发季节，因此各校组织学生举办了一期传染病防控培训班，有的学校还邀请了区卫生、防疫部门的专家来校讲课。这样使学生更好地掌握了传染病防控知识。</w:t>
      </w:r>
      <w:r>
        <w:rPr>
          <w:lang w:eastAsia="zh-CN"/>
        </w:rPr>
        <w:br/>
      </w:r>
      <w:r>
        <w:rPr>
          <w:lang w:eastAsia="zh-CN"/>
        </w:rPr>
        <w:t>　　5、组织一次上街宣传活动。有的学校编排了精彩的安全教育文艺节目，利用3月28日安全教育日上街宣传演出，赢得了社会的好评。</w:t>
      </w:r>
      <w:r>
        <w:rPr>
          <w:lang w:eastAsia="zh-CN"/>
        </w:rPr>
        <w:br/>
      </w:r>
      <w:r>
        <w:rPr>
          <w:lang w:eastAsia="zh-CN"/>
        </w:rPr>
        <w:t xml:space="preserve">    防踩踏安全教育的总结范文 篇9 </w:t>
      </w:r>
      <w:r>
        <w:rPr>
          <w:lang w:eastAsia="zh-CN"/>
        </w:rPr>
        <w:br/>
      </w:r>
      <w:r>
        <w:rPr>
          <w:lang w:eastAsia="zh-CN"/>
        </w:rPr>
        <w:t>　　按照中心校文件要求，我校以宣传贯彻《安全教育》为主线，以“安全第一、预防为主”为主题，通过多种渠道，采取多种形式，广泛深入地组织开展了“安全教育月”活动，活动情况总结如下：</w:t>
      </w:r>
      <w:r>
        <w:rPr>
          <w:lang w:eastAsia="zh-CN"/>
        </w:rPr>
        <w:br/>
      </w:r>
      <w:r>
        <w:rPr>
          <w:lang w:eastAsia="zh-CN"/>
        </w:rPr>
        <w:t>　　一、指导思想</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认真贯彻落实“安全第一、预防为主”的方针，扎实开展好安全教育活动，以“关注安全、关爱生命”为主线，突出“安全伴我在校园”的主题，通过宣传教育，使全体师生牢固树立安全第一的思想，增强自我防护意识，培养学生的自我防护能力避免事故发生，确保师生人身和学校财产安全。</w:t>
      </w:r>
      <w:r>
        <w:rPr>
          <w:lang w:eastAsia="zh-CN"/>
        </w:rPr>
        <w:br/>
      </w:r>
      <w:r>
        <w:rPr>
          <w:lang w:eastAsia="zh-CN"/>
        </w:rPr>
        <w:t>　　二、活动时间</w:t>
      </w:r>
      <w:r>
        <w:rPr>
          <w:lang w:eastAsia="zh-CN"/>
        </w:rPr>
        <w:br/>
      </w:r>
      <w:r>
        <w:rPr>
          <w:lang w:eastAsia="zh-CN"/>
        </w:rPr>
        <w:t>　　六月一日至六月二十五日</w:t>
      </w:r>
      <w:r>
        <w:rPr>
          <w:lang w:eastAsia="zh-CN"/>
        </w:rPr>
        <w:br/>
      </w:r>
      <w:r>
        <w:rPr>
          <w:lang w:eastAsia="zh-CN"/>
        </w:rPr>
        <w:t>　　三、活动内容及活动安排</w:t>
      </w:r>
      <w:r>
        <w:rPr>
          <w:lang w:eastAsia="zh-CN"/>
        </w:rPr>
        <w:br/>
      </w:r>
      <w:r>
        <w:rPr>
          <w:lang w:eastAsia="zh-CN"/>
        </w:rPr>
        <w:t>　　(一)加大宣传力度，强化师生安全意识。</w:t>
      </w:r>
      <w:r>
        <w:rPr>
          <w:lang w:eastAsia="zh-CN"/>
        </w:rPr>
        <w:br/>
      </w:r>
      <w:r>
        <w:rPr>
          <w:lang w:eastAsia="zh-CN"/>
        </w:rPr>
        <w:t>　　1、通过校园宣传栏、黑板报等阵地，广泛宣传消防、交通、饮食卫生、等方面的法律规章和安全常识，提高全体师生的安全意识和自我防护能力。</w:t>
      </w:r>
      <w:r>
        <w:rPr>
          <w:lang w:eastAsia="zh-CN"/>
        </w:rPr>
        <w:br/>
      </w:r>
      <w:r>
        <w:rPr>
          <w:lang w:eastAsia="zh-CN"/>
        </w:rPr>
        <w:t>　　2、充分发挥升旗仪式、主题班会等阵地的作用，以学校《学生安全常规》以及《安全知识手册》为素材，大力加强学生良好行为习惯的培养，克服麻痹思想，让学生牢固树立“时时讲安全、处处讲安全、安全第一”的思想。</w:t>
      </w:r>
      <w:r>
        <w:rPr>
          <w:lang w:eastAsia="zh-CN"/>
        </w:rPr>
        <w:br/>
      </w:r>
      <w:r>
        <w:rPr>
          <w:lang w:eastAsia="zh-CN"/>
        </w:rPr>
        <w:t>　　3、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r>
        <w:rPr>
          <w:lang w:eastAsia="zh-CN"/>
        </w:rPr>
        <w:br/>
      </w:r>
      <w:r>
        <w:rPr>
          <w:lang w:eastAsia="zh-CN"/>
        </w:rPr>
        <w:t>　　4、组织全体师生进行一次有针对性的应急疏散预案。</w:t>
      </w:r>
      <w:r>
        <w:rPr>
          <w:lang w:eastAsia="zh-CN"/>
        </w:rPr>
        <w:br/>
      </w:r>
      <w:r>
        <w:rPr>
          <w:lang w:eastAsia="zh-CN"/>
        </w:rPr>
        <w:t>　　(二)以活动为载体，增强安全教育的效果。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1、进一步加强和改进学校德育工作，使养成教育在细、严、实上下功夫，找准找全问题，加大改进措施，突出交通、饮食、用电的使用与管理及体育课教学区等方面的安全管理和教育，消除隐患，防范和避免事故的发生。</w:t>
      </w:r>
      <w:r>
        <w:rPr>
          <w:lang w:eastAsia="zh-CN"/>
        </w:rPr>
        <w:br/>
      </w:r>
      <w:r>
        <w:rPr>
          <w:lang w:eastAsia="zh-CN"/>
        </w:rPr>
        <w:t>　　2、各班建立安全检查小组，由正副班主任、值日班长组成，负责本班安全知识宣传、常规检查及报告工作。</w:t>
      </w:r>
      <w:r>
        <w:rPr>
          <w:lang w:eastAsia="zh-CN"/>
        </w:rPr>
        <w:br/>
      </w:r>
      <w:r>
        <w:rPr>
          <w:lang w:eastAsia="zh-CN"/>
        </w:rPr>
        <w:t>　　3、继续与乡派出所联手，维护校园周边秩序，监控学生的校外行为，保证学生交通、治安方面的安全。</w:t>
      </w:r>
      <w:r>
        <w:rPr>
          <w:lang w:eastAsia="zh-CN"/>
        </w:rPr>
        <w:br/>
      </w:r>
      <w:r>
        <w:rPr>
          <w:lang w:eastAsia="zh-CN"/>
        </w:rPr>
        <w:t>　　4、与学生及家长签定安全协议书，进一步强化纪律和安全意识，使家长广泛参与到学校教育管理中来。</w:t>
      </w:r>
      <w:r>
        <w:rPr>
          <w:lang w:eastAsia="zh-CN"/>
        </w:rPr>
        <w:br/>
      </w:r>
      <w:r>
        <w:rPr>
          <w:lang w:eastAsia="zh-CN"/>
        </w:rPr>
        <w:t>　　5、拟聘请有关部门领导和专业人员对学生进行安全、法制方面讲座，用身边的例子说服教育学生。教给学生基本的保护常识和技能。</w:t>
      </w:r>
      <w:r>
        <w:rPr>
          <w:lang w:eastAsia="zh-CN"/>
        </w:rPr>
        <w:br/>
      </w:r>
      <w:r>
        <w:rPr>
          <w:lang w:eastAsia="zh-CN"/>
        </w:rPr>
        <w:t>　　(三)加强组织领导、强化安全责任意识。</w:t>
      </w:r>
      <w:r>
        <w:rPr>
          <w:lang w:eastAsia="zh-CN"/>
        </w:rPr>
        <w:br/>
      </w:r>
      <w:r>
        <w:rPr>
          <w:lang w:eastAsia="zh-CN"/>
        </w:rPr>
        <w:t>　　1、为切实做好学校安全工作。成立由校长任组长，中层以上干部及教务处、政教处等相关人员任成员的学校安全工作领导小组，具体安排和调度安全工作，进一步明确各处室、各级部主要负责人的责任，把安全工作列入岗位职责范畴之中，真正实现“一岗双责”。</w:t>
      </w:r>
      <w:r>
        <w:rPr>
          <w:lang w:eastAsia="zh-CN"/>
        </w:rPr>
        <w:br/>
      </w:r>
      <w:r>
        <w:rPr>
          <w:lang w:eastAsia="zh-CN"/>
        </w:rPr>
        <w:t>　　2、进一步完善各类事故的安全应急预案，针对消防、用电、饮食、大型活动的安全隐患和易发生安全责任事故的环节，按分工制度完善应急预案，明确责任、细化程序、有章可循，一旦发生安全责任事故，能够得到及时有效的控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3、落实安全责任追究制。校长是学校安全的第一责任人，各处室和班主任是本部门安全的第一责任人，对学校安全负全面责任，把安全责任及安全教育当做总抓手，贯穿于各项工作的始终，创建平安校园。对因思想认识不足、宣传教育不到位、安全责任不落实、安全隐患不消除的责任人限期整改或撤换，对导致发生安全责任事故的，严肃追究第一责任人的责任。</w:t>
      </w:r>
      <w:r>
        <w:rPr>
          <w:lang w:eastAsia="zh-CN"/>
        </w:rPr>
        <w:br/>
      </w:r>
      <w:r>
        <w:rPr>
          <w:lang w:eastAsia="zh-CN"/>
        </w:rPr>
        <w:t>　　4、建立健全安全工作的长效机制。结合学校日常管理和安全活动月的集中教育，注意积累和总结经验，将短期的有效的应急措施和做法转化为长期的、经常性的工作机制，致力于培养师生的安全意识、规范行为和文明习惯，实现校园的长治久安。</w:t>
      </w:r>
      <w:r>
        <w:rPr>
          <w:lang w:eastAsia="zh-CN"/>
        </w:rPr>
        <w:br/>
      </w:r>
      <w:r>
        <w:rPr>
          <w:lang w:eastAsia="zh-CN"/>
        </w:rPr>
        <w:t xml:space="preserve">    防踩踏安全教育的总结范文 篇10 </w:t>
      </w:r>
      <w:r>
        <w:rPr>
          <w:lang w:eastAsia="zh-CN"/>
        </w:rPr>
        <w:br/>
      </w:r>
      <w:r>
        <w:rPr>
          <w:lang w:eastAsia="zh-CN"/>
        </w:rPr>
        <w:t>　　今年3月31日是第__个“全国中小学生安全教育日”，我校根据上级教育主管部门的通知精神，围绕这一主题，结合学校具体情况，充分利用各种宣传阵地和资源，开展丰富多彩的宣传教育活动，提高了师生安全防范和安全防范能力。特别是重点开展增强师生交通安全意识，防范交通安全事故发生；防震抗灾紧急疏散，安全防火等宣传教育活动。现将主要工作总结如下：</w:t>
      </w:r>
      <w:r>
        <w:rPr>
          <w:lang w:eastAsia="zh-CN"/>
        </w:rPr>
        <w:br/>
      </w:r>
      <w:r>
        <w:rPr>
          <w:lang w:eastAsia="zh-CN"/>
        </w:rPr>
        <w:t>　　一、思想认识到位</w:t>
      </w:r>
      <w:r>
        <w:rPr>
          <w:lang w:eastAsia="zh-CN"/>
        </w:rPr>
        <w:br/>
      </w:r>
      <w:r>
        <w:rPr>
          <w:lang w:eastAsia="zh-CN"/>
        </w:rPr>
        <w:t>　　认真贯彻落实上级有关部门的工作部署，高度认识学校安全工作的重要性，真抓实干，发动社会各部门的职能作用，共同编织校园安全网络，以开展综合整治工作为校园安全防治的主要举措，把握校园安全动态，主动开展校园安全的预防工作。在常规管理工作过程中，做到“警钟长鸣，防患于未然”，完善了学校安全管理机构和相关制度，落实了层层责任制，有效地保障了师生的人身安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二、注重宣传教育</w:t>
      </w:r>
      <w:r>
        <w:rPr>
          <w:lang w:eastAsia="zh-CN"/>
        </w:rPr>
        <w:br/>
      </w:r>
      <w:r>
        <w:rPr>
          <w:lang w:eastAsia="zh-CN"/>
        </w:rPr>
        <w:t>　　抓学校安全工作，突出的特点是要注重宣传教育工作，让学生在掌握基本救护技能的同时，树立安全意识，受益终身。因此，我们利用第十八个“全国中小学生安全教育日”这个契机，重点对学生、家长进行了安全教育，在校园内做好了“校园安全宣传板报”，结合安全教育专题活动，对学生进行安全教育，及时通报学校安全工作的动态，推广安全管理的好做法。</w:t>
      </w:r>
      <w:r>
        <w:rPr>
          <w:lang w:eastAsia="zh-CN"/>
        </w:rPr>
        <w:br/>
      </w:r>
      <w:r>
        <w:rPr>
          <w:lang w:eastAsia="zh-CN"/>
        </w:rPr>
        <w:t>　　三、开展系列活动</w:t>
      </w:r>
      <w:r>
        <w:rPr>
          <w:lang w:eastAsia="zh-CN"/>
        </w:rPr>
        <w:br/>
      </w:r>
      <w:r>
        <w:rPr>
          <w:lang w:eastAsia="zh-CN"/>
        </w:rPr>
        <w:t>　　1、进行了一次“紧急疏散安全逃生，消防安全警钟常鸣”的演练活动。</w:t>
      </w:r>
      <w:r>
        <w:rPr>
          <w:lang w:eastAsia="zh-CN"/>
        </w:rPr>
        <w:br/>
      </w:r>
      <w:r>
        <w:rPr>
          <w:lang w:eastAsia="zh-CN"/>
        </w:rPr>
        <w:t>　　为了增强学校对突发事件的应急处理能力，让师生在实战中掌握地震避险及消防知识技能，结合全国第十九个中小学安全教育日活动，我校于3月31日举行了“紧急疏散安全逃生，消防安全警钟常鸣”的演练活动，演练前，校长室制订了详尽的演练方案，作了明确的分工布置，对师生进行了多次培训。整个演练活动紧张有序：老师各守岗位，高度负责；学生听从指挥，行动迅速，师生经历了危急时刻生存应对的体验和考验。演练的开展时刻警示着全体师生要居安思危，防患于未然，人人知危险，重安全，保平安。</w:t>
      </w:r>
      <w:r>
        <w:rPr>
          <w:lang w:eastAsia="zh-CN"/>
        </w:rPr>
        <w:br/>
      </w:r>
      <w:r>
        <w:rPr>
          <w:lang w:eastAsia="zh-CN"/>
        </w:rPr>
        <w:t>　　2、举行了一次“地震、消防安全知识知多少”的主题班会活动。针对当前自然灾害的频发，各班利用3月31日的班会课时间，举办了地震知识和消防知识的专题讲座，让大家掌握了逃生自救的基本常识。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3、开展了一次“学校安全隐患我发现，家庭安全隐患我排查”实践活动。</w:t>
      </w:r>
      <w:r>
        <w:rPr>
          <w:lang w:eastAsia="zh-CN"/>
        </w:rPr>
        <w:br/>
      </w:r>
      <w:r>
        <w:rPr>
          <w:lang w:eastAsia="zh-CN"/>
        </w:rPr>
        <w:t>　　学校把3月31日至4月5日这一周时间定为安全隐患排查周，在学校以小组为单位，对本班所属区域进行仔细排查，充分展现了“我们发现，安全你我他”的集体主义精神；在家里以个人为单位，对家庭的每一个角落进行排查，充分体现了“我排查，安全一家人”的主人翁精神。通过这一活动，使学生认识到安全工作与自身息息相关，把安全意识融入到学生思想行动中、融入到日常生活中。学校、班级对学生提出的安全隐患结果能进行认真核查并及时加以了整改。</w:t>
      </w:r>
      <w:r>
        <w:rPr>
          <w:lang w:eastAsia="zh-CN"/>
        </w:rPr>
        <w:br/>
      </w:r>
      <w:r>
        <w:rPr>
          <w:lang w:eastAsia="zh-CN"/>
        </w:rPr>
        <w:t>　　4、举办了一次“珍爱生命，平安出行”的主题教育活动。</w:t>
      </w:r>
      <w:r>
        <w:rPr>
          <w:lang w:eastAsia="zh-CN"/>
        </w:rPr>
        <w:br/>
      </w:r>
      <w:r>
        <w:rPr>
          <w:lang w:eastAsia="zh-CN"/>
        </w:rPr>
        <w:t>　　活动采用知识讲座和观看交通知识教育片两种形式。以具体的数据、生动的事例、形象的图片，讲述了造成交通事故的主要原因——疏忽行驶、醉酒驾驶、不守法规、侵占道路，影片再现了六起交通事故，血的教训震撼了在座的每一个人，由衷地为丧身于车轮下的人感到惋惜。随后，学校安办主任又以通俗易懂的语言，讲解了交通安全的常识，引导学生如何遵守交通法规——出门行走、穿越马路、乘坐车辆都要注意安全。让大家明白了生命只有一次，要珍爱生命，要平安出行。学生们表示，今后除了要自觉遵守日常交通规则，还将努力做好宣传工作，小手拉大手，同走文明路。</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总之，通过积极有效的开展安全教育活动，增长了师生的安全知识，增强了安全防范意识，提高了师生的安全防范能力，为学校日常教育教学的顺利进行，提供了有效的保障。安全教育是学校的基础性工作之一，为增强安全教育的实效性，我校在以后的工作中将始终把安全教育的内容寓于校园文化建设之中，使学生在丰富多彩的活动中受到潜移默化的影响，养成良好的行为态度和习惯，安全能永远牢记心中。</w:t>
      </w:r>
      <w:r>
        <w:rPr>
          <w:lang w:eastAsia="zh-CN"/>
        </w:rPr>
        <w:br/>
      </w:r>
      <w:r>
        <w:rPr>
          <w:lang w:eastAsia="zh-CN"/>
        </w:rPr>
        <w:t xml:space="preserve">    防踩踏安全教育的总结范文 篇11 </w:t>
      </w:r>
      <w:r>
        <w:rPr>
          <w:lang w:eastAsia="zh-CN"/>
        </w:rPr>
        <w:br/>
      </w:r>
      <w:r>
        <w:rPr>
          <w:lang w:eastAsia="zh-CN"/>
        </w:rPr>
        <w:t>　　我区高度重视，各学校切实开展以强化安全意识，提高避险能力为主题的安全教育活动，并扎实做好各项安全工作，现将所做工作总结如下：</w:t>
      </w:r>
      <w:r>
        <w:rPr>
          <w:lang w:eastAsia="zh-CN"/>
        </w:rPr>
        <w:br/>
      </w:r>
      <w:r>
        <w:rPr>
          <w:lang w:eastAsia="zh-CN"/>
        </w:rPr>
        <w:t>　　一、统一部署，确保活动顺利进行</w:t>
      </w:r>
      <w:r>
        <w:rPr>
          <w:lang w:eastAsia="zh-CN"/>
        </w:rPr>
        <w:br/>
      </w:r>
      <w:r>
        <w:rPr>
          <w:lang w:eastAsia="zh-CN"/>
        </w:rPr>
        <w:t>　　我局与__公安分局联合给各中小学、幼儿园下发了《关于转发教育部办公厅〈关于做好第__个全国中小学生安全教育日主题教育活动的通知〉的通知》，并召开了各单位的主管领导专题会议，分管安全工作的魏局长进行了详尽的部署与安排。</w:t>
      </w:r>
      <w:r>
        <w:rPr>
          <w:lang w:eastAsia="zh-CN"/>
        </w:rPr>
        <w:br/>
      </w:r>
      <w:r>
        <w:rPr>
          <w:lang w:eastAsia="zh-CN"/>
        </w:rPr>
        <w:t>　　二、扎扎实实开展五个一活动</w:t>
      </w:r>
      <w:r>
        <w:rPr>
          <w:lang w:eastAsia="zh-CN"/>
        </w:rPr>
        <w:br/>
      </w:r>
      <w:r>
        <w:rPr>
          <w:lang w:eastAsia="zh-CN"/>
        </w:rPr>
        <w:t>　　1、进行一次安全专题教育。各学校利用升旗仪式、班会、黑板报、观看安全教育片等形式，向学生进行交通安全、食品卫生安全、传染病防控、防拥挤踩踏、防溺水、防地震、雷击等安全知识教育。3月28日__小学邀请了__区交警大队法制办谢主任来校给学生上了一堂以强化安全意识，提高避险能力为主题的安全教育课，师生深受教育。</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2、开展一次疏散演练活动。我区有20余所学校3月28日下午组织学生开展了应急疏散演习活动。尤其是人民路小学制定了切实可行的疏散演习活动方案，使演练活动达到预期的效果。__中学开展了校园防地震师生安全逃生演练，演练前班主任做好学生的动员工作，学习有关避震知识，熟悉应急避震的正确方法，懂得在地震发生时如何自我保护。演练中按活动方案有序地进行，收到很好的效果。通过演练活动，培养了学生遵守纪律，团结协作的精神，提高突发事件下的应急反应能力和自救互救能力。</w:t>
      </w:r>
      <w:r>
        <w:rPr>
          <w:lang w:eastAsia="zh-CN"/>
        </w:rPr>
        <w:br/>
      </w:r>
      <w:r>
        <w:rPr>
          <w:lang w:eastAsia="zh-CN"/>
        </w:rPr>
        <w:t>　　3、开展一次安全隐患排查。各学校对校舍、学校安全保卫、水、电、消防器材、教学设施、学生上学放学、课间活动等进行了拉网式排查，发现问题及时整改，责任到人。</w:t>
      </w:r>
      <w:r>
        <w:rPr>
          <w:lang w:eastAsia="zh-CN"/>
        </w:rPr>
        <w:br/>
      </w:r>
      <w:r>
        <w:rPr>
          <w:lang w:eastAsia="zh-CN"/>
        </w:rPr>
        <w:t>　　4、举办一期传染病防控培训班。春季是传染病多发季节，因此各校组织学生举办了一期传染病防控培训班，有的学校还邀请了区卫生、防疫部门的专家来校讲课。这样使学生更好地掌握了传染病防控知识。</w:t>
      </w:r>
      <w:r>
        <w:rPr>
          <w:lang w:eastAsia="zh-CN"/>
        </w:rPr>
        <w:br/>
      </w:r>
      <w:r>
        <w:rPr>
          <w:lang w:eastAsia="zh-CN"/>
        </w:rPr>
        <w:t>　　5、组织一次上街宣传活动。有的学校编排了精彩的安全教育文艺节目，利用_月_日安全教育日上街宣传演出，赢得了社会的好评。</w:t>
      </w:r>
      <w:r>
        <w:rPr>
          <w:lang w:eastAsia="zh-CN"/>
        </w:rPr>
        <w:br/>
      </w:r>
      <w:r>
        <w:rPr>
          <w:lang w:eastAsia="zh-CN"/>
        </w:rPr>
        <w:t xml:space="preserve">    防踩踏安全教育的总结范文 篇12 </w:t>
      </w:r>
      <w:r>
        <w:rPr>
          <w:lang w:eastAsia="zh-CN"/>
        </w:rPr>
        <w:br/>
      </w:r>
      <w:r>
        <w:rPr>
          <w:lang w:eastAsia="zh-CN"/>
        </w:rPr>
        <w:t>　　时间：20--年--月--日上午</w:t>
      </w:r>
      <w:r>
        <w:rPr>
          <w:lang w:eastAsia="zh-CN"/>
        </w:rPr>
        <w:br/>
      </w:r>
      <w:r>
        <w:rPr>
          <w:lang w:eastAsia="zh-CN"/>
        </w:rPr>
        <w:t>　　地点：建工楼601</w:t>
      </w:r>
      <w:r>
        <w:rPr>
          <w:lang w:eastAsia="zh-CN"/>
        </w:rPr>
        <w:br/>
      </w:r>
      <w:r>
        <w:rPr>
          <w:lang w:eastAsia="zh-CN"/>
        </w:rPr>
        <w:t>　　主题：大学生安全教育</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会议背景和目的：由于在校大学生涉世未深，社会经验较少，因此大学生的人身和财产安全问题一向是学校教育的重点。本班针对近期本校和其他各校发生的一些安全事故，开展交流讨论，意在加强本班同学的安全意识，并在提高自身安全意识的同时，带动身边的人重视安全问题，以实际行动支持学院的安全管理，为创造安全，和谐校园出力，为学院更名大学增砖添瓦。</w:t>
      </w:r>
      <w:r>
        <w:rPr>
          <w:lang w:eastAsia="zh-CN"/>
        </w:rPr>
        <w:br/>
      </w:r>
      <w:r>
        <w:rPr>
          <w:lang w:eastAsia="zh-CN"/>
        </w:rPr>
        <w:t>　　会议过程：</w:t>
      </w:r>
      <w:r>
        <w:rPr>
          <w:lang w:eastAsia="zh-CN"/>
        </w:rPr>
        <w:br/>
      </w:r>
      <w:r>
        <w:rPr>
          <w:lang w:eastAsia="zh-CN"/>
        </w:rPr>
        <w:t>　　1、主持人简述大学生安全教育的重要性，并以近期在同学身边发生的真实事例来纠正同学们对待安全问题“事不关己，高高挂起”的态度，提醒同学们提高自身安全意识，保护好个人人身安全和财产安全。</w:t>
      </w:r>
      <w:r>
        <w:rPr>
          <w:lang w:eastAsia="zh-CN"/>
        </w:rPr>
        <w:br/>
      </w:r>
      <w:r>
        <w:rPr>
          <w:lang w:eastAsia="zh-CN"/>
        </w:rPr>
        <w:t>　　2、由本班纪检委员总结开学以来宿舍卫生检查和晚自习检查中出现的问题，动员同学们在接下来的时间内改正不足，发扬优势。</w:t>
      </w:r>
      <w:r>
        <w:rPr>
          <w:lang w:eastAsia="zh-CN"/>
        </w:rPr>
        <w:br/>
      </w:r>
      <w:r>
        <w:rPr>
          <w:lang w:eastAsia="zh-CN"/>
        </w:rPr>
        <w:t>　　3、由本班生活委员带领同学们学习有关学生宿舍防盗的相关资料，介绍了常见的各种偷盗方式，针对同学们容易忽略的细节提出了推荐并做示范，加深同学的印象。</w:t>
      </w:r>
      <w:r>
        <w:rPr>
          <w:lang w:eastAsia="zh-CN"/>
        </w:rPr>
        <w:br/>
      </w:r>
      <w:r>
        <w:rPr>
          <w:lang w:eastAsia="zh-CN"/>
        </w:rPr>
        <w:t>　　4、由班内同学发言，与同学们交流防骗技巧。个性地，向同学们介绍传销的形式和害处，告诫同学们取财有道，远离传销。</w:t>
      </w:r>
      <w:r>
        <w:rPr>
          <w:lang w:eastAsia="zh-CN"/>
        </w:rPr>
        <w:br/>
      </w:r>
      <w:r>
        <w:rPr>
          <w:lang w:eastAsia="zh-CN"/>
        </w:rPr>
        <w:t>　　5、由本班体育委员介绍各种急救手段和常识，在突发事件发生时如何自救和救助别人，增强同学们处理突发状况的潜力。</w:t>
      </w:r>
      <w:r>
        <w:rPr>
          <w:lang w:eastAsia="zh-CN"/>
        </w:rPr>
        <w:br/>
      </w:r>
      <w:r>
        <w:rPr>
          <w:lang w:eastAsia="zh-CN"/>
        </w:rPr>
        <w:t>　　6、由本班宣传委员主持开展一次安全知识有奖竞答。</w:t>
      </w:r>
      <w:r>
        <w:rPr>
          <w:lang w:eastAsia="zh-CN"/>
        </w:rPr>
        <w:br/>
      </w:r>
      <w:r>
        <w:rPr>
          <w:lang w:eastAsia="zh-CN"/>
        </w:rPr>
        <w:t>　　7、由同学讨论并写下自己对于学校安全管理各方面的意见和推荐，由班委整合以便上交。</w:t>
      </w:r>
      <w:r>
        <w:rPr>
          <w:lang w:eastAsia="zh-CN"/>
        </w:rPr>
        <w:br/>
      </w:r>
      <w:r>
        <w:rPr>
          <w:lang w:eastAsia="zh-CN"/>
        </w:rPr>
        <w:t>　　8、主持人作会议总结。</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总结：</w:t>
      </w:r>
      <w:r>
        <w:rPr>
          <w:lang w:eastAsia="zh-CN"/>
        </w:rPr>
        <w:br/>
      </w:r>
      <w:r>
        <w:rPr>
          <w:lang w:eastAsia="zh-CN"/>
        </w:rPr>
        <w:t>　　整个会议在严肃认真而不失简单活泼的气氛进行，会议纪律良好，流程衔接顺畅。会议进行方式多样，包括班委发言，普通同学发言，群众讨论和知识竞答等。个性在介绍防骗和传销、安全知识竞答两个环节气氛最为活跃。同学们主动配合，用心参与到会议中来，在互动中提高了自身安全意识和处理突发状况的潜力。同时，还为学院的管理提出了一些意见和推荐，真正做到了“学院更名我当家”，体现了我班同学们的主人翁意识。</w:t>
      </w:r>
      <w:r>
        <w:rPr>
          <w:lang w:eastAsia="zh-CN"/>
        </w:rPr>
        <w:br/>
      </w:r>
      <w:r>
        <w:rPr>
          <w:lang w:eastAsia="zh-CN"/>
        </w:rPr>
        <w:t xml:space="preserve">    防踩踏安全教育的总结范文 篇13 </w:t>
      </w:r>
      <w:r>
        <w:rPr>
          <w:lang w:eastAsia="zh-CN"/>
        </w:rPr>
        <w:br/>
      </w:r>
      <w:r>
        <w:rPr>
          <w:lang w:eastAsia="zh-CN"/>
        </w:rPr>
        <w:t>　　我校认真贯彻落实教育局《关于20__年“安全教育月”的通知》，扎实开展好安全教育活动，以“关注安全、关爱生命”为主线，突出“治理隐患，防范事故”的主题，通过宣传教育，使全体师生牢固树立安全第一的思想，增强自我防护意识，培养学生的自我防护能力，避免事故发生，确保师生人身和学校财产安全。特将4月份设立为“安全教育月”，活动总结如下：</w:t>
      </w:r>
      <w:r>
        <w:rPr>
          <w:lang w:eastAsia="zh-CN"/>
        </w:rPr>
        <w:br/>
      </w:r>
      <w:r>
        <w:rPr>
          <w:lang w:eastAsia="zh-CN"/>
        </w:rPr>
        <w:t>　　一、成立金山小学“安全教育月”</w:t>
      </w:r>
      <w:r>
        <w:rPr>
          <w:lang w:eastAsia="zh-CN"/>
        </w:rPr>
        <w:br/>
      </w:r>
      <w:r>
        <w:rPr>
          <w:lang w:eastAsia="zh-CN"/>
        </w:rPr>
        <w:t>　　工作领导小组。组长：袁天君</w:t>
      </w:r>
      <w:r>
        <w:rPr>
          <w:lang w:eastAsia="zh-CN"/>
        </w:rPr>
        <w:br/>
      </w:r>
      <w:r>
        <w:rPr>
          <w:lang w:eastAsia="zh-CN"/>
        </w:rPr>
        <w:t>　　副组长：何华王正强</w:t>
      </w:r>
      <w:r>
        <w:rPr>
          <w:lang w:eastAsia="zh-CN"/>
        </w:rPr>
        <w:br/>
      </w:r>
      <w:r>
        <w:rPr>
          <w:lang w:eastAsia="zh-CN"/>
        </w:rPr>
        <w:t>　　成员：马旭元赵小勇张素勇及各班班主任</w:t>
      </w:r>
      <w:r>
        <w:rPr>
          <w:lang w:eastAsia="zh-CN"/>
        </w:rPr>
        <w:br/>
      </w:r>
      <w:r>
        <w:rPr>
          <w:lang w:eastAsia="zh-CN"/>
        </w:rPr>
        <w:t>　　二、明确“安全教育月”活动的主要内容</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五安全”、“五意识”教育。所谓“五全”教育是指对学生进行交通安全、消防安全、饮食安全、活动安全、身心安全的教育;所谓“五意识”是指通过活动以增强学校制定安全规范、教师执行安全措施、学生自我保护、家长支持配合、社会服务监督的“五种意识”。</w:t>
      </w:r>
      <w:r>
        <w:rPr>
          <w:lang w:eastAsia="zh-CN"/>
        </w:rPr>
        <w:br/>
      </w:r>
      <w:r>
        <w:rPr>
          <w:lang w:eastAsia="zh-CN"/>
        </w:rPr>
        <w:t>　　1、开辟一组宣传橱窗</w:t>
      </w:r>
      <w:r>
        <w:rPr>
          <w:lang w:eastAsia="zh-CN"/>
        </w:rPr>
        <w:br/>
      </w:r>
      <w:r>
        <w:rPr>
          <w:lang w:eastAsia="zh-CN"/>
        </w:rPr>
        <w:t>　　(1)在学校门口悬挂“安全伴我在校园，我把安全带回家”的横幅，学校展板张贴一组“安全教育知识”的宣传画。</w:t>
      </w:r>
      <w:r>
        <w:rPr>
          <w:lang w:eastAsia="zh-CN"/>
        </w:rPr>
        <w:br/>
      </w:r>
      <w:r>
        <w:rPr>
          <w:lang w:eastAsia="zh-CN"/>
        </w:rPr>
        <w:t>　　(2)在各个楼梯口设立安全标语，如：“上下楼梯靠右行”、“严禁拥挤”、“不要跑，不要跳，不要打闹往右靠”等等，营造事事讲安全，人人懂安全的氛围。</w:t>
      </w:r>
      <w:r>
        <w:rPr>
          <w:lang w:eastAsia="zh-CN"/>
        </w:rPr>
        <w:br/>
      </w:r>
      <w:r>
        <w:rPr>
          <w:lang w:eastAsia="zh-CN"/>
        </w:rPr>
        <w:t>　　(3)发放告家长书，联合家长力量，配合学校切实做好安全教育工作。</w:t>
      </w:r>
      <w:r>
        <w:rPr>
          <w:lang w:eastAsia="zh-CN"/>
        </w:rPr>
        <w:br/>
      </w:r>
      <w:r>
        <w:rPr>
          <w:lang w:eastAsia="zh-CN"/>
        </w:rPr>
        <w:t>　　2、组织一组教育活动。</w:t>
      </w:r>
      <w:r>
        <w:rPr>
          <w:lang w:eastAsia="zh-CN"/>
        </w:rPr>
        <w:br/>
      </w:r>
      <w:r>
        <w:rPr>
          <w:lang w:eastAsia="zh-CN"/>
        </w:rPr>
        <w:t>　　(1)召开全校安全专题会议。印发“安全教育月”活动方案，各班在此基础上制定本班“安全教育”活动方案。班主任就本班实际，结合安全教育内容开展活动，记好活动过程。</w:t>
      </w:r>
      <w:r>
        <w:rPr>
          <w:lang w:eastAsia="zh-CN"/>
        </w:rPr>
        <w:br/>
      </w:r>
      <w:r>
        <w:rPr>
          <w:lang w:eastAsia="zh-CN"/>
        </w:rPr>
        <w:t>　　(2)组织全校师生参加全省中小学学校安全知识网络竞赛。</w:t>
      </w:r>
      <w:r>
        <w:rPr>
          <w:lang w:eastAsia="zh-CN"/>
        </w:rPr>
        <w:br/>
      </w:r>
      <w:r>
        <w:rPr>
          <w:lang w:eastAsia="zh-CN"/>
        </w:rPr>
        <w:t>　　(3)各班组织了一次安全教育主题班会，</w:t>
      </w:r>
      <w:r>
        <w:rPr>
          <w:lang w:eastAsia="zh-CN"/>
        </w:rPr>
        <w:br/>
      </w:r>
      <w:r>
        <w:rPr>
          <w:lang w:eastAsia="zh-CN"/>
        </w:rPr>
        <w:t>　　(4)各年级办一期“安全，预防为主”的安全知识宣传黑板报。</w:t>
      </w:r>
      <w:r>
        <w:rPr>
          <w:lang w:eastAsia="zh-CN"/>
        </w:rPr>
        <w:br/>
      </w:r>
      <w:r>
        <w:rPr>
          <w:lang w:eastAsia="zh-CN"/>
        </w:rPr>
        <w:t>　　(5)给各班印发《安全小儿歌》，由安全课教师组织学生学习、诵唱。</w:t>
      </w:r>
      <w:r>
        <w:rPr>
          <w:lang w:eastAsia="zh-CN"/>
        </w:rPr>
        <w:br/>
      </w:r>
      <w:r>
        <w:rPr>
          <w:lang w:eastAsia="zh-CN"/>
        </w:rPr>
        <w:t>　　3、举办一次防震消防的安全演练。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4、开展一次以“安全在我心中”的安全教育征文活动。教育是安全的前提。我们将始终坚持把学生的安全教育工作贯穿于学校教育的全过程，落实人人参与安全教育，警钟长鸣，常抓不懈，确保学生在安全的环境中健康成长。</w:t>
      </w:r>
      <w:r>
        <w:rPr>
          <w:lang w:eastAsia="zh-CN"/>
        </w:rPr>
        <w:br/>
      </w:r>
      <w:r>
        <w:rPr>
          <w:lang w:eastAsia="zh-CN"/>
        </w:rPr>
        <w:t xml:space="preserve">    防踩踏安全教育的总结范文 篇14 </w:t>
      </w:r>
      <w:r>
        <w:rPr>
          <w:lang w:eastAsia="zh-CN"/>
        </w:rPr>
        <w:br/>
      </w:r>
      <w:r>
        <w:rPr>
          <w:lang w:eastAsia="zh-CN"/>
        </w:rPr>
        <w:t>　　安全无小事，处处需防范，今年3月28日是全国第二十一个中小学生“安全教育日”，主题是“强化安全意识，提升安全素养”。为了不断提升师生安全防范意识，创建平安校园，我园结合本园实际，在全园开展了多种形式的安全教育活动。</w:t>
      </w:r>
      <w:r>
        <w:rPr>
          <w:lang w:eastAsia="zh-CN"/>
        </w:rPr>
        <w:br/>
      </w:r>
      <w:r>
        <w:rPr>
          <w:lang w:eastAsia="zh-CN"/>
        </w:rPr>
        <w:t>　　一、为幼儿提供轻松愉快的安全环境。</w:t>
      </w:r>
      <w:r>
        <w:rPr>
          <w:lang w:eastAsia="zh-CN"/>
        </w:rPr>
        <w:br/>
      </w:r>
      <w:r>
        <w:rPr>
          <w:lang w:eastAsia="zh-CN"/>
        </w:rPr>
        <w:t>　　幼儿园是幼儿每天生活、学习的环境，为了确保幼儿能够生活在一个健康安全的环境中，我们在开学初就对教室的每个角落进行了全面检查，彻底排除不安全因素：平时用不到的插座的地方尽量用玩具柜挡住，以免幼儿用手触摸，发生危险；把平时常用的插头、插座告知幼儿，并提醒幼儿不要触摸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r>
        <w:rPr>
          <w:lang w:eastAsia="zh-CN"/>
        </w:rPr>
        <w:br/>
      </w:r>
      <w:r>
        <w:rPr>
          <w:lang w:eastAsia="zh-CN"/>
        </w:rPr>
        <w:t>　　二、把安全教育融入幼儿的日常生活中，动之以情，晓之以理。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我们面对的是一群3—6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我们还即时教会孩子紧急处理危险事情的办法，杜绝安全隐患。</w:t>
      </w:r>
      <w:r>
        <w:rPr>
          <w:lang w:eastAsia="zh-CN"/>
        </w:rPr>
        <w:br/>
      </w:r>
      <w:r>
        <w:rPr>
          <w:lang w:eastAsia="zh-CN"/>
        </w:rPr>
        <w:t>　　三、把安全教育融入到教学活动中，牢固树立幼儿的安全意识。</w:t>
      </w:r>
      <w:r>
        <w:rPr>
          <w:lang w:eastAsia="zh-CN"/>
        </w:rPr>
        <w:br/>
      </w:r>
      <w:r>
        <w:rPr>
          <w:lang w:eastAsia="zh-CN"/>
        </w:rPr>
        <w:t>　　我们依据学期安全教育计划，有的'放矢，把安全教育融入到主题活动中。提醒幼儿外出要注意的一些安全，树立幼儿的安全意识，遵守外出规则，杜绝安全隐患。让幼儿在轻松、愉快的氛围中树立牢固的安全意识。</w:t>
      </w:r>
      <w:r>
        <w:rPr>
          <w:lang w:eastAsia="zh-CN"/>
        </w:rPr>
        <w:br/>
      </w:r>
      <w:r>
        <w:rPr>
          <w:lang w:eastAsia="zh-CN"/>
        </w:rPr>
        <w:t>　　四、家园沟通，确保幼儿园外安全。</w:t>
      </w:r>
      <w:r>
        <w:rPr>
          <w:lang w:eastAsia="zh-CN"/>
        </w:rPr>
        <w:br/>
      </w:r>
      <w:r>
        <w:rPr>
          <w:lang w:eastAsia="zh-CN"/>
        </w:rPr>
        <w:t>　　我们利用家长园地、通过家访、电访等形式，与家长联系，及时提醒家长确保幼儿在家时、外出时的安全。我们还对每一位幼儿的来园、离园接送车辆、接送家长进行登记并核实，确保幼儿接送安全。</w:t>
      </w:r>
      <w:r>
        <w:rPr>
          <w:lang w:eastAsia="zh-CN"/>
        </w:rPr>
        <w:br/>
      </w:r>
      <w:r>
        <w:rPr>
          <w:lang w:eastAsia="zh-CN"/>
        </w:rPr>
        <w:t>　　幼儿园安全无小事，通过本次“安全日教育”活动的开展，更进一步加强了师生的安全防范意识，提高了自救自护能力。共同营造一个安全的学习环境和生活环境。</w:t>
      </w:r>
      <w:r>
        <w:rPr>
          <w:lang w:eastAsia="zh-CN"/>
        </w:rPr>
        <w:br/>
      </w:r>
      <w:r>
        <w:rPr>
          <w:lang w:eastAsia="zh-CN"/>
        </w:rPr>
        <w:t>　　中小学全国安全教育日活动总</w:t>
      </w:r>
      <w:r>
        <w:rPr>
          <w:lang w:eastAsia="zh-CN"/>
        </w:rPr>
        <w:br/>
      </w:r>
      <w:r>
        <w:rPr>
          <w:lang w:eastAsia="zh-CN"/>
        </w:rPr>
        <w:t xml:space="preserve">    防踩踏安全教育的总结范文 篇15 </w:t>
      </w:r>
      <w:r>
        <w:rPr>
          <w:lang w:eastAsia="zh-CN"/>
        </w:rPr>
        <w:br/>
      </w:r>
      <w:r>
        <w:rPr>
          <w:lang w:eastAsia="zh-CN"/>
        </w:rPr>
        <w:t>　　为切实增强辖区居民的网络安全意识，普及网络安全知识，太阳司法所近日深入中小学校、企业、机关事业单位等开展了一系列《网络安全法》宣传活动。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活动中司法所工作人员通过发放宣传资料、设置宣传展板、开展《网络安全法》知识讲座，有针对性地向辖区中小学生、企事单位职工、个体工商户、农民群众等宣传《网络安全法》的基本内容以及重要性，并就如何避免个人信息泄露、维护网络安全提出了相应的对策和建议，引导大家学习《网络安全法》，提醒大家在生活中不要向陌生人轻易泄露个人信息，遇到网络诈骗时要沉着应对，及时向警方求助。此外，司法所工作人员还认真解答了辖区居民对于《网络安全法》和网络安全有关的一些疑问，同大家作了深入的交流，进一步调动了大家学习《网络安全法》的积极性和主动性。</w:t>
      </w:r>
      <w:r>
        <w:rPr>
          <w:lang w:eastAsia="zh-CN"/>
        </w:rPr>
        <w:br/>
      </w:r>
      <w:r>
        <w:rPr>
          <w:lang w:eastAsia="zh-CN"/>
        </w:rPr>
        <w:t>　　活动期间共发放宣传资料200余份，设置展板5块，解答群众咨询50余人次。通过一系列宣传活动，进一步增强了辖区居民的网络安全意识和自我保护意识，为辖区营造人人关注网络安全、依法维护自身权益的良好氛围。</w:t>
      </w:r>
      <w:r>
        <w:rPr>
          <w:lang w:eastAsia="zh-CN"/>
        </w:rPr>
        <w:br/>
      </w:r>
      <w:r>
        <w:rPr>
          <w:lang w:eastAsia="zh-CN"/>
        </w:rPr>
        <w:t xml:space="preserve">    防踩踏安全教育的总结范文 篇16 </w:t>
      </w:r>
      <w:r>
        <w:rPr>
          <w:lang w:eastAsia="zh-CN"/>
        </w:rPr>
        <w:br/>
      </w:r>
      <w:r>
        <w:rPr>
          <w:lang w:eastAsia="zh-CN"/>
        </w:rPr>
        <w:t>　　3月27日是全国第22个校园安全教育日。为了贯彻落实上级关于中小学生安全教育日工作精神，进一步树立“安全第一”的思想，强化师生安全教育，提高师生防范自救能力和学校应对突发事件的综合能力，荆河荆西小学结合今年安全教育日主题，组织全校师生开展“让校园远离灾害让学生安全成长”活动。</w:t>
      </w:r>
      <w:r>
        <w:rPr>
          <w:lang w:eastAsia="zh-CN"/>
        </w:rPr>
        <w:br/>
      </w:r>
    </w:p>
    <w:p w:rsidR="001B1F19" w14:textId="27C3F48A">
      <w:pPr>
        <w:rPr>
          <w:rFonts w:hint="eastAsia"/>
          <w:lang w:eastAsia="zh-CN"/>
        </w:rPr>
      </w:pPr>
      <w:r>
        <w:rPr>
          <w:lang w:eastAsia="zh-CN"/>
        </w:rPr>
        <w:t>　　上午聘请枣庄市社安中心的教官为全校师生上了一节消防逃生疏散演练讲座，紧接着在教官的指挥下全校师生进行了疏散演练活动。下午的班会课,在各班班主任老师的`组织下，全体同学观看了学校安全教育平台的安全教育宣传片。孩子们通过观看形象生动地视频，了解了安全知识，懂得了一些安全常识。安全教育平台的安全知识课程通俗易懂，激发了孩子们了解、学习安全知识的兴趣，收到了良好的教育效果。</w:t>
      </w:r>
      <w:r>
        <w:rPr>
          <w:lang w:eastAsia="zh-CN"/>
        </w:rPr>
        <w:br/>
      </w:r>
      <w:r>
        <w:rPr>
          <w:lang w:eastAsia="zh-CN"/>
        </w:rPr>
        <w:t>　　此次活动学校要求各班利用主题班会对学生进行：交通安全、饮食安全、教室安全、活动安全、外出安全等各方面教育活动，同时号召全体师生，做“平安家庭”的维护者，“平安校园”的参与者，共同为创建平安校园而努力。</w:t>
      </w:r>
      <w:r>
        <w:rPr>
          <w:lang w:eastAsia="zh-CN"/>
        </w:rPr>
        <w:br/>
      </w:r>
      <w:r>
        <w:rPr>
          <w:lang w:eastAsia="zh-CN"/>
        </w:rPr>
        <w:t>　　通过这一系列活动的开展，全校师生增强了安全意识，进一步掌握了安全知识，强化安全意识，提升安全素养，明确了：只有把安全放在第一位，校园才能真正和谐。</w:t>
      </w:r>
      <w:r>
        <w:rPr>
          <w:lang w:eastAsia="zh-CN"/>
        </w:rPr>
        <w:br/>
      </w:r>
      <w:r>
        <w:rPr>
          <w:lang w:eastAsia="zh-CN"/>
        </w:rPr>
        <w:t xml:space="preserve">    防踩踏安全教育的总结范文 篇17 </w:t>
      </w:r>
      <w:r>
        <w:rPr>
          <w:lang w:eastAsia="zh-CN"/>
        </w:rPr>
        <w:br/>
      </w:r>
      <w:r>
        <w:rPr>
          <w:lang w:eastAsia="zh-CN"/>
        </w:rPr>
        <w:t>　　根据教育局关于做好20__年全国中小学安全教育日活动的要求，我校成立了以 校长为组长的“安全教育日”活动领导小组，确定3月30日-4月3日为我校安全教育周。明确各部门的具体工作确保“安全教育日”工作有序开展。现将活动情况总结汇报如下：</w:t>
      </w:r>
      <w:r>
        <w:rPr>
          <w:lang w:eastAsia="zh-CN"/>
        </w:rPr>
        <w:br/>
      </w:r>
      <w:r>
        <w:rPr>
          <w:lang w:eastAsia="zh-CN"/>
        </w:rPr>
        <w:t>　　一、开展形式多样的宣传教育活动</w:t>
      </w:r>
      <w:r>
        <w:rPr>
          <w:lang w:eastAsia="zh-CN"/>
        </w:rPr>
        <w:br/>
      </w:r>
      <w:r>
        <w:rPr>
          <w:lang w:eastAsia="zh-CN"/>
        </w:rPr>
        <w:t>　　(一)安全教育日活动</w:t>
      </w:r>
      <w:r>
        <w:rPr>
          <w:lang w:eastAsia="zh-CN"/>
        </w:rPr>
        <w:br/>
      </w:r>
      <w:r>
        <w:rPr>
          <w:lang w:eastAsia="zh-CN"/>
        </w:rPr>
        <w:t>　　1、悬挂“强化安全管理、共建和谐校园”的横幅，以引起师生的重视，树立“安全第一”的观念。</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https://d.book118.com/685233340121011123</w:t>
        </w:r>
      </w:hyperlink>
    </w:p>
    <w:p w:rsidR="001B1F19">
      <w:pPr>
        <w:rPr>
          <w:rFonts w:hint="eastAsia"/>
          <w:lang w:eastAsia="zh-CN"/>
        </w:rPr>
      </w:pPr>
    </w:p>
    <w:sectPr>
      <w:type w:val="nextPage"/>
      <w:pgSz w:w="11906" w:h="16838"/>
      <w:pgMar w:top="1440" w:right="1800" w:bottom="1440" w:left="1800" w:header="851" w:footer="992" w:gutter="0"/>
      <w:pgNumType w:start="2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523334012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