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初中生作文军训总结（33篇）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初中生作文军训总结（通用33篇）</w:t>
      </w:r>
      <w:r>
        <w:rPr>
          <w:lang w:eastAsia="zh-CN"/>
        </w:rPr>
        <w:br/>
      </w:r>
      <w:r>
        <w:rPr>
          <w:lang w:eastAsia="zh-CN"/>
        </w:rPr>
        <w:t xml:space="preserve">    初中生作文军训总结 篇1 </w:t>
      </w:r>
      <w:r>
        <w:rPr>
          <w:lang w:eastAsia="zh-CN"/>
        </w:rPr>
        <w:br/>
      </w:r>
      <w:r>
        <w:rPr>
          <w:lang w:eastAsia="zh-CN"/>
        </w:rPr>
        <w:t>　　军训，对于一位小学毕业生而言是一个非常新奇的事情。军训这两个陌生而又熟悉的字眼是多么的耀眼，是多么的平淡无奇，又是多么的趣味横生。在军人叔叔的眼里是多么的枯燥，在我们的眼里是多么的新奇。</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从踏进武警警钟指挥学院那一刻起，我们就踏进了神圣的.地方，是多么的耀眼之地。初来乍到的我们是多么的兴奋，即使在深夜里，也是高兴得难以入睡，但是，我们只有三分钟的热度。第二天就开始想家了，想妈妈的温暖，想爸爸的慈祥。我们许多人都哭了，想家。这个时候出现两张陌生的面孔，我们的刘军教官与刘超平教官的安慰：“男儿有泪不轻弹，大丈夫流血流汗不流泪，你……”。再往后的九天的日子里，我们如小舟一般，平稳的度过了时间的流逝。但是在第十天，在……。时间锁住了所在大客车前的大玻璃前面的钟表上，指针正对着十点二十一分。我们又一次哭了，但是这一次我们不会再像稚幼的儿童一样坐在地上哇哇大哭，我们学会了很多……。我们在静静的流泪，默默的抽泣。这时在我们的面前又出现了两张面孔，熟悉的面孔：“什么?怎么了?哭啥?我不老早以前就说过么，男儿有泪不轻弹……”。又是教官的说教，或许这是最后一次了。汽车缓缓的走动着，似乎也在留恋着，警中指挥学院的一花一草，一切一切……，就如同我们来一样。我们轰轰烈烈的来了，然后又轰轰烈烈的走了，没有留下一股游丝一样的痕迹。当然啦，来时我们的脸上都洋溢着兴奋，然而回家时……，我们的脸上、每个教官留下了一堆断了线的“珍珠”。或许这是我们与两位教官的最后一次见面，最后一次对话，最后一眼。天底下没有不散的宴席更没有不散的师徒。就这样，我们走了……。摸着肩膀，感觉着痛楚，使我学会了坚强；摸着腰间，感觉着痛楚，使我学会了顶天立地；摸着脸庞，感觉着泪水，使我明白了，男儿有泪不轻弹的真正含义！！！</w:t>
      </w:r>
      <w:r>
        <w:rPr>
          <w:lang w:eastAsia="zh-CN"/>
        </w:rPr>
        <w:br/>
      </w:r>
      <w:r>
        <w:rPr>
          <w:lang w:eastAsia="zh-CN"/>
        </w:rPr>
        <w:t>　　祝两位教官万事如意，学业有成！有缘再会！！！</w:t>
      </w:r>
      <w:r>
        <w:rPr>
          <w:lang w:eastAsia="zh-CN"/>
        </w:rPr>
        <w:br/>
      </w:r>
      <w:r>
        <w:rPr>
          <w:lang w:eastAsia="zh-CN"/>
        </w:rPr>
        <w:t xml:space="preserve">    初中生作文军训总结 篇2 </w:t>
      </w:r>
      <w:r>
        <w:rPr>
          <w:lang w:eastAsia="zh-CN"/>
        </w:rPr>
        <w:br/>
      </w:r>
      <w:r>
        <w:rPr>
          <w:lang w:eastAsia="zh-CN"/>
        </w:rPr>
        <w:t>　　时光总是在流逝之后才显得珍贵。转眼，八天就这么过去了。似乎恍然间，我们的心情就从还沉浸在假期的快乐中苦恼着军训该如何是好变成了对教官对军营生活的恋恋不舍。</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回味这八天的军营生活，教官是其中最浓墨重彩的一笔，他贯穿了整副画卷。我们的教官并不高大，但他时刻挺拔的身姿，无不彰显着他的训练有素。相比那些双手插兜走路摇晃的“帅气”，我倒认为这才是令人心生敬佩的美。我们的教官看起来十分严格，但是他会在查房时，默默地把我们做的不够的地方完善好，还会在晚上的时候，教我们唱歌甚至教我们如何起哄。在他们的带领下，我们从懒散的假期中渐渐恢复的阳光而充实，也该掉不少坏毛病。他们是最可爱的人。</w:t>
      </w:r>
      <w:r>
        <w:rPr>
          <w:lang w:eastAsia="zh-CN"/>
        </w:rPr>
        <w:br/>
      </w:r>
      <w:r>
        <w:rPr>
          <w:lang w:eastAsia="zh-CN"/>
        </w:rPr>
        <w:t>　　和同学们的相处，使得整个军训丰富多彩。八天的时间里，我们一起吃住，在生活时，相互照顾相互体贴，我们学会了吃苦耐劳理解了集体生活；八天的时间里，我们共同训练，在磨难下，我们相互安慰相互鼓励，我们体会了军人的生活懂得了坚持；八天的时间，我们从互不相识变为朋友。在和同学们共同训练的日子里，我深深体会到了集体的内涵。不积滴水，无以成江海在集体中，每个人都必须要有一份责任意识，你有义务做好你该做好的动作，也有责任提醒周围同学的不足，才能使得整个方队优秀。明白团队精神的重要性，我相信，它将使我终身受益，无论在哪个岗位上。</w:t>
      </w:r>
      <w:r>
        <w:rPr>
          <w:lang w:eastAsia="zh-CN"/>
        </w:rPr>
        <w:br/>
      </w:r>
      <w:r>
        <w:rPr>
          <w:lang w:eastAsia="zh-CN"/>
        </w:rPr>
        <w:t>　　军训已然结束，在总结过后，我不要再感慨时间的飞逝，我要展望明天，把握当下！我将带着军训留给我的种种经验和教训，重整步伐，一步一个脚印的走过泥泞坎坷的未来路，绝不放弃！</w:t>
      </w:r>
      <w:r>
        <w:rPr>
          <w:lang w:eastAsia="zh-CN"/>
        </w:rPr>
        <w:br/>
      </w:r>
      <w:r>
        <w:rPr>
          <w:lang w:eastAsia="zh-CN"/>
        </w:rPr>
        <w:t xml:space="preserve">    初中生作文军训总结 篇3 </w:t>
      </w:r>
      <w:r>
        <w:rPr>
          <w:lang w:eastAsia="zh-CN"/>
        </w:rPr>
        <w:br/>
      </w:r>
      <w:r>
        <w:rPr>
          <w:lang w:eastAsia="zh-CN"/>
        </w:rPr>
        <w:t>　　在这骄阳似火的8月，为期6天的军训拉开了帷幕。在这6天，我们感受到了军训很累，很辛苦，很严格;体会到了军人生活的艰辛;学到了“汗流浃背”“哑巴吃黄连——有苦说不出”等成语、谚语的意思，更学会了自理，现在这6天过去了，我忽然发现，我感受更多的是留恋与不舍。</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在训练场上，我们迈着步子响亮地喊着一二一和班级的口号，在那一刻我感受到了团结，感受到了那种不服输的精神。在老师说搬水、搬西瓜的时候，同学们积极举手为我们扛水、搬西瓜，这让我感觉到温暖。</w:t>
      </w:r>
      <w:r>
        <w:rPr>
          <w:lang w:eastAsia="zh-CN"/>
        </w:rPr>
        <w:br/>
      </w:r>
      <w:r>
        <w:rPr>
          <w:lang w:eastAsia="zh-CN"/>
        </w:rPr>
        <w:t>　　是的，军训很辛苦，苦在站军姿站到脚麻;苦在脸上流出的汗，痒却不能抓，我也有退缩的时候，但我仍然坚持了下来。如果军训是一条路，那么它就是一条考验自我，磨练自我的路，如果停下那不是半途而废了吗?如果这点苦都受不了，那还来军训干什么呢?要知道军训本来就是要磨练我们的意志，锻炼我们的身体，那么，为什么还要放弃呢?想到这，我都会咬咬牙，挺过去。也许挺过去后，自己将更加坚实、挺拔。或许这些累不是苦，而是一种收获，一种让我受益终生的收获，我收获的是坚韧，是顽强，是不屈。</w:t>
      </w:r>
      <w:r>
        <w:rPr>
          <w:lang w:eastAsia="zh-CN"/>
        </w:rPr>
        <w:br/>
      </w:r>
      <w:r>
        <w:rPr>
          <w:lang w:eastAsia="zh-CN"/>
        </w:rPr>
        <w:t>　　那位教官刚来时对我们轻声细语的，说我们还小，不想对我们进行处罚，我们听进去了，可到了第二天就忘了，就不打报告直接在那抓痒、擦汗……教官也没说什么，而到了第四天，教官突然变本加厉，为了让我们把小动作这个坏习惯去掉，每做一次小动作，就要做二十个俯卧撑然后蹲在那里。听到蹲着，我们就觉得这太舒服了，于是就有几个同学继续做小动作，以求一蹲，没想到蹲着比站着更难受，结果做小动作的人就少了。这六天虽然是辛苦的，但它也值得我们去留恋，它教会了我们自理，教会了我们团结，教会了我们坚持。我们从小到大就只有3次军训，初中一次，高中一次，大学一次。留恋军训吧，它使你健康快乐的成长。</w:t>
      </w:r>
      <w:r>
        <w:rPr>
          <w:lang w:eastAsia="zh-CN"/>
        </w:rPr>
        <w:br/>
      </w:r>
      <w:r>
        <w:rPr>
          <w:lang w:eastAsia="zh-CN"/>
        </w:rPr>
        <w:t xml:space="preserve">    初中生作文军训总结 篇4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军训是进入初中时的一节必修课，军训是一首无言的歌，是人生中最美丽的风景，是生活里一瓶不可缺少的调味剂。</w:t>
      </w:r>
      <w:r>
        <w:rPr>
          <w:lang w:eastAsia="zh-CN"/>
        </w:rPr>
        <w:br/>
      </w:r>
      <w:r>
        <w:rPr>
          <w:lang w:eastAsia="zh-CN"/>
        </w:rPr>
        <w:t>　　起初对军训充满了期待，但也伴有一丝恐惧，军训到底是什么味道呢?终于军训还是无情的到来了，它超出了我的想象。</w:t>
      </w:r>
      <w:r>
        <w:rPr>
          <w:lang w:eastAsia="zh-CN"/>
        </w:rPr>
        <w:br/>
      </w:r>
      <w:r>
        <w:rPr>
          <w:lang w:eastAsia="zh-CN"/>
        </w:rPr>
        <w:t>　　酸——</w:t>
      </w:r>
      <w:r>
        <w:rPr>
          <w:lang w:eastAsia="zh-CN"/>
        </w:rPr>
        <w:br/>
      </w:r>
      <w:r>
        <w:rPr>
          <w:lang w:eastAsia="zh-CN"/>
        </w:rPr>
        <w:t>　　每一天的军训都是在汗水中进行的。太阳公公好像逮着了一个惩罚我们这些懒惰的小家伙的机会，自己不仅放出耀眼的光芒，烤得大地像一个油锅，还不让风婆婆给我们带来点凉爽，而且还呼唤了一群小蚊子来分享我们这些“美餐”。“狼”教官也不放过我们，专门欺负我们这些可怜的“小白兔”。让我们走鸭子步就走呗，还拿着“刑具”，不让休息。可怜的我第一天走了4圈多的鸭子步还尝到了一次皮带之痛，当时眼泪就像小孩子一样淘气得流了出来，不像平常那种咸咸的味道，而是酸涩的，当时就差点想去见上帝了。虽然我们洒下了汗水，但那是我们学会坚强的见证。</w:t>
      </w:r>
      <w:r>
        <w:rPr>
          <w:lang w:eastAsia="zh-CN"/>
        </w:rPr>
        <w:br/>
      </w:r>
      <w:r>
        <w:rPr>
          <w:lang w:eastAsia="zh-CN"/>
        </w:rPr>
        <w:t>　　甜——</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每一天的军训是在团结中进行的。当我军训完我终于找到了属于它的甜，那就是团结所留下的刻骨铭心的味道。我们三联分成了四个队，我在四队，我们四队的名字是我别出心裁的构思，叫雪翼。它的意思是能够承载风雪的翅膀，可以受得住任何打击。在拓展训练时我终于看到了团结的力量。就当我们大家以13分17秒的速度爬上了求生墙，并高歌《水手》的时候，我的心就亢奋了，就震撼了，我的眼泪就决堤了，它不是苦涩的而是甜蜜的。这一幕似乎还没有结束――我们拼了命的把队友推向求生墙，第一个人是李一易，他的腿和胳膊都很长，有一定优势，可以把我们一个一个接上去。当我们一个一个都上来的时候，难题就来了，怎么才能不借助任何工具把我们的队长崔勇也就是最后一个人弄上去?我们想尽了办法，最终决定抓着李一易的脚吊下去，他再用手把崔勇拽上来。这个任务十分艰难，可李一易想都没想就答应了，于是我们就顺利地把崔勇拽了上来。这一切都缺少不了团结，只有团结才能取胜!我为我在这么团结的队伍而高兴。我顿时忘了苦、忘了累，心里就像有一条甜甜的小溪一直流在我心里。</w:t>
      </w:r>
      <w:r>
        <w:rPr>
          <w:lang w:eastAsia="zh-CN"/>
        </w:rPr>
        <w:br/>
      </w:r>
      <w:r>
        <w:rPr>
          <w:lang w:eastAsia="zh-CN"/>
        </w:rPr>
        <w:t>　　辣——</w:t>
      </w:r>
      <w:r>
        <w:rPr>
          <w:lang w:eastAsia="zh-CN"/>
        </w:rPr>
        <w:br/>
      </w:r>
      <w:r>
        <w:rPr>
          <w:lang w:eastAsia="zh-CN"/>
        </w:rPr>
        <w:t>　　每一天的军训都是在没有硝烟的吵架中进行的。每走一步鸭子步，每做一个俯卧撑，身蹲起，仰卧起坐，心中“放弃”与“坚持”就不停的打架。放弃就表明解放，不用再受苦受累了，可是这也说明自己是个弱者;坚持就表明还要和痛，累，苦一块前进，但这也说明了自己是坚强的，最终“坚持”胜了。吃饭的时候也一样，那些“美味”的菜真是让我记忆犹新，特别是那盘西红柿炒肉，简直是《还珠格格》里小燕子炒的饭的翻版，到底熟不熟还值得研究。剩还是不剩一直在左右我，可我还是把他们咽了下去。</w:t>
      </w:r>
      <w:r>
        <w:rPr>
          <w:lang w:eastAsia="zh-CN"/>
        </w:rPr>
        <w:br/>
      </w:r>
      <w:r>
        <w:rPr>
          <w:lang w:eastAsia="zh-CN"/>
        </w:rPr>
        <w:t>　　苦——</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每一天的军训都是在痛苦中进行的。在炎炎烈日下，我们站了有1个小时，必须纹丝不动。本来如果汗水流到眼睛里面是可以打报告的，但当我忍了半个多小时的痛，累，渴，痒，刚要打报告的时候，教官突然下令不准打报告了，我当时真的要崩溃了!调皮的汗水顺着眼角流了下去一会儿又在鼻子那里逗留，我当时真恨不得多一双隐形的手挠挠痒!哎，真是哑巴吃黄连――有苦说不出。还有就是走鸭子步留下的后遗症，那两条腿简直就不是我们的了，让它弯，它却比任何时候都直。最痛苦的是坐着和蹲着，两条腿就不住得打哆嗦，就像两条筋向两个不同的方向拉，痛得心里就像被绞肉机绞过了一样。然而我的信念就是，吃苦就是吃甜吃腻了拿来新鲜的。至少，我学会了人要受得住累，受得住苦，更要受得住委屈。</w:t>
      </w:r>
      <w:r>
        <w:rPr>
          <w:lang w:eastAsia="zh-CN"/>
        </w:rPr>
        <w:br/>
      </w:r>
      <w:r>
        <w:rPr>
          <w:lang w:eastAsia="zh-CN"/>
        </w:rPr>
        <w:t>　　这五天真得很短暂，就感觉像过了五个小时，一切似乎还在眼前。我知道那一颗颗团结的心，一双双毫不退缩的眼神，一个个坚强的身躯，一个个成功的笑容，一件件感动的事迹都被我收藏在这个调味瓶里，使我的生命多“滋”多彩!</w:t>
      </w:r>
      <w:r>
        <w:rPr>
          <w:lang w:eastAsia="zh-CN"/>
        </w:rPr>
        <w:br/>
      </w:r>
      <w:r>
        <w:rPr>
          <w:lang w:eastAsia="zh-CN"/>
        </w:rPr>
        <w:t xml:space="preserve">    初中生作文军训总结 篇5 </w:t>
      </w:r>
      <w:r>
        <w:rPr>
          <w:lang w:eastAsia="zh-CN"/>
        </w:rPr>
        <w:br/>
      </w:r>
      <w:r>
        <w:rPr>
          <w:lang w:eastAsia="zh-CN"/>
        </w:rPr>
        <w:t>　　说句心里话，暑假真是一个令孩子们向往的时段。在暑假孩子们都很快乐，整天无忧无虑，沉浸在嬉笑玩闹的世界里。寻找着属于孩子们的那份童真而纯净的心！在暑假，我们总会参加过很多活动。这些活动应有尽有，给这个夏天增添了一些美丽神秘的色彩，不知不觉给孩子带来了欢乐的气氛。我喜欢每个夏天，暑假生活真美好。</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想起初中时的军训，那真的很回味无穷。那是一生中最难忘的时刻。记得初一初二时的军训吗?那时我和同学们在训练基地里做了很多活动。比如：训练站军姿，行军礼，打军体拳等等，真是给我们的初中生活增添了更多美好和欢乐。虽说我们有过很多的疲劳困倦，半途而废和苦累交织，但我们还是凭借着坚定意志挺过来了。不管怎么说，我们初中的军训生活还是很美好的！</w:t>
      </w:r>
      <w:r>
        <w:rPr>
          <w:lang w:eastAsia="zh-CN"/>
        </w:rPr>
        <w:br/>
      </w:r>
      <w:r>
        <w:rPr>
          <w:lang w:eastAsia="zh-CN"/>
        </w:rPr>
        <w:t>　　我隐隐约约记得那天是周一。那天早上，我准备好了军训用到的日用必需品和家人们的一声问候，早早踏上旅汽去了军训基地。当时我的心里满是对家人的一丝牵挂，在我脑海里不停烙印，闭上眼，仿佛看到了妈妈的面容。那样温柔，那样慈祥……</w:t>
      </w:r>
      <w:r>
        <w:rPr>
          <w:lang w:eastAsia="zh-CN"/>
        </w:rPr>
        <w:br/>
      </w:r>
      <w:r>
        <w:rPr>
          <w:lang w:eastAsia="zh-CN"/>
        </w:rPr>
        <w:t>　　出了宿舍，我们开始了一周的军训生活。</w:t>
      </w:r>
      <w:r>
        <w:rPr>
          <w:lang w:eastAsia="zh-CN"/>
        </w:rPr>
        <w:br/>
      </w:r>
      <w:r>
        <w:rPr>
          <w:lang w:eastAsia="zh-CN"/>
        </w:rPr>
        <w:t>　　接下来的第二天到第五天。我们同学跟随者张教官的步伐，做了很多的训练。那天，张教官教我们学习军体拳，吓得很多同学都慌乱。很多同学试图想放弃，但被教官的一句句深刻的话语挽回了。</w:t>
      </w:r>
      <w:r>
        <w:rPr>
          <w:lang w:eastAsia="zh-CN"/>
        </w:rPr>
        <w:br/>
      </w:r>
      <w:r>
        <w:rPr>
          <w:lang w:eastAsia="zh-CN"/>
        </w:rPr>
        <w:t>　　只见这些天晚上，有很多同学在宿舍里反复展示出军体拳，吓到了很多同学！好像军体拳就是他们的日常生活动作了。看到同学们脸上满是笑容，毫无埋怨，我也是很高兴啊！</w:t>
      </w:r>
      <w:r>
        <w:rPr>
          <w:lang w:eastAsia="zh-CN"/>
        </w:rPr>
        <w:br/>
      </w:r>
      <w:r>
        <w:rPr>
          <w:lang w:eastAsia="zh-CN"/>
        </w:rPr>
        <w:t>　　生活中，我们总是相互扶持和帮助。在很多事上我遇到了困难，他们毫不犹豫地帮助我解决困难，也慢慢教会了我如何去做好每一件小事。他们从不会嘲笑我，我还记得他们最深刻的话：“谁没有失败过?是朋友就应该体谅他人，帮助他人。”我真感动，真感动有这些我的知音，我不曾默默想过：如果社会上大部分人都能像这些朋友一样多好啊！”</w:t>
      </w:r>
      <w:r>
        <w:rPr>
          <w:lang w:eastAsia="zh-CN"/>
        </w:rPr>
        <w:br/>
      </w:r>
      <w:r>
        <w:rPr>
          <w:lang w:eastAsia="zh-CN"/>
        </w:rPr>
        <w:t>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七天，我们早上九点完成了一场军体拳考核训练，每个人都使出了百分之八十五的吃奶劲头。听，那铿锵有力的声音为我们的基地增加了新力量！我们每个人完成地特别好，得到了许多教官的赞赏，也因此我们班级获得了最佳军训奖。这份奖一直深深刻在我们的心头之上，每每回想来提醒我们每个人！</w:t>
      </w:r>
      <w:r>
        <w:rPr>
          <w:lang w:eastAsia="zh-CN"/>
        </w:rPr>
        <w:br/>
      </w:r>
      <w:r>
        <w:rPr>
          <w:lang w:eastAsia="zh-CN"/>
        </w:rPr>
        <w:t>　　我想：这是暑假最有意义的一次活动了。军训让我们体会了一次社会实践，是我们成长中难得可贵的一次活动，这是我们难忘的经历，也教会了我们很多道理：学会团队合作，并且相互帮助他人，这样会让你做事更加顺利。并且怀着一颗坚持不懈的心做事，从不半途而废，这样也才会走向人生的成功之路。这次活动给我们的暑期生活铺上了一道道缤纷之门！</w:t>
      </w:r>
      <w:r>
        <w:rPr>
          <w:lang w:eastAsia="zh-CN"/>
        </w:rPr>
        <w:br/>
      </w:r>
      <w:r>
        <w:rPr>
          <w:lang w:eastAsia="zh-CN"/>
        </w:rPr>
        <w:t>　　嗨，朋友们！还记得我们初中时参加过的活动吗?这个活动特别好，到处充满了挑战和欢乐。也让我们亲身体会了社会生活，让我们从中懂得了很多哲理！这就是我们的活动——军训！</w:t>
      </w:r>
      <w:r>
        <w:rPr>
          <w:lang w:eastAsia="zh-CN"/>
        </w:rPr>
        <w:br/>
      </w:r>
      <w:r>
        <w:rPr>
          <w:lang w:eastAsia="zh-CN"/>
        </w:rPr>
        <w:t>　　现在我步入了高中，也如愿以偿地参加军训活动。</w:t>
      </w:r>
      <w:r>
        <w:rPr>
          <w:lang w:eastAsia="zh-CN"/>
        </w:rPr>
        <w:br/>
      </w:r>
      <w:r>
        <w:rPr>
          <w:lang w:eastAsia="zh-CN"/>
        </w:rPr>
        <w:t>　　一小时后，我到了福清的军训基地。映入眼帘，我看到了充满气势磅礴，高大威武的基地，给人一股强烈的震撼感！那天，是一位张教官带领我们熟悉环境，并找了相应的宿舍。</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一天，我们先到华丽高大的礼堂里开会，教官在台上也说了很多很多，令我们深刻体会和思考。我还记得教官的一句话：“军人以服从命令为天职。”虽然我们不是军人，但此刻我们要把自己当军人！虽然教官的话是那样的沉重……之后，我们在操场上练习站军姿。瞧，那一整个班的学生像一棵棵大树一样屹立不倒，稳稳着站在操场。虽然有些苦累交织，有些热火朝天，但同学们多么勇敢啊！坚持完成了站军姿任务。晚上，我们忙里忙外地做完很多分内的事后，大家就去睡觉了。</w:t>
      </w:r>
      <w:r>
        <w:rPr>
          <w:lang w:eastAsia="zh-CN"/>
        </w:rPr>
        <w:br/>
      </w:r>
      <w:r>
        <w:rPr>
          <w:lang w:eastAsia="zh-CN"/>
        </w:rPr>
        <w:t>　　早晨我们很早起床，到操场去跑圈。只见累的一个个同学就像背了一个沉重的包袱一样，站立不稳。我们开始训练军体拳，只见教官那沉重的话语，耐心地教导我们学习军体拳。同学们也很认真地学习，虽然有时会遇到教官的斥责和教训，但同学们毫不在乎地认真做好自己，做好这些训练。脚踏实地一步一步完成！我们共学习了八节军体拳。渐渐地同学们掌握很熟练也很到位。</w:t>
      </w:r>
      <w:r>
        <w:rPr>
          <w:lang w:eastAsia="zh-CN"/>
        </w:rPr>
        <w:br/>
      </w:r>
      <w:r>
        <w:rPr>
          <w:lang w:eastAsia="zh-CN"/>
        </w:rPr>
        <w:t>　　这些天，我们的军训生活很精彩。除了训练的时间，在宿舍。我结交了很多热心的朋友，他们人都很不错。久而久之，我们如同亲兄弟一样亲。</w:t>
      </w:r>
      <w:r>
        <w:rPr>
          <w:lang w:eastAsia="zh-CN"/>
        </w:rPr>
        <w:br/>
      </w:r>
      <w:r>
        <w:rPr>
          <w:lang w:eastAsia="zh-CN"/>
        </w:rPr>
        <w:t>　　就是这样，我们度过了漫长而欢乐的四天</w:t>
      </w:r>
      <w:r>
        <w:rPr>
          <w:lang w:eastAsia="zh-CN"/>
        </w:rPr>
        <w:br/>
      </w:r>
      <w:r>
        <w:rPr>
          <w:lang w:eastAsia="zh-CN"/>
        </w:rPr>
        <w:t>　　第六天，是我们最兴奋的一天。因为明天我们将要离开军训基地，离开这些可爱的教官，尤其是张教官！那天早上，我们早早地起床，随着教官的命令再一次复习军体拳，我们同学又一次展现出了完美的动作，让我们大吃一惊，我们其他同学和教官们也纷纷对我们迎来了久违的称赞！下午，教官带我们去礼堂看电影。我还记得，那部讲述着一九九九年八月份，一些战士到南美的亚马逊的猎人学校进行了军事训练。其中还有演员侯勇，他和其他学员凭借着超强生存能力和超强意志完成了长达多天的军事训练。他们克服了九九八十一道困难，最后成功救出了一名小姑娘的故事。真是令人敬佩啊！这些精神品质值得我们每个人学习！</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下午二点，我们乘坐着旅汽回到了各自的家，圆满完成了一周的军训任务。</w:t>
      </w:r>
      <w:r>
        <w:rPr>
          <w:lang w:eastAsia="zh-CN"/>
        </w:rPr>
        <w:br/>
      </w:r>
      <w:r>
        <w:rPr>
          <w:lang w:eastAsia="zh-CN"/>
        </w:rPr>
        <w:t xml:space="preserve">    初中生作文军训总结 篇6 </w:t>
      </w:r>
      <w:r>
        <w:rPr>
          <w:lang w:eastAsia="zh-CN"/>
        </w:rPr>
        <w:br/>
      </w:r>
      <w:r>
        <w:rPr>
          <w:lang w:eastAsia="zh-CN"/>
        </w:rPr>
        <w:t>　　在我成为聿怀中学一名正式的初中生之前，我们新生都要接受辛苦军训的考验。</w:t>
      </w:r>
      <w:r>
        <w:rPr>
          <w:lang w:eastAsia="zh-CN"/>
        </w:rPr>
        <w:br/>
      </w:r>
      <w:r>
        <w:rPr>
          <w:lang w:eastAsia="zh-CN"/>
        </w:rPr>
        <w:t>　　军训开始的第一天，记得我们不太懂，纪律开始有点散漫，训练时嘻嘻哈哈，一点军人训练中的气势都没有。不过，还是顺利的度过了第一天。</w:t>
      </w:r>
      <w:r>
        <w:rPr>
          <w:lang w:eastAsia="zh-CN"/>
        </w:rPr>
        <w:br/>
      </w:r>
      <w:r>
        <w:rPr>
          <w:lang w:eastAsia="zh-CN"/>
        </w:rPr>
        <w:t>　　第二天，听说军训第三天要比赛，同学们都来劲了。训练得很认真，纪律不说井井有条，但比第一天好多了。不知为什么，我顿时感到喜悦，也许是同学们为了成功目标而拼搏的精神使我开始融入到这个集体，喜欢上这个班级了吧……很快，已经第三天了，在这几个小时里，我们转动力为体力，大家都认真而又轻松的迎接下午的挑战!</w:t>
      </w:r>
      <w:r>
        <w:rPr>
          <w:lang w:eastAsia="zh-CN"/>
        </w:rPr>
        <w:br/>
      </w:r>
      <w:r>
        <w:rPr>
          <w:lang w:eastAsia="zh-CN"/>
        </w:rPr>
        <w:t>　　下午三点，“聿怀新生会操比赛”已悄然开始了……18个班陆续排着整齐的会操队，在操场上演绎着这三天我们所学的动作。接着，就等待评审团的“一锤定音”……总算我们的辛苦没有白费，(1)班得到二等奖，18个班中我们排名第三!!这对我们冠军目标来说，兴许有些失望，但也有所欣慰，有所满足了。</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三天的军训在辛苦劳累，也不乏愉悦中度过了，我们很开心，也认识了很多。记得教官说过：“身体是革命的本钱，拥有一个好身体才是最重要的!”的确，身体如果虚弱，那在学习生活中也会磕磕绊绊，这样身体不但会搞垮，学习质量也会下降。未来的世界需要我们，我们为地球服务于要一个健壮的身体，科学实验，航天事业，建房定居……身体好才是事情良好的开端!</w:t>
      </w:r>
      <w:r>
        <w:rPr>
          <w:lang w:eastAsia="zh-CN"/>
        </w:rPr>
        <w:br/>
      </w:r>
      <w:r>
        <w:rPr>
          <w:lang w:eastAsia="zh-CN"/>
        </w:rPr>
        <w:t>　　这三天，我过得很有意义，我体会到了军人训练的艰辛，认识了不同情况下成长的同学，最重要的，是收获辛苦后得到成功激动的喜悦!</w:t>
      </w:r>
      <w:r>
        <w:rPr>
          <w:lang w:eastAsia="zh-CN"/>
        </w:rPr>
        <w:br/>
      </w:r>
      <w:r>
        <w:rPr>
          <w:lang w:eastAsia="zh-CN"/>
        </w:rPr>
        <w:t xml:space="preserve">    初中生作文军训总结 篇7 </w:t>
      </w:r>
      <w:r>
        <w:rPr>
          <w:lang w:eastAsia="zh-CN"/>
        </w:rPr>
        <w:br/>
      </w:r>
      <w:r>
        <w:rPr>
          <w:lang w:eastAsia="zh-CN"/>
        </w:rPr>
        <w:t>　　山没有悬崖峭壁就不再险峻，海没有惊涛骇浪就不再壮阔，河没有跌宕起伏就不再壮美，人生没有挫折磨难就不再坚强。</w:t>
      </w:r>
      <w:r>
        <w:rPr>
          <w:lang w:eastAsia="zh-CN"/>
        </w:rPr>
        <w:br/>
      </w:r>
      <w:r>
        <w:rPr>
          <w:lang w:eastAsia="zh-CN"/>
        </w:rPr>
        <w:t>　　一、二、三、四，这个大家都十分熟悉乐的口令就象以首歌。它让我想起了轰轰烈烈在战场尚无数地英雄，它让我想起乐坚韧挺立在边疆地守卫将士，它让我想起乐出现在国家每个角落地绿色身影。</w:t>
      </w:r>
      <w:r>
        <w:rPr>
          <w:lang w:eastAsia="zh-CN"/>
        </w:rPr>
        <w:br/>
      </w:r>
      <w:r>
        <w:rPr>
          <w:lang w:eastAsia="zh-CN"/>
        </w:rPr>
        <w:t>　　一个个整齐地方队，就象以首诗。它让我想起乐以座座如雨后春笋般冲出大地的高楼，它让想起乐相互督促，共同进步地青干班地全体学员。</w:t>
      </w:r>
      <w:r>
        <w:rPr>
          <w:lang w:eastAsia="zh-CN"/>
        </w:rPr>
        <w:br/>
      </w:r>
      <w:r>
        <w:rPr>
          <w:lang w:eastAsia="zh-CN"/>
        </w:rPr>
        <w:t>　　能经理磨难才证明坚韧，能经得起挑战才说明勇敢，能度过挫折才展示成功。在每个军训得日子里，我们都在严格地要求自己，在每个军训得日子里，我们都在认真地改善自己，在每个军训得日子里，我们都在彻底地反省自己。</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烈日晒黑乐我们得肌肤，却使我们滚烫得心变得更加热烈。汗水湿透乐我们得衣背，我们却没流以滴眼泪。微风习来，吹散乐多日来得疲倦，留下了许多许多难以言表得东西。虽然不是每个人都做得很好，但是不折不挠地坚持着，始终如一地追求着。我们相信：“乘风破浪会有时，直挂云帆济沧海”。我们坚信：“黄沙百战穿金甲，不破楼兰终不还。”</w:t>
      </w:r>
      <w:r>
        <w:rPr>
          <w:lang w:eastAsia="zh-CN"/>
        </w:rPr>
        <w:br/>
      </w:r>
      <w:r>
        <w:rPr>
          <w:lang w:eastAsia="zh-CN"/>
        </w:rPr>
        <w:t>　　多日得军训使我们领会到，凡是有军人得地方，就有壮怀激烈的豪情;凡是有军人得地方，就有无私无畏得精神;凡是有军人得地方，就有团结一致得人民。</w:t>
      </w:r>
      <w:r>
        <w:rPr>
          <w:lang w:eastAsia="zh-CN"/>
        </w:rPr>
        <w:br/>
      </w:r>
      <w:r>
        <w:rPr>
          <w:lang w:eastAsia="zh-CN"/>
        </w:rPr>
        <w:t>　　响亮得口号，展现乐大家对未来得信念;嘹亮得军歌，编织出美妙得今天;劳累得军训，铸就乐军人得体魄;丰富多彩得军训，造就乐爱国意识。没有更多得语言，再多得语言也无法表达出军训对我得影响;没有更多得表白，再多得表白也无法表达出我内心对军训深深的感情。千言万语化为以句话：迷彩军训，青春无悔!</w:t>
      </w:r>
      <w:r>
        <w:rPr>
          <w:lang w:eastAsia="zh-CN"/>
        </w:rPr>
        <w:br/>
      </w:r>
      <w:r>
        <w:rPr>
          <w:lang w:eastAsia="zh-CN"/>
        </w:rPr>
        <w:t>　　各位教官、各位老师、各位同学，晚上好，今天我为大家演讲的题目是《体会军训》。</w:t>
      </w:r>
      <w:r>
        <w:rPr>
          <w:lang w:eastAsia="zh-CN"/>
        </w:rPr>
        <w:br/>
      </w:r>
      <w:r>
        <w:rPr>
          <w:lang w:eastAsia="zh-CN"/>
        </w:rPr>
        <w:t>　　对于军训，我有太多太多的感想，多到几乎不能用文字表达。</w:t>
      </w:r>
      <w:r>
        <w:rPr>
          <w:lang w:eastAsia="zh-CN"/>
        </w:rPr>
        <w:br/>
      </w:r>
      <w:r>
        <w:rPr>
          <w:lang w:eastAsia="zh-CN"/>
        </w:rPr>
        <w:t>　　有人说，军训是酸甜苦辣的结合;也有人说，军训是对身体的折磨。而我想说：军训就像是一块儿磨刀石，而我们，是待磨的刀，军训之后，我相信，每一把刀，都会更加锋利，更加闪闪发亮。正如临行前，妈妈告诉我的：如果你能把军训挺过去了，那我相信，再大的困难，你也能克服。</w:t>
      </w:r>
      <w:r>
        <w:rPr>
          <w:lang w:eastAsia="zh-CN"/>
        </w:rPr>
        <w:br/>
      </w:r>
      <w:r>
        <w:rPr>
          <w:lang w:eastAsia="zh-CN"/>
        </w:rPr>
        <w:t>　　军训教会我太多太多，比如怎么去珍惜，怎么去尊重，怎么去生活，更重要的是，怎么去坚持。</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军训中，我们坐着的时候，我们通常想躺着，而站着的时候，又通常想坐着，可当单脚站立时，我们又只渴望双脚着地了。可我们为什么不学会知足一点儿呢?在站着的时候，想想单脚站着的辛苦，那么站着不就变舒服了?而坐着的时候，为什么不想想站着的累?那样比起来，坐着不就是享受了?所以，只要我们学会珍惜现在的，就会更轻松快乐，而这些，都是军训教会我的。</w:t>
      </w:r>
      <w:r>
        <w:rPr>
          <w:lang w:eastAsia="zh-CN"/>
        </w:rPr>
        <w:br/>
      </w:r>
      <w:r>
        <w:rPr>
          <w:lang w:eastAsia="zh-CN"/>
        </w:rPr>
        <w:t>　　我想，在军训之前，我们之中的很多人都要求过别人尊重你吧?而这个“别人”所指的，有可能是父母、老师、或者朋友。可是，我们是否去想过怎样去尊重别人呢?在军训后，我们知道，别人在对你讲话时，你不认真听，那是对别人的不尊重;别人在很严肃的处理事情的时候，而你并不严肃对待，也是对别人的一种不尊重。这种不尊重在生活中有太多太多。而更重要的并不是这个。而是军训让我们明白了，在要求别人尊重自己之前，我们必须先学会怎么去尊重别人。</w:t>
      </w:r>
      <w:r>
        <w:rPr>
          <w:lang w:eastAsia="zh-CN"/>
        </w:rPr>
        <w:br/>
      </w:r>
      <w:r>
        <w:rPr>
          <w:lang w:eastAsia="zh-CN"/>
        </w:rPr>
        <w:t>　　大概同学们都是家中的“唯一”吧?不会这个，不会那个，衣来伸手，饭来张口。而在校军训，我们什么都必须靠自己。不仅这样，时间上的限制，更令我们慌乱不堪。第一次上早操的时候，有没穿袜子的，有没时间梳头的，乱七八糟的事情，让大家筋疲力尽。可是在经历过无数个第一次后，我们就长大了，学会了怎么去生活。而这些，都是我们军训后的生活。</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军训，磨练了我们的意志，让我们彻底的体会了“只要功夫深，铁杵磨成针”，就如站军姿的时候，再不舒服也不能动，再氧也不能抓，度秒如日，而当教官叫我们停的时候，我们才发现，原来自己是可以坚持的。于是，在心中暗下决心：从今天起，坚持到底，决不偷懒!</w:t>
      </w:r>
      <w:r>
        <w:rPr>
          <w:lang w:eastAsia="zh-CN"/>
        </w:rPr>
        <w:br/>
      </w:r>
      <w:r>
        <w:rPr>
          <w:lang w:eastAsia="zh-CN"/>
        </w:rPr>
        <w:t>　　军训，教会我们好多，告诉我们好多，这一定会让我们在以后的学习生活中，受益匪浅。</w:t>
      </w:r>
      <w:r>
        <w:rPr>
          <w:lang w:eastAsia="zh-CN"/>
        </w:rPr>
        <w:br/>
      </w:r>
      <w:r>
        <w:rPr>
          <w:lang w:eastAsia="zh-CN"/>
        </w:rPr>
        <w:t xml:space="preserve">    初中生作文军训总结 篇8 </w:t>
      </w:r>
      <w:r>
        <w:rPr>
          <w:lang w:eastAsia="zh-CN"/>
        </w:rPr>
        <w:br/>
      </w:r>
      <w:r>
        <w:rPr>
          <w:lang w:eastAsia="zh-CN"/>
        </w:rPr>
        <w:t>　　8月14日 星期日 晴</w:t>
      </w:r>
      <w:r>
        <w:rPr>
          <w:lang w:eastAsia="zh-CN"/>
        </w:rPr>
        <w:br/>
      </w:r>
      <w:r>
        <w:rPr>
          <w:lang w:eastAsia="zh-CN"/>
        </w:rPr>
        <w:t>　　今天又是一个晴空万里，阳光灿烂的一天。今天是我军训的第三天了，可说苦可说轻松。轻松时老师认为的，苦是我认为的。</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们抱着不满的心情来到宿舍楼下集合训练，又要训练，真是苦呀。可又能怎样呀，这是规定的，我不能违反呀，要不就会显得我很没用的。今天我们要训练的是军步，军步还要训练吗?真是笑话，不就是走路而已嘛。我们开始练习了，我们都安着教官的要求，把队伍走直，还要脚步一致。可我们没走两步，队伍就变得歪歪斜斜了，就别说脚步要一致了，就连自己都站不稳呢，这比刚学走路还难啊!教官严肃的看着我们，可没过多久，他终于忍不住笑了起来了。他边笑边对我们说：“你们走得好差啊!”说完就示范了我们刚才怎么走路，不看不知道，一看笑死人，居然是同手脚。怪不得刚才走不稳，原来是手脚不协调。教官又安慰我们：“其实刚开始是这样的，过几天就会适应的。”教官教我们一个办法，那就是互相扣着手，排成一横，走时谁走快了也就知道了。我们试了一下，果然比刚才好很多了。姜还是老的辣呀，教官果然有办法。走了一个上午，我脚都走痛了，不过走的还不错，我们的努力没白费。可以到下午，我们又打回原形了。走了几十次都走不好，连教官都会变脸，一时青一时红。可我已经尽力了，脚跟都走红了。</w:t>
      </w:r>
      <w:r>
        <w:rPr>
          <w:lang w:eastAsia="zh-CN"/>
        </w:rPr>
        <w:br/>
      </w:r>
      <w:r>
        <w:rPr>
          <w:lang w:eastAsia="zh-CN"/>
        </w:rPr>
        <w:t>　　这是我想起了一句明句：世上无难事，只怕有心人。只要我们不停的努力，一定会成功的。</w:t>
      </w:r>
      <w:r>
        <w:rPr>
          <w:lang w:eastAsia="zh-CN"/>
        </w:rPr>
        <w:br/>
      </w:r>
      <w:r>
        <w:rPr>
          <w:lang w:eastAsia="zh-CN"/>
        </w:rPr>
        <w:t xml:space="preserve">    初中生作文军训总结 篇9 </w:t>
      </w:r>
      <w:r>
        <w:rPr>
          <w:lang w:eastAsia="zh-CN"/>
        </w:rPr>
        <w:br/>
      </w:r>
      <w:r>
        <w:rPr>
          <w:lang w:eastAsia="zh-CN"/>
        </w:rPr>
        <w:t>　　在这次军训中，虽然很艰苦，满脸的汗水，但是我学会了许多东西，耐心、毅力、独立，同时也改变了我的娇弱心理。俗话说：“淬炼过的金子才会发光。”这句话打动了我的心，同时也在我的脑海里回旋。</w:t>
      </w:r>
      <w:r>
        <w:rPr>
          <w:lang w:eastAsia="zh-CN"/>
        </w:rPr>
        <w:br/>
      </w:r>
      <w:r>
        <w:rPr>
          <w:lang w:eastAsia="zh-CN"/>
        </w:rPr>
        <w:t>　　这次军训，是第一次，改变了我人生的一小部分，使我感到心中的高兴、喜悦。在这里。第一次适应新的军训生活，穿上绿色的军装，看到面容严肃的教官，看到了新的宿舍，锻炼了我的意志力。第一次，我学会了叠被子，虽然五天时间的第一天叠不好，有许多皱纹，不整齐，但是我在第二天以后，我的被子叠得越来越漂亮、方正，越来越整齐；现在，总是感觉自己的身体多了一些锻炼，手臂更加有力了，声音更加洪亮了，了解一下，感觉自己的辛苦；这些事情补足了我日常生活中的不足。</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这次军训，对我来说就是一个较大的付出，虽然一天时间都在训练，手感到全身的力气都没有了，脚也感到无比的劳累，一副无精打采的样子，豆大的汗珠留下来，但我觉得这是一个付出，而且是一个比较值得的付出，只要有付出就会有收获。最关键的、最重要的还是坚持不懈的精神。</w:t>
      </w:r>
      <w:r>
        <w:rPr>
          <w:lang w:eastAsia="zh-CN"/>
        </w:rPr>
        <w:br/>
      </w:r>
      <w:r>
        <w:rPr>
          <w:lang w:eastAsia="zh-CN"/>
        </w:rPr>
        <w:t>　　在这次军训当中，我们一回到剪纸教室，我们很高兴，很兴奋。在这两次剪纸课上，剪刀，刻刀，这两样东西，让我感受到了中国北方南方特有的艺术，也使我感觉到小时候用过的这两样东西，竟然可以做这么多新颖的作品，也使我感觉到无比的放松。</w:t>
      </w:r>
      <w:r>
        <w:rPr>
          <w:lang w:eastAsia="zh-CN"/>
        </w:rPr>
        <w:br/>
      </w:r>
      <w:r>
        <w:rPr>
          <w:lang w:eastAsia="zh-CN"/>
        </w:rPr>
        <w:t>　　在教官的认真、卖力的指导下，我们学会了一种新的体操——军体拳，当我们做的时候，拳头没有用百分之百的力气，脚也不踩响地板，教官就会说：“再来一个。”当我们做的不好，令教官很不满意，他就会加以惩罚。让我们做几十个仰卧起坐，我们累的粗气嘘嘘，但是这是磨练意志的。</w:t>
      </w:r>
      <w:r>
        <w:rPr>
          <w:lang w:eastAsia="zh-CN"/>
        </w:rPr>
        <w:br/>
      </w:r>
      <w:r>
        <w:rPr>
          <w:lang w:eastAsia="zh-CN"/>
        </w:rPr>
        <w:t>　　在这次军训中，我无论在休息的时候，睡梦的时候，我都在干一件事，那就是思念妈妈。每当我仰望辽阔的天穹，没有一丝云，星星缓缓升起，天空就会出现那朦胧的、凄凉的面容，会出现妈妈给我准备好东西的那一刻，我的眼睛里的泪水不住的流了下来，怎么忍也忍不住，忍不住想哭出声来。</w:t>
      </w:r>
      <w:r>
        <w:rPr>
          <w:lang w:eastAsia="zh-CN"/>
        </w:rPr>
        <w:br/>
      </w:r>
      <w:r>
        <w:rPr>
          <w:lang w:eastAsia="zh-CN"/>
        </w:rPr>
        <w:t>　　在临别的时候，我们举行的结业仪式，代表着告别这里，告别一个个教官，向一栋栋高大的楼告别，这里的大楼在我的脑海里留下了深刻的印象；也代表着我即将见到亲爱的妈妈，心里在激动着。</w:t>
      </w:r>
      <w:r>
        <w:rPr>
          <w:lang w:eastAsia="zh-CN"/>
        </w:rPr>
        <w:br/>
      </w:r>
      <w:r>
        <w:rPr>
          <w:lang w:eastAsia="zh-CN"/>
        </w:rPr>
        <w:t>　　我又在军训中得出了一句话：“一切行动听指挥。”教官是锻炼我们各方面的结晶，也是帮助我们成长的向导！</w:t>
      </w:r>
      <w:r>
        <w:rPr>
          <w:lang w:eastAsia="zh-CN"/>
        </w:rPr>
        <w:br/>
      </w:r>
      <w:r>
        <w:rPr>
          <w:lang w:eastAsia="zh-CN"/>
        </w:rPr>
        <w:t xml:space="preserve">    初中生作文军训总结 篇10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一颗种子只有经住了寒风酷暑的考验，才能长成参天大树；一只蛹只有经历了风雨的沧桑，才能有破茧成蝶的美丽；一个人只有吃得苦中苦，才能方得人上人。</w:t>
      </w:r>
      <w:r>
        <w:rPr>
          <w:lang w:eastAsia="zh-CN"/>
        </w:rPr>
        <w:br/>
      </w:r>
      <w:r>
        <w:rPr>
          <w:lang w:eastAsia="zh-CN"/>
        </w:rPr>
        <w:t>　　进入了初中，第一个环节非军训莫属，它代表着新学期的开始，同时它也从而提高了我们的身体。</w:t>
      </w:r>
      <w:r>
        <w:rPr>
          <w:lang w:eastAsia="zh-CN"/>
        </w:rPr>
        <w:br/>
      </w:r>
      <w:r>
        <w:rPr>
          <w:lang w:eastAsia="zh-CN"/>
        </w:rPr>
        <w:t>　　我们面临的是两天的魔鬼训练，它给我们的感觉是严肃的，是惨不忍睹的，是充满艰辛的。这是我们人生当中的第一次军训，它对我们是一个极大的考验，而我们对它是憧憬的，是向往的，是期待的。</w:t>
      </w:r>
      <w:r>
        <w:rPr>
          <w:lang w:eastAsia="zh-CN"/>
        </w:rPr>
        <w:br/>
      </w:r>
      <w:r>
        <w:rPr>
          <w:lang w:eastAsia="zh-CN"/>
        </w:rPr>
        <w:t>　　第一天，凉风习习，我们迈着轻盈的步伐，伴随着清凉的微风，迎来了第一天的军训。面临着魔鬼训练，面临着魔鬼老师，一个个眼神里都充满了畏惧，虽然明白接下来会苦会累，但面临这一切，我们并没有因此而畏惧，因此而退缩，仍是迎刃而上。</w:t>
      </w:r>
      <w:r>
        <w:rPr>
          <w:lang w:eastAsia="zh-CN"/>
        </w:rPr>
        <w:br/>
      </w:r>
      <w:r>
        <w:rPr>
          <w:lang w:eastAsia="zh-CN"/>
        </w:rPr>
        <w:t>　　第一个学习的是练军姿。是啊，军姿是军训的基础，是一个军人的根本，就像大树有属于大树的根，他们的根深根固柢，房屋最底层就是他们的根只有当他们的根扎实了，才能使楼房金碧辉煌。大家可别小看了这军姿，其实他并不是很简单，为了打好扎实的基础，我们只能一直站着。“练不好就一直站，练不好就不要学别的动作”。一阵雷厉风行的话语在我们耳畔边荡漾着。虽然很苦，很累但我们始终坚信着阳光总在风雨后。是他让我明白了什么是没有规矩，不成方圆。</w:t>
      </w:r>
      <w:r>
        <w:rPr>
          <w:lang w:eastAsia="zh-CN"/>
        </w:rPr>
        <w:br/>
      </w:r>
      <w:r>
        <w:rPr>
          <w:lang w:eastAsia="zh-CN"/>
        </w:rPr>
        <w:t>　　随后学习的是稍息和跨立，看似简简单单的两个动作却看出了我们团队之间的配合与默契。是他让我明白了什么是忍耐。</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最重要的是停止间转法。停止间转法是我们军训动作中最难的动作，他靠的是我们的敏捷性和反应能力。是他让我明白了什么是“不是一番寒彻骨，怎得梅花扑鼻香”。</w:t>
      </w:r>
      <w:r>
        <w:rPr>
          <w:lang w:eastAsia="zh-CN"/>
        </w:rPr>
        <w:br/>
      </w:r>
      <w:r>
        <w:rPr>
          <w:lang w:eastAsia="zh-CN"/>
        </w:rPr>
        <w:t>　　在刻苦的训练中，我们同时也感受到了教练们的幽默风趣。面对着一切困难，我们之所以没有退缩，是因为我们知道其实教练比我们还累，教练一个人却要面对我们四十多个人，他一个人却要喊出让四十多个人都听得见的声音。面对这样的教练，我们用怎能忍心放弃？我们用怎能心不努力？我们又怎忍心埋怨？</w:t>
      </w:r>
      <w:r>
        <w:rPr>
          <w:lang w:eastAsia="zh-CN"/>
        </w:rPr>
        <w:br/>
      </w:r>
      <w:r>
        <w:rPr>
          <w:lang w:eastAsia="zh-CN"/>
        </w:rPr>
        <w:t>　　短短两天的努力，见证了我们的英姿飒爽，精神抖擞，见证了绳可锯木断，水可滴石穿。苦干加巧干，坚持持久战的道理。这一切离不开教练的浩气凛然，离不开老师的不苟言笑，离不开我们的持之以恒。</w:t>
      </w:r>
      <w:r>
        <w:rPr>
          <w:lang w:eastAsia="zh-CN"/>
        </w:rPr>
        <w:br/>
      </w:r>
      <w:r>
        <w:rPr>
          <w:lang w:eastAsia="zh-CN"/>
        </w:rPr>
        <w:t xml:space="preserve">    初中生作文军训总结 篇11 </w:t>
      </w:r>
      <w:r>
        <w:rPr>
          <w:lang w:eastAsia="zh-CN"/>
        </w:rPr>
        <w:br/>
      </w:r>
      <w:r>
        <w:rPr>
          <w:lang w:eastAsia="zh-CN"/>
        </w:rPr>
        <w:t>　　在这烈日炎炎、骄阳似火的9月，为期4天的军训如火如荼的拉开了帷幕。这几天，我们感到又漫长，又短暂，充满了艰辛和快乐，现在4天快要过去，我忽然发现，我感受更多的是留恋与不舍。是的，军训是很辛苦的，回想一下，苦在为正步踢麻的腿，苦在站军姿时累酸的腰间，军训如此的苦，我当然也有退缩的时候。</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但我坚持了下来，军训是一个过程，一个考验自我，磨练自我的过程，半途而废是耻辱。大家都咬紧牙关，不到万不得已绝不停止训练，要知道军训本来就是磨练我们的意志，锻炼我们的身体，那么，为什么要放弃呢?想到这，我都会咬咬牙，挺过去。也许坚毅在累酸的腰间堆集，最后将坚实、挺拔与不屈。或许这些不是苦，而是一种收获，一种让我受益终生的收获，我收获的是耐力是坚毅是勇敢，是不屈，更是团队精神。无论今后我做什么，想到今天的苦与收获，一切艰难险阻都变得无所谓了。我想这也就达到了军训的目的`了吧。是的，从军训中我们也感受到很多快乐。从大家整齐的脚步声，高昂的口号声中，我体会到了团结的欢乐,也体会了奋进的快乐，当我们班经过3天的训练,我们感受到集体的温暖。在这里，我们大声欢呼，在这里，我们大声的笑，在这里，我们留下了我们最美好的回忆!</w:t>
      </w:r>
      <w:r>
        <w:rPr>
          <w:lang w:eastAsia="zh-CN"/>
        </w:rPr>
        <w:br/>
      </w:r>
      <w:r>
        <w:rPr>
          <w:lang w:eastAsia="zh-CN"/>
        </w:rPr>
        <w:t>　　那一位教官的喉咙已沙哑，然而还是有力地喊着“稍息”、“立正”、“一二一”“齐步走”。训练时他们像所有教官一样严厉，注重纪律，然而却又多了一份细心，对每个同学尽其关爱，对每个同学不失原则的要求都尽量满足。休息时他们的微笑让人感觉如兄长一般的亲切清爽，让大家觉得像朋友一般的轻松舒适。</w:t>
      </w:r>
      <w:r>
        <w:rPr>
          <w:lang w:eastAsia="zh-CN"/>
        </w:rPr>
        <w:br/>
      </w:r>
      <w:r>
        <w:rPr>
          <w:lang w:eastAsia="zh-CN"/>
        </w:rPr>
        <w:t>　　这3天过得如此之快啊，感受最多的还是我们坚持不懈、永不放弃的精神。记得在《谁动了我的奶酪》中看过这样一句话：“如果我无所畏惧，我会怎么做?”现在我想，我要做勇敢的男孩，如果我是勇敢的，我就无所畏惧，那么我没有理由放弃努力。坚持下去，坚持到底。没有日晒雨淋，没有狂气暴雨，怎会有属于自己的风雨彩虹，怎会有属于自己的精彩天地!生命不息，奋斗不止，所以我坚持，我胜利!也许军训的时光短暂，也许这样的时光一去不复返。但“稍息、立正、站好、向左看”这些口令将永远回荡在我的耳边。</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一周的军训在我们的努力中度过了，经过一周的训练，我懂得了许多。</w:t>
      </w:r>
      <w:r>
        <w:rPr>
          <w:lang w:eastAsia="zh-CN"/>
        </w:rPr>
        <w:br/>
      </w:r>
      <w:r>
        <w:rPr>
          <w:lang w:eastAsia="zh-CN"/>
        </w:rPr>
        <w:t>　　在这一周内，我们学习了很多动作，如：“跨立、蹲下、齐步走、跑步走”等，这些动作看上去很容易，但是要做好，就需要做好每一个细节，掌握每一个细节，这样每一个动作才能合格。</w:t>
      </w:r>
      <w:r>
        <w:rPr>
          <w:lang w:eastAsia="zh-CN"/>
        </w:rPr>
        <w:br/>
      </w:r>
      <w:r>
        <w:rPr>
          <w:lang w:eastAsia="zh-CN"/>
        </w:rPr>
        <w:t>　　教官平时对我们很严格，督促我们每一个动作;纠正我们每一个细节。他告诉我们：无论在什么时候、什么地点，都要把自己当做一名真正的军人来要求自己。我一定会把这句话铭记在心中，什么时候都要有一种非凡的精神和斗志。</w:t>
      </w:r>
      <w:r>
        <w:rPr>
          <w:lang w:eastAsia="zh-CN"/>
        </w:rPr>
        <w:br/>
      </w:r>
      <w:r>
        <w:rPr>
          <w:lang w:eastAsia="zh-CN"/>
        </w:rPr>
        <w:t>　　教官无时不在锻炼我们的毅力，其中最具有挑战性的就是“站军姿”，顾名思义，就是按照军人立正的姿势站着，起初我们只是坚持了10分钟，可是在老师和教官的鼓励下，我们站的时间越来越长：15分钟、20分钟、30分钟……我们不断的超越自己，最高纪录竟达43分钟。往往别的班都先解散，但我们依然像风中的白杨，威武的挺立在操场上，因为我们要证明自己不会落后于别人，偶尔从旁边走过几个同学，见到我们还在站着竟然笑了出来。我真是想冲上去“训”他们一顿，我们比你们站的时间长，实力比你们强!你凭什么笑话我们?你有资格么?</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立正的过程中，汗水流下来不准擦，脸上痒不可以挠，这是我深有体会的，我从心底里佩服那些真正的战士们，听教官讲：有一位战士，他们那会儿也是在站军姿，有一只蚂蚁爬上了他的身体，在他身体上肆虐的叮咬，满身的大包，但他丝毫没有动!难道这种精神不值得我们学习吗?</w:t>
      </w:r>
      <w:r>
        <w:rPr>
          <w:lang w:eastAsia="zh-CN"/>
        </w:rPr>
        <w:br/>
      </w:r>
      <w:r>
        <w:rPr>
          <w:lang w:eastAsia="zh-CN"/>
        </w:rPr>
        <w:t xml:space="preserve">    初中生作文军训总结 篇12 </w:t>
      </w:r>
      <w:r>
        <w:rPr>
          <w:lang w:eastAsia="zh-CN"/>
        </w:rPr>
        <w:br/>
      </w:r>
      <w:r>
        <w:rPr>
          <w:lang w:eastAsia="zh-CN"/>
        </w:rPr>
        <w:t>　　光影似箭，日月如梭。时间过的真快，一眨眼我们已经不再是小学生了。进入初中认识新同学之后，我们将在这个班级一块学习和生活。希望我们能够和谐共处，团结互助，共同进步。共创团结友爱的集体。俗话说：“一个篱笆三个桩，一个好汉三个帮”没有班级中人与人的团结协作，即使我们每个人都能奏出最美妙的音符，人们听到的也只是杂乱无章的噪音。只有团结协作，相互配合，我们才能奏出最美的班级乐章。在大集体中不断成长。</w:t>
      </w:r>
      <w:r>
        <w:rPr>
          <w:lang w:eastAsia="zh-CN"/>
        </w:rPr>
        <w:br/>
      </w:r>
      <w:r>
        <w:rPr>
          <w:lang w:eastAsia="zh-CN"/>
        </w:rPr>
        <w:t>　　正式开学前我们进行了为期一周的.军训。军训第一天我见到了我们期待已久的军人。我们的教官是个年轻的小伙子。今年二十一岁，一笑就会路出两颗小虎牙，很是可爱的样子。他给人的感觉是温柔的，可以亲近的。</w:t>
      </w:r>
      <w:r>
        <w:rPr>
          <w:lang w:eastAsia="zh-CN"/>
        </w:rPr>
        <w:br/>
      </w:r>
      <w:r>
        <w:rPr>
          <w:lang w:eastAsia="zh-CN"/>
        </w:rPr>
        <w:t>　　犹记得我们的第一项学习项目便是站军姿，这可是个有苦又累的活。因为你站那不能走动。全身紧绷。站久了你的身体“呐喊”，受不住啦。我们时常不能按教官的要求坚持住，人群中有了偷偷地小抖腿，小挪脚，这些都被教官尽收眼底。这时他会给我们悬崖上的希望，坚持几分钟，但这几分钟是无限延长的。</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军训是辛苦的，同样也是有趣的。军事化口令的变调，想想让人开怀。教官每次说稍息，我们听到的都是草席。为此我们偷乐了好多回。“一二一”也被教练喊成“呀啊呀”，这些口令的变化让枯燥的军训有了乐趣。此外教练也常常让我们休息。老教官为此还训过我们教练好多次呢。人与人之间就是这样相互的理解，我们不再老是喊累，我们开始坚持，只为教练不再被训。</w:t>
      </w:r>
      <w:r>
        <w:rPr>
          <w:lang w:eastAsia="zh-CN"/>
        </w:rPr>
        <w:br/>
      </w:r>
      <w:r>
        <w:rPr>
          <w:lang w:eastAsia="zh-CN"/>
        </w:rPr>
        <w:t>　　在最初一段时间林我们的齐步走走的很差，永远都走不齐，不是手摆的不一致，就是脚踢的前前后后。后来，我们放下了心中的烦闷，想着坚持就是胜利，学着彼此配合，终于状况开始好转。我们都知道其实在开始练习这个项目时，教练是着急的，我们走的很差，他一定是在担心我们这个状态无法参加排演。但他依然鼓励我们，你们走得很好。要对自己有信心。正是这种鼓励支撑着我们。</w:t>
      </w:r>
      <w:r>
        <w:rPr>
          <w:lang w:eastAsia="zh-CN"/>
        </w:rPr>
        <w:br/>
      </w:r>
      <w:r>
        <w:rPr>
          <w:lang w:eastAsia="zh-CN"/>
        </w:rPr>
        <w:t>　　最终的结果，是我们勇得第一，想到那时的泪水，汗水，我觉得值了。团结协作，永不放弃，这八个字，我会永远铭记在心。</w:t>
      </w:r>
      <w:r>
        <w:rPr>
          <w:lang w:eastAsia="zh-CN"/>
        </w:rPr>
        <w:br/>
      </w:r>
      <w:r>
        <w:rPr>
          <w:lang w:eastAsia="zh-CN"/>
        </w:rPr>
        <w:t xml:space="preserve">    初中生作文军训总结 篇13 </w:t>
      </w:r>
      <w:r>
        <w:rPr>
          <w:lang w:eastAsia="zh-CN"/>
        </w:rPr>
        <w:br/>
      </w:r>
      <w:r>
        <w:rPr>
          <w:lang w:eastAsia="zh-CN"/>
        </w:rPr>
        <w:t>　　时间过得很快，伴随着最后哨声结束了一天的课程，自从离开学校后就告别了军训的日子，也很难再次经历军训所带来的深刻体会，在昊辰，这个朝气向上的公司给了我人生第二次机会来体验和学习。</w:t>
      </w:r>
      <w:r>
        <w:rPr>
          <w:lang w:eastAsia="zh-CN"/>
        </w:rPr>
        <w:br/>
      </w:r>
      <w:r>
        <w:rPr>
          <w:lang w:eastAsia="zh-CN"/>
        </w:rPr>
        <w:t>　　今天的经历课程让我再次肯定的团队的强大与爱的力量，没有优秀的个人，只有优秀的团队，强大有力量的队伍必定是一群人所创造出来的，团队的执行力，听指挥+行动=结果，无条件的服从安排，高效的行动力，才能创造出好的结果。一群人，一条心，一起拼！</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这里，让我改变了很多，学到了很多。年轻的我们在这个拼搏的时代必须全力以赴，找到自己位置，不断的学习提升自己，为了家人的生活，自己今后的人生路，带着正能量感恩出发，团队一起肩并肩，互帮互助，再坎坷的道路一起跨过，只要我们坚定自己信念，梦想总会实现。</w:t>
      </w:r>
      <w:r>
        <w:rPr>
          <w:lang w:eastAsia="zh-CN"/>
        </w:rPr>
        <w:br/>
      </w:r>
      <w:r>
        <w:rPr>
          <w:lang w:eastAsia="zh-CN"/>
        </w:rPr>
        <w:t>　　最后，感谢昊辰地产，团队的文化无时无刻洗礼着我，感谢组别的经理，每个日日夜夜的无私关怀、奉献，感恩我的教练，指导员，引领我们展现了团队的力量，口号响亮行动必须同步落实到位，这是个值得纪念的日子，深深感恩我的父母含辛茹苦的养育我，教育我。在拼搏的年代担任重任，奋勇向前，成功的速度必须赶上父母老去的速度，把号称当做自己事业去做，用业绩回馈公司，精神与物质满足家人！</w:t>
      </w:r>
      <w:r>
        <w:rPr>
          <w:lang w:eastAsia="zh-CN"/>
        </w:rPr>
        <w:br/>
      </w:r>
      <w:r>
        <w:rPr>
          <w:lang w:eastAsia="zh-CN"/>
        </w:rPr>
        <w:t xml:space="preserve">    初中生作文军训总结 篇14 </w:t>
      </w:r>
      <w:r>
        <w:rPr>
          <w:lang w:eastAsia="zh-CN"/>
        </w:rPr>
        <w:br/>
      </w:r>
      <w:r>
        <w:rPr>
          <w:lang w:eastAsia="zh-CN"/>
        </w:rPr>
        <w:t>　　刚刚从外面回来，路过工业学校，看到里面清一色的蓝色校服，才猛然醒悟原来他们在军训。</w:t>
      </w:r>
      <w:r>
        <w:rPr>
          <w:lang w:eastAsia="zh-CN"/>
        </w:rPr>
        <w:br/>
      </w:r>
    </w:p>
    <w:p w:rsidR="001B1F19" w14:textId="27C3F48A">
      <w:pPr>
        <w:rPr>
          <w:lang w:eastAsia="zh-CN"/>
        </w:rPr>
      </w:pPr>
      <w:r>
        <w:rPr>
          <w:lang w:eastAsia="zh-CN"/>
        </w:rPr>
        <w:t>　　下午的太阳很大，我撑着把伞还是感觉到皮肤上那灼热的太阳温度。(人家都说太阳公公热情好客，还真没说错……)这不由得让我想起我的高一，那时也是一个刚从初中毕业的有着稚嫩笑容的孩子。对那时的我来讲，能够考上自己梦寐以求的高中，真的感到很开心和满足。一直以为那只是一个梦，却没有想到，原来梦境也可以来得那么真实。高一的军训明显没有初一的痛苦，本来已经买好防晒霜最好一切防晒装备的，因为初一的时候真的懵懵懂懂，回来的时候跟块黑炭没什么两样了。谁知道第二天开始就下雨，一下雨教官就让我们在宿舍门前的空地站军姿，一站就是几个鈡，而且还不准我们笑，可是自己却整天在我们身边转悠着，想方设法的逗我们笑……然后又一连下了几天的雨，教官们总是瞅准机会，雨一停就带领我们往外跑。天知道你刚站完军姿连脚都弯不了，突然叫你跑步，别扭得开始怀疑那两条腿到底是不是自己的。只记得有一个下午的太阳特别的好，我们在操场上一遍又一遍地练着齐步和正步，明明初一那时练得很辛苦，现在走起来又很陌生。练稍息的时候，手背不小心碰了一下皮带，才觉悟过来什么是炙热。</w:t>
      </w:r>
      <w:r>
        <w:rPr>
          <w:lang w:eastAsia="zh-CN"/>
        </w:rPr>
        <w:br/>
      </w:r>
      <w:r>
        <w:rPr>
          <w:lang w:eastAsia="zh-CN"/>
        </w:rPr>
        <w:t>　　后来政治老师告诉我们，其实参加了军训，就等于把你的名字列入了备用军队，以后国家要是出了什么事，我们也会成为其中的一员。当时真有点事被骗了的感觉。要我们参军就明说嘛，为国家献力是我们的荣耀。可是这样子的做法，真让人有点不服。</w:t>
      </w:r>
      <w:r>
        <w:rPr>
          <w:lang w:eastAsia="zh-CN"/>
        </w:rPr>
        <w:br/>
      </w:r>
      <w:r>
        <w:rPr>
          <w:lang w:eastAsia="zh-CN"/>
        </w:rPr>
        <w:t>　　可是，军训对我们来说，其实也是一段美好的回忆。互不相识的一班人，为了集体的荣誉，努力的做好教官要求的事情，然后在最后一天的检验成果上，展示出我们最好的一面，用歌声，用气势压倒其他的班级，当教官宣布最后的优秀班级名单时，每个人脸上都是压抑不住的激动和开心。那一段的时光，是最最真诚，最最纯朴的，每个人都单纯的像个小孩，没有你争我斗，没有斤斤计较，有的，只是共患难同进退的兄弟和姐妹。</w:t>
      </w:r>
      <w:r>
        <w:rPr>
          <w:lang w:eastAsia="zh-CN"/>
        </w:rPr>
        <w:br/>
      </w:r>
      <w:r>
        <w:rPr>
          <w:lang w:eastAsia="zh-CN"/>
        </w:rPr>
        <w:t xml:space="preserve">    初中生作文军训总结 篇15 </w:t>
      </w:r>
      <w:r>
        <w:rPr>
          <w:lang w:eastAsia="zh-CN"/>
        </w:rPr>
        <w:br/>
      </w:r>
      <w:r>
        <w:rPr>
          <w:lang w:eastAsia="zh-CN"/>
        </w:rPr>
        <w:t>　　8月13日 星期六 晴</w:t>
      </w:r>
      <w:r>
        <w:rPr>
          <w:lang w:eastAsia="zh-CN"/>
        </w:rPr>
        <w:br/>
      </w:r>
      <w:r>
        <w:rPr>
          <w:lang w:eastAsia="zh-CN"/>
        </w:rPr>
        <w:t>　　这一天发生了一件大事，这件事就要重今天早上说起了。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https://d.book118.com/685331300013011121</w:t>
        </w:r>
      </w:hyperlink>
    </w:p>
    <w:p w:rsidR="001B1F19">
      <w:pPr>
        <w:rPr>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533130001301112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