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财务工作总结12篇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 xml:space="preserve">    财务工作总结 篇1 </w:t>
      </w:r>
      <w:r>
        <w:rPr>
          <w:lang w:eastAsia="zh-CN"/>
        </w:rPr>
        <w:br/>
      </w:r>
      <w:r>
        <w:rPr>
          <w:lang w:eastAsia="zh-CN"/>
        </w:rPr>
        <w:t>　　20__年，财务总监办在公司经营班子的领导下，加强预算管理，以增收节支为中心，降低公司运行成本和产品生产成本，提高产品质量，增加企业效益为目标，深入生产经营一线，认真发挥公司职能部门监督管理作用，配合各生产单位做了一些基础管理工作。现将一年的工作情况如下：</w:t>
      </w:r>
      <w:r>
        <w:rPr>
          <w:lang w:eastAsia="zh-CN"/>
        </w:rPr>
        <w:br/>
      </w:r>
      <w:r>
        <w:rPr>
          <w:lang w:eastAsia="zh-CN"/>
        </w:rPr>
        <w:t>　　认真做好部门日常基础管理工作</w:t>
      </w:r>
      <w:r>
        <w:rPr>
          <w:lang w:eastAsia="zh-CN"/>
        </w:rPr>
        <w:br/>
      </w:r>
      <w:r>
        <w:rPr>
          <w:lang w:eastAsia="zh-CN"/>
        </w:rPr>
        <w:t>　　1、切实加强了本部门职工的思想政治学习，及时准确地传达了公司决定、决策、规定等，并认真学习落实。使大家能自觉遵守公司的规章制度，处处以公司大局为重，维护了公司的利益和形象。</w:t>
      </w:r>
      <w:r>
        <w:rPr>
          <w:lang w:eastAsia="zh-CN"/>
        </w:rPr>
        <w:br/>
      </w:r>
      <w:r>
        <w:rPr>
          <w:lang w:eastAsia="zh-CN"/>
        </w:rPr>
        <w:t>　　2、按照公司财务收支计划，做好财务收支登记工作，认真编制公司财务收支情况表。</w:t>
      </w:r>
      <w:r>
        <w:rPr>
          <w:lang w:eastAsia="zh-CN"/>
        </w:rPr>
        <w:br/>
      </w:r>
      <w:r>
        <w:rPr>
          <w:lang w:eastAsia="zh-CN"/>
        </w:rPr>
        <w:t>　　3、加强公司预算管理工作。定期不定期地对公司财务预算(计划)执行情况，进行检查、考核，并对执行中存在的问题及时提出整改意见，按年度编制公司财务预算执行情况报告。</w:t>
      </w:r>
      <w:r>
        <w:rPr>
          <w:lang w:eastAsia="zh-CN"/>
        </w:rPr>
        <w:br/>
      </w:r>
      <w:r>
        <w:rPr>
          <w:lang w:eastAsia="zh-CN"/>
        </w:rPr>
        <w:t>　　4、严格按照公司印鉴管理使用规定，管好、用好了财务印鉴，确保公司资金的统一调度安排使用，有效地保证了资金的安全运营，提高了资金使用效率。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5、配合财务部门一道做公司财务核算管理和税收管理工作。</w:t>
      </w:r>
      <w:r>
        <w:rPr>
          <w:lang w:eastAsia="zh-CN"/>
        </w:rPr>
        <w:br/>
      </w:r>
      <w:r>
        <w:rPr>
          <w:lang w:eastAsia="zh-CN"/>
        </w:rPr>
        <w:t>　　6、加强自身业务知识学习，进一步提高了业务水平及工作效率和办事能力。先后参加了会计人员继续教育培训、企业所得税培训等。</w:t>
      </w:r>
      <w:r>
        <w:rPr>
          <w:lang w:eastAsia="zh-CN"/>
        </w:rPr>
        <w:br/>
      </w:r>
      <w:r>
        <w:rPr>
          <w:lang w:eastAsia="zh-CN"/>
        </w:rPr>
        <w:t>　　深入生产经营工作实际，配合生产单位做了一些工作</w:t>
      </w:r>
      <w:r>
        <w:rPr>
          <w:lang w:eastAsia="zh-CN"/>
        </w:rPr>
        <w:br/>
      </w:r>
      <w:r>
        <w:rPr>
          <w:lang w:eastAsia="zh-CN"/>
        </w:rPr>
        <w:t>　　1、按公司安排，定期不定期地到公司各单位了解生产经营及财务运营情况。在工作中以资金管理和物流管理为基础，以成本控制为核心，参与生产经营过程，并将有关情况及时与生产单位勾通。</w:t>
      </w:r>
      <w:r>
        <w:rPr>
          <w:lang w:eastAsia="zh-CN"/>
        </w:rPr>
        <w:br/>
      </w:r>
      <w:r>
        <w:rPr>
          <w:lang w:eastAsia="zh-CN"/>
        </w:rPr>
        <w:t>　　2、积极配合协助生产单位财务部门，进一步建立和完善内控制度，特别是生产成本、费用的'控制和考核，理顺基础财务管理、会计核算工作。</w:t>
      </w:r>
      <w:r>
        <w:rPr>
          <w:lang w:eastAsia="zh-CN"/>
        </w:rPr>
        <w:br/>
      </w:r>
      <w:r>
        <w:rPr>
          <w:lang w:eastAsia="zh-CN"/>
        </w:rPr>
        <w:t>　　3、与公司其他管理部门一道，就炭素厂_年的生产经营及财务运营现状做了认真的了解分析，为炭素厂降低经营风险，提高经济效益做了一些工作。</w:t>
      </w:r>
      <w:r>
        <w:rPr>
          <w:lang w:eastAsia="zh-CN"/>
        </w:rPr>
        <w:br/>
      </w:r>
      <w:r>
        <w:rPr>
          <w:lang w:eastAsia="zh-CN"/>
        </w:rPr>
        <w:t>　　4、与公司其他管理部门一道，完成了硅钙厂资产租赁工作，完善了相关租赁手续，并全额回收了_年租赁费用和材料销售款项。</w:t>
      </w:r>
      <w:r>
        <w:rPr>
          <w:lang w:eastAsia="zh-CN"/>
        </w:rPr>
        <w:br/>
      </w:r>
      <w:r>
        <w:rPr>
          <w:lang w:eastAsia="zh-CN"/>
        </w:rPr>
        <w:t>　　财务工作总结 篇2</w:t>
      </w:r>
      <w:r>
        <w:rPr>
          <w:lang w:eastAsia="zh-CN"/>
        </w:rPr>
        <w:br/>
      </w:r>
      <w:r>
        <w:rPr>
          <w:lang w:eastAsia="zh-CN"/>
        </w:rPr>
        <w:t>　　一、坚持原则、客观公正、依法办事。一年以来，在实际工作中，本着客观、严谨、细致的原则，在办理会计事务时做到实事求是、细心审核、严格执行财务纪律，按照财务报账制度和会计基础工作规范化的要求进行财务报账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二、任劳任怨、甘于奉献。为了能按质按量完成各项任务，本人不计较个人得失，不讲报酬，牺牲个人利益，经常加班加点进行工作。对待各项工作始终能够做到任劳任怨、尽职尽责。</w:t>
      </w:r>
      <w:r>
        <w:rPr>
          <w:lang w:eastAsia="zh-CN"/>
        </w:rPr>
        <w:br/>
      </w:r>
      <w:r>
        <w:rPr>
          <w:lang w:eastAsia="zh-CN"/>
        </w:rPr>
        <w:t>　　三、爱岗敬业、热情服务。在财务战线上，本人始终以敬业、热情、耐心的态度投入到本职工作中。热情服务、耐心讲解。在工作过程中，不刁难同志、不拖延报账时间：对真实、合法的凭证，及时给予报销;对不合规的凭证，指明原因，要求改正。努力提高工作效率和服务质量。</w:t>
      </w:r>
      <w:r>
        <w:rPr>
          <w:lang w:eastAsia="zh-CN"/>
        </w:rPr>
        <w:br/>
      </w:r>
      <w:r>
        <w:rPr>
          <w:lang w:eastAsia="zh-CN"/>
        </w:rPr>
        <w:t>　　四、本学期完成事务有：</w:t>
      </w:r>
      <w:r>
        <w:rPr>
          <w:lang w:eastAsia="zh-CN"/>
        </w:rPr>
        <w:br/>
      </w:r>
      <w:r>
        <w:rPr>
          <w:lang w:eastAsia="zh-CN"/>
        </w:rPr>
        <w:t>　　（一）、每周事务：每周有一天先整理审核票据，对规范的票据先分类再录入报账系统，第二天去南陵报账。</w:t>
      </w:r>
      <w:r>
        <w:rPr>
          <w:lang w:eastAsia="zh-CN"/>
        </w:rPr>
        <w:br/>
      </w:r>
      <w:r>
        <w:rPr>
          <w:lang w:eastAsia="zh-CN"/>
        </w:rPr>
        <w:t>　　（二）、每月事务：每月在规定的日期完成的事务：</w:t>
      </w:r>
      <w:r>
        <w:rPr>
          <w:lang w:eastAsia="zh-CN"/>
        </w:rPr>
        <w:br/>
      </w:r>
      <w:r>
        <w:rPr>
          <w:lang w:eastAsia="zh-CN"/>
        </w:rPr>
        <w:t>　　1工资系统里做好教师的工资电子表、遗属工资表。并将纸质工资表上报社保局和教育局审核。</w:t>
      </w:r>
      <w:r>
        <w:rPr>
          <w:lang w:eastAsia="zh-CN"/>
        </w:rPr>
        <w:br/>
      </w:r>
      <w:r>
        <w:rPr>
          <w:lang w:eastAsia="zh-CN"/>
        </w:rPr>
        <w:t>　　2、每月为教师办理好公积金的汇缴工作。</w:t>
      </w:r>
      <w:r>
        <w:rPr>
          <w:lang w:eastAsia="zh-CN"/>
        </w:rPr>
        <w:br/>
      </w:r>
      <w:r>
        <w:rPr>
          <w:lang w:eastAsia="zh-CN"/>
        </w:rPr>
        <w:t>　　3、每月按定期做好教师社保（五险）申报、开票和汇缴工作。</w:t>
      </w:r>
      <w:r>
        <w:rPr>
          <w:lang w:eastAsia="zh-CN"/>
        </w:rPr>
        <w:br/>
      </w:r>
      <w:r>
        <w:rPr>
          <w:lang w:eastAsia="zh-CN"/>
        </w:rPr>
        <w:t>　　（三）、每季度做好收费自查、总结及材料上交工作，每月按季度财务公示。</w:t>
      </w:r>
      <w:r>
        <w:rPr>
          <w:lang w:eastAsia="zh-CN"/>
        </w:rPr>
        <w:br/>
      </w:r>
      <w:r>
        <w:rPr>
          <w:lang w:eastAsia="zh-CN"/>
        </w:rPr>
        <w:t>　　（四）、每学期完成事务：</w:t>
      </w:r>
      <w:r>
        <w:rPr>
          <w:lang w:eastAsia="zh-CN"/>
        </w:rPr>
        <w:br/>
      </w:r>
      <w:r>
        <w:rPr>
          <w:lang w:eastAsia="zh-CN"/>
        </w:rPr>
        <w:t>　　1、寄宿生的材料收集、公示和上报工作，二类教材的减免工作。</w:t>
      </w:r>
      <w:r>
        <w:rPr>
          <w:lang w:eastAsia="zh-CN"/>
        </w:rPr>
        <w:br/>
      </w:r>
      <w:r>
        <w:rPr>
          <w:lang w:eastAsia="zh-CN"/>
        </w:rPr>
        <w:t>　　2、固定资产录入和上报有工作。</w:t>
      </w:r>
      <w:r>
        <w:rPr>
          <w:lang w:eastAsia="zh-CN"/>
        </w:rPr>
        <w:br/>
      </w:r>
      <w:r>
        <w:rPr>
          <w:lang w:eastAsia="zh-CN"/>
        </w:rPr>
        <w:t>　　（五）、完成其它事务：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1、完成教师的`定级、岗位变动、薪级工资的变动、教师教护龄增资等工作。</w:t>
      </w:r>
      <w:r>
        <w:rPr>
          <w:lang w:eastAsia="zh-CN"/>
        </w:rPr>
        <w:br/>
      </w:r>
      <w:r>
        <w:rPr>
          <w:lang w:eastAsia="zh-CN"/>
        </w:rPr>
        <w:t>　　2、完成教师、退休教师教师节慰问金领取和发放工作。</w:t>
      </w:r>
      <w:r>
        <w:rPr>
          <w:lang w:eastAsia="zh-CN"/>
        </w:rPr>
        <w:br/>
      </w:r>
      <w:r>
        <w:rPr>
          <w:lang w:eastAsia="zh-CN"/>
        </w:rPr>
        <w:t>　　3、完成__年7月-__年7月社保的新基数的申报工作，及__年社保的年审工作。</w:t>
      </w:r>
      <w:r>
        <w:rPr>
          <w:lang w:eastAsia="zh-CN"/>
        </w:rPr>
        <w:br/>
      </w:r>
      <w:r>
        <w:rPr>
          <w:lang w:eastAsia="zh-CN"/>
        </w:rPr>
        <w:t>　　4、顺利完成__年经费预算工作。</w:t>
      </w:r>
      <w:r>
        <w:rPr>
          <w:lang w:eastAsia="zh-CN"/>
        </w:rPr>
        <w:br/>
      </w:r>
      <w:r>
        <w:rPr>
          <w:lang w:eastAsia="zh-CN"/>
        </w:rPr>
        <w:t>　　5、做好__年公积金基数调整。</w:t>
      </w:r>
      <w:r>
        <w:rPr>
          <w:lang w:eastAsia="zh-CN"/>
        </w:rPr>
        <w:br/>
      </w:r>
      <w:r>
        <w:rPr>
          <w:lang w:eastAsia="zh-CN"/>
        </w:rPr>
        <w:t>　　6、新增及调出教师的社保（五险）申报工作及住房公积金的增补减少工作。</w:t>
      </w:r>
      <w:r>
        <w:rPr>
          <w:lang w:eastAsia="zh-CN"/>
        </w:rPr>
        <w:br/>
      </w:r>
      <w:r>
        <w:rPr>
          <w:lang w:eastAsia="zh-CN"/>
        </w:rPr>
        <w:t>　　7、做好__年遗属的清理和遗属的增资的申报等系列工作8、做好经费管理年的资料和民生工程资料及财务各项资料的检查工作。</w:t>
      </w:r>
      <w:r>
        <w:rPr>
          <w:lang w:eastAsia="zh-CN"/>
        </w:rPr>
        <w:br/>
      </w:r>
      <w:r>
        <w:rPr>
          <w:lang w:eastAsia="zh-CN"/>
        </w:rPr>
        <w:t>　　9、积极做好年末财务结算资料的准备工作。</w:t>
      </w:r>
      <w:r>
        <w:rPr>
          <w:lang w:eastAsia="zh-CN"/>
        </w:rPr>
        <w:br/>
      </w:r>
      <w:r>
        <w:rPr>
          <w:lang w:eastAsia="zh-CN"/>
        </w:rPr>
        <w:t>　　本人认真做好本职工作，坚持财务制度，按规矩办事。不足之处：下一年，要在预算的编制、执行、财务公开等方面做好工作。</w:t>
      </w:r>
      <w:r>
        <w:rPr>
          <w:lang w:eastAsia="zh-CN"/>
        </w:rPr>
        <w:br/>
      </w:r>
      <w:r>
        <w:rPr>
          <w:lang w:eastAsia="zh-CN"/>
        </w:rPr>
        <w:t>　　财务工作总结 篇3</w:t>
      </w:r>
      <w:r>
        <w:rPr>
          <w:lang w:eastAsia="zh-CN"/>
        </w:rPr>
        <w:br/>
      </w:r>
      <w:r>
        <w:rPr>
          <w:lang w:eastAsia="zh-CN"/>
        </w:rPr>
        <w:t>　　在财政局的直接领导下，通过中心人员的共同努力下，完成了乡财县管工作任务，乡镇人员工资、五保户、复员军人、运行经费、村级经费支出等各项支出得到了落实，做到了全县标准一致，使我县乡镇资金管理工作逐步走向了规范化。20__年，中心主要做了以下几方面的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一、加强乡镇财政业务管理，结合今年县乡体制的调整，要求乡镇规范财政预算、规范规章制度、规范业务程序，并在实际执行中根据体制安排，按序时进度及时给予办理，保障乡镇各项支出。对乡镇的人员工资、医疗保险、民政优抚、办公经费等支出进行拨款、并办理到位，对体制规定的各项支出予以保障。继续做好乡镇财务信息的及时反馈，做好服务。截止12月25日，全年乡镇预算内收到县下拨资金1.17亿元，累计支出1.2亿元(含上年结转)。</w:t>
      </w:r>
      <w:r>
        <w:rPr>
          <w:lang w:eastAsia="zh-CN"/>
        </w:rPr>
        <w:br/>
      </w:r>
      <w:r>
        <w:rPr>
          <w:lang w:eastAsia="zh-CN"/>
        </w:rPr>
        <w:t>　　二、在2月份，做好乡镇的财政决算汇编、上报工作。同时，和教育局一起编制乡镇中小学预算、决算。督促今年教育义保经费及时到位、及时办理，不耽误农村教育的.基本运转。全年乡镇中小学收到县下拨教育义保经费、教育遗属补助、结构工资、抚恤金等1.1亿元，已经办理支出0.95万元。</w:t>
      </w:r>
      <w:r>
        <w:rPr>
          <w:lang w:eastAsia="zh-CN"/>
        </w:rPr>
        <w:br/>
      </w:r>
      <w:r>
        <w:rPr>
          <w:lang w:eastAsia="zh-CN"/>
        </w:rPr>
        <w:t>　　三、对乡镇教育资金按要求管理，抓好教育资金的结算，核对，确保教育义保经费不被挪用。在今年5月份做好省对教育负债偿还的验收工作，并且和教育、审计、农委等部门一起，做好教育债务化解、兑付的“回头看”工作。对不符合化解范围，群众有意见的，组织相关单位进行了实地测算、记录。</w:t>
      </w:r>
      <w:r>
        <w:rPr>
          <w:lang w:eastAsia="zh-CN"/>
        </w:rPr>
        <w:br/>
      </w:r>
      <w:r>
        <w:rPr>
          <w:lang w:eastAsia="zh-CN"/>
        </w:rPr>
        <w:t>　　四、对乡镇专项资金和非税收入按要求督促乡镇执行，尤其是对许町煤矿拆迁补偿，今年共补偿3000多万元，发放到600余户，庄周今年征地补偿累计1.8亿元，约2200户,都及时进行办理、发放。从细做好财政监督和财务手续。</w:t>
      </w:r>
      <w:r>
        <w:rPr>
          <w:lang w:eastAsia="zh-CN"/>
        </w:rPr>
        <w:br/>
      </w:r>
      <w:r>
        <w:rPr>
          <w:lang w:eastAsia="zh-CN"/>
        </w:rPr>
        <w:t>　　五、加强行政性收费票据管理，按照考核办法，我们在乡镇发生每笔收入时，要求乡镇及时将存根和缴款单交中心计账，每季度对乡镇使用的票据情况进行核销，防止乡镇出现坐支情况的发生。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六、根据中央、省、市关于在党政机关和事业单位开展“小金库”专项治理工作意见和有关要求，我县加强组织领导，积极组建工作机构，制定实施方案。成立了由县委、常务副县长戴力任组长，县委、县纪委书记熊国洪任第一副组长，县纪委副书记、监察局局长刘卿、县财政局局长黄欣任副组长的蒙城县“小金库”治理工作领导小组，监察局、财政局、审计局等部门负责人为成员。各乡镇、县直各部门也成立了相应的组织领导机构。7月3日，召开专题会议，安排部署治理工作，要求各单位如实上报小金库，并当场签订承诺书226份。</w:t>
      </w:r>
      <w:r>
        <w:rPr>
          <w:lang w:eastAsia="zh-CN"/>
        </w:rPr>
        <w:br/>
      </w:r>
      <w:r>
        <w:rPr>
          <w:lang w:eastAsia="zh-CN"/>
        </w:rPr>
        <w:t>　　从7月15日开始进行重点检查，主要从实物盘点、账户核对、票据核对、收入核实、支出追查、账表核对等几个方面逐一深挖细查，不放过一个疑点。同时，在电视台黄金时段打滚动字幕、借助政府的网站平台等，广泛宣传“小金库”治理工作的重要意义、治理范围和政策规定，鼓励有奖举报。设立了举报箱，公布了举报电话。有重点的向单位经手人、外部知情人走访询问。全县列入“小金库”专项治理范围的党政机关和事业单位共226家(含二级机构)，其中党政机关97家、事业单位129家。涉及违纪资金8,498,184.37元，入库资金5,418,781.37元，其中：截止8月10日省规定自查自纠阶段，自报和查出存在小金库17个单位，帐户20个，小金库涉及金额2,289,862元，已入库1,488,820元。重点检查阶段，重点检查单位175家，发现“小金库”5个，违纪金额214077元，收缴入库93,217元，涉及其它违纪资金5,994,245.37元，上缴财政3,836,763.37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七、加强自身业务建设，增强核算的准确性、及时性，在担负着19个乡镇办事处的基础上，我们要求汇账必项结清当月收支，个别原始凭证不得拖过次月，对各种票、据、凭证、原始记录，要严格按照财务制度予以办理，并每月以反馈表的形式，将信息及时反馈到乡镇。今年以来，各单位检查乡镇的会计资料，无一例反映中心财务手续不全的问题。</w:t>
      </w:r>
      <w:r>
        <w:rPr>
          <w:lang w:eastAsia="zh-CN"/>
        </w:rPr>
        <w:br/>
      </w:r>
      <w:r>
        <w:rPr>
          <w:lang w:eastAsia="zh-CN"/>
        </w:rPr>
        <w:t>　　八、准确、恰当地处理上访事件。乡镇中心是县乡矛盾的焦点，对各种上访事件，我们都根据政策进行耐心地解释，协调解决，比如今年个别乡镇医疗保险问题，及时和医疗保险基金征收办公室和医疗中心进行联系、及时进行解决。</w:t>
      </w:r>
      <w:r>
        <w:rPr>
          <w:lang w:eastAsia="zh-CN"/>
        </w:rPr>
        <w:br/>
      </w:r>
      <w:r>
        <w:rPr>
          <w:lang w:eastAsia="zh-CN"/>
        </w:rPr>
        <w:t>　　下一步工作打算：的长效机制，进一步建立健全财务监督机制，认真分析研究“小金库”产生的主客观原因。以“小金库”专项治理为契机，进一步提高收支监管水平，对在检查中发现的问题，如票据使用不规范，或者不按规定、超范围使用票据情况;虚开发票，套取资金等现象下一步要加强监督。</w:t>
      </w:r>
      <w:r>
        <w:rPr>
          <w:lang w:eastAsia="zh-CN"/>
        </w:rPr>
        <w:br/>
      </w:r>
      <w:r>
        <w:rPr>
          <w:lang w:eastAsia="zh-CN"/>
        </w:rPr>
        <w:t>　　加强机关效能工作，督促中心按照各自的目标任务按时按质完成。对牵涉到中心业务的，积极配合相关股室完成，尤其是对牵涉到乡镇的民生工程，在思想上要进一步树立服务观念、大局观念，努力提高服务质量和业务水平，进一步规范业务核算制度和业务办理程序，确保乡镇资金安全，收支符合规定，把工作做实做好。</w:t>
      </w:r>
      <w:r>
        <w:rPr>
          <w:lang w:eastAsia="zh-CN"/>
        </w:rPr>
        <w:br/>
      </w:r>
      <w:r>
        <w:rPr>
          <w:lang w:eastAsia="zh-CN"/>
        </w:rPr>
        <w:t>　　财务工作总结 篇4</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作为出纳兼文员，在分公司和_筹建处财务资产部的直接领导和指导下，在县分公司各位员工的大力支持下，我主要做了以下几个方面的工作：</w:t>
      </w:r>
      <w:r>
        <w:rPr>
          <w:lang w:eastAsia="zh-CN"/>
        </w:rPr>
        <w:br/>
      </w:r>
      <w:r>
        <w:rPr>
          <w:lang w:eastAsia="zh-CN"/>
        </w:rPr>
        <w:t>　　一、立足本职岗位，做好票据审核、整理和报销工作</w:t>
      </w:r>
      <w:r>
        <w:rPr>
          <w:lang w:eastAsia="zh-CN"/>
        </w:rPr>
        <w:br/>
      </w:r>
      <w:r>
        <w:rPr>
          <w:lang w:eastAsia="zh-CN"/>
        </w:rPr>
        <w:t>　　从本年度一月到八月末，分公司相继换了三任分公司总经理，由于每个经理的工作方法不同，也给财务票据报销工作带来一些难度，在这种情况下，我主动和筹建处财务资产部和_经理进行多次沟通，及时领会了上级筹建处关于财务部门的工作目标和工作要求，及时了解掌握财务核算目标，依据财务目标审核票据，主动为分公司经济活动提供经济数据。</w:t>
      </w:r>
      <w:r>
        <w:rPr>
          <w:lang w:eastAsia="zh-CN"/>
        </w:rPr>
        <w:br/>
      </w:r>
      <w:r>
        <w:rPr>
          <w:lang w:eastAsia="zh-CN"/>
        </w:rPr>
        <w:t>　　在票据审核上，严格遵守集团公司的相关财务规定和票据报销实施细则，严格执行“一支笔”批钱和各项财务制度，严格依据规定审核各种票据，确保了票据的合理、合法，如实反映出企业的正常经营活动。并及时督促提醒员工上报相关票据，及时将审核的票据上报筹建处领导签字，保证了回款及时，为企业正常经营活动提供了经济保障。</w:t>
      </w:r>
      <w:r>
        <w:rPr>
          <w:lang w:eastAsia="zh-CN"/>
        </w:rPr>
        <w:br/>
      </w:r>
      <w:r>
        <w:rPr>
          <w:lang w:eastAsia="zh-CN"/>
        </w:rPr>
        <w:t>　　二、着眼全局，做好与上管部门的衔接、沟通与办理</w:t>
      </w:r>
      <w:r>
        <w:rPr>
          <w:lang w:eastAsia="zh-CN"/>
        </w:rPr>
        <w:br/>
      </w:r>
      <w:r>
        <w:rPr>
          <w:lang w:eastAsia="zh-CN"/>
        </w:rPr>
        <w:t>　　由于_筹建处资产财务部距离_较远，往来办理业务极不方便，在这种客观情况下，在资产财务部需要办理业务的情况下，积极跑银行，查询银行票据;去税务，缴纳各种报表;积极为员工办理失业保险、医疗保险;积极联系地方管理部门，进行了《营业执照》、《组织代码证》、《贷款卡》年检，保证了企业的各项经济活动正常、顺畅进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三、全力做好综合管理工作，做好日常工作材料上报工作</w:t>
      </w:r>
      <w:r>
        <w:rPr>
          <w:lang w:eastAsia="zh-CN"/>
        </w:rPr>
        <w:br/>
      </w:r>
      <w:r>
        <w:rPr>
          <w:lang w:eastAsia="zh-CN"/>
        </w:rPr>
        <w:t>　　目前，办公室除了两位经理外，办公室就我一个人，在这种情况下，日常办公室工作落在了我的.身上，积极落实领导交办的各种上报材料，积极编写分公司周计划、月计划;积极编写月总结、年度总结;积极完成领导交办的各项工作任务。努力做好员工的日常考核和出勤考核工作，努力贯彻落实筹建处下发的各种规章制度，积极为分公司领导开展日常生产经营工作做好参谋。</w:t>
      </w:r>
      <w:r>
        <w:rPr>
          <w:lang w:eastAsia="zh-CN"/>
        </w:rPr>
        <w:br/>
      </w:r>
      <w:r>
        <w:rPr>
          <w:lang w:eastAsia="zh-CN"/>
        </w:rPr>
        <w:t>　　回顾八月份工作，全身心努力付出，得到筹建处财务资产部和有关领导的认可，给我开拓以后工作增加新的动力;同时得到员工的大力支持，给我以后工作增加无限快乐，虽说工作取得了一些进步，这一切都主要归功于筹建处和分公司领导决策有方，归功于筹建处和分公司同事的大力支持，有了团队的大力配合、大力支持，才有了我今天工作的顺利开展。在此，由衷感谢各位同行的真心支持，愿今后的工作我们仍然一路相辅相成、一如既往相互配合一路走来。</w:t>
      </w:r>
      <w:r>
        <w:rPr>
          <w:lang w:eastAsia="zh-CN"/>
        </w:rPr>
        <w:br/>
      </w:r>
      <w:r>
        <w:rPr>
          <w:lang w:eastAsia="zh-CN"/>
        </w:rPr>
        <w:t>　　财务工作总结 篇5</w:t>
      </w:r>
      <w:r>
        <w:rPr>
          <w:lang w:eastAsia="zh-CN"/>
        </w:rPr>
        <w:br/>
      </w:r>
      <w:r>
        <w:rPr>
          <w:lang w:eastAsia="zh-CN"/>
        </w:rPr>
        <w:t>　　转眼间又跨过一个年度之坎，回首这一年，虽没有轰轰烈烈的战果，但也算经历了一段不平凡的考验和磨砺。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年初，__公司经营管理模式调整，财务工作并入财务部；客旅分公司人员分流，财务工作又并入财务部；新公司像雨后的春笋一样不断地涌现，会计核算、财务管理工作纳入财务部。__年__月份集团公司推出财务合同管理月，财务部被推向了阵地最前沿；__年__月份集团公司实际预算管理，财务部是冲锋陷阵的先锋队。公司内部，要求管理水平的不断地提升，外部，税务机关对房地产企业的重点检查、税收政策调整、国家金融政策的宏观调控，在这不平凡的一年里全体财务人员任劳任怨、齐心协力把各项工作都扛下来了，下面总结一下一年来的工作。</w:t>
      </w:r>
      <w:r>
        <w:rPr>
          <w:lang w:eastAsia="zh-CN"/>
        </w:rPr>
        <w:br/>
      </w:r>
      <w:r>
        <w:rPr>
          <w:lang w:eastAsia="zh-CN"/>
        </w:rPr>
        <w:t>　　一、职能发展过去的一年，财务部在职能管理上向前迈出了一大步。</w:t>
      </w:r>
      <w:r>
        <w:rPr>
          <w:lang w:eastAsia="zh-CN"/>
        </w:rPr>
        <w:br/>
      </w:r>
      <w:r>
        <w:rPr>
          <w:lang w:eastAsia="zh-CN"/>
        </w:rPr>
        <w:t>　　1、建立了成本费用明细分类目录，使成本费用核算、预算合同管理，有了统一归口的依据。</w:t>
      </w:r>
      <w:r>
        <w:rPr>
          <w:lang w:eastAsia="zh-CN"/>
        </w:rPr>
        <w:br/>
      </w:r>
      <w:r>
        <w:rPr>
          <w:lang w:eastAsia="zh-CN"/>
        </w:rPr>
        <w:t>　　2、对会计报表进行梳理、格式作相应的调整，制订了会计报表管理办法。使会计报表更趋于管理的需要。</w:t>
      </w:r>
      <w:r>
        <w:rPr>
          <w:lang w:eastAsia="zh-CN"/>
        </w:rPr>
        <w:br/>
      </w:r>
      <w:r>
        <w:rPr>
          <w:lang w:eastAsia="zh-CN"/>
        </w:rPr>
        <w:t>　　3、修改完善了会计结算单，推出了会计凭证管理办法，为加强内部管理做好前期工作。</w:t>
      </w:r>
      <w:r>
        <w:rPr>
          <w:lang w:eastAsia="zh-CN"/>
        </w:rPr>
        <w:br/>
      </w:r>
      <w:r>
        <w:rPr>
          <w:lang w:eastAsia="zh-CN"/>
        </w:rPr>
        <w:t>　　4、设置了资金预算管理表式及办法，为公司进一步规范目标化管理、提高经营绩效、统筹及高效地运用资金，铺下了良好的基础。</w:t>
      </w:r>
      <w:r>
        <w:rPr>
          <w:lang w:eastAsia="zh-CN"/>
        </w:rPr>
        <w:br/>
      </w:r>
      <w:r>
        <w:rPr>
          <w:lang w:eastAsia="zh-CN"/>
        </w:rPr>
        <w:t>　　公司推出“财务、合同管理月活动”，说明公司领导对财务、合同管理工作的重视，同时也说明目前财务管理工作还达不到公司领导的要求。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为了使财务人员能充分地认识“财务、合同管理月活动”的重要性，财务总监姚总亲自给财务部员工作动员，会上针对财务人员安于现状、缺乏竞争意识和危机感，看问题、做事情缺少前瞻性，进行了一一剖析，同时提出财务部不是核算部，仅仅做好核算是不够的，管理上不去，核算的再细也没用，核算是基础，管理是目的，所以，做好基础工作的同时要提高管理意识，要求财务人员在思想上要高度重视财务管理。如对每一笔经济业务的核算，在考虑核算要求的同时，还要考虑该项业务对公司的现在和将来在管理上和税收政策上的影响问题，现在考虑不充分，以后出现纰漏就难以弥补。针对“财务、合同管理月活动”进行了工作布置。</w:t>
      </w:r>
      <w:r>
        <w:rPr>
          <w:lang w:eastAsia="zh-CN"/>
        </w:rPr>
        <w:br/>
      </w:r>
      <w:r>
        <w:rPr>
          <w:lang w:eastAsia="zh-CN"/>
        </w:rPr>
        <w:t>　　1、根据房地产行业的特殊性结合公司管理要求对开发成本、期间费用的会计二级、三级明细科目进行梳理，并对明细科目作简要说明，目的，一是统一核算口径，保证数据归集及分析对比前后的一致性；二是为了便利各责任单元责任人了解财务各数据的内容。这项工作本月已完成，并经姚总审核。目前进入贯彻实施阶段。</w:t>
      </w:r>
      <w:r>
        <w:rPr>
          <w:lang w:eastAsia="zh-CN"/>
        </w:rPr>
        <w:br/>
      </w:r>
      <w:r>
        <w:rPr>
          <w:lang w:eastAsia="zh-CN"/>
        </w:rPr>
        <w:t>　　2、配合目标责任制，对财务内部管理报表的格式及其内容进行再调整，目的，一是要符合财务管理的要求；二是要满足责任单元责任人取值的要求及内部考核的要求。财务内部管理报表已经多次调整修改，建议集团公司对新调整的财务内部管理报表的格式及其内容进行一次认证，并于明确，作为一定时期内相对稳定的表式。</w:t>
      </w:r>
      <w:r>
        <w:rPr>
          <w:lang w:eastAsia="zh-CN"/>
        </w:rPr>
        <w:br/>
      </w:r>
      <w:r>
        <w:rPr>
          <w:lang w:eastAsia="zh-CN"/>
        </w:rPr>
        <w:t>　　3、针对外地公司远离集团公司，财务又独立设立核算机构，为加强集团公司对外地公司的管理，保证核算的统一性、信息反馈的及时性，提出了与驻外地公司财务工作联系要求。__月份与宁波公司财务进行交流，将财务核算要求、信息传递、对外报表的审批程序、上报集团公司的报表都进行了明确。</w:t>
      </w:r>
      <w:r>
        <w:rPr>
          <w:lang w:eastAsia="zh-CN"/>
        </w:rPr>
        <w:br/>
      </w:r>
      <w:r>
        <w:rPr>
          <w:lang w:eastAsia="zh-CN"/>
        </w:rPr>
        <w:t>　　4、对各公司进行一次内部审计，目的，是对各公司经营状况进行一次全面地了解，为今后财务管理做好基础工作。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5、根据公司的要求对部门职责进行了修改，并制订了部门考核标准。为了使会计核算工作规范化，重新提出《财务工作要求》，要求从基础工作、会计核算、日常管理三方面提出，目的是打好基础。内部开展规范化工作，从会计核算到档案管理，从小处着手，全面开展，逐步完善财务的管理工作。</w:t>
      </w:r>
      <w:r>
        <w:rPr>
          <w:lang w:eastAsia="zh-CN"/>
        </w:rPr>
        <w:br/>
      </w:r>
      <w:r>
        <w:rPr>
          <w:lang w:eastAsia="zh-CN"/>
        </w:rPr>
        <w:t>　　6、会计知识的培训，我们从三方面考虑培训内容，一是《会计法》，要了解会计知识，首先要了解这方面的法律知识；二是会计基础知识，非专业人员学习这方面知识的目的要明确，目的是为了看懂会计报表，为了能看懂报表，就要了解一些基础的东西；三是如何看报表，这是会计知识培训的重点。</w:t>
      </w:r>
      <w:r>
        <w:rPr>
          <w:lang w:eastAsia="zh-CN"/>
        </w:rPr>
        <w:br/>
      </w:r>
      <w:r>
        <w:rPr>
          <w:lang w:eastAsia="zh-CN"/>
        </w:rPr>
        <w:t>　　经过调研、沟通、设计，于__年__月推出《成本费用明细分类目录及说明》；于__年__月__日推出《会计报表管理试行办法》；__年__月__日推出《会计凭证管理试行办法》。</w:t>
      </w:r>
      <w:r>
        <w:rPr>
          <w:lang w:eastAsia="zh-CN"/>
        </w:rPr>
        <w:br/>
      </w:r>
      <w:r>
        <w:rPr>
          <w:lang w:eastAsia="zh-CN"/>
        </w:rPr>
        <w:t>　　会计报表推出执行__个月后，从会计报表格式设置上看，报表格式设置还是比较科学，能比较清晰地反映会计的有关信息。但房地产行业的特殊性，销售收入与结算利润有一个时间上的差异，这样“损益明细及异动情况表”就无法全面反映出损益情况，需要增添一个表补充；另外需要增添反映“财务费用”的报表。这样对一个公司的.财务状况能较全面地反映。已设计好“会计报表（内）ⅳ《经营情况表》”和“会计报表（内）ⅴ《融资及融资成本情况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会计凭证使用涉及到每个公司和部门，下文后财务部进行电话通知，__月份实行逐步换新的办法，__月份要求全面试行。试行一个月时间来看，主要暴露出来的问题是单子如何填写与审批程序怎么走。针对这些问题，我们组织各公司综合管理人员进行交流，明确有关事项，解决设计上的不足。__年__月份，针对会计凭证管理试行情况，再一次征求各公司对报销单据意见，根据大家的建议，对会计结算单据作进一步完善，并于__年__月__日下发了有关规定。</w:t>
      </w:r>
      <w:r>
        <w:rPr>
          <w:lang w:eastAsia="zh-CN"/>
        </w:rPr>
        <w:br/>
      </w:r>
      <w:r>
        <w:rPr>
          <w:lang w:eastAsia="zh-CN"/>
        </w:rPr>
        <w:t>　　经过财务合同管理月活动，财务部的管理意识加强了，管理能力也得以提高，财务部从会计核算向财务管理迈出了关键的一步，但我们的管理水平离公司发展的需要还有很大的差距，需要我们不断地完善和提高。</w:t>
      </w:r>
      <w:r>
        <w:rPr>
          <w:lang w:eastAsia="zh-CN"/>
        </w:rPr>
        <w:br/>
      </w:r>
      <w:r>
        <w:rPr>
          <w:lang w:eastAsia="zh-CN"/>
        </w:rPr>
        <w:t>　　二、职能管理</w:t>
      </w:r>
      <w:r>
        <w:rPr>
          <w:lang w:eastAsia="zh-CN"/>
        </w:rPr>
        <w:br/>
      </w:r>
      <w:r>
        <w:rPr>
          <w:lang w:eastAsia="zh-CN"/>
        </w:rPr>
        <w:t>　　（一）核算工作</w:t>
      </w:r>
      <w:r>
        <w:rPr>
          <w:lang w:eastAsia="zh-CN"/>
        </w:rPr>
        <w:br/>
      </w:r>
      <w:r>
        <w:rPr>
          <w:lang w:eastAsia="zh-CN"/>
        </w:rPr>
        <w:t>　　核算工作是本部门大量的基础工作，资金的结算与安排、费用的稽核与报销、会计核算与结转、会计报表的编制、税务申报等各项工作开展都能有序进行、按时完成。</w:t>
      </w:r>
      <w:r>
        <w:rPr>
          <w:lang w:eastAsia="zh-CN"/>
        </w:rPr>
        <w:br/>
      </w:r>
      <w:r>
        <w:rPr>
          <w:lang w:eastAsia="zh-CN"/>
        </w:rPr>
        <w:t>　　__、会计审核</w:t>
      </w:r>
      <w:r>
        <w:rPr>
          <w:lang w:eastAsia="zh-CN"/>
        </w:rPr>
        <w:br/>
      </w:r>
      <w:r>
        <w:rPr>
          <w:lang w:eastAsia="zh-CN"/>
        </w:rPr>
        <w:t>　　会计审核是把好企业经济利益的关键，严格按有关规定执行，决不应个人面子而放松政策。</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如，亲亲家园项目地处余杭良诸，根据税法规定建筑安装工程专用发票必须使用项目地税务机关提供的发票，否则建设单位不得在税前列支，为此我们对工程发票的来源严格审核，并将此项规定传达到项目公司，目前工程量大的施工单位均在当地税务机关办理相关手续，并使用当地税务机关提供的发票。在审核中发现一些临时工程、零星工程的施工发票未按规定办理，我们在严格审核退回的同时，帮助他们联系税务机关如何开具工程发票的事宜，使企业双方利益都得到有效的保障。</w:t>
      </w:r>
      <w:r>
        <w:rPr>
          <w:lang w:eastAsia="zh-CN"/>
        </w:rPr>
        <w:br/>
      </w:r>
      <w:r>
        <w:rPr>
          <w:lang w:eastAsia="zh-CN"/>
        </w:rPr>
        <w:t>　　__、材料核算材料占工程成本比重较大，同时也是保证产品质量</w:t>
      </w:r>
      <w:r>
        <w:rPr>
          <w:lang w:eastAsia="zh-CN"/>
        </w:rPr>
        <w:br/>
      </w:r>
      <w:r>
        <w:rPr>
          <w:lang w:eastAsia="zh-CN"/>
        </w:rPr>
        <w:t>　　财务工作总结 篇6</w:t>
      </w:r>
      <w:r>
        <w:rPr>
          <w:lang w:eastAsia="zh-CN"/>
        </w:rPr>
        <w:br/>
      </w:r>
      <w:r>
        <w:rPr>
          <w:lang w:eastAsia="zh-CN"/>
        </w:rPr>
        <w:t>　　___宾馆开业一年来，以适中的价格和优良的服务，赢得了社会各界的好评，取得了骄人的营业收入，我们财务人员在宾馆领导的正确指引下，财务管理工作日趋成熟和完善，回顾过去，现将工作总结如下：</w:t>
      </w:r>
      <w:r>
        <w:rPr>
          <w:lang w:eastAsia="zh-CN"/>
        </w:rPr>
        <w:br/>
      </w:r>
      <w:r>
        <w:rPr>
          <w:lang w:eastAsia="zh-CN"/>
        </w:rPr>
        <w:t>　　一、现金的日清月结。出纳对现金的收付严格执行收有凭支有据，每天各部门的`营业收入都在次日下午4点之前收至财务室，由出纳留取一定的备用金后存行，支出必须有二位老总签字同意，并将收支逐笔登入现金日记帐，每天盘点现金余额与日记帐余额核对无误。</w:t>
      </w:r>
      <w:r>
        <w:rPr>
          <w:lang w:eastAsia="zh-CN"/>
        </w:rPr>
        <w:br/>
      </w:r>
      <w:r>
        <w:rPr>
          <w:lang w:eastAsia="zh-CN"/>
        </w:rPr>
        <w:t>　　二、会计帐务的建立健全。随着投资方的资金投入和装饰装修的进行，及时建立了天力宾馆的帐务，营业以后，设置了损益类及资产负债类科目，根据权责发生制原则，配比收入与成本费用，准确及时地核算企业盈亏，细化到部门月度各项指标的考核等，为宾馆投资方做出决策提供了真实可靠的依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三、银行帐户从无到有。通过宾馆高层的联系和多方努力，办理了了营业执照、税务登记证、组织机构代码证等，在就近的工行开设了一般帐户，用于现金的存取，往来的收付。极大地方便了客户的签单结帐，正规了财务工作。</w:t>
      </w:r>
      <w:r>
        <w:rPr>
          <w:lang w:eastAsia="zh-CN"/>
        </w:rPr>
        <w:br/>
      </w:r>
      <w:r>
        <w:rPr>
          <w:lang w:eastAsia="zh-CN"/>
        </w:rPr>
        <w:t>　　四、库存商品的严格把关。各部门的小商品每月定期或不定期盘点，收有库管的入库单，支有每天销售收入的上缴，存有盘点的数据，每个月根据收、支、存审核部门销售报表。</w:t>
      </w:r>
      <w:r>
        <w:rPr>
          <w:lang w:eastAsia="zh-CN"/>
        </w:rPr>
        <w:br/>
      </w:r>
      <w:r>
        <w:rPr>
          <w:lang w:eastAsia="zh-CN"/>
        </w:rPr>
        <w:t>　　五、低值易耗品落实责任。部门的固定资产和低耗品由部门负责人为第一责任人，每件设施设备的添置在其购入时都有责任人的签字认可，低耗品每月盘点，如有减少部门责任人及时填制报损单追查出责任人方可减其库存。</w:t>
      </w:r>
      <w:r>
        <w:rPr>
          <w:lang w:eastAsia="zh-CN"/>
        </w:rPr>
        <w:br/>
      </w:r>
      <w:r>
        <w:rPr>
          <w:lang w:eastAsia="zh-CN"/>
        </w:rPr>
        <w:t>　　六、应收帐款控制总额。宾馆要及时收回债务确保资金的正常运转，而面对客户的这样那样原因又不是都能配合马上结帐，我们本着礼貌，耐心的态度，登门联系，尽量将应收帐款不断在增加发生额的总计余额减少，控制在正常的范围内。</w:t>
      </w:r>
      <w:r>
        <w:rPr>
          <w:lang w:eastAsia="zh-CN"/>
        </w:rPr>
        <w:br/>
      </w:r>
      <w:r>
        <w:rPr>
          <w:lang w:eastAsia="zh-CN"/>
        </w:rPr>
        <w:t>　　反省自己主管的财务工作，基本的业务素质和职业道德将其推进运行在一条健康正规的道路上，但是由于缺乏一定的主观能动性，导致工作缺少了创意和激情，在以后的岁月，我将不断地勉励自己和所有天力人一起继续兢兢业业脚踏实地做好本职工作，为天力创造辉煌的未来。</w:t>
      </w:r>
      <w:r>
        <w:rPr>
          <w:lang w:eastAsia="zh-CN"/>
        </w:rPr>
        <w:br/>
      </w:r>
      <w:r>
        <w:rPr>
          <w:lang w:eastAsia="zh-CN"/>
        </w:rPr>
        <w:t>　　财务工作总结 篇7</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20__年__月份我有幸成为公司的一员，主要是在财务部担任出纳工作，在财务部业务种类繁多的地方，我的职责是现金收支，现金日记账的登记和账务核对，手写支票，工资及奖金的核对和发放。回顾这几个月来的工作，我虚心学习新的专业知识，积极配合同事之间的工作，努力适应新的工作岗位，以最快的速度和最好的状态进入自身的工作状态。我的缺点也是不可掩饰的。我的述职报告请大家评议，欢迎大家明确提出宝贵意见。</w:t>
      </w:r>
      <w:r>
        <w:rPr>
          <w:lang w:eastAsia="zh-CN"/>
        </w:rPr>
        <w:br/>
      </w:r>
      <w:r>
        <w:rPr>
          <w:lang w:eastAsia="zh-CN"/>
        </w:rPr>
        <w:t>　　首先，在领导的帮助下我了解了出纳岗位的各种制度及其日常的工作流程。在同事们的指导和帮助下使我学到了很多工作中的知识，使我最快的了解了这份新的工作。在工作岗位没有高低之分，一定要好好工作，来体现人生价值。同时为了提升工作效率，平时自学电脑知识和erp的出纳知识及操作，利用erp使工作更加准确和快速。</w:t>
      </w:r>
      <w:r>
        <w:rPr>
          <w:lang w:eastAsia="zh-CN"/>
        </w:rPr>
        <w:br/>
      </w:r>
      <w:r>
        <w:rPr>
          <w:lang w:eastAsia="zh-CN"/>
        </w:rPr>
        <w:t>　　其次作为公司出纳，我在收付、反映、监督四个方面尽到了应尽的职责，过去的几个月里在不断改善工作方式方法的'同时，顺利完成如下工作：</w:t>
      </w:r>
      <w:r>
        <w:rPr>
          <w:lang w:eastAsia="zh-CN"/>
        </w:rPr>
        <w:br/>
      </w:r>
      <w:r>
        <w:rPr>
          <w:lang w:eastAsia="zh-CN"/>
        </w:rPr>
        <w:t>　　一、日常工作</w:t>
      </w:r>
      <w:r>
        <w:rPr>
          <w:lang w:eastAsia="zh-CN"/>
        </w:rPr>
        <w:br/>
      </w:r>
      <w:r>
        <w:rPr>
          <w:lang w:eastAsia="zh-CN"/>
        </w:rPr>
        <w:t>　　1、严格执行现金管理和结算制度，定期向会计核对现金与账目，发现金额不符，做到及时汇报，及时处理。</w:t>
      </w:r>
      <w:r>
        <w:rPr>
          <w:lang w:eastAsia="zh-CN"/>
        </w:rPr>
        <w:br/>
      </w:r>
      <w:r>
        <w:rPr>
          <w:lang w:eastAsia="zh-CN"/>
        </w:rPr>
        <w:t>　　2、及时收回公司各项收入，开出收据，及时收回现金存入银行。</w:t>
      </w:r>
      <w:r>
        <w:rPr>
          <w:lang w:eastAsia="zh-CN"/>
        </w:rPr>
        <w:br/>
      </w:r>
      <w:r>
        <w:rPr>
          <w:lang w:eastAsia="zh-CN"/>
        </w:rPr>
        <w:t>　　3、根据会计提供的依据，与银行相关部门联系，井然有序地完成了职工工资和其它应发放的经费发放工作。</w:t>
      </w:r>
      <w:r>
        <w:rPr>
          <w:lang w:eastAsia="zh-CN"/>
        </w:rPr>
        <w:br/>
      </w:r>
      <w:r>
        <w:rPr>
          <w:lang w:eastAsia="zh-CN"/>
        </w:rPr>
        <w:t>　　4、坚持财务手续，严格审核(凭证上必须有经手人及相关领导的签字才能给予支付)，对不符手续的凭证不付款。</w:t>
      </w:r>
      <w:r>
        <w:rPr>
          <w:lang w:eastAsia="zh-CN"/>
        </w:rPr>
        <w:br/>
      </w:r>
    </w:p>
    <w:p w:rsidR="001B1F19" w14:textId="27C3F48A">
      <w:pPr>
        <w:rPr>
          <w:rFonts w:hint="eastAsia"/>
          <w:lang w:eastAsia="zh-CN"/>
        </w:rPr>
      </w:pPr>
      <w:r>
        <w:rPr>
          <w:lang w:eastAsia="zh-CN"/>
        </w:rPr>
        <w:t>　　二、其他工作</w:t>
      </w:r>
      <w:r>
        <w:rPr>
          <w:lang w:eastAsia="zh-CN"/>
        </w:rPr>
        <w:br/>
      </w:r>
      <w:r>
        <w:rPr>
          <w:lang w:eastAsia="zh-CN"/>
        </w:rPr>
        <w:t>　　1、迎接公司上市财务审计，准备所需财务相关材料为迎接审计部门对我公司账务情况的检查工作，做好前期自查自纠工作，对检查中可能出现的问题做好统计，并提交领导审阅。在工作中，我忠于职守，尽力而为，领导和同事们也给了我较大的帮助和鼓励。</w:t>
      </w:r>
      <w:r>
        <w:rPr>
          <w:lang w:eastAsia="zh-CN"/>
        </w:rPr>
        <w:br/>
      </w:r>
      <w:r>
        <w:rPr>
          <w:lang w:eastAsia="zh-CN"/>
        </w:rPr>
        <w:t>　　2、完成领导交付的其他工作。</w:t>
      </w:r>
      <w:r>
        <w:rPr>
          <w:lang w:eastAsia="zh-CN"/>
        </w:rPr>
        <w:br/>
      </w:r>
      <w:r>
        <w:rPr>
          <w:lang w:eastAsia="zh-CN"/>
        </w:rPr>
        <w:t>　　三、回顾检查自身存在的问题</w:t>
      </w:r>
      <w:r>
        <w:rPr>
          <w:lang w:eastAsia="zh-CN"/>
        </w:rPr>
        <w:br/>
      </w:r>
      <w:r>
        <w:rPr>
          <w:lang w:eastAsia="zh-CN"/>
        </w:rPr>
        <w:t>　　1、学习不够。当前，以信息技术为基础的会计软件的应用及理论基础、专业知识、工作方法等不能完全适应新的工作。</w:t>
      </w:r>
      <w:r>
        <w:rPr>
          <w:lang w:eastAsia="zh-CN"/>
        </w:rPr>
        <w:br/>
      </w:r>
      <w:r>
        <w:rPr>
          <w:lang w:eastAsia="zh-CN"/>
        </w:rPr>
        <w:t>　　2、对针对以上问题，今后的努力方向是：</w:t>
      </w:r>
      <w:r>
        <w:rPr>
          <w:lang w:eastAsia="zh-CN"/>
        </w:rPr>
        <w:br/>
      </w:r>
      <w:r>
        <w:rPr>
          <w:lang w:eastAsia="zh-CN"/>
        </w:rPr>
        <w:t>　　加强理论学习，进一步提升工作效率。对业务的了解，必须通过相关专业知识的学习，虚心请教领导和同事加强分析问题、解决问题的能力，努力学习，争取在明年取得会计从业资格证书。</w:t>
      </w:r>
      <w:r>
        <w:rPr>
          <w:lang w:eastAsia="zh-CN"/>
        </w:rPr>
        <w:br/>
      </w:r>
      <w:r>
        <w:rPr>
          <w:lang w:eastAsia="zh-CN"/>
        </w:rPr>
        <w:t>　　综上所述。在过去的几个月中，付出过努力，也得到过回报。人到中年，用严肃认真的态度对待工作，在工作中一丝不苟的执行制度，是我们的优势。我坚持要求自身做到谨慎的对待工作，并在工作中掌握财务人员应该掌握的原则。作为财务人员特别需要在制度和人情之间把握好分寸，既不能的触犯规章制度也不能不通世故人情。只有不断的提升业务水平才能使工作更顺利的进行。在即将到来的20__年，我会扬长避短，更好的完成本职工作。</w:t>
      </w:r>
      <w:r>
        <w:rPr>
          <w:lang w:eastAsia="zh-CN"/>
        </w:rPr>
        <w:br/>
      </w:r>
      <w:r>
        <w:rPr>
          <w:lang w:eastAsia="zh-CN"/>
        </w:rPr>
        <w:t>　　财务工作总结 篇8</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https://d.book118.com/686054145224010053</w:t>
        </w:r>
      </w:hyperlink>
    </w:p>
    <w:p w:rsidR="001B1F19">
      <w:pPr>
        <w:rPr>
          <w:rFonts w:hint="eastAsia"/>
          <w:lang w:eastAsia="zh-CN"/>
        </w:rPr>
      </w:pPr>
    </w:p>
    <w:sectPr>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8605414522401005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23</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