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上豚</w:t>
      </w:r>
      <w:r>
        <w:t xml:space="preserve"> 犰狳</w:t>
        <w:br/>
        <w:t>Aardvark.</w:t>
      </w:r>
      <w:r>
        <w:t xml:space="preserve"> Armadillo.</w:t>
        <w:br/>
        <w:t>蚂蚁</w:t>
      </w:r>
      <w:r>
        <w:t xml:space="preserve"> 食蚁兽</w:t>
        <w:br/>
        <w:t>Ant.</w:t>
      </w:r>
      <w:r>
        <w:t xml:space="preserve"> Anteater.</w:t>
        <w:br/>
        <w:t>现在我在学区做研究员</w:t>
        <w:br/>
        <w:t>Now</w:t>
      </w:r>
      <w:r>
        <w:t xml:space="preserve"> that</w:t>
      </w:r>
      <w:r>
        <w:t xml:space="preserve"> I'm</w:t>
      </w:r>
      <w:r>
        <w:t xml:space="preserve"> doing</w:t>
      </w:r>
      <w:r>
        <w:t xml:space="preserve"> my</w:t>
      </w:r>
      <w:r>
        <w:t xml:space="preserve"> fellowship</w:t>
      </w:r>
      <w:r>
        <w:t xml:space="preserve"> at</w:t>
      </w:r>
      <w:r>
        <w:t xml:space="preserve"> the</w:t>
      </w:r>
      <w:r>
        <w:t xml:space="preserve"> district,</w:t>
        <w:br/>
        <w:t>我不在的时候会</w:t>
        <w:br/>
        <w:t>there's</w:t>
      </w:r>
      <w:r>
        <w:t xml:space="preserve"> a</w:t>
      </w:r>
      <w:r>
        <w:t xml:space="preserve"> rotation</w:t>
      </w:r>
      <w:r>
        <w:t xml:space="preserve"> of</w:t>
      </w:r>
      <w:r>
        <w:t xml:space="preserve"> substitutes</w:t>
        <w:br/>
        <w:t>有几个代课老师轮流教我的课</w:t>
        <w:br/>
        <w:t>who</w:t>
      </w:r>
      <w:r>
        <w:t xml:space="preserve"> are</w:t>
      </w:r>
      <w:r>
        <w:t xml:space="preserve"> teaching</w:t>
      </w:r>
      <w:r>
        <w:t xml:space="preserve"> my</w:t>
      </w:r>
      <w:r>
        <w:t xml:space="preserve"> class</w:t>
      </w:r>
      <w:r>
        <w:t xml:space="preserve"> while</w:t>
      </w:r>
      <w:r>
        <w:t xml:space="preserve"> I'm</w:t>
      </w:r>
      <w:r>
        <w:t xml:space="preserve"> gone.</w:t>
        <w:br/>
        <w:t>每次我回阿伯特</w:t>
        <w:br/>
        <w:t>I</w:t>
      </w:r>
      <w:r>
        <w:t xml:space="preserve"> like</w:t>
      </w:r>
      <w:r>
        <w:t xml:space="preserve"> to</w:t>
      </w:r>
      <w:r>
        <w:t xml:space="preserve"> pop</w:t>
      </w:r>
      <w:r>
        <w:t xml:space="preserve"> by</w:t>
      </w:r>
      <w:r>
        <w:t xml:space="preserve"> and</w:t>
      </w:r>
      <w:r>
        <w:t xml:space="preserve"> see</w:t>
      </w:r>
      <w:r>
        <w:t xml:space="preserve"> how</w:t>
      </w:r>
      <w:r>
        <w:t xml:space="preserve"> they're</w:t>
      </w:r>
      <w:r>
        <w:t xml:space="preserve"> doing</w:t>
        <w:br/>
        <w:t>我都会顺道去看看他们教得怎么样</w:t>
        <w:br/>
        <w:t>whenever</w:t>
      </w:r>
      <w:r>
        <w:t xml:space="preserve"> I</w:t>
      </w:r>
      <w:r>
        <w:t xml:space="preserve"> happen</w:t>
      </w:r>
      <w:r>
        <w:t xml:space="preserve"> to</w:t>
      </w:r>
      <w:r>
        <w:t xml:space="preserve"> be</w:t>
      </w:r>
      <w:r>
        <w:t xml:space="preserve"> at</w:t>
      </w:r>
      <w:r>
        <w:t xml:space="preserve"> Abbott.</w:t>
        <w:br/>
        <w:t>只是简单简单的看一眼</w:t>
        <w:br/>
        <w:t>Just</w:t>
      </w:r>
      <w:r>
        <w:t xml:space="preserve"> some</w:t>
      </w:r>
      <w:r>
        <w:t xml:space="preserve"> quick,</w:t>
      </w:r>
      <w:r>
        <w:t xml:space="preserve"> light-</w:t>
      </w:r>
      <w:r>
        <w:t xml:space="preserve"> touch</w:t>
      </w:r>
      <w:r>
        <w:t xml:space="preserve"> check-</w:t>
      </w:r>
      <w:r>
        <w:t xml:space="preserve"> ins,</w:t>
        <w:br/>
        <w:t>以示支持</w:t>
        <w:br/>
        <w:t>you</w:t>
      </w:r>
      <w:r>
        <w:t xml:space="preserve"> know,</w:t>
      </w:r>
      <w:r>
        <w:t xml:space="preserve"> just</w:t>
      </w:r>
      <w:r>
        <w:t xml:space="preserve"> to</w:t>
      </w:r>
      <w:r>
        <w:t xml:space="preserve"> show</w:t>
      </w:r>
      <w:r>
        <w:t xml:space="preserve"> support.</w:t>
        <w:br/>
        <w:t>他们甚至不知道我来了</w:t>
        <w:br/>
        <w:t>They</w:t>
      </w:r>
      <w:r>
        <w:t xml:space="preserve"> hardly</w:t>
      </w:r>
      <w:r>
        <w:t xml:space="preserve"> even</w:t>
      </w:r>
      <w:r>
        <w:t xml:space="preserve"> know</w:t>
      </w:r>
      <w:r>
        <w:t xml:space="preserve"> I'm</w:t>
      </w:r>
      <w:r>
        <w:t xml:space="preserve"> here.</w:t>
        <w:br/>
        <w:t>羊驼</w:t>
      </w:r>
      <w:r>
        <w:t xml:space="preserve"> 鳄鱼</w:t>
        <w:br/>
        <w:t>Jessca:</w:t>
      </w:r>
      <w:r>
        <w:t xml:space="preserve"> Alpaca.</w:t>
      </w:r>
      <w:r>
        <w:t xml:space="preserve"> Alligator.</w:t>
        <w:br/>
        <w:t>我是一个小茶壶</w:t>
      </w:r>
      <w:r>
        <w:t xml:space="preserve"> 又矮又胖</w:t>
        <w:br/>
        <w:t>Kids:</w:t>
      </w:r>
      <w:r>
        <w:t xml:space="preserve"> JI'm</w:t>
      </w:r>
      <w:r>
        <w:t xml:space="preserve"> a</w:t>
      </w:r>
      <w:r>
        <w:t xml:space="preserve"> little</w:t>
      </w:r>
      <w:r>
        <w:t xml:space="preserve"> teapot,</w:t>
      </w:r>
      <w:r>
        <w:t xml:space="preserve"> short</w:t>
      </w:r>
      <w:r>
        <w:t xml:space="preserve"> and</w:t>
      </w:r>
      <w:r>
        <w:t xml:space="preserve"> stoutJ</w:t>
        <w:br/>
        <w:t>我的孩子们太无聊了</w:t>
      </w:r>
      <w:r>
        <w:t xml:space="preserve"> 他们都在跳</w:t>
        <w:br/>
        <w:t>My</w:t>
      </w:r>
      <w:r>
        <w:t xml:space="preserve"> kids</w:t>
      </w:r>
      <w:r>
        <w:t xml:space="preserve"> are</w:t>
      </w:r>
      <w:r>
        <w:t xml:space="preserve"> so</w:t>
      </w:r>
      <w:r>
        <w:t xml:space="preserve"> bored,</w:t>
      </w:r>
      <w:r>
        <w:t xml:space="preserve"> they're</w:t>
      </w:r>
      <w:r>
        <w:t xml:space="preserve"> moshing</w:t>
      </w:r>
      <w:r>
        <w:t xml:space="preserve"> to</w:t>
        <w:br/>
        <w:t>《我是小茶壶》了</w:t>
      </w:r>
      <w:r>
        <w:t xml:space="preserve"> 我们什么时候能回去</w:t>
        <w:br/>
        <w:t>I'm</w:t>
      </w:r>
      <w:r>
        <w:t xml:space="preserve"> a</w:t>
      </w:r>
      <w:r>
        <w:t xml:space="preserve"> Little</w:t>
      </w:r>
      <w:r>
        <w:t xml:space="preserve"> Teapot°When</w:t>
      </w:r>
      <w:r>
        <w:t xml:space="preserve"> can</w:t>
      </w:r>
      <w:r>
        <w:t xml:space="preserve"> we</w:t>
      </w:r>
      <w:r>
        <w:t xml:space="preserve"> go</w:t>
      </w:r>
      <w:r>
        <w:t xml:space="preserve"> back</w:t>
      </w:r>
      <w:r>
        <w:t xml:space="preserve"> in?</w:t>
        <w:br/>
        <w:t>当我沸腾时</w:t>
      </w:r>
      <w:r>
        <w:t xml:space="preserve"> 听我呼喊</w:t>
        <w:br/>
        <w:t>♪When</w:t>
      </w:r>
      <w:r>
        <w:t xml:space="preserve"> I</w:t>
      </w:r>
      <w:r>
        <w:t xml:space="preserve"> get</w:t>
      </w:r>
      <w:r>
        <w:t xml:space="preserve"> all</w:t>
      </w:r>
      <w:r>
        <w:t xml:space="preserve"> steamed</w:t>
      </w:r>
      <w:r>
        <w:t xml:space="preserve"> up,</w:t>
      </w:r>
      <w:r>
        <w:t xml:space="preserve"> hear</w:t>
      </w:r>
      <w:r>
        <w:t xml:space="preserve"> me</w:t>
      </w:r>
      <w:r>
        <w:t xml:space="preserve"> shout</w:t>
      </w:r>
      <w:r>
        <w:t xml:space="preserve"> ♪</w:t>
        <w:br/>
        <w:t>把我翻过来把我倒出来</w:t>
        <w:br/>
        <w:t>♪</w:t>
      </w:r>
      <w:r>
        <w:t xml:space="preserve"> Tip</w:t>
      </w:r>
      <w:r>
        <w:t xml:space="preserve"> me</w:t>
      </w:r>
      <w:r>
        <w:t xml:space="preserve"> over</w:t>
      </w:r>
      <w:r>
        <w:t xml:space="preserve"> and</w:t>
      </w:r>
      <w:r>
        <w:t xml:space="preserve"> pour</w:t>
      </w:r>
      <w:r>
        <w:t xml:space="preserve"> me</w:t>
      </w:r>
      <w:r>
        <w:t xml:space="preserve"> out</w:t>
      </w:r>
      <w:r>
        <w:t xml:space="preserve"> ♪</w:t>
        <w:br/>
        <w:t>你在啧什么</w:t>
      </w:r>
      <w:r>
        <w:t xml:space="preserve"> 啧啧提格斯</w:t>
        <w:br/>
        <w:t>And</w:t>
      </w:r>
      <w:r>
        <w:t xml:space="preserve"> what</w:t>
      </w:r>
      <w:r>
        <w:t xml:space="preserve"> you</w:t>
      </w:r>
      <w:r>
        <w:t xml:space="preserve"> tsk'ing</w:t>
      </w:r>
      <w:r>
        <w:t xml:space="preserve"> at,</w:t>
      </w:r>
      <w:r>
        <w:t xml:space="preserve"> Tsk'in'</w:t>
      </w:r>
      <w:r>
        <w:t xml:space="preserve"> Teagues?</w:t>
        <w:br/>
        <w:t>就是</w:t>
      </w:r>
      <w:r>
        <w:t xml:space="preserve"> 嗯</w:t>
      </w:r>
      <w:r>
        <w:t xml:space="preserve"> 你看</w:t>
      </w:r>
      <w:r>
        <w:t xml:space="preserve"> 看这个</w:t>
        <w:br/>
        <w:t>Ugh,</w:t>
      </w:r>
      <w:r>
        <w:t xml:space="preserve"> just-</w:t>
      </w:r>
      <w:r>
        <w:t xml:space="preserve"> I</w:t>
      </w:r>
      <w:r>
        <w:t xml:space="preserve"> mean,</w:t>
      </w:r>
      <w:r>
        <w:t xml:space="preserve"> look-</w:t>
      </w:r>
      <w:r>
        <w:t xml:space="preserve"> look</w:t>
      </w:r>
      <w:r>
        <w:t xml:space="preserve"> at</w:t>
      </w:r>
      <w:r>
        <w:t xml:space="preserve"> this.</w:t>
        <w:br/>
        <w:t>我的孩了们在闹逛</w:t>
      </w:r>
      <w:r>
        <w:t xml:space="preserve"> 你懂我的意思吗</w:t>
        <w:br/>
        <w:t>My</w:t>
      </w:r>
      <w:r>
        <w:t xml:space="preserve"> kids</w:t>
      </w:r>
      <w:r>
        <w:t xml:space="preserve"> are</w:t>
      </w:r>
      <w:r>
        <w:t xml:space="preserve"> just</w:t>
      </w:r>
      <w:r>
        <w:t xml:space="preserve"> meandering.</w:t>
      </w:r>
      <w:r>
        <w:t xml:space="preserve"> You</w:t>
      </w:r>
      <w:r>
        <w:t xml:space="preserve"> know</w:t>
      </w:r>
      <w:r>
        <w:t xml:space="preserve"> what</w:t>
      </w:r>
      <w:r>
        <w:t xml:space="preserve"> I</w:t>
      </w:r>
      <w:r>
        <w:t xml:space="preserve"> mean?</w:t>
        <w:br/>
        <w:t>你看</w:t>
      </w:r>
      <w:r>
        <w:t xml:space="preserve"> 她甚至都不用伙伴制度</w:t>
      </w:r>
      <w:r>
        <w:t xml:space="preserve"> 我</w:t>
        <w:br/>
        <w:t>You</w:t>
      </w:r>
      <w:r>
        <w:t xml:space="preserve"> know,</w:t>
      </w:r>
      <w:r>
        <w:t xml:space="preserve"> she's</w:t>
      </w:r>
      <w:r>
        <w:t xml:space="preserve"> not</w:t>
      </w:r>
      <w:r>
        <w:t xml:space="preserve"> even</w:t>
      </w:r>
      <w:r>
        <w:t xml:space="preserve"> using</w:t>
      </w:r>
      <w:r>
        <w:t xml:space="preserve"> the</w:t>
      </w:r>
      <w:r>
        <w:t xml:space="preserve"> buddy</w:t>
      </w:r>
      <w:r>
        <w:t xml:space="preserve"> system.</w:t>
      </w:r>
      <w:r>
        <w:t xml:space="preserve"> I-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Mm</w:t>
        <w:br/>
        <w:t>警报为什么响了啊</w:t>
        <w:br/>
        <w:t>What</w:t>
      </w:r>
      <w:r>
        <w:t xml:space="preserve"> even</w:t>
      </w:r>
      <w:r>
        <w:t xml:space="preserve"> set</w:t>
      </w:r>
      <w:r>
        <w:t xml:space="preserve"> off</w:t>
      </w:r>
      <w:r>
        <w:t xml:space="preserve"> the</w:t>
      </w:r>
      <w:r>
        <w:t xml:space="preserve"> alarm?</w:t>
        <w:br/>
        <w:t>别看我</w:t>
        <w:br/>
        <w:t>Don't</w:t>
      </w:r>
      <w:r>
        <w:t xml:space="preserve"> look</w:t>
      </w:r>
      <w:r>
        <w:t xml:space="preserve"> at</w:t>
      </w:r>
      <w:r>
        <w:t xml:space="preserve"> me.</w:t>
        <w:br/>
        <w:t>我只会在教堂和家里点亮蜡烛</w:t>
        <w:br/>
        <w:t>Church</w:t>
      </w:r>
      <w:r>
        <w:t xml:space="preserve"> or</w:t>
      </w:r>
      <w:r>
        <w:t xml:space="preserve"> home</w:t>
      </w:r>
      <w:r>
        <w:t xml:space="preserve"> are</w:t>
      </w:r>
      <w:r>
        <w:t xml:space="preserve"> the</w:t>
      </w:r>
      <w:r>
        <w:t xml:space="preserve"> only</w:t>
      </w:r>
      <w:r>
        <w:t xml:space="preserve"> places</w:t>
      </w:r>
      <w:r>
        <w:t xml:space="preserve"> my</w:t>
      </w:r>
      <w:r>
        <w:t xml:space="preserve"> candles</w:t>
      </w:r>
      <w:r>
        <w:t xml:space="preserve"> are</w:t>
      </w:r>
      <w:r>
        <w:t xml:space="preserve"> lit.</w:t>
        <w:br/>
        <w:t>不过阿伯特小学倒是没被点着</w:t>
        <w:br/>
        <w:t>What's</w:t>
      </w:r>
      <w:r>
        <w:t xml:space="preserve"> not</w:t>
      </w:r>
      <w:r>
        <w:t xml:space="preserve"> lit</w:t>
      </w:r>
      <w:r>
        <w:t xml:space="preserve"> is</w:t>
      </w:r>
      <w:r>
        <w:t xml:space="preserve"> another</w:t>
      </w:r>
      <w:r>
        <w:t xml:space="preserve"> call</w:t>
      </w:r>
      <w:r>
        <w:t xml:space="preserve"> from</w:t>
      </w:r>
      <w:r>
        <w:t xml:space="preserve"> Abbott.</w:t>
        <w:br/>
        <w:t>至少这次不是真的着火了</w:t>
        <w:br/>
        <w:t>At</w:t>
      </w:r>
      <w:r>
        <w:t xml:space="preserve"> least</w:t>
      </w:r>
      <w:r>
        <w:t xml:space="preserve"> it's</w:t>
      </w:r>
      <w:r>
        <w:t xml:space="preserve"> not</w:t>
      </w:r>
      <w:r>
        <w:t xml:space="preserve"> a</w:t>
      </w:r>
      <w:r>
        <w:t xml:space="preserve"> full</w:t>
      </w:r>
      <w:r>
        <w:t xml:space="preserve"> fire</w:t>
      </w:r>
      <w:r>
        <w:t xml:space="preserve"> this</w:t>
      </w:r>
      <w:r>
        <w:t xml:space="preserve"> time.</w:t>
        <w:br/>
        <w:t>嗯</w:t>
      </w:r>
      <w:r>
        <w:t xml:space="preserve"> 只是一些烟雾</w:t>
        <w:br/>
        <w:t>Mm.</w:t>
      </w:r>
      <w:r>
        <w:t xml:space="preserve"> Just</w:t>
      </w:r>
      <w:r>
        <w:t xml:space="preserve"> some</w:t>
      </w:r>
      <w:r>
        <w:t xml:space="preserve"> smoke.</w:t>
        <w:br/>
        <w:t>好像有人在男生厕所里</w:t>
        <w:br/>
        <w:t>Seems</w:t>
      </w:r>
      <w:r>
        <w:t xml:space="preserve"> like</w:t>
      </w:r>
      <w:r>
        <w:t xml:space="preserve"> someone</w:t>
      </w:r>
      <w:r>
        <w:t xml:space="preserve"> lit</w:t>
      </w:r>
      <w:r>
        <w:t xml:space="preserve"> a</w:t>
      </w:r>
      <w:r>
        <w:t xml:space="preserve"> cigarette</w:t>
        <w:br/>
        <w:t>点了根烟</w:t>
      </w:r>
      <w:r>
        <w:t xml:space="preserve"> 什么</w:t>
        <w:br/>
        <w:t>in</w:t>
      </w:r>
      <w:r>
        <w:t xml:space="preserve"> one</w:t>
      </w:r>
      <w:r>
        <w:t xml:space="preserve"> of</w:t>
      </w:r>
      <w:r>
        <w:t xml:space="preserve"> the</w:t>
      </w:r>
      <w:r>
        <w:t xml:space="preserve"> boys'bathrooms.</w:t>
      </w:r>
      <w:r>
        <w:t xml:space="preserve"> What?</w:t>
        <w:br/>
        <w:t>香烟</w:t>
      </w:r>
      <w:r>
        <w:t xml:space="preserve"> 什么</w:t>
        <w:br/>
        <w:t>Cigarette?</w:t>
      </w:r>
      <w:r>
        <w:t xml:space="preserve"> What?</w:t>
        <w:br/>
        <w:t>说真的</w:t>
      </w:r>
      <w:r>
        <w:t xml:space="preserve"> 这年头谁还抽烟啊</w:t>
        <w:br/>
        <w:t>Seriously,</w:t>
      </w:r>
      <w:r>
        <w:t xml:space="preserve"> who</w:t>
      </w:r>
      <w:r>
        <w:t xml:space="preserve"> still</w:t>
      </w:r>
      <w:r>
        <w:t xml:space="preserve"> smokes</w:t>
      </w:r>
      <w:r>
        <w:t xml:space="preserve"> cigarettes?</w:t>
      </w:r>
      <w:r>
        <w:t xml:space="preserve"> σ</w:t>
        <w:br/>
        <w:t>单身爸爸</w:t>
      </w:r>
      <w:r>
        <w:t xml:space="preserve"> 罪犯</w:t>
        <w:br/>
        <w:t>Single</w:t>
      </w:r>
      <w:r>
        <w:t xml:space="preserve"> dads,</w:t>
      </w:r>
      <w:r>
        <w:t xml:space="preserve"> criminals.</w:t>
        <w:br/>
        <w:t>还有莫顿</w:t>
      </w:r>
      <w:r>
        <w:t xml:space="preserve"> 他在哪里</w:t>
        <w:br/>
        <w:t>Morton.</w:t>
      </w:r>
      <w:r>
        <w:t xml:space="preserve"> Where</w:t>
      </w:r>
      <w:r>
        <w:t xml:space="preserve"> is</w:t>
      </w:r>
      <w:r>
        <w:t xml:space="preserve"> he?</w:t>
        <w:br/>
        <w:t>可能是在垃圾箱后面的小巷里抽烟</w:t>
        <w:br/>
        <w:t>Probably</w:t>
      </w:r>
      <w:r>
        <w:t xml:space="preserve"> lightin</w:t>
      </w:r>
      <w:r>
        <w:t xml:space="preserve"> up</w:t>
      </w:r>
      <w:r>
        <w:t xml:space="preserve"> in</w:t>
      </w:r>
      <w:r>
        <w:t xml:space="preserve"> a</w:t>
      </w:r>
      <w:r>
        <w:t xml:space="preserve"> back</w:t>
      </w:r>
      <w:r>
        <w:t xml:space="preserve"> alley</w:t>
      </w:r>
      <w:r>
        <w:t xml:space="preserve"> behind</w:t>
      </w:r>
      <w:r>
        <w:t xml:space="preserve"> a</w:t>
      </w:r>
      <w:r>
        <w:t xml:space="preserve"> Dumpster.</w:t>
        <w:br/>
        <w:t>人&amp;hearts;渣&amp;hearts;</w:t>
        <w:br/>
        <w:t>Scumbag</w:t>
        <w:br/>
        <w:t>我们抓到他了</w:t>
      </w:r>
      <w:r>
        <w:t xml:space="preserve"> 梅丽莎把他嗅了出来</w:t>
        <w:br/>
        <w:t>We</w:t>
      </w:r>
      <w:r>
        <w:t xml:space="preserve"> got</w:t>
      </w:r>
      <w:r>
        <w:t xml:space="preserve"> him.</w:t>
      </w:r>
      <w:r>
        <w:t xml:space="preserve"> Melissa</w:t>
      </w:r>
      <w:r>
        <w:t xml:space="preserve"> sniffed</w:t>
      </w:r>
      <w:r>
        <w:t xml:space="preserve"> him</w:t>
      </w:r>
      <w:r>
        <w:t xml:space="preserve"> out.</w:t>
        <w:br/>
        <w:t>噢</w:t>
      </w:r>
      <w:r>
        <w:t xml:space="preserve"> 没错</w:t>
      </w:r>
      <w:r>
        <w:t xml:space="preserve"> 虽然你有薄荷糖</w:t>
      </w:r>
      <w:r>
        <w:t xml:space="preserve"> 你可以逃</w:t>
      </w:r>
      <w:r>
        <w:t xml:space="preserve"> 但是逃不掉</w:t>
        <w:br/>
        <w:t>Oh,</w:t>
      </w:r>
      <w:r>
        <w:t xml:space="preserve"> yeah.</w:t>
      </w:r>
      <w:r>
        <w:t xml:space="preserve"> You</w:t>
      </w:r>
      <w:r>
        <w:t xml:space="preserve"> got</w:t>
      </w:r>
      <w:r>
        <w:t xml:space="preserve"> menthols,</w:t>
      </w:r>
      <w:r>
        <w:t xml:space="preserve"> you</w:t>
      </w:r>
      <w:r>
        <w:t xml:space="preserve"> can</w:t>
      </w:r>
      <w:r>
        <w:t xml:space="preserve"> run,</w:t>
      </w:r>
      <w:r>
        <w:t xml:space="preserve"> but</w:t>
      </w:r>
      <w:r>
        <w:t xml:space="preserve"> you</w:t>
      </w:r>
      <w:r>
        <w:t xml:space="preserve"> can't</w:t>
      </w:r>
      <w:r>
        <w:t xml:space="preserve"> hide.</w:t>
        <w:br/>
        <w:t>只要再吸一口</w:t>
      </w:r>
      <w:r>
        <w:t xml:space="preserve"> 我就又回到了14岁</w:t>
        <w:br/>
        <w:t>One</w:t>
      </w:r>
      <w:r>
        <w:t xml:space="preserve"> whiff,</w:t>
      </w:r>
      <w:r>
        <w:t xml:space="preserve"> and</w:t>
      </w:r>
      <w:r>
        <w:t xml:space="preserve"> I</w:t>
      </w:r>
      <w:r>
        <w:t xml:space="preserve"> am</w:t>
      </w:r>
      <w:r>
        <w:t xml:space="preserve"> 14</w:t>
      </w:r>
      <w:r>
        <w:t xml:space="preserve"> again</w:t>
        <w:br/>
        <w:t>我打算等上几年</w:t>
        <w:br/>
        <w:t>thinkin'I'm</w:t>
      </w:r>
      <w:r>
        <w:t xml:space="preserve"> gonna</w:t>
      </w:r>
      <w:r>
        <w:t xml:space="preserve"> wait</w:t>
      </w:r>
      <w:r>
        <w:t xml:space="preserve"> a</w:t>
      </w:r>
      <w:r>
        <w:t xml:space="preserve"> couple</w:t>
      </w:r>
      <w:r>
        <w:t xml:space="preserve"> years</w:t>
        <w:br/>
        <w:t>再试试</w:t>
        <w:br/>
        <w:t>before</w:t>
      </w:r>
      <w:r>
        <w:t xml:space="preserve"> I</w:t>
      </w:r>
      <w:r>
        <w:t xml:space="preserve"> try</w:t>
      </w:r>
      <w:r>
        <w:t xml:space="preserve"> one</w:t>
      </w:r>
      <w:r>
        <w:t xml:space="preserve"> of</w:t>
      </w:r>
      <w:r>
        <w:t xml:space="preserve"> these.</w:t>
        <w:br/>
        <w:t>那你就重回16岁了</w:t>
        <w:br/>
        <w:t>That</w:t>
      </w:r>
      <w:r>
        <w:t xml:space="preserve"> would</w:t>
      </w:r>
      <w:r>
        <w:t xml:space="preserve"> only</w:t>
      </w:r>
      <w:r>
        <w:t xml:space="preserve"> make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16.</w:t>
        <w:br/>
        <w:t>那味道总是让我想起我的叔叔</w:t>
        <w:br/>
        <w:t>Smell</w:t>
      </w:r>
      <w:r>
        <w:t xml:space="preserve"> always</w:t>
      </w:r>
      <w:r>
        <w:t xml:space="preserve"> reminds</w:t>
      </w:r>
      <w:r>
        <w:t xml:space="preserve"> me</w:t>
      </w:r>
      <w:r>
        <w:t xml:space="preserve"> of</w:t>
      </w:r>
      <w:r>
        <w:t xml:space="preserve"> my</w:t>
      </w:r>
      <w:r>
        <w:t xml:space="preserve"> uncle.</w:t>
        <w:br/>
        <w:t>我姑姑以前会坐在椅子上抽着烟</w:t>
        <w:br/>
        <w:t>Oh,</w:t>
      </w:r>
      <w:r>
        <w:t xml:space="preserve"> my</w:t>
      </w:r>
      <w:r>
        <w:t xml:space="preserve"> aunt</w:t>
      </w:r>
      <w:r>
        <w:t xml:space="preserve"> used</w:t>
      </w:r>
      <w:r>
        <w:t xml:space="preserve"> to</w:t>
      </w:r>
      <w:r>
        <w:t xml:space="preserve"> sit</w:t>
      </w:r>
      <w:r>
        <w:t xml:space="preserve"> in</w:t>
      </w:r>
      <w:r>
        <w:t xml:space="preserve"> a</w:t>
      </w:r>
      <w:r>
        <w:t xml:space="preserve"> chair</w:t>
      </w:r>
      <w:r>
        <w:t xml:space="preserve"> with</w:t>
      </w:r>
      <w:r>
        <w:t xml:space="preserve"> a</w:t>
      </w:r>
      <w:r>
        <w:t xml:space="preserve"> cig</w:t>
        <w:br/>
        <w:t>喝着灰皮诺葡萄酒给我讲《蓝色月光侦探社》</w:t>
        <w:br/>
        <w:t>and</w:t>
      </w:r>
      <w:r>
        <w:t xml:space="preserve"> a</w:t>
      </w:r>
      <w:r>
        <w:t xml:space="preserve"> glass</w:t>
      </w:r>
      <w:r>
        <w:t xml:space="preserve"> of</w:t>
      </w:r>
      <w:r>
        <w:t xml:space="preserve"> Pinot</w:t>
      </w:r>
      <w:r>
        <w:t xml:space="preserve"> Grig</w:t>
      </w:r>
      <w:r>
        <w:t xml:space="preserve"> and</w:t>
      </w:r>
      <w:r>
        <w:t xml:space="preserve"> recount</w:t>
      </w:r>
      <w:r>
        <w:t xml:space="preserve"> "Moonlighting"</w:t>
      </w:r>
      <w:r>
        <w:t xml:space="preserve"> to</w:t>
      </w:r>
      <w:r>
        <w:t xml:space="preserve"> me.</w:t>
        <w:br/>
        <w:t>是啊</w:t>
      </w:r>
      <w:r>
        <w:t xml:space="preserve"> 我叔叔以前也这么干过</w:t>
        <w:br/>
        <w:t>Yeah,</w:t>
      </w:r>
      <w:r>
        <w:t xml:space="preserve"> my</w:t>
      </w:r>
      <w:r>
        <w:t xml:space="preserve"> uncle</w:t>
      </w:r>
      <w:r>
        <w:t xml:space="preserve"> used</w:t>
      </w:r>
      <w:r>
        <w:t xml:space="preserve"> to</w:t>
      </w:r>
      <w:r>
        <w:t xml:space="preserve"> do</w:t>
      </w:r>
      <w:r>
        <w:t xml:space="preserve"> the</w:t>
      </w:r>
      <w:r>
        <w:t xml:space="preserve"> same</w:t>
      </w:r>
      <w:r>
        <w:t xml:space="preserve"> thing,</w:t>
        <w:br/>
        <w:t>只不过是喝苏格兰威士忌讲前一晚的费城人队的比赛</w:t>
        <w:br/>
        <w:t>except</w:t>
      </w:r>
      <w:r>
        <w:t xml:space="preserve"> it</w:t>
      </w:r>
      <w:r>
        <w:t xml:space="preserve"> was</w:t>
      </w:r>
      <w:r>
        <w:t xml:space="preserve"> scotch</w:t>
      </w:r>
      <w:r>
        <w:t xml:space="preserve"> and</w:t>
      </w:r>
      <w:r>
        <w:t xml:space="preserve"> the</w:t>
      </w:r>
      <w:r>
        <w:t xml:space="preserve"> Phillies</w:t>
      </w:r>
      <w:r>
        <w:t xml:space="preserve"> game</w:t>
      </w:r>
      <w:r>
        <w:t xml:space="preserve"> the</w:t>
      </w:r>
      <w:r>
        <w:t xml:space="preserve"> night</w:t>
      </w:r>
      <w:r>
        <w:t xml:space="preserve"> before.</w:t>
        <w:br/>
        <w:t>童年啊</w:t>
      </w:r>
      <w:r>
        <w:t xml:space="preserve"> </w:t>
      </w:r>
      <w:r>
        <w:t xml:space="preserve"> -童年啊</w:t>
        <w:br/>
        <w:t>Childhood.</w:t>
      </w:r>
      <w:r>
        <w:t xml:space="preserve"> Childhood.</w:t>
        <w:br/>
        <w:t>话说回来</w:t>
      </w:r>
      <w:r>
        <w:t xml:space="preserve"> 但这确实是个问题</w:t>
        <w:br/>
        <w:t>Nah,</w:t>
      </w:r>
      <w:r>
        <w:t xml:space="preserve"> but</w:t>
      </w:r>
      <w:r>
        <w:t xml:space="preserve"> this</w:t>
      </w:r>
      <w:r>
        <w:t xml:space="preserve"> is</w:t>
      </w:r>
      <w:r>
        <w:t xml:space="preserve"> a</w:t>
      </w:r>
      <w:r>
        <w:t xml:space="preserve"> real</w:t>
      </w:r>
      <w:r>
        <w:t xml:space="preserve"> problem.</w:t>
      </w:r>
      <w:r>
        <w:t xml:space="preserve"> Gregory:</w:t>
      </w:r>
      <w:r>
        <w:t xml:space="preserve"> Mm-</w:t>
      </w:r>
      <w:r>
        <w:t xml:space="preserve"> hmm.</w:t>
        <w:br/>
        <w:t>对</w:t>
      </w:r>
      <w:r>
        <w:t xml:space="preserve"> 哦</w:t>
      </w:r>
      <w:r>
        <w:t xml:space="preserve"> 当然</w:t>
        <w:br/>
        <w:t>Janine:</w:t>
      </w:r>
      <w:r>
        <w:t xml:space="preserve"> Yeah.</w:t>
      </w:r>
      <w:r>
        <w:t xml:space="preserve"> Oh,</w:t>
      </w:r>
      <w:r>
        <w:t xml:space="preserve"> yeah,</w:t>
      </w:r>
      <w:r>
        <w:t xml:space="preserve"> absolutely</w:t>
        <w:br/>
        <w:t>你从哪弄来的烟</w:t>
        <w:br/>
        <w:t>Where</w:t>
      </w:r>
      <w:r>
        <w:t xml:space="preserve"> did</w:t>
      </w:r>
      <w:r>
        <w:t xml:space="preserve"> you</w:t>
      </w:r>
      <w:r>
        <w:t xml:space="preserve"> even</w:t>
      </w:r>
      <w:r>
        <w:t xml:space="preserve"> get</w:t>
      </w:r>
      <w:r>
        <w:t xml:space="preserve"> a</w:t>
      </w:r>
      <w:r>
        <w:t xml:space="preserve"> cigarette?</w:t>
        <w:br/>
        <w:t>就是</w:t>
      </w:r>
      <w:r>
        <w:t xml:space="preserve"> 你是法国小孩吗</w:t>
        <w:br/>
        <w:t>Yeah,</w:t>
      </w:r>
      <w:r>
        <w:t xml:space="preserve"> what</w:t>
      </w:r>
      <w:r>
        <w:t xml:space="preserve"> you,</w:t>
      </w:r>
      <w:r>
        <w:t xml:space="preserve"> a</w:t>
      </w:r>
      <w:r>
        <w:t xml:space="preserve"> French</w:t>
      </w:r>
      <w:r>
        <w:t xml:space="preserve"> child?</w:t>
        <w:br/>
        <w:t>街角那人一美元卖&amp;hearts;&amp;hearts;给我的</w:t>
        <w:br/>
        <w:t>The</w:t>
      </w:r>
      <w:r>
        <w:t xml:space="preserve"> guy</w:t>
      </w:r>
      <w:r>
        <w:t xml:space="preserve"> around</w:t>
      </w:r>
      <w:r>
        <w:t xml:space="preserve"> the</w:t>
      </w:r>
      <w:r>
        <w:t xml:space="preserve"> corner</w:t>
      </w:r>
      <w:r>
        <w:t xml:space="preserve"> sold</w:t>
      </w:r>
      <w:r>
        <w:t xml:space="preserve"> it</w:t>
      </w:r>
      <w:r>
        <w:t xml:space="preserve"> to</w:t>
      </w:r>
      <w:r>
        <w:t xml:space="preserve"> me</w:t>
      </w:r>
      <w:r>
        <w:t xml:space="preserve"> for</w:t>
      </w:r>
      <w:r>
        <w:t xml:space="preserve"> a</w:t>
      </w:r>
      <w:r>
        <w:t xml:space="preserve"> dollar.</w:t>
        <w:br/>
        <w:t>一美元啊</w:t>
      </w:r>
      <w:r>
        <w:t xml:space="preserve"> 通货膨胀膨得有点厉害啊</w:t>
        <w:br/>
        <w:t>A</w:t>
      </w:r>
      <w:r>
        <w:t xml:space="preserve"> dollar?</w:t>
      </w:r>
      <w:r>
        <w:t xml:space="preserve"> Inflation</w:t>
      </w:r>
      <w:r>
        <w:t xml:space="preserve"> is</w:t>
      </w:r>
      <w:r>
        <w:t xml:space="preserve"> crazy.</w:t>
        <w:br/>
        <w:t>但是你麻烦大了</w:t>
      </w:r>
      <w:r>
        <w:t xml:space="preserve"> 因为这里禁止吸烟</w:t>
        <w:br/>
        <w:t>But</w:t>
      </w:r>
      <w:r>
        <w:t xml:space="preserve"> you</w:t>
      </w:r>
      <w:r>
        <w:t xml:space="preserve"> are</w:t>
      </w:r>
      <w:r>
        <w:t xml:space="preserve"> in</w:t>
      </w:r>
      <w:r>
        <w:t xml:space="preserve"> big</w:t>
      </w:r>
      <w:r>
        <w:t xml:space="preserve"> trouble,</w:t>
      </w:r>
      <w:r>
        <w:t xml:space="preserve"> because</w:t>
      </w:r>
      <w:r>
        <w:t xml:space="preserve"> cigarettes</w:t>
      </w:r>
      <w:r>
        <w:t xml:space="preserve"> are</w:t>
      </w:r>
      <w:r>
        <w:t xml:space="preserve"> banned.</w:t>
        <w:br/>
        <w:t>我看牌子上都没写啊</w:t>
        <w:br/>
        <w:t>Not</w:t>
      </w:r>
      <w:r>
        <w:t xml:space="preserve"> on</w:t>
      </w:r>
      <w:r>
        <w:t xml:space="preserve"> any</w:t>
      </w:r>
      <w:r>
        <w:t xml:space="preserve"> of</w:t>
      </w:r>
      <w:r>
        <w:t xml:space="preserve"> the</w:t>
      </w:r>
      <w:r>
        <w:t xml:space="preserve"> signs</w:t>
      </w:r>
      <w:r>
        <w:t xml:space="preserve"> I</w:t>
      </w:r>
      <w:r>
        <w:t xml:space="preserve"> saw.</w:t>
        <w:br/>
        <w:t>什么</w:t>
        <w:br/>
        <w:t>What?</w:t>
        <w:br/>
        <w:t>学校网站上写着</w:t>
      </w:r>
      <w:r>
        <w:t xml:space="preserve"> 禁止滑滑板</w:t>
        <w:br/>
        <w:t>On</w:t>
      </w:r>
      <w:r>
        <w:t xml:space="preserve"> the</w:t>
      </w:r>
      <w:r>
        <w:t xml:space="preserve"> school's</w:t>
      </w:r>
      <w:r>
        <w:t xml:space="preserve"> website,</w:t>
      </w:r>
      <w:r>
        <w:t xml:space="preserve"> we</w:t>
      </w:r>
      <w:r>
        <w:t xml:space="preserve"> got</w:t>
      </w:r>
      <w:r>
        <w:t xml:space="preserve"> "no</w:t>
      </w:r>
      <w:r>
        <w:t xml:space="preserve"> skateboarding,</w:t>
        <w:br/>
        <w:t>禁止吸电子烟</w:t>
      </w:r>
      <w:r>
        <w:t xml:space="preserve"> 禁止闲逛</w:t>
      </w:r>
      <w:r>
        <w:t xml:space="preserve"> 禁止胡闹</w:t>
      </w:r>
      <w:r>
        <w:t xml:space="preserve"> 禁止携带武器</w:t>
        <w:br/>
        <w:t>no</w:t>
      </w:r>
      <w:r>
        <w:t xml:space="preserve"> vaping,</w:t>
      </w:r>
      <w:r>
        <w:t xml:space="preserve"> no</w:t>
      </w:r>
      <w:r>
        <w:t xml:space="preserve"> loitering,</w:t>
      </w:r>
      <w:r>
        <w:t xml:space="preserve"> no</w:t>
      </w:r>
      <w:r>
        <w:t xml:space="preserve"> horseplay,</w:t>
      </w:r>
      <w:r>
        <w:t xml:space="preserve"> no</w:t>
      </w:r>
      <w:r>
        <w:t xml:space="preserve"> weapons,</w:t>
        <w:br/>
        <w:t>禁止明火</w:t>
      </w:r>
      <w:r>
        <w:t xml:space="preserve"> 禁止欺凌</w:t>
      </w:r>
      <w:r>
        <w:t xml:space="preserve"> 禁止赌博</w:t>
        <w:br/>
        <w:t>no</w:t>
      </w:r>
      <w:r>
        <w:t xml:space="preserve"> open</w:t>
      </w:r>
      <w:r>
        <w:t xml:space="preserve"> flames,</w:t>
      </w:r>
      <w:r>
        <w:t xml:space="preserve"> no</w:t>
      </w:r>
      <w:r>
        <w:t xml:space="preserve"> bullying,</w:t>
      </w:r>
      <w:r>
        <w:t xml:space="preserve"> and</w:t>
      </w:r>
      <w:r>
        <w:t xml:space="preserve"> no</w:t>
      </w:r>
      <w:r>
        <w:t xml:space="preserve"> gambling.</w:t>
      </w:r>
      <w:r>
        <w:t xml:space="preserve"> "</w:t>
        <w:br/>
        <w:t>最后一项只针对学生</w:t>
      </w:r>
      <w:r>
        <w:t xml:space="preserve"> 对吧</w:t>
        <w:br/>
        <w:t>That</w:t>
      </w:r>
      <w:r>
        <w:t xml:space="preserve"> last</w:t>
      </w:r>
      <w:r>
        <w:t xml:space="preserve"> one's</w:t>
      </w:r>
      <w:r>
        <w:t xml:space="preserve"> just</w:t>
      </w:r>
      <w:r>
        <w:t xml:space="preserve"> for</w:t>
      </w:r>
      <w:r>
        <w:t xml:space="preserve"> students,</w:t>
      </w:r>
      <w:r>
        <w:t xml:space="preserve"> though,</w:t>
      </w:r>
      <w:r>
        <w:t xml:space="preserve"> right?</w:t>
        <w:br/>
        <w:t>里面没写香烟啥的</w:t>
        <w:br/>
        <w:t>There's</w:t>
      </w:r>
      <w:r>
        <w:t xml:space="preserve"> nothing</w:t>
      </w:r>
      <w:r>
        <w:t xml:space="preserve"> here</w:t>
      </w:r>
      <w:r>
        <w:t xml:space="preserve"> about</w:t>
      </w:r>
      <w:r>
        <w:t xml:space="preserve"> cigarettes.</w:t>
        <w:br/>
        <w:t>你们有找到什么吗</w:t>
        <w:br/>
        <w:t>Did</w:t>
      </w:r>
      <w:r>
        <w:t xml:space="preserve"> y'all</w:t>
      </w:r>
      <w:r>
        <w:t xml:space="preserve"> find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anything?</w:t>
        <w:br/>
        <w:t>我在走廊上看到一个写着</w:t>
      </w:r>
      <w:r>
        <w:t xml:space="preserve"> 禁止</w:t>
        <w:br/>
        <w:t>Uh,</w:t>
      </w:r>
      <w:r>
        <w:t xml:space="preserve"> well,</w:t>
      </w:r>
      <w:r>
        <w:t xml:space="preserve"> I</w:t>
      </w:r>
      <w:r>
        <w:t xml:space="preserve"> saw</w:t>
      </w:r>
      <w:r>
        <w:t xml:space="preserve"> a</w:t>
      </w:r>
      <w:r>
        <w:t xml:space="preserve"> sign</w:t>
      </w:r>
      <w:r>
        <w:t xml:space="preserve"> in</w:t>
      </w:r>
      <w:r>
        <w:t xml:space="preserve"> the</w:t>
      </w:r>
      <w:r>
        <w:t xml:space="preserve"> hallway</w:t>
      </w:r>
      <w:r>
        <w:t xml:space="preserve"> that</w:t>
      </w:r>
      <w:r>
        <w:t xml:space="preserve"> said"no,</w:t>
      </w:r>
      <w:r>
        <w:t xml:space="preserve"> "</w:t>
        <w:br/>
        <w:t>但是禁止的内容被涂鸦盖掉了</w:t>
        <w:br/>
        <w:t>but</w:t>
      </w:r>
      <w:r>
        <w:t xml:space="preserve"> whatever</w:t>
      </w:r>
      <w:r>
        <w:t xml:space="preserve"> was</w:t>
      </w:r>
      <w:r>
        <w:t xml:space="preserve"> under</w:t>
      </w:r>
      <w:r>
        <w:t xml:space="preserve"> it</w:t>
      </w:r>
      <w:r>
        <w:t xml:space="preserve"> was</w:t>
      </w:r>
      <w:r>
        <w:t xml:space="preserve"> graffitied</w:t>
      </w:r>
      <w:r>
        <w:t xml:space="preserve"> over.</w:t>
        <w:br/>
        <w:t>噢</w:t>
      </w:r>
      <w:r>
        <w:t xml:space="preserve"> 那个原来写的禁止涂鸦</w:t>
        <w:br/>
        <w:t>Yeah,</w:t>
      </w:r>
      <w:r>
        <w:t xml:space="preserve"> that</w:t>
      </w:r>
      <w:r>
        <w:t xml:space="preserve"> was</w:t>
      </w:r>
      <w:r>
        <w:t xml:space="preserve"> a"no</w:t>
      </w:r>
      <w:r>
        <w:t xml:space="preserve"> graffiti°</w:t>
      </w:r>
      <w:r>
        <w:t xml:space="preserve"> sign.</w:t>
        <w:br/>
        <w:t>这封开学邮件列出了所有的注意事顶</w:t>
        <w:br/>
        <w:t>The</w:t>
      </w:r>
      <w:r>
        <w:t xml:space="preserve"> e-</w:t>
      </w:r>
      <w:r>
        <w:t xml:space="preserve"> mail</w:t>
      </w:r>
      <w:r>
        <w:t xml:space="preserve"> from</w:t>
      </w:r>
      <w:r>
        <w:t xml:space="preserve"> the</w:t>
      </w:r>
      <w:r>
        <w:t xml:space="preserve"> top</w:t>
      </w:r>
      <w:r>
        <w:t xml:space="preserve"> of</w:t>
      </w:r>
      <w:r>
        <w:t xml:space="preserve"> the</w:t>
      </w:r>
      <w:r>
        <w:t xml:space="preserve"> year</w:t>
      </w:r>
      <w:r>
        <w:t xml:space="preserve"> lists</w:t>
      </w:r>
      <w:r>
        <w:t xml:space="preserve"> everything</w:t>
      </w:r>
      <w:r>
        <w:t xml:space="preserve"> －</w:t>
        <w:br/>
        <w:t>我是说所有的注意事项</w:t>
      </w:r>
      <w:r>
        <w:t xml:space="preserve"> 包括把活蜘蛛带到学校</w:t>
        <w:br/>
        <w:t>and</w:t>
      </w:r>
      <w:r>
        <w:t xml:space="preserve"> I</w:t>
      </w:r>
      <w:r>
        <w:t xml:space="preserve"> mean</w:t>
      </w:r>
      <w:r>
        <w:t xml:space="preserve"> everything</w:t>
      </w:r>
      <w:r>
        <w:t xml:space="preserve"> including</w:t>
      </w:r>
      <w:r>
        <w:t xml:space="preserve"> bringing</w:t>
      </w:r>
      <w:r>
        <w:t xml:space="preserve"> a</w:t>
      </w:r>
      <w:r>
        <w:t xml:space="preserve"> live</w:t>
      </w:r>
      <w:r>
        <w:t xml:space="preserve"> spider</w:t>
        <w:br/>
        <w:t>可能会给予开除处罚</w:t>
        <w:br/>
        <w:t>to</w:t>
      </w:r>
      <w:r>
        <w:t xml:space="preserve"> school</w:t>
      </w:r>
      <w:r>
        <w:t xml:space="preserve"> is</w:t>
      </w:r>
      <w:r>
        <w:t xml:space="preserve"> grounds</w:t>
      </w:r>
      <w:r>
        <w:t xml:space="preserve"> for</w:t>
      </w:r>
      <w:r>
        <w:t xml:space="preserve"> expulsion,</w:t>
        <w:br/>
        <w:t>但是完全没有写禁止吸烟</w:t>
        <w:br/>
        <w:t>but</w:t>
      </w:r>
      <w:r>
        <w:t xml:space="preserve"> it</w:t>
      </w:r>
      <w:r>
        <w:t xml:space="preserve"> definitely</w:t>
      </w:r>
      <w:r>
        <w:t xml:space="preserve"> doesn't</w:t>
      </w:r>
      <w:r>
        <w:t xml:space="preserve"> list</w:t>
      </w:r>
      <w:r>
        <w:t xml:space="preserve"> cigarettes.</w:t>
        <w:br/>
        <w:t>指尖陀螺都禁止了</w:t>
        <w:br/>
        <w:t>Fidget</w:t>
      </w:r>
      <w:r>
        <w:t xml:space="preserve"> spinners</w:t>
      </w:r>
      <w:r>
        <w:t xml:space="preserve"> －</w:t>
      </w:r>
      <w:r>
        <w:t xml:space="preserve"> banned.</w:t>
        <w:br/>
        <w:t>我们所有标识里似乎都没有禁止香烟</w:t>
        <w:br/>
        <w:t>Cigarettes</w:t>
      </w:r>
      <w:r>
        <w:t xml:space="preserve"> just</w:t>
      </w:r>
      <w:r>
        <w:t xml:space="preserve"> seem</w:t>
      </w:r>
      <w:r>
        <w:t xml:space="preserve"> to</w:t>
      </w:r>
      <w:r>
        <w:t xml:space="preserve"> have</w:t>
      </w:r>
      <w:r>
        <w:t xml:space="preserve"> evaded</w:t>
      </w:r>
      <w:r>
        <w:t xml:space="preserve"> every</w:t>
      </w:r>
      <w:r>
        <w:t xml:space="preserve"> sign</w:t>
      </w:r>
      <w:r>
        <w:t xml:space="preserve"> we've</w:t>
      </w:r>
      <w:r>
        <w:t xml:space="preserve"> seen.</w:t>
        <w:br/>
        <w:t>等等</w:t>
      </w:r>
      <w:r>
        <w:t xml:space="preserve"> 所以是因为要禁止的东西太多</w:t>
        <w:br/>
        <w:t>Wait.</w:t>
      </w:r>
      <w:r>
        <w:t xml:space="preserve"> So</w:t>
      </w:r>
      <w:r>
        <w:t xml:space="preserve"> many</w:t>
      </w:r>
      <w:r>
        <w:t xml:space="preserve"> new</w:t>
      </w:r>
      <w:r>
        <w:t xml:space="preserve"> hazards</w:t>
      </w:r>
      <w:r>
        <w:t xml:space="preserve"> have</w:t>
      </w:r>
      <w:r>
        <w:t xml:space="preserve"> come</w:t>
      </w:r>
      <w:r>
        <w:t xml:space="preserve"> out</w:t>
        <w:br/>
        <w:t>我们忘记禁止香烟了吗</w:t>
        <w:br/>
        <w:t>that</w:t>
      </w:r>
      <w:r>
        <w:t xml:space="preserve"> we</w:t>
      </w:r>
      <w:r>
        <w:t xml:space="preserve"> forgot</w:t>
      </w:r>
      <w:r>
        <w:t xml:space="preserve"> to</w:t>
      </w:r>
      <w:r>
        <w:t xml:space="preserve"> put</w:t>
      </w:r>
      <w:r>
        <w:t xml:space="preserve"> cigarettes</w:t>
      </w:r>
      <w:r>
        <w:t xml:space="preserve"> on</w:t>
      </w:r>
      <w:r>
        <w:t xml:space="preserve"> the</w:t>
      </w:r>
      <w:r>
        <w:t xml:space="preserve"> ban</w:t>
      </w:r>
      <w:r>
        <w:t xml:space="preserve"> list?</w:t>
        <w:br/>
        <w:t>哎呀</w:t>
      </w:r>
      <w:r>
        <w:t xml:space="preserve"> 我没有什么有用的话要说</w:t>
        <w:br/>
        <w:t>Gee</w:t>
      </w:r>
      <w:r>
        <w:t xml:space="preserve"> willikers,</w:t>
      </w:r>
      <w:r>
        <w:t xml:space="preserve"> I</w:t>
      </w:r>
      <w:r>
        <w:t xml:space="preserve"> have</w:t>
      </w:r>
      <w:r>
        <w:t xml:space="preserve"> nothing</w:t>
      </w:r>
      <w:r>
        <w:t xml:space="preserve"> helpful</w:t>
      </w:r>
      <w:r>
        <w:t xml:space="preserve"> to</w:t>
      </w:r>
      <w:r>
        <w:t xml:space="preserve"> say,</w:t>
        <w:br/>
        <w:t>所以我想我只能重申我们都意识到的问题了</w:t>
        <w:br/>
        <w:t>so</w:t>
      </w:r>
      <w:r>
        <w:t xml:space="preserve"> I</w:t>
      </w:r>
      <w:r>
        <w:t xml:space="preserve"> guess</w:t>
      </w:r>
      <w:r>
        <w:t xml:space="preserve"> I'll</w:t>
      </w:r>
      <w:r>
        <w:t xml:space="preserve"> just</w:t>
      </w:r>
      <w:r>
        <w:t xml:space="preserve"> restate</w:t>
      </w:r>
      <w:r>
        <w:t xml:space="preserve"> the</w:t>
      </w:r>
      <w:r>
        <w:t xml:space="preserve"> problem</w:t>
      </w:r>
      <w:r>
        <w:t xml:space="preserve"> that</w:t>
      </w:r>
      <w:r>
        <w:t xml:space="preserve"> we're</w:t>
      </w:r>
      <w:r>
        <w:t xml:space="preserve"> all</w:t>
      </w:r>
      <w:r>
        <w:t xml:space="preserve"> aware</w:t>
      </w:r>
      <w:r>
        <w:t xml:space="preserve"> of.</w:t>
        <w:br/>
        <w:t>那就是你</w:t>
      </w:r>
      <w:r>
        <w:t xml:space="preserve"> </w:t>
      </w:r>
      <w:r>
        <w:t xml:space="preserve"> -对</w:t>
      </w:r>
      <w:r>
        <w:t xml:space="preserve"> 我知道了</w:t>
        <w:br/>
        <w:t>That's</w:t>
      </w:r>
      <w:r>
        <w:t xml:space="preserve"> you.</w:t>
      </w:r>
      <w:r>
        <w:t xml:space="preserve"> Yeah,</w:t>
      </w:r>
      <w:r>
        <w:t xml:space="preserve"> I</w:t>
      </w:r>
      <w:r>
        <w:t xml:space="preserve"> got</w:t>
      </w:r>
      <w:r>
        <w:t xml:space="preserve"> it.</w:t>
        <w:br/>
        <w:t>宝子们</w:t>
      </w:r>
      <w:r>
        <w:t xml:space="preserve"> 让我们先完成这些练习题</w:t>
        <w:br/>
        <w:t>Besties!</w:t>
      </w:r>
      <w:r>
        <w:t xml:space="preserve"> Let's</w:t>
      </w:r>
      <w:r>
        <w:t xml:space="preserve"> finish</w:t>
      </w:r>
      <w:r>
        <w:t xml:space="preserve"> up</w:t>
      </w:r>
      <w:r>
        <w:t xml:space="preserve"> those</w:t>
      </w:r>
      <w:r>
        <w:t xml:space="preserve"> worksheets</w:t>
        <w:br/>
        <w:t>然后继续学习形容词吧</w:t>
        <w:br/>
        <w:t>so</w:t>
      </w:r>
      <w:r>
        <w:t xml:space="preserve"> we</w:t>
      </w:r>
      <w:r>
        <w:t xml:space="preserve"> can</w:t>
      </w:r>
      <w:r>
        <w:t xml:space="preserve"> move</w:t>
      </w:r>
      <w:r>
        <w:t xml:space="preserve"> on</w:t>
      </w:r>
      <w:r>
        <w:t xml:space="preserve"> to</w:t>
      </w:r>
      <w:r>
        <w:t xml:space="preserve"> adjectives.</w:t>
        <w:br/>
        <w:t>杰丝卡</w:t>
      </w:r>
      <w:r>
        <w:t xml:space="preserve"> 州名需要大写吗</w:t>
        <w:br/>
        <w:t>Jessca,</w:t>
      </w:r>
      <w:r>
        <w:t xml:space="preserve"> do</w:t>
      </w:r>
      <w:r>
        <w:t xml:space="preserve"> I</w:t>
      </w:r>
      <w:r>
        <w:t xml:space="preserve"> need</w:t>
      </w:r>
      <w:r>
        <w:t xml:space="preserve"> to</w:t>
      </w:r>
      <w:r>
        <w:t xml:space="preserve"> capitalize</w:t>
      </w:r>
      <w:r>
        <w:t xml:space="preserve"> the</w:t>
      </w:r>
      <w:r>
        <w:t xml:space="preserve"> names</w:t>
      </w:r>
      <w:r>
        <w:t xml:space="preserve"> of</w:t>
      </w:r>
      <w:r>
        <w:t xml:space="preserve"> the</w:t>
      </w:r>
      <w:r>
        <w:t xml:space="preserve"> states?</w:t>
        <w:br/>
        <w:t>人类唯一需要的是水</w:t>
      </w:r>
      <w:r>
        <w:t xml:space="preserve"> 食物</w:t>
      </w:r>
      <w:r>
        <w:t xml:space="preserve"> 住所和音乐</w:t>
        <w:br/>
        <w:t>The</w:t>
      </w:r>
      <w:r>
        <w:t xml:space="preserve"> only</w:t>
      </w:r>
      <w:r>
        <w:t xml:space="preserve"> human</w:t>
      </w:r>
      <w:r>
        <w:t xml:space="preserve"> needs</w:t>
      </w:r>
      <w:r>
        <w:t xml:space="preserve"> are</w:t>
      </w:r>
      <w:r>
        <w:t xml:space="preserve"> water,</w:t>
      </w:r>
      <w:r>
        <w:t xml:space="preserve"> food,</w:t>
      </w:r>
      <w:r>
        <w:t xml:space="preserve"> shelter,</w:t>
      </w:r>
      <w:r>
        <w:t xml:space="preserve"> and</w:t>
      </w:r>
      <w:r>
        <w:t xml:space="preserve"> music.</w:t>
        <w:br/>
        <w:t>但现在不用担心这此</w:t>
        <w:br/>
        <w:t>But</w:t>
      </w:r>
      <w:r>
        <w:t xml:space="preserve"> don't</w:t>
      </w:r>
      <w:r>
        <w:t xml:space="preserve"> worry</w:t>
      </w:r>
      <w:r>
        <w:t xml:space="preserve"> about</w:t>
      </w:r>
      <w:r>
        <w:t xml:space="preserve"> that</w:t>
      </w:r>
      <w:r>
        <w:t xml:space="preserve"> right</w:t>
      </w:r>
      <w:r>
        <w:t xml:space="preserve"> now.</w:t>
        <w:br/>
        <w:t>把注意力集中在完成你的练习题上</w:t>
        <w:br/>
        <w:t>Just</w:t>
      </w:r>
      <w:r>
        <w:t xml:space="preserve"> focus</w:t>
      </w:r>
      <w:r>
        <w:t xml:space="preserve"> on</w:t>
      </w:r>
      <w:r>
        <w:t xml:space="preserve"> getting</w:t>
      </w:r>
      <w:r>
        <w:t xml:space="preserve"> your</w:t>
      </w:r>
      <w:r>
        <w:t xml:space="preserve"> worksheets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done.</w:t>
        <w:br/>
        <w:t>我很抱歉</w:t>
        <w:br/>
        <w:t>Ooh.</w:t>
      </w:r>
      <w:r>
        <w:t xml:space="preserve"> I'm</w:t>
      </w:r>
      <w:r>
        <w:t xml:space="preserve"> sorry.</w:t>
        <w:br/>
        <w:t>确实需要大写州名</w:t>
        <w:br/>
        <w:t>You</w:t>
      </w:r>
      <w:r>
        <w:t xml:space="preserve"> actually</w:t>
      </w:r>
      <w:r>
        <w:t xml:space="preserve"> do</w:t>
      </w:r>
      <w:r>
        <w:t xml:space="preserve"> need</w:t>
      </w:r>
      <w:r>
        <w:t xml:space="preserve"> to</w:t>
      </w:r>
      <w:r>
        <w:t xml:space="preserve"> capitalize</w:t>
      </w:r>
      <w:r>
        <w:t xml:space="preserve"> the</w:t>
      </w:r>
      <w:r>
        <w:t xml:space="preserve"> names</w:t>
      </w:r>
      <w:r>
        <w:t xml:space="preserve"> of</w:t>
      </w:r>
      <w:r>
        <w:t xml:space="preserve"> states,</w:t>
        <w:br/>
        <w:t>因为专有名词需要大写</w:t>
        <w:br/>
        <w:t>because</w:t>
      </w:r>
      <w:r>
        <w:t xml:space="preserve"> that's</w:t>
      </w:r>
      <w:r>
        <w:t xml:space="preserve"> the</w:t>
      </w:r>
      <w:r>
        <w:t xml:space="preserve"> correct</w:t>
      </w:r>
      <w:r>
        <w:t xml:space="preserve"> thing</w:t>
      </w:r>
      <w:r>
        <w:t xml:space="preserve"> to</w:t>
      </w:r>
      <w:r>
        <w:t xml:space="preserve"> do</w:t>
      </w:r>
      <w:r>
        <w:t xml:space="preserve"> for</w:t>
      </w:r>
      <w:r>
        <w:t xml:space="preserve"> proper</w:t>
      </w:r>
      <w:r>
        <w:t xml:space="preserve"> nouns.</w:t>
        <w:br/>
        <w:t>对吧</w:t>
      </w:r>
      <w:r>
        <w:t xml:space="preserve"> 你也不想养成坏习惯吧</w:t>
        <w:br/>
        <w:t>Right?</w:t>
      </w:r>
      <w:r>
        <w:t xml:space="preserve"> Don't</w:t>
      </w:r>
      <w:r>
        <w:t xml:space="preserve"> want</w:t>
      </w:r>
      <w:r>
        <w:t xml:space="preserve"> to</w:t>
      </w:r>
      <w:r>
        <w:t xml:space="preserve"> build</w:t>
      </w:r>
      <w:r>
        <w:t xml:space="preserve"> bad</w:t>
      </w:r>
      <w:r>
        <w:t xml:space="preserve"> habits.</w:t>
        <w:br/>
        <w:t>嗨</w:t>
      </w:r>
      <w:r>
        <w:t xml:space="preserve"> 我是珍妮</w:t>
      </w:r>
      <w:r>
        <w:t xml:space="preserve"> </w:t>
      </w:r>
      <w:r>
        <w:t xml:space="preserve"> -杰丝卡</w:t>
        <w:br/>
        <w:t>Hi.</w:t>
      </w:r>
      <w:r>
        <w:t xml:space="preserve"> I'm</w:t>
      </w:r>
      <w:r>
        <w:t xml:space="preserve"> Janine.</w:t>
      </w:r>
      <w:r>
        <w:t xml:space="preserve"> Jessca.</w:t>
        <w:br/>
        <w:t>很高兴认识你</w:t>
      </w:r>
      <w:r>
        <w:t xml:space="preserve"> 杰西卡</w:t>
        <w:br/>
        <w:t>Oh,</w:t>
      </w:r>
      <w:r>
        <w:t xml:space="preserve"> it's</w:t>
      </w:r>
      <w:r>
        <w:t xml:space="preserve"> nice</w:t>
      </w:r>
      <w:r>
        <w:t xml:space="preserve"> to</w:t>
      </w:r>
      <w:r>
        <w:t xml:space="preserve"> meet</w:t>
      </w:r>
      <w:r>
        <w:t xml:space="preserve"> you,</w:t>
      </w:r>
      <w:r>
        <w:t xml:space="preserve"> Jessica.</w:t>
        <w:br/>
        <w:t>杰丝卡</w:t>
      </w:r>
      <w:r>
        <w:t xml:space="preserve"> 不是西</w:t>
      </w:r>
      <w:r>
        <w:t xml:space="preserve"> 杰斯</w:t>
      </w:r>
      <w:r>
        <w:t xml:space="preserve"> 卡</w:t>
        <w:br/>
        <w:t>Jessca.</w:t>
      </w:r>
      <w:r>
        <w:t xml:space="preserve"> There'sno"I"Jess...Ca.</w:t>
        <w:br/>
        <w:t>你是谁来着</w:t>
        <w:br/>
        <w:t>Who</w:t>
      </w:r>
      <w:r>
        <w:t xml:space="preserve"> are</w:t>
      </w:r>
      <w:r>
        <w:t xml:space="preserve"> you</w:t>
      </w:r>
      <w:r>
        <w:t xml:space="preserve"> again?</w:t>
        <w:br/>
        <w:t>哦</w:t>
      </w:r>
      <w:r>
        <w:t xml:space="preserve"> 对不起</w:t>
        <w:br/>
        <w:t>Oh,</w:t>
      </w:r>
      <w:r>
        <w:t xml:space="preserve"> sorry.</w:t>
        <w:br/>
        <w:t>我是提格斯老师</w:t>
      </w:r>
      <w:r>
        <w:t xml:space="preserve"> 这是我的教室</w:t>
        <w:br/>
        <w:t>I'm</w:t>
      </w:r>
      <w:r>
        <w:t xml:space="preserve"> Miss</w:t>
      </w:r>
      <w:r>
        <w:t xml:space="preserve"> Teagues.</w:t>
      </w:r>
      <w:r>
        <w:t xml:space="preserve"> This</w:t>
      </w:r>
      <w:r>
        <w:t xml:space="preserve"> is</w:t>
      </w:r>
      <w:r>
        <w:t xml:space="preserve"> my</w:t>
      </w:r>
      <w:r>
        <w:t xml:space="preserve"> classroom.</w:t>
        <w:br/>
        <w:t>哦</w:t>
      </w:r>
      <w:r>
        <w:t xml:space="preserve"> 你回来了啊</w:t>
        <w:br/>
        <w:t>Oh!</w:t>
      </w:r>
      <w:r>
        <w:t xml:space="preserve"> You're</w:t>
      </w:r>
      <w:r>
        <w:t xml:space="preserve"> back.</w:t>
        <w:br/>
        <w:t>朋友们</w:t>
      </w:r>
      <w:r>
        <w:t xml:space="preserve"> 看来我在这里的日子到头了</w:t>
        <w:br/>
        <w:t>Friends,</w:t>
      </w:r>
      <w:r>
        <w:t xml:space="preserve"> looks</w:t>
      </w:r>
      <w:r>
        <w:t xml:space="preserve"> like</w:t>
      </w:r>
      <w:r>
        <w:t xml:space="preserve"> I'm</w:t>
      </w:r>
      <w:r>
        <w:t xml:space="preserve"> at</w:t>
      </w:r>
      <w:r>
        <w:t xml:space="preserve"> the</w:t>
      </w:r>
      <w:r>
        <w:t xml:space="preserve"> end</w:t>
      </w:r>
      <w:r>
        <w:t xml:space="preserve"> of</w:t>
      </w:r>
      <w:r>
        <w:t xml:space="preserve"> my</w:t>
      </w:r>
      <w:r>
        <w:t xml:space="preserve"> time</w:t>
      </w:r>
      <w:r>
        <w:t xml:space="preserve"> here.</w:t>
        <w:br/>
        <w:t>哦</w:t>
      </w:r>
      <w:r>
        <w:t xml:space="preserve"> 不</w:t>
      </w:r>
      <w:r>
        <w:t xml:space="preserve"> 不</w:t>
      </w:r>
      <w:r>
        <w:t xml:space="preserve"> 不</w:t>
      </w:r>
      <w:r>
        <w:t xml:space="preserve"> 不</w:t>
      </w:r>
      <w:r>
        <w:t xml:space="preserve"> 我只是过来跟他们打个招呼</w:t>
        <w:br/>
        <w:t>Oh,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I</w:t>
      </w:r>
      <w:r>
        <w:t xml:space="preserve"> was</w:t>
      </w:r>
      <w:r>
        <w:t xml:space="preserve"> just</w:t>
      </w:r>
      <w:r>
        <w:t xml:space="preserve"> popping</w:t>
      </w:r>
      <w:r>
        <w:t xml:space="preserve"> in</w:t>
      </w:r>
      <w:r>
        <w:t xml:space="preserve"> to</w:t>
      </w:r>
      <w:r>
        <w:t xml:space="preserve"> say</w:t>
      </w:r>
      <w:r>
        <w:t xml:space="preserve"> hi</w:t>
      </w:r>
      <w:r>
        <w:t xml:space="preserve"> to</w:t>
      </w:r>
      <w:r>
        <w:t xml:space="preserve"> them.</w:t>
        <w:br/>
        <w:t>没错</w:t>
      </w:r>
      <w:r>
        <w:t xml:space="preserve"> 大家跟珍妮打个招呼吧</w:t>
        <w:br/>
        <w:t>That's</w:t>
      </w:r>
      <w:r>
        <w:t xml:space="preserve"> it</w:t>
      </w:r>
      <w:r>
        <w:t xml:space="preserve"> Everyone</w:t>
      </w:r>
      <w:r>
        <w:t xml:space="preserve"> say</w:t>
      </w:r>
      <w:r>
        <w:t xml:space="preserve"> hi</w:t>
      </w:r>
      <w:r>
        <w:t xml:space="preserve"> to</w:t>
      </w:r>
      <w:r>
        <w:t xml:space="preserve"> Janinel</w:t>
        <w:br/>
        <w:t>嗨</w:t>
      </w:r>
      <w:r>
        <w:t xml:space="preserve"> 珍妮</w:t>
        <w:br/>
        <w:t>AlI:</w:t>
      </w:r>
      <w:r>
        <w:t xml:space="preserve"> Hi,</w:t>
      </w:r>
      <w:r>
        <w:t xml:space="preserve"> Janine!</w:t>
        <w:br/>
        <w:t>哦不</w:t>
      </w:r>
      <w:r>
        <w:t xml:space="preserve"> 小朋友们</w:t>
      </w:r>
      <w:r>
        <w:t xml:space="preserve"> 是提格斯老师</w:t>
        <w:br/>
        <w:t>Oh.</w:t>
      </w:r>
      <w:r>
        <w:t xml:space="preserve"> Uh,</w:t>
      </w:r>
      <w:r>
        <w:t xml:space="preserve"> no,</w:t>
      </w:r>
      <w:r>
        <w:t xml:space="preserve"> guys,</w:t>
      </w:r>
      <w:r>
        <w:t xml:space="preserve"> it's</w:t>
      </w:r>
      <w:r>
        <w:t xml:space="preserve"> Miss</w:t>
      </w:r>
      <w:r>
        <w:t xml:space="preserve"> Teagues,</w:t>
        <w:br/>
        <w:t>大写T因为这是个专有名词</w:t>
        <w:br/>
        <w:t>with</w:t>
      </w:r>
      <w:r>
        <w:t xml:space="preserve"> a</w:t>
      </w:r>
      <w:r>
        <w:t xml:space="preserve"> capital</w:t>
      </w:r>
      <w:r>
        <w:t xml:space="preserve"> "T"</w:t>
      </w:r>
      <w:r>
        <w:t xml:space="preserve"> because</w:t>
      </w:r>
      <w:r>
        <w:t xml:space="preserve"> it's</w:t>
      </w:r>
      <w:r>
        <w:t xml:space="preserve"> a</w:t>
      </w:r>
      <w:r>
        <w:t xml:space="preserve"> proper</w:t>
      </w:r>
      <w:r>
        <w:t xml:space="preserve"> noun.</w:t>
        <w:br/>
        <w:t>我们为什么要抛弃</w:t>
        <w:br/>
        <w:t>Is</w:t>
      </w:r>
      <w:r>
        <w:t xml:space="preserve"> there</w:t>
      </w:r>
      <w:r>
        <w:t xml:space="preserve"> a</w:t>
      </w:r>
      <w:r>
        <w:t xml:space="preserve"> reason</w:t>
      </w:r>
      <w:r>
        <w:t xml:space="preserve"> why</w:t>
      </w:r>
      <w:r>
        <w:t xml:space="preserve"> we're</w:t>
      </w:r>
      <w:r>
        <w:t xml:space="preserve"> abandoning</w:t>
        <w:br/>
        <w:t>语法规则</w:t>
      </w:r>
      <w:r>
        <w:t xml:space="preserve"> </w:t>
      </w:r>
      <w:r>
        <w:t xml:space="preserve"> -哦</w:t>
      </w:r>
      <w:r>
        <w:t xml:space="preserve"> 这才第一次练习题</w:t>
        <w:br/>
        <w:t>all</w:t>
      </w:r>
      <w:r>
        <w:t xml:space="preserve"> the</w:t>
      </w:r>
      <w:r>
        <w:t xml:space="preserve"> rules</w:t>
      </w:r>
      <w:r>
        <w:t xml:space="preserve"> of</w:t>
      </w:r>
      <w:r>
        <w:t xml:space="preserve"> grammar?</w:t>
      </w:r>
      <w:r>
        <w:t xml:space="preserve"> Oh,</w:t>
      </w:r>
      <w:r>
        <w:t xml:space="preserve"> in</w:t>
      </w:r>
      <w:r>
        <w:t xml:space="preserve"> the</w:t>
      </w:r>
      <w:r>
        <w:t xml:space="preserve"> first</w:t>
      </w:r>
      <w:r>
        <w:t xml:space="preserve"> worksheet,</w:t>
        <w:br/>
        <w:t>我希望孩子们尽可能自&amp;hearts;由&amp;hearts;地书写</w:t>
        <w:br/>
        <w:t>I</w:t>
      </w:r>
      <w:r>
        <w:t xml:space="preserve"> like</w:t>
      </w:r>
      <w:r>
        <w:t xml:space="preserve"> for</w:t>
      </w:r>
      <w:r>
        <w:t xml:space="preserve"> the</w:t>
      </w:r>
      <w:r>
        <w:t xml:space="preserve"> kids</w:t>
      </w:r>
      <w:r>
        <w:t xml:space="preserve"> to</w:t>
      </w:r>
      <w:r>
        <w:t xml:space="preserve"> write</w:t>
      </w:r>
      <w:r>
        <w:t xml:space="preserve"> as</w:t>
      </w:r>
      <w:r>
        <w:t xml:space="preserve"> freely</w:t>
      </w:r>
      <w:r>
        <w:t xml:space="preserve"> as</w:t>
      </w:r>
      <w:r>
        <w:t xml:space="preserve"> possible.</w:t>
        <w:br/>
        <w:t>我们稍后再</w:t>
        <w:br/>
        <w:t>Mm.</w:t>
      </w:r>
      <w:r>
        <w:t xml:space="preserve"> And,</w:t>
      </w:r>
      <w:r>
        <w:t xml:space="preserve"> uh,</w:t>
      </w:r>
      <w:r>
        <w:t xml:space="preserve"> we'll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tackle</w:t>
        <w:br/>
        <w:t>讨论大写的问题</w:t>
        <w:br/>
        <w:t>capitalization</w:t>
      </w:r>
      <w:r>
        <w:t xml:space="preserve"> later.</w:t>
        <w:br/>
        <w:t>非常感谢你能过来看看我们</w:t>
        <w:br/>
        <w:t>Thank</w:t>
      </w:r>
      <w:r>
        <w:t xml:space="preserve"> you</w:t>
      </w:r>
      <w:r>
        <w:t xml:space="preserve"> so</w:t>
      </w:r>
      <w:r>
        <w:t xml:space="preserve"> much</w:t>
      </w:r>
      <w:r>
        <w:t xml:space="preserve"> for</w:t>
      </w:r>
      <w:r>
        <w:t xml:space="preserve"> stopping</w:t>
      </w:r>
      <w:r>
        <w:t xml:space="preserve"> by.</w:t>
        <w:br/>
        <w:t>再见</w:t>
      </w:r>
      <w:r>
        <w:t xml:space="preserve"> 珍妮</w:t>
      </w:r>
      <w:r>
        <w:t xml:space="preserve"> </w:t>
      </w:r>
      <w:r>
        <w:t xml:space="preserve"> -你看</w:t>
      </w:r>
      <w:r>
        <w:t xml:space="preserve"> 他刚才</w:t>
        <w:br/>
        <w:t>Bye,</w:t>
      </w:r>
      <w:r>
        <w:t xml:space="preserve"> Janine.</w:t>
      </w:r>
      <w:r>
        <w:t xml:space="preserve"> Oh,</w:t>
      </w:r>
      <w:r>
        <w:t xml:space="preserve"> see,</w:t>
      </w:r>
      <w:r>
        <w:t xml:space="preserve"> it's</w:t>
      </w:r>
      <w:r>
        <w:t xml:space="preserve"> the</w:t>
      </w:r>
      <w:r>
        <w:t xml:space="preserve"> way</w:t>
        <w:br/>
        <w:t>再见</w:t>
      </w:r>
      <w:r>
        <w:t xml:space="preserve"> 珍妮</w:t>
      </w:r>
      <w:r>
        <w:t xml:space="preserve"> </w:t>
      </w:r>
      <w:r>
        <w:t xml:space="preserve"> -你看</w:t>
      </w:r>
      <w:r>
        <w:t xml:space="preserve"> 他刚才</w:t>
        <w:br/>
        <w:t>Bye,</w:t>
      </w:r>
      <w:r>
        <w:t xml:space="preserve"> Janine.</w:t>
      </w:r>
      <w:r>
        <w:t xml:space="preserve"> Oh,</w:t>
      </w:r>
      <w:r>
        <w:t xml:space="preserve"> see,</w:t>
      </w:r>
      <w:r>
        <w:t xml:space="preserve"> it's</w:t>
      </w:r>
      <w:r>
        <w:t xml:space="preserve"> the</w:t>
      </w:r>
      <w:r>
        <w:t xml:space="preserve"> way</w:t>
        <w:br/>
        <w:t>说这话的方式正是我想要改</w:t>
        <w:br/>
        <w:t>he</w:t>
      </w:r>
      <w:r>
        <w:t xml:space="preserve"> said</w:t>
      </w:r>
      <w:r>
        <w:t xml:space="preserve"> that</w:t>
      </w:r>
      <w:r>
        <w:t xml:space="preserve"> just</w:t>
      </w:r>
      <w:r>
        <w:t xml:space="preserve"> now</w:t>
      </w:r>
      <w:r>
        <w:t xml:space="preserve"> is</w:t>
      </w:r>
      <w:r>
        <w:t xml:space="preserve"> what</w:t>
      </w:r>
      <w:r>
        <w:t xml:space="preserve"> I'm</w:t>
      </w:r>
      <w:r>
        <w:t xml:space="preserve"> trying</w:t>
      </w:r>
      <w:r>
        <w:t xml:space="preserve"> Mm</w:t>
      </w:r>
      <w:r>
        <w:t xml:space="preserve"> hmm.</w:t>
        <w:br/>
        <w:t>好吧</w:t>
      </w:r>
      <w:r>
        <w:t xml:space="preserve"> 让我们回到正题</w:t>
        <w:br/>
        <w:t>Alright.</w:t>
      </w:r>
      <w:r>
        <w:t xml:space="preserve"> Let's</w:t>
      </w:r>
      <w:r>
        <w:t xml:space="preserve"> get</w:t>
      </w:r>
      <w:r>
        <w:t xml:space="preserve"> back</w:t>
      </w:r>
      <w:r>
        <w:t xml:space="preserve"> to</w:t>
      </w:r>
      <w:r>
        <w:t xml:space="preserve"> it.</w:t>
        <w:br/>
        <w:t>怎么没禁止香烟呢</w:t>
        <w:br/>
        <w:t>How</w:t>
      </w:r>
      <w:r>
        <w:t xml:space="preserve"> could</w:t>
      </w:r>
      <w:r>
        <w:t xml:space="preserve"> cigarettes</w:t>
      </w:r>
      <w:r>
        <w:t xml:space="preserve"> not</w:t>
      </w:r>
      <w:r>
        <w:t xml:space="preserve"> be</w:t>
      </w:r>
      <w:r>
        <w:t xml:space="preserve"> banned?</w:t>
        <w:br/>
        <w:t>某人真的犯了个大错</w:t>
        <w:br/>
        <w:t>Yeah,</w:t>
      </w:r>
      <w:r>
        <w:t xml:space="preserve"> somebody</w:t>
      </w:r>
      <w:r>
        <w:t xml:space="preserve"> really</w:t>
      </w:r>
      <w:r>
        <w:t xml:space="preserve"> missed</w:t>
      </w:r>
      <w:r>
        <w:t xml:space="preserve"> the</w:t>
      </w:r>
      <w:r>
        <w:t xml:space="preserve"> mark</w:t>
      </w:r>
      <w:r>
        <w:t xml:space="preserve"> on</w:t>
      </w:r>
      <w:r>
        <w:t xml:space="preserve"> that</w:t>
      </w:r>
      <w:r>
        <w:t xml:space="preserve"> one.</w:t>
        <w:br/>
        <w:t>我知道我今天身材不好</w:t>
      </w:r>
      <w:r>
        <w:t xml:space="preserve"> 但别看我</w:t>
        <w:br/>
        <w:t>I</w:t>
      </w:r>
      <w:r>
        <w:t xml:space="preserve"> know</w:t>
      </w:r>
      <w:r>
        <w:t xml:space="preserve"> my</w:t>
      </w:r>
      <w:r>
        <w:t xml:space="preserve"> fit</w:t>
      </w:r>
      <w:r>
        <w:t xml:space="preserve"> is</w:t>
      </w:r>
      <w:r>
        <w:t xml:space="preserve"> going</w:t>
      </w:r>
      <w:r>
        <w:t xml:space="preserve"> off</w:t>
      </w:r>
      <w:r>
        <w:t xml:space="preserve"> today,</w:t>
      </w:r>
      <w:r>
        <w:t xml:space="preserve"> but</w:t>
      </w:r>
      <w:r>
        <w:t xml:space="preserve"> don't</w:t>
      </w:r>
      <w:r>
        <w:t xml:space="preserve"> look</w:t>
      </w:r>
      <w:r>
        <w:t xml:space="preserve"> at</w:t>
      </w:r>
      <w:r>
        <w:t xml:space="preserve"> me.</w:t>
        <w:br/>
        <w:t>我怪</w:t>
      </w:r>
      <w:r>
        <w:t xml:space="preserve"> 珍妮</w:t>
        <w:br/>
        <w:t>I</w:t>
      </w:r>
      <w:r>
        <w:t xml:space="preserve"> blame</w:t>
      </w:r>
      <w:r>
        <w:t xml:space="preserve"> Janine.</w:t>
        <w:br/>
        <w:t>你跑到学区里来干什么</w:t>
        <w:br/>
        <w:t>What</w:t>
      </w:r>
      <w:r>
        <w:t xml:space="preserve"> are</w:t>
      </w:r>
      <w:r>
        <w:t xml:space="preserve"> y'all</w:t>
      </w:r>
      <w:r>
        <w:t xml:space="preserve"> even</w:t>
      </w:r>
      <w:r>
        <w:t xml:space="preserve"> doing</w:t>
      </w:r>
      <w:r>
        <w:t xml:space="preserve"> down</w:t>
      </w:r>
      <w:r>
        <w:t xml:space="preserve"> there</w:t>
      </w:r>
      <w:r>
        <w:t xml:space="preserve"> at</w:t>
      </w:r>
      <w:r>
        <w:t xml:space="preserve"> the</w:t>
      </w:r>
      <w:r>
        <w:t xml:space="preserve"> district?</w:t>
        <w:br/>
        <w:t>来乱翻文件吗</w:t>
      </w:r>
      <w:r>
        <w:t xml:space="preserve"> 还是来拍抖音舞的</w:t>
        <w:br/>
        <w:t>Shuffling</w:t>
      </w:r>
      <w:r>
        <w:t xml:space="preserve"> papers?</w:t>
      </w:r>
      <w:r>
        <w:t xml:space="preserve"> Doing</w:t>
      </w:r>
      <w:r>
        <w:t xml:space="preserve"> the</w:t>
      </w:r>
      <w:r>
        <w:t xml:space="preserve"> Jubi</w:t>
      </w:r>
      <w:r>
        <w:t xml:space="preserve"> Slide?</w:t>
        <w:br/>
        <w:t>孩子们都开始抽烟了</w:t>
      </w:r>
      <w:r>
        <w:t xml:space="preserve"> </w:t>
      </w:r>
      <w:r>
        <w:t xml:space="preserve"> -什么抖音舞</w:t>
        <w:br/>
        <w:t>The</w:t>
      </w:r>
      <w:r>
        <w:t xml:space="preserve"> children</w:t>
      </w:r>
      <w:r>
        <w:t xml:space="preserve"> are</w:t>
      </w:r>
      <w:r>
        <w:t xml:space="preserve"> smoking.</w:t>
      </w:r>
      <w:r>
        <w:t xml:space="preserve"> What's</w:t>
      </w:r>
      <w:r>
        <w:t xml:space="preserve"> the</w:t>
      </w:r>
      <w:r>
        <w:t xml:space="preserve"> Jubi</w:t>
      </w:r>
      <w:r>
        <w:t xml:space="preserve"> Slide?</w:t>
        <w:br/>
        <w:t>哦</w:t>
      </w:r>
      <w:r>
        <w:t xml:space="preserve"> 就是你把一只脚放在地上</w:t>
        <w:br/>
        <w:t>Oh,</w:t>
      </w:r>
      <w:r>
        <w:t xml:space="preserve"> it's</w:t>
      </w:r>
      <w:r>
        <w:t xml:space="preserve"> when</w:t>
      </w:r>
      <w:r>
        <w:t xml:space="preserve"> you</w:t>
      </w:r>
      <w:r>
        <w:t xml:space="preserve"> put</w:t>
      </w:r>
      <w:r>
        <w:t xml:space="preserve"> one</w:t>
      </w:r>
      <w:r>
        <w:t xml:space="preserve"> foot</w:t>
      </w:r>
      <w:r>
        <w:t xml:space="preserve"> down,</w:t>
        <w:br/>
        <w:t>然后朝相反的方向移&amp;hearts;动&amp;hearts;</w:t>
        <w:br/>
        <w:t>and</w:t>
      </w:r>
      <w:r>
        <w:t xml:space="preserve"> you</w:t>
      </w:r>
      <w:r>
        <w:t xml:space="preserve"> kind</w:t>
      </w:r>
      <w:r>
        <w:t xml:space="preserve"> of</w:t>
      </w:r>
      <w:r>
        <w:t xml:space="preserve"> move</w:t>
      </w:r>
      <w:r>
        <w:t xml:space="preserve"> in</w:t>
      </w:r>
      <w:r>
        <w:t xml:space="preserve"> the</w:t>
      </w:r>
      <w:r>
        <w:t xml:space="preserve"> opposite</w:t>
      </w:r>
      <w:r>
        <w:t xml:space="preserve"> direction</w:t>
        <w:br/>
        <w:t>我不想生活在一个白人</w:t>
        <w:br/>
        <w:t>I</w:t>
      </w:r>
      <w:r>
        <w:t xml:space="preserve"> do</w:t>
      </w:r>
      <w:r>
        <w:t xml:space="preserve"> not</w:t>
      </w:r>
      <w:r>
        <w:t xml:space="preserve"> want</w:t>
      </w:r>
      <w:r>
        <w:t xml:space="preserve"> to</w:t>
      </w:r>
      <w:r>
        <w:t xml:space="preserve"> live</w:t>
      </w:r>
      <w:r>
        <w:t xml:space="preserve"> in</w:t>
      </w:r>
      <w:r>
        <w:t xml:space="preserve"> a</w:t>
      </w:r>
      <w:r>
        <w:t xml:space="preserve"> world</w:t>
        <w:br/>
        <w:t>向我解释舞蹈动作的世界里</w:t>
        <w:br/>
        <w:t>where</w:t>
      </w:r>
      <w:r>
        <w:t xml:space="preserve"> white</w:t>
      </w:r>
      <w:r>
        <w:t xml:space="preserve"> people</w:t>
      </w:r>
      <w:r>
        <w:t xml:space="preserve"> explain</w:t>
      </w:r>
      <w:r>
        <w:t xml:space="preserve"> dance</w:t>
      </w:r>
      <w:r>
        <w:t xml:space="preserve"> moves</w:t>
      </w:r>
      <w:r>
        <w:t xml:space="preserve"> to</w:t>
      </w:r>
      <w:r>
        <w:t xml:space="preserve"> me.</w:t>
        <w:br/>
        <w:t>我就是不明白</w:t>
        <w:br/>
        <w:t>You</w:t>
      </w:r>
      <w:r>
        <w:t xml:space="preserve"> know,</w:t>
      </w:r>
      <w:r>
        <w:t xml:space="preserve"> I</w:t>
      </w:r>
      <w:r>
        <w:t xml:space="preserve"> just</w:t>
      </w:r>
      <w:r>
        <w:t xml:space="preserve"> don't</w:t>
      </w:r>
      <w:r>
        <w:t xml:space="preserve"> get</w:t>
      </w:r>
      <w:r>
        <w:t xml:space="preserve"> it.</w:t>
        <w:br/>
        <w:t>我还以为真&amp;hearts;相&amp;hearts;活动过后</w:t>
        <w:br/>
        <w:t>You</w:t>
      </w:r>
      <w:r>
        <w:t xml:space="preserve"> know,</w:t>
      </w:r>
      <w:r>
        <w:t xml:space="preserve"> I</w:t>
      </w:r>
      <w:r>
        <w:t xml:space="preserve"> thought</w:t>
      </w:r>
      <w:r>
        <w:t xml:space="preserve"> we</w:t>
      </w:r>
      <w:r>
        <w:t xml:space="preserve"> beat</w:t>
      </w:r>
      <w:r>
        <w:t xml:space="preserve"> cigarettes</w:t>
        <w:br/>
        <w:t>大家就都不抽烟了</w:t>
        <w:br/>
        <w:t>with</w:t>
      </w:r>
      <w:r>
        <w:t xml:space="preserve"> the</w:t>
      </w:r>
      <w:r>
        <w:t xml:space="preserve"> Truth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Campaign.</w:t>
        <w:br/>
        <w:t>抽烟也太复古了</w:t>
        <w:br/>
        <w:t>It's</w:t>
      </w:r>
      <w:r>
        <w:t xml:space="preserve"> just</w:t>
      </w:r>
      <w:r>
        <w:t xml:space="preserve"> so</w:t>
      </w:r>
      <w:r>
        <w:t xml:space="preserve"> retro.</w:t>
        <w:br/>
        <w:t>好吧</w:t>
      </w:r>
      <w:r>
        <w:t xml:space="preserve"> 可能又变回潮流了</w:t>
        <w:br/>
        <w:t>Well,</w:t>
      </w:r>
      <w:r>
        <w:t xml:space="preserve"> maybe</w:t>
      </w:r>
      <w:r>
        <w:t xml:space="preserve"> they're</w:t>
      </w:r>
      <w:r>
        <w:t xml:space="preserve"> getting</w:t>
      </w:r>
      <w:r>
        <w:t xml:space="preserve"> cool</w:t>
      </w:r>
      <w:r>
        <w:t xml:space="preserve"> again.</w:t>
        <w:br/>
        <w:t>木底鞋都能回归</w:t>
      </w:r>
      <w:r>
        <w:t xml:space="preserve"> 还有什么不可能的</w:t>
        <w:br/>
        <w:t>I</w:t>
      </w:r>
      <w:r>
        <w:t xml:space="preserve"> mean,</w:t>
      </w:r>
      <w:r>
        <w:t xml:space="preserve"> clogs</w:t>
      </w:r>
      <w:r>
        <w:t xml:space="preserve"> are</w:t>
      </w:r>
      <w:r>
        <w:t xml:space="preserve"> back.</w:t>
      </w:r>
      <w:r>
        <w:t xml:space="preserve"> Anything's</w:t>
      </w:r>
      <w:r>
        <w:t xml:space="preserve"> possible.</w:t>
        <w:br/>
        <w:t>嗯</w:t>
      </w:r>
      <w:r>
        <w:t xml:space="preserve"> 对啊</w:t>
      </w:r>
      <w:r>
        <w:t xml:space="preserve"> 但是有的木底鞋还挺好看的</w:t>
        <w:br/>
        <w:t>Yes.</w:t>
      </w:r>
      <w:r>
        <w:t xml:space="preserve"> Well,</w:t>
      </w:r>
      <w:r>
        <w:t xml:space="preserve"> yes,</w:t>
      </w:r>
      <w:r>
        <w:t xml:space="preserve"> but</w:t>
      </w:r>
      <w:r>
        <w:t xml:space="preserve"> there</w:t>
      </w:r>
      <w:r>
        <w:t xml:space="preserve"> are</w:t>
      </w:r>
      <w:r>
        <w:t xml:space="preserve"> some</w:t>
      </w:r>
      <w:r>
        <w:t xml:space="preserve"> cool</w:t>
      </w:r>
      <w:r>
        <w:t xml:space="preserve"> clogs.</w:t>
        <w:br/>
        <w:t>我真不敢相信孩子们在抽豚草</w:t>
        <w:br/>
        <w:t>I</w:t>
      </w:r>
      <w:r>
        <w:t xml:space="preserve"> just</w:t>
      </w:r>
      <w:r>
        <w:t xml:space="preserve"> can't</w:t>
      </w:r>
      <w:r>
        <w:t xml:space="preserve"> believe</w:t>
      </w:r>
      <w:r>
        <w:t xml:space="preserve"> that</w:t>
      </w:r>
      <w:r>
        <w:t xml:space="preserve"> children</w:t>
      </w:r>
      <w:r>
        <w:t xml:space="preserve"> are</w:t>
      </w:r>
      <w:r>
        <w:t xml:space="preserve"> smoking</w:t>
      </w:r>
      <w:r>
        <w:t xml:space="preserve"> ragweed.</w:t>
        <w:br/>
        <w:t>就是</w:t>
      </w:r>
      <w:r>
        <w:t xml:space="preserve"> 难道他们不知道吸烟有害健康吗</w:t>
        <w:br/>
        <w:t>I</w:t>
      </w:r>
      <w:r>
        <w:t xml:space="preserve"> know.</w:t>
      </w:r>
      <w:r>
        <w:t xml:space="preserve"> Don't</w:t>
      </w:r>
      <w:r>
        <w:t xml:space="preserve"> they</w:t>
      </w:r>
      <w:r>
        <w:t xml:space="preserve"> know</w:t>
      </w:r>
      <w:r>
        <w:t xml:space="preserve"> that</w:t>
      </w:r>
      <w:r>
        <w:t xml:space="preserve"> smoking</w:t>
      </w:r>
      <w:r>
        <w:t xml:space="preserve"> kills?</w:t>
        <w:br/>
        <w:t>雅各布</w:t>
      </w:r>
      <w:r>
        <w:t xml:space="preserve"> 你自己都在电子烟</w:t>
        <w:br/>
        <w:t>Mm.</w:t>
      </w:r>
      <w:r>
        <w:t xml:space="preserve"> Jacob,</w:t>
      </w:r>
      <w:r>
        <w:t xml:space="preserve"> you</w:t>
      </w:r>
      <w:r>
        <w:t xml:space="preserve"> literally</w:t>
      </w:r>
      <w:r>
        <w:t xml:space="preserve"> vape.</w:t>
        <w:br/>
        <w:t>好吧</w:t>
      </w:r>
      <w:r>
        <w:t xml:space="preserve"> 这是不一样的</w:t>
        <w:br/>
        <w:br/>
        <w:t>Okay,</w:t>
      </w:r>
      <w:r>
        <w:t xml:space="preserve"> that's</w:t>
      </w:r>
      <w:r>
        <w:t xml:space="preserve"> different</w:t>
      </w:r>
      <w:r>
        <w:t xml:space="preserve"> That</w:t>
        <w:br/>
        <w:t>是的</w:t>
      </w:r>
      <w:r>
        <w:t xml:space="preserve"> 电子烟更糟糕</w:t>
      </w:r>
      <w:r>
        <w:t xml:space="preserve"> 因为你可以在任何地方抽</w:t>
        <w:br/>
        <w:t>Yes,</w:t>
      </w:r>
      <w:r>
        <w:t xml:space="preserve"> in</w:t>
      </w:r>
      <w:r>
        <w:t xml:space="preserve"> that</w:t>
      </w:r>
      <w:r>
        <w:t xml:space="preserve"> it's</w:t>
      </w:r>
      <w:r>
        <w:t xml:space="preserve"> worse</w:t>
      </w:r>
      <w:r>
        <w:t xml:space="preserve"> because</w:t>
      </w:r>
      <w:r>
        <w:t xml:space="preserve"> you</w:t>
      </w:r>
      <w:r>
        <w:t xml:space="preserve"> can</w:t>
      </w:r>
      <w:r>
        <w:t xml:space="preserve"> vape</w:t>
      </w:r>
      <w:r>
        <w:t xml:space="preserve"> anywhere.</w:t>
        <w:br/>
        <w:t>你看《萨特本》的时候一直在吸电子烟</w:t>
        <w:br/>
        <w:t>You</w:t>
      </w:r>
      <w:r>
        <w:t xml:space="preserve"> vaped</w:t>
      </w:r>
      <w:r>
        <w:t xml:space="preserve"> all</w:t>
      </w:r>
      <w:r>
        <w:t xml:space="preserve"> through</w:t>
      </w:r>
      <w:r>
        <w:t xml:space="preserve"> "Saltburn.</w:t>
      </w:r>
      <w:r>
        <w:t xml:space="preserve"> "</w:t>
        <w:br/>
        <w:t>你吸入了成千上万的毒素</w:t>
      </w:r>
      <w:r>
        <w:t xml:space="preserve"> 哕</w:t>
        <w:br/>
        <w:t>You're</w:t>
      </w:r>
      <w:r>
        <w:t xml:space="preserve"> inhaling</w:t>
      </w:r>
      <w:r>
        <w:t xml:space="preserve"> thousands</w:t>
      </w:r>
      <w:r>
        <w:t xml:space="preserve"> of</w:t>
      </w:r>
      <w:r>
        <w:t xml:space="preserve"> toxins.</w:t>
      </w:r>
      <w:r>
        <w:t xml:space="preserve"> Yuck.</w:t>
        <w:br/>
        <w:t>嗯</w:t>
      </w:r>
      <w:r>
        <w:t xml:space="preserve"> 那</w:t>
      </w:r>
      <w:r>
        <w:t xml:space="preserve"> 珍妮每天都抽大&amp;hearts;麻&amp;hearts;呢</w:t>
        <w:br/>
        <w:t>Yeah,</w:t>
      </w:r>
      <w:r>
        <w:t xml:space="preserve"> well...Janine</w:t>
      </w:r>
      <w:r>
        <w:t xml:space="preserve"> smokes</w:t>
      </w:r>
      <w:r>
        <w:t xml:space="preserve"> weed</w:t>
      </w:r>
      <w:r>
        <w:t xml:space="preserve"> every</w:t>
      </w:r>
      <w:r>
        <w:t xml:space="preserve"> day.</w:t>
        <w:br/>
        <w:t>不是吧</w:t>
        <w:br/>
        <w:t>No.</w:t>
        <w:br/>
        <w:t>好家伙</w:t>
      </w:r>
      <w:r>
        <w:t xml:space="preserve"> 你个爆&amp;hearts;炸&amp;hearts;头</w:t>
        <w:br/>
        <w:t>Damn,</w:t>
      </w:r>
      <w:r>
        <w:t xml:space="preserve"> Afroman.</w:t>
        <w:br/>
        <w:t>不是</w:t>
      </w:r>
      <w:r>
        <w:t xml:space="preserve"> 不是每天</w:t>
        <w:br/>
        <w:t>Nope.</w:t>
      </w:r>
      <w:r>
        <w:t xml:space="preserve"> Not</w:t>
      </w:r>
      <w:r>
        <w:t xml:space="preserve"> every</w:t>
      </w:r>
      <w:r>
        <w:t xml:space="preserve"> day.</w:t>
        <w:br/>
        <w:t>是每晚</w:t>
        <w:br/>
        <w:t>Every</w:t>
      </w:r>
      <w:r>
        <w:t xml:space="preserve"> night.</w:t>
        <w:br/>
        <w:t>珍妮</w:t>
        <w:br/>
        <w:t>Janine.</w:t>
        <w:br/>
        <w:t>草</w:t>
      </w:r>
      <w:r>
        <w:t xml:space="preserve"> 叶子</w:t>
        <w:br/>
        <w:t>Reefer.</w:t>
      </w:r>
      <w:r>
        <w:t xml:space="preserve"> Ganja.</w:t>
        <w:br/>
        <w:t>恶魔的生菜</w:t>
        <w:br/>
        <w:t>The</w:t>
      </w:r>
      <w:r>
        <w:t xml:space="preserve"> Devil's</w:t>
      </w:r>
      <w:r>
        <w:t xml:space="preserve"> Lettuce.</w:t>
        <w:br/>
        <w:t>所以你的脚才这么大是吧</w:t>
        <w:br/>
        <w:t>That's</w:t>
      </w:r>
      <w:r>
        <w:t xml:space="preserve"> why</w:t>
      </w:r>
      <w:r>
        <w:t xml:space="preserve"> your</w:t>
      </w:r>
      <w:r>
        <w:t xml:space="preserve"> feet</w:t>
      </w:r>
      <w:r>
        <w:t xml:space="preserve"> so</w:t>
      </w:r>
      <w:r>
        <w:t xml:space="preserve"> big.</w:t>
        <w:br/>
        <w:t>这是药用的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也是为了大家着想</w:t>
        <w:br/>
        <w:t>I-</w:t>
      </w:r>
      <w:r>
        <w:t xml:space="preserve"> It's</w:t>
      </w:r>
      <w:r>
        <w:t xml:space="preserve"> medicinal,</w:t>
      </w:r>
      <w:r>
        <w:t xml:space="preserve"> and...</w:t>
      </w:r>
      <w:r>
        <w:t xml:space="preserve"> and</w:t>
      </w:r>
      <w:r>
        <w:t xml:space="preserve"> it's</w:t>
      </w:r>
      <w:r>
        <w:t xml:space="preserve"> considerate.</w:t>
        <w:br/>
        <w:t>如果我不抽</w:t>
      </w:r>
      <w:r>
        <w:t xml:space="preserve"> 我就是个讨人厌的劲量兔</w:t>
        <w:br/>
        <w:t>If</w:t>
      </w:r>
      <w:r>
        <w:t xml:space="preserve"> I</w:t>
      </w:r>
      <w:r>
        <w:t xml:space="preserve"> didn't</w:t>
      </w:r>
      <w:r>
        <w:t xml:space="preserve"> smoke,</w:t>
      </w:r>
      <w:r>
        <w:t xml:space="preserve"> I'd</w:t>
      </w:r>
      <w:r>
        <w:t xml:space="preserve"> be</w:t>
      </w:r>
      <w:r>
        <w:t xml:space="preserve"> an</w:t>
      </w:r>
      <w:r>
        <w:t xml:space="preserve"> insufferable</w:t>
      </w:r>
      <w:r>
        <w:t xml:space="preserve"> Energizer</w:t>
      </w:r>
      <w:r>
        <w:t xml:space="preserve"> Bunny.</w:t>
        <w:br/>
        <w:t>真是没想到</w:t>
      </w:r>
      <w:r>
        <w:t xml:space="preserve"> 珍妮居然已经是小声说话了</w:t>
        <w:br/>
        <w:t>What</w:t>
      </w:r>
      <w:r>
        <w:t xml:space="preserve"> a</w:t>
      </w:r>
      <w:r>
        <w:t xml:space="preserve"> twist.</w:t>
      </w:r>
      <w:r>
        <w:t xml:space="preserve"> Janine</w:t>
      </w:r>
      <w:r>
        <w:t xml:space="preserve"> is</w:t>
      </w:r>
      <w:r>
        <w:t xml:space="preserve"> quietly</w:t>
      </w:r>
      <w:r>
        <w:t xml:space="preserve"> off</w:t>
      </w:r>
      <w:r>
        <w:t xml:space="preserve"> that</w:t>
      </w:r>
      <w:r>
        <w:t xml:space="preserve"> loud.</w:t>
        <w:br/>
        <w:t>艾娃</w:t>
      </w:r>
      <w:r>
        <w:t xml:space="preserve"> 你没资格说话</w:t>
      </w:r>
      <w:r>
        <w:t xml:space="preserve"> 好吗</w:t>
      </w:r>
      <w:r>
        <w:t xml:space="preserve"> 你就是个水烟脑袋</w:t>
        <w:br/>
        <w:t>Ava,</w:t>
      </w:r>
      <w:r>
        <w:t xml:space="preserve"> you</w:t>
      </w:r>
      <w:r>
        <w:t xml:space="preserve"> can't</w:t>
      </w:r>
      <w:r>
        <w:t xml:space="preserve"> talk,</w:t>
      </w:r>
      <w:r>
        <w:t xml:space="preserve"> okay?</w:t>
      </w:r>
      <w:r>
        <w:t xml:space="preserve"> You</w:t>
      </w:r>
      <w:r>
        <w:t xml:space="preserve"> a</w:t>
      </w:r>
      <w:r>
        <w:t xml:space="preserve"> hookah</w:t>
      </w:r>
      <w:r>
        <w:t xml:space="preserve"> head</w:t>
        <w:br/>
        <w:t>确实</w:t>
      </w:r>
      <w:r>
        <w:t xml:space="preserve"> 但是我用的量少</w:t>
        <w:br/>
        <w:t>Mm-</w:t>
      </w:r>
      <w:r>
        <w:t xml:space="preserve"> hmm.</w:t>
      </w:r>
      <w:r>
        <w:t xml:space="preserve"> Facts.</w:t>
      </w:r>
      <w:r>
        <w:t xml:space="preserve"> And</w:t>
      </w:r>
      <w:r>
        <w:t xml:space="preserve"> microdosing.</w:t>
        <w:br/>
        <w:t>我就盯着水烟筒看一会儿</w:t>
      </w:r>
      <w:r>
        <w:t xml:space="preserve"> 然后就说</w:t>
      </w:r>
      <w:r>
        <w:t xml:space="preserve"> 好</w:t>
      </w:r>
      <w:r>
        <w:t xml:space="preserve"> 够了</w:t>
        <w:br/>
        <w:t>I</w:t>
      </w:r>
      <w:r>
        <w:t xml:space="preserve"> just</w:t>
      </w:r>
      <w:r>
        <w:t xml:space="preserve"> eyeball</w:t>
      </w:r>
      <w:r>
        <w:t xml:space="preserve"> it</w:t>
      </w:r>
      <w:r>
        <w:t xml:space="preserve"> and</w:t>
      </w:r>
      <w:r>
        <w:t xml:space="preserve"> say,</w:t>
      </w:r>
      <w:r>
        <w:t xml:space="preserve"> "Yeah,</w:t>
      </w:r>
      <w:r>
        <w:t xml:space="preserve"> that's</w:t>
      </w:r>
      <w:r>
        <w:t xml:space="preserve"> enough.</w:t>
      </w:r>
      <w:r>
        <w:t xml:space="preserve"> "</w:t>
        <w:br/>
        <w:t>员然我不抽烟</w:t>
        <w:br/>
        <w:t>Now,</w:t>
      </w:r>
      <w:r>
        <w:t xml:space="preserve"> I</w:t>
      </w:r>
      <w:r>
        <w:t xml:space="preserve"> don't</w:t>
      </w:r>
      <w:r>
        <w:t xml:space="preserve"> smoke,</w:t>
        <w:br/>
        <w:t>但我喜欢在周末吃蛋白大&amp;hearts;麻&amp;hearts;棒</w:t>
        <w:br/>
        <w:t>but</w:t>
      </w:r>
      <w:r>
        <w:t xml:space="preserve"> I</w:t>
      </w:r>
      <w:r>
        <w:t xml:space="preserve"> do</w:t>
      </w:r>
      <w:r>
        <w:t xml:space="preserve"> enjoy</w:t>
      </w:r>
      <w:r>
        <w:t xml:space="preserve"> a</w:t>
      </w:r>
      <w:r>
        <w:t xml:space="preserve"> protein-</w:t>
      </w:r>
      <w:r>
        <w:t xml:space="preserve"> bar</w:t>
      </w:r>
      <w:r>
        <w:t xml:space="preserve"> edible</w:t>
      </w:r>
      <w:r>
        <w:t xml:space="preserve"> on</w:t>
      </w:r>
      <w:r>
        <w:t xml:space="preserve"> the</w:t>
      </w:r>
      <w:r>
        <w:t xml:space="preserve"> weekends.</w:t>
        <w:br/>
        <w:t>你知道</w:t>
      </w:r>
      <w:r>
        <w:t xml:space="preserve"> 研究实际上表明</w:t>
        <w:br/>
        <w:t>You</w:t>
      </w:r>
      <w:r>
        <w:t xml:space="preserve"> know,</w:t>
      </w:r>
      <w:r>
        <w:t xml:space="preserve"> research</w:t>
      </w:r>
      <w:r>
        <w:t xml:space="preserve"> actually</w:t>
      </w:r>
      <w:r>
        <w:t xml:space="preserve"> shows</w:t>
      </w:r>
      <w:r>
        <w:t xml:space="preserve"> …</w:t>
        <w:br/>
        <w:t>这人能让吸毒都变无聊</w:t>
        <w:br/>
        <w:t>Wow.</w:t>
      </w:r>
      <w:r>
        <w:t xml:space="preserve"> This</w:t>
      </w:r>
      <w:r>
        <w:t xml:space="preserve"> man</w:t>
      </w:r>
      <w:r>
        <w:t xml:space="preserve"> just</w:t>
      </w:r>
      <w:r>
        <w:t xml:space="preserve"> made</w:t>
      </w:r>
      <w:r>
        <w:t xml:space="preserve"> drugs</w:t>
      </w:r>
      <w:r>
        <w:t xml:space="preserve"> boring.</w:t>
        <w:br/>
        <w:t>我建议你们都放下恶习</w:t>
        <w:br/>
        <w:t>I</w:t>
      </w:r>
      <w:r>
        <w:t xml:space="preserve"> suggest</w:t>
      </w:r>
      <w:r>
        <w:t xml:space="preserve"> that</w:t>
      </w:r>
      <w:r>
        <w:t xml:space="preserve"> you</w:t>
      </w:r>
      <w:r>
        <w:t xml:space="preserve"> all</w:t>
      </w:r>
      <w:r>
        <w:t xml:space="preserve"> drop</w:t>
      </w:r>
      <w:r>
        <w:t xml:space="preserve"> your</w:t>
      </w:r>
      <w:r>
        <w:t xml:space="preserve"> vices</w:t>
        <w:br/>
        <w:t>来吸一口我的好药</w:t>
        <w:br/>
        <w:t>and</w:t>
      </w:r>
      <w:r>
        <w:t xml:space="preserve"> take</w:t>
      </w:r>
      <w:r>
        <w:t xml:space="preserve"> a</w:t>
      </w:r>
      <w:r>
        <w:t xml:space="preserve"> hit</w:t>
      </w:r>
      <w:r>
        <w:t xml:space="preserve"> of</w:t>
      </w:r>
      <w:r>
        <w:t xml:space="preserve"> my</w:t>
      </w:r>
      <w:r>
        <w:t xml:space="preserve"> drug</w:t>
      </w:r>
      <w:r>
        <w:t xml:space="preserve"> of</w:t>
      </w:r>
      <w:r>
        <w:t xml:space="preserve"> choice</w:t>
      </w:r>
      <w:r>
        <w:t xml:space="preserve"> －</w:t>
        <w:br/>
        <w:t>耶稣</w:t>
        <w:br/>
        <w:t>J-</w:t>
      </w:r>
      <w:r>
        <w:t xml:space="preserve"> E-</w:t>
      </w:r>
      <w:r>
        <w:t xml:space="preserve"> S-</w:t>
      </w:r>
      <w:r>
        <w:t xml:space="preserve"> U-</w:t>
      </w:r>
      <w:r>
        <w:t xml:space="preserve"> S.</w:t>
        <w:br/>
        <w:t>街名</w:t>
      </w:r>
      <w:r>
        <w:t xml:space="preserve"> 我主</w:t>
        <w:br/>
        <w:t>Street</w:t>
      </w:r>
      <w:r>
        <w:t xml:space="preserve"> name,</w:t>
      </w:r>
      <w:r>
        <w:t xml:space="preserve"> Christ.</w:t>
        <w:br/>
        <w:t>大家都知道</w:t>
        <w:br/>
        <w:t>Uh,</w:t>
      </w:r>
      <w:r>
        <w:t xml:space="preserve"> you've</w:t>
      </w:r>
      <w:r>
        <w:t xml:space="preserve"> been</w:t>
      </w:r>
      <w:r>
        <w:t xml:space="preserve"> known</w:t>
        <w:br/>
        <w:t>你喜欢大喝特喝小瓶夏敦埃洒</w:t>
        <w:br/>
        <w:t>to</w:t>
      </w:r>
      <w:r>
        <w:t xml:space="preserve"> demolish</w:t>
      </w:r>
      <w:r>
        <w:t xml:space="preserve"> those</w:t>
      </w:r>
      <w:r>
        <w:t xml:space="preserve"> little</w:t>
      </w:r>
      <w:r>
        <w:t xml:space="preserve"> bottles</w:t>
      </w:r>
      <w:r>
        <w:t xml:space="preserve"> of</w:t>
      </w:r>
      <w:r>
        <w:t xml:space="preserve"> Chardonnay.</w:t>
        <w:br/>
        <w:t>而且你吸液休大&amp;hearts;麻&amp;hearts;</w:t>
        <w:br/>
        <w:t>And</w:t>
      </w:r>
      <w:r>
        <w:t xml:space="preserve"> you</w:t>
      </w:r>
      <w:r>
        <w:t xml:space="preserve"> snort</w:t>
      </w:r>
      <w:r>
        <w:t xml:space="preserve"> that</w:t>
      </w:r>
      <w:r>
        <w:t xml:space="preserve"> liquid</w:t>
      </w:r>
      <w:r>
        <w:t xml:space="preserve"> marijuana.</w:t>
        <w:br/>
        <w:t>不是吸</w:t>
      </w:r>
      <w:r>
        <w:t xml:space="preserve"> 那是大&amp;hearts;麻&amp;hearts;二酚油</w:t>
        <w:br/>
        <w:t>You</w:t>
      </w:r>
      <w:r>
        <w:t xml:space="preserve"> don</w:t>
      </w:r>
      <w:r>
        <w:t xml:space="preserve"> t</w:t>
      </w:r>
      <w:r>
        <w:t xml:space="preserve"> snort</w:t>
      </w:r>
      <w:r>
        <w:t xml:space="preserve"> it</w:t>
      </w:r>
      <w:r>
        <w:t xml:space="preserve"> It</w:t>
      </w:r>
      <w:r>
        <w:t xml:space="preserve"> is</w:t>
      </w:r>
      <w:r>
        <w:t xml:space="preserve"> CBD</w:t>
      </w:r>
      <w:r>
        <w:t xml:space="preserve"> oil,</w:t>
        <w:br/>
        <w:t>我用来涂关节的</w:t>
        <w:br/>
        <w:t>and</w:t>
      </w:r>
      <w:r>
        <w:t xml:space="preserve"> Irub</w:t>
      </w:r>
      <w:r>
        <w:t xml:space="preserve"> it</w:t>
      </w:r>
      <w:r>
        <w:t xml:space="preserve"> on</w:t>
      </w:r>
      <w:r>
        <w:t xml:space="preserve"> my</w:t>
      </w:r>
      <w:r>
        <w:t xml:space="preserve"> joints.</w:t>
        <w:br/>
        <w:t>这是上瘾第一步药膏</w:t>
        <w:br/>
        <w:t>It's</w:t>
      </w:r>
      <w:r>
        <w:t xml:space="preserve"> a</w:t>
      </w:r>
      <w:r>
        <w:t xml:space="preserve"> gateway</w:t>
      </w:r>
      <w:r>
        <w:t xml:space="preserve"> ointment.</w:t>
        <w:br/>
        <w:t>你们的肺都成灰了吧</w:t>
        <w:br/>
        <w:t>Your</w:t>
      </w:r>
      <w:r>
        <w:t xml:space="preserve"> lungs</w:t>
      </w:r>
      <w:r>
        <w:t xml:space="preserve"> are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dust.</w:t>
        <w:br/>
        <w:t>一群瘾君了</w:t>
      </w:r>
      <w:r>
        <w:t xml:space="preserve"> 说到关节（大&amp;hearts;麻&amp;hearts;烟）</w:t>
        <w:br/>
        <w:t>Crackheads.</w:t>
      </w:r>
      <w:r>
        <w:t xml:space="preserve"> Speaking</w:t>
      </w:r>
      <w:r>
        <w:t xml:space="preserve"> of</w:t>
      </w:r>
      <w:r>
        <w:t xml:space="preserve"> joints,</w:t>
        <w:br/>
        <w:t>你们有没有试过加上</w:t>
        <w:br/>
        <w:t>you</w:t>
      </w:r>
      <w:r>
        <w:t xml:space="preserve"> ever</w:t>
      </w:r>
      <w:r>
        <w:t xml:space="preserve"> submerge</w:t>
      </w:r>
      <w:r>
        <w:t xml:space="preserve"> yourself</w:t>
      </w:r>
      <w:r>
        <w:t xml:space="preserve"> in</w:t>
      </w:r>
      <w:r>
        <w:t xml:space="preserve"> the</w:t>
      </w:r>
      <w:r>
        <w:t xml:space="preserve"> essence</w:t>
      </w:r>
      <w:r>
        <w:t xml:space="preserve"> of-</w:t>
        <w:br/>
        <w:t>好了好了</w:t>
      </w:r>
      <w:r>
        <w:t xml:space="preserve"> 嘘</w:t>
      </w:r>
      <w:r>
        <w:t xml:space="preserve"> 别说了</w:t>
        <w:br/>
        <w:t>Oh,</w:t>
      </w:r>
      <w:r>
        <w:t xml:space="preserve"> duh-</w:t>
      </w:r>
      <w:r>
        <w:t xml:space="preserve"> duh-</w:t>
      </w:r>
      <w:r>
        <w:t xml:space="preserve"> duh-</w:t>
      </w:r>
      <w:r>
        <w:t xml:space="preserve"> duh,</w:t>
      </w:r>
      <w:r>
        <w:t xml:space="preserve"> shh.</w:t>
      </w:r>
      <w:r>
        <w:t xml:space="preserve"> Don't</w:t>
      </w:r>
      <w:r>
        <w:t xml:space="preserve"> finish</w:t>
      </w:r>
      <w:r>
        <w:t xml:space="preserve"> that</w:t>
      </w:r>
      <w:r>
        <w:t xml:space="preserve"> sentence.</w:t>
        <w:br/>
        <w:t>乳香和迷迭香</w:t>
        <w:br/>
        <w:t>Frankincense</w:t>
      </w:r>
      <w:r>
        <w:t xml:space="preserve"> and</w:t>
      </w:r>
      <w:r>
        <w:t xml:space="preserve"> rosemary.</w:t>
        <w:br/>
        <w:t>我抽烟丝混大&amp;hearts;麻&amp;hearts;的时候就爱这口</w:t>
        <w:br/>
        <w:t>I</w:t>
      </w:r>
      <w:r>
        <w:t xml:space="preserve"> bathe</w:t>
      </w:r>
      <w:r>
        <w:t xml:space="preserve"> in</w:t>
      </w:r>
      <w:r>
        <w:t xml:space="preserve"> it</w:t>
      </w:r>
      <w:r>
        <w:t xml:space="preserve"> while</w:t>
      </w:r>
      <w:r>
        <w:t xml:space="preserve"> I</w:t>
      </w:r>
      <w:r>
        <w:t xml:space="preserve"> hit</w:t>
      </w:r>
      <w:r>
        <w:t xml:space="preserve"> a</w:t>
      </w:r>
      <w:r>
        <w:t xml:space="preserve"> blunt.</w:t>
        <w:br/>
        <w:t>抓到了</w:t>
      </w:r>
      <w:r>
        <w:t xml:space="preserve"> 好了</w:t>
      </w:r>
      <w:r>
        <w:t xml:space="preserve"> 我</w:t>
        <w:br/>
        <w:t>Gotcha.</w:t>
      </w:r>
      <w:r>
        <w:t xml:space="preserve"> Okay.</w:t>
      </w:r>
      <w:r>
        <w:t xml:space="preserve"> I...</w:t>
        <w:br/>
        <w:t>抓到了</w:t>
      </w:r>
      <w:r>
        <w:t xml:space="preserve"> 很高兴我们找到了你</w:t>
        <w:br/>
        <w:t>Gotcha.</w:t>
      </w:r>
      <w:r>
        <w:t xml:space="preserve"> Whew,</w:t>
      </w:r>
      <w:r>
        <w:t xml:space="preserve"> so</w:t>
      </w:r>
      <w:r>
        <w:t xml:space="preserve"> glad</w:t>
      </w:r>
      <w:r>
        <w:t xml:space="preserve"> we</w:t>
      </w:r>
      <w:r>
        <w:t xml:space="preserve"> found</w:t>
      </w:r>
      <w:r>
        <w:t xml:space="preserve"> you.</w:t>
        <w:br/>
        <w:t>你刚刚可能听到了也可能没听到了</w:t>
        <w:br/>
        <w:t>Um,</w:t>
      </w:r>
      <w:r>
        <w:t xml:space="preserve"> you</w:t>
      </w:r>
      <w:r>
        <w:t xml:space="preserve"> may</w:t>
      </w:r>
      <w:r>
        <w:t xml:space="preserve"> or</w:t>
      </w:r>
      <w:r>
        <w:t xml:space="preserve"> may</w:t>
      </w:r>
      <w:r>
        <w:t xml:space="preserve"> not</w:t>
      </w:r>
      <w:r>
        <w:t xml:space="preserve"> have</w:t>
      </w:r>
      <w:r>
        <w:t xml:space="preserve"> heard</w:t>
      </w:r>
      <w:r>
        <w:t xml:space="preserve"> some</w:t>
      </w:r>
      <w:r>
        <w:t xml:space="preserve"> chatting</w:t>
      </w:r>
      <w:r>
        <w:t xml:space="preserve"> earlier,</w:t>
        <w:br/>
        <w:t>可能是老师们讨论的一些</w:t>
        <w:br/>
        <w:t>that</w:t>
      </w:r>
      <w:r>
        <w:t xml:space="preserve"> may</w:t>
      </w:r>
      <w:r>
        <w:t xml:space="preserve"> or</w:t>
      </w:r>
      <w:r>
        <w:t xml:space="preserve"> may</w:t>
      </w:r>
      <w:r>
        <w:t xml:space="preserve"> not</w:t>
      </w:r>
      <w:r>
        <w:t xml:space="preserve"> have</w:t>
      </w:r>
      <w:r>
        <w:t xml:space="preserve"> been</w:t>
      </w:r>
      <w:r>
        <w:t xml:space="preserve"> by</w:t>
      </w:r>
      <w:r>
        <w:t xml:space="preserve"> the</w:t>
      </w:r>
      <w:r>
        <w:t xml:space="preserve"> teachers,</w:t>
        <w:br/>
        <w:t>关于一些你们可能懂</w:t>
        <w:br/>
        <w:t>about,</w:t>
      </w:r>
      <w:r>
        <w:t xml:space="preserve"> you</w:t>
      </w:r>
      <w:r>
        <w:t xml:space="preserve"> know,</w:t>
      </w:r>
      <w:r>
        <w:t xml:space="preserve"> some</w:t>
      </w:r>
      <w:r>
        <w:t xml:space="preserve"> topics</w:t>
        <w:br/>
        <w:t>也可能不太懂</w:t>
      </w:r>
      <w:r>
        <w:t xml:space="preserve"> 且无法解析的话题</w:t>
        <w:br/>
        <w:t>that</w:t>
      </w:r>
      <w:r>
        <w:t xml:space="preserve"> you</w:t>
      </w:r>
      <w:r>
        <w:t xml:space="preserve"> may</w:t>
      </w:r>
      <w:r>
        <w:t xml:space="preserve"> or</w:t>
      </w:r>
      <w:r>
        <w:t xml:space="preserve"> may</w:t>
      </w:r>
      <w:r>
        <w:t xml:space="preserve"> not</w:t>
      </w:r>
      <w:r>
        <w:t xml:space="preserve"> know</w:t>
      </w:r>
      <w:r>
        <w:t xml:space="preserve"> enough</w:t>
      </w:r>
      <w:r>
        <w:t xml:space="preserve"> about</w:t>
      </w:r>
      <w:r>
        <w:t xml:space="preserve"> to</w:t>
      </w:r>
      <w:r>
        <w:t xml:space="preserve"> parse.</w:t>
        <w:br/>
        <w:t>什么</w:t>
      </w:r>
      <w:r>
        <w:t xml:space="preserve"> </w:t>
      </w:r>
      <w:r>
        <w:t xml:space="preserve"> -宝贝</w:t>
      </w:r>
      <w:r>
        <w:t xml:space="preserve"> 你在教师休息室听到了什么</w:t>
        <w:br/>
        <w:t>What?</w:t>
      </w:r>
      <w:r>
        <w:t xml:space="preserve"> Baby,</w:t>
      </w:r>
      <w:r>
        <w:t xml:space="preserve"> what'd</w:t>
      </w:r>
      <w:r>
        <w:t xml:space="preserve"> you</w:t>
      </w:r>
      <w:r>
        <w:t xml:space="preserve"> hear</w:t>
      </w:r>
      <w:r>
        <w:t xml:space="preserve"> up</w:t>
      </w:r>
      <w:r>
        <w:t xml:space="preserve"> in</w:t>
      </w:r>
      <w:r>
        <w:t xml:space="preserve"> the</w:t>
      </w:r>
      <w:r>
        <w:t xml:space="preserve"> lounge?</w:t>
        <w:br/>
        <w:t>老师们都是瘾君子</w:t>
        <w:br/>
        <w:t>That</w:t>
      </w:r>
      <w:r>
        <w:t xml:space="preserve"> the</w:t>
      </w:r>
      <w:r>
        <w:t xml:space="preserve"> teachers</w:t>
      </w:r>
      <w:r>
        <w:t xml:space="preserve"> are</w:t>
      </w:r>
      <w:r>
        <w:t xml:space="preserve"> all</w:t>
      </w:r>
      <w:r>
        <w:t xml:space="preserve"> dope</w:t>
      </w:r>
      <w:r>
        <w:t xml:space="preserve"> fiends.</w:t>
        <w:br/>
        <w:t>好了</w:t>
      </w:r>
      <w:r>
        <w:t xml:space="preserve"> 这是成年人之间的对话</w:t>
        <w:br/>
        <w:t>Okay,</w:t>
      </w:r>
      <w:r>
        <w:t xml:space="preserve"> now,</w:t>
      </w:r>
      <w:r>
        <w:t xml:space="preserve"> that</w:t>
      </w:r>
      <w:r>
        <w:t xml:space="preserve"> was</w:t>
      </w:r>
      <w:r>
        <w:t xml:space="preserve"> an</w:t>
      </w:r>
      <w:r>
        <w:t xml:space="preserve"> adult</w:t>
      </w:r>
      <w:r>
        <w:t xml:space="preserve"> conversation</w:t>
      </w:r>
      <w:r>
        <w:t xml:space="preserve"> between</w:t>
      </w:r>
      <w:r>
        <w:t xml:space="preserve"> adults.</w:t>
        <w:br/>
        <w:t>并且也没有发生过</w:t>
      </w:r>
      <w:r>
        <w:t xml:space="preserve"> </w:t>
      </w:r>
      <w:r>
        <w:t xml:space="preserve"> -我们开玩笑的</w:t>
        <w:br/>
        <w:t>That</w:t>
      </w:r>
      <w:r>
        <w:t xml:space="preserve"> also</w:t>
      </w:r>
      <w:r>
        <w:t xml:space="preserve"> didn't</w:t>
      </w:r>
      <w:r>
        <w:t xml:space="preserve"> happen.</w:t>
      </w:r>
      <w:r>
        <w:t xml:space="preserve"> We</w:t>
      </w:r>
      <w:r>
        <w:t xml:space="preserve"> were</w:t>
      </w:r>
      <w:r>
        <w:t xml:space="preserve"> just</w:t>
      </w:r>
      <w:r>
        <w:t xml:space="preserve"> joking.</w:t>
        <w:br/>
        <w:t>那为什么没有人笑</w:t>
        <w:br/>
        <w:t>Why</w:t>
      </w:r>
      <w:r>
        <w:t xml:space="preserve"> didn't</w:t>
      </w:r>
      <w:r>
        <w:t xml:space="preserve"> anybody</w:t>
      </w:r>
      <w:r>
        <w:t xml:space="preserve"> laugh?</w:t>
        <w:br/>
        <w:t>因为珍妮一点都不幽默</w:t>
        <w:br/>
        <w:t>Cause</w:t>
      </w:r>
      <w:r>
        <w:t xml:space="preserve"> Janine</w:t>
      </w:r>
      <w:r>
        <w:t xml:space="preserve"> isn't</w:t>
      </w:r>
      <w:r>
        <w:t xml:space="preserve"> funny.</w:t>
        <w:br/>
        <w:t>好吧</w:t>
      </w:r>
      <w:r>
        <w:t xml:space="preserve"> 听着</w:t>
      </w:r>
      <w:r>
        <w:t xml:space="preserve"> 我跟你说实话</w:t>
        <w:br/>
        <w:t>Okay,</w:t>
      </w:r>
      <w:r>
        <w:t xml:space="preserve"> listen,</w:t>
      </w:r>
      <w:r>
        <w:t xml:space="preserve"> I'm</w:t>
      </w:r>
      <w:r>
        <w:t xml:space="preserve"> gonna</w:t>
      </w:r>
      <w:r>
        <w:t xml:space="preserve"> level</w:t>
      </w:r>
      <w:r>
        <w:t xml:space="preserve"> with</w:t>
      </w:r>
      <w:r>
        <w:t xml:space="preserve"> you,</w:t>
        <w:br/>
        <w:t>因为我知道你是个聪明的孩子</w:t>
        <w:br/>
        <w:t>cause</w:t>
      </w:r>
      <w:r>
        <w:t xml:space="preserve"> I</w:t>
      </w:r>
      <w:r>
        <w:t xml:space="preserve"> know</w:t>
      </w:r>
      <w:r>
        <w:t xml:space="preserve"> you're</w:t>
      </w:r>
      <w:r>
        <w:t xml:space="preserve"> a</w:t>
      </w:r>
      <w:r>
        <w:t xml:space="preserve"> smart</w:t>
      </w:r>
      <w:r>
        <w:t xml:space="preserve"> kid-</w:t>
      </w:r>
      <w:r>
        <w:t xml:space="preserve"> -</w:t>
        <w:br/>
        <w:t>我是</w:t>
      </w:r>
      <w:r>
        <w:t xml:space="preserve"> 至少老师是这么跟我说的</w:t>
        <w:br/>
        <w:t>I</w:t>
      </w:r>
      <w:r>
        <w:t xml:space="preserve"> am.</w:t>
      </w:r>
      <w:r>
        <w:t xml:space="preserve"> Or</w:t>
      </w:r>
      <w:r>
        <w:t xml:space="preserve"> at</w:t>
      </w:r>
      <w:r>
        <w:t xml:space="preserve"> least</w:t>
      </w:r>
      <w:r>
        <w:t xml:space="preserve"> that's</w:t>
      </w:r>
      <w:r>
        <w:t xml:space="preserve"> what</w:t>
      </w:r>
      <w:r>
        <w:t xml:space="preserve"> my</w:t>
      </w:r>
      <w:r>
        <w:t xml:space="preserve"> teachers</w:t>
      </w:r>
      <w:r>
        <w:t xml:space="preserve"> say.</w:t>
        <w:br/>
        <w:t>但也许他们不是真心的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因为他们抽嗨了</w:t>
        <w:br/>
        <w:t>But</w:t>
      </w:r>
      <w:r>
        <w:t xml:space="preserve"> maybe</w:t>
      </w:r>
      <w:r>
        <w:t xml:space="preserve"> they</w:t>
      </w:r>
      <w:r>
        <w:t xml:space="preserve"> didn't</w:t>
      </w:r>
      <w:r>
        <w:t xml:space="preserve"> mean</w:t>
      </w:r>
      <w:r>
        <w:t xml:space="preserve"> it.</w:t>
      </w:r>
      <w:r>
        <w:t xml:space="preserve"> Since</w:t>
      </w:r>
      <w:r>
        <w:t xml:space="preserve"> they</w:t>
      </w:r>
      <w:r>
        <w:t xml:space="preserve"> were</w:t>
      </w:r>
      <w:r>
        <w:t xml:space="preserve"> high.</w:t>
        <w:br/>
        <w:t>好吧</w:t>
      </w:r>
      <w:r>
        <w:t xml:space="preserve"> 我觉得重点是</w:t>
        <w:br/>
        <w:t>Okay,</w:t>
      </w:r>
      <w:r>
        <w:t xml:space="preserve"> alright,</w:t>
      </w:r>
      <w:r>
        <w:t xml:space="preserve"> I</w:t>
      </w:r>
      <w:r>
        <w:t xml:space="preserve"> think</w:t>
      </w:r>
      <w:r>
        <w:t xml:space="preserve"> the</w:t>
      </w:r>
      <w:r>
        <w:t xml:space="preserve"> point</w:t>
        <w:br/>
        <w:t>你无意中听到了我们的谈话</w:t>
        <w:br/>
        <w:t>is</w:t>
      </w:r>
      <w:r>
        <w:t xml:space="preserve"> that</w:t>
      </w:r>
      <w:r>
        <w:t xml:space="preserve"> you</w:t>
      </w:r>
      <w:r>
        <w:t xml:space="preserve"> overheard</w:t>
      </w:r>
      <w:r>
        <w:t xml:space="preserve"> our</w:t>
      </w:r>
      <w:r>
        <w:t xml:space="preserve"> conversation,</w:t>
        <w:br/>
        <w:t>并且不是说给你听的</w:t>
        <w:br/>
        <w:t>which</w:t>
      </w:r>
      <w:r>
        <w:t xml:space="preserve"> wasn't</w:t>
      </w:r>
      <w:r>
        <w:t xml:space="preserve"> meant</w:t>
      </w:r>
      <w:r>
        <w:t xml:space="preserve"> for</w:t>
      </w:r>
      <w:r>
        <w:t xml:space="preserve"> you,</w:t>
        <w:br/>
        <w:t>所以也许你应该把它忘在这里</w:t>
        <w:br/>
        <w:t>so</w:t>
      </w:r>
      <w:r>
        <w:t xml:space="preserve"> maybe</w:t>
      </w:r>
      <w:r>
        <w:t xml:space="preserve"> it</w:t>
      </w:r>
      <w:r>
        <w:t xml:space="preserve"> should</w:t>
      </w:r>
      <w:r>
        <w:t xml:space="preserve"> just</w:t>
      </w:r>
      <w:r>
        <w:t xml:space="preserve"> stay</w:t>
      </w:r>
      <w:r>
        <w:t xml:space="preserve"> right</w:t>
      </w:r>
      <w:r>
        <w:t xml:space="preserve"> here.</w:t>
        <w:br/>
        <w:t>如果能让你们感觉好点</w:t>
        <w:br/>
        <w:t>If</w:t>
      </w:r>
      <w:r>
        <w:t xml:space="preserve"> it</w:t>
      </w:r>
      <w:r>
        <w:t xml:space="preserve"> makes</w:t>
      </w:r>
      <w:r>
        <w:t xml:space="preserve"> y'all</w:t>
      </w:r>
      <w:r>
        <w:t xml:space="preserve"> feel</w:t>
      </w:r>
      <w:r>
        <w:t xml:space="preserve"> better,</w:t>
        <w:br/>
        <w:t>我人可以留在这里</w:t>
      </w:r>
      <w:r>
        <w:t xml:space="preserve"> </w:t>
      </w:r>
      <w:r>
        <w:t xml:space="preserve"> -好的</w:t>
        <w:br/>
        <w:t>it</w:t>
      </w:r>
      <w:r>
        <w:t xml:space="preserve"> can</w:t>
      </w:r>
      <w:r>
        <w:t xml:space="preserve"> stay</w:t>
      </w:r>
      <w:r>
        <w:t xml:space="preserve"> here</w:t>
      </w:r>
      <w:r>
        <w:t xml:space="preserve"> physically.</w:t>
      </w:r>
      <w:r>
        <w:t xml:space="preserve"> Okay.</w:t>
        <w:br/>
        <w:t>但是</w:t>
      </w:r>
      <w:r>
        <w:t xml:space="preserve"> 在数字领域</w:t>
        <w:br/>
        <w:t>But,</w:t>
      </w:r>
      <w:r>
        <w:t xml:space="preserve"> digitally,</w:t>
      </w:r>
      <w:r>
        <w:t xml:space="preserve"> it's</w:t>
      </w:r>
      <w:r>
        <w:t xml:space="preserve"> up</w:t>
      </w:r>
      <w:r>
        <w:t xml:space="preserve"> on</w:t>
      </w:r>
      <w:r>
        <w:t xml:space="preserve"> every</w:t>
      </w:r>
      <w:r>
        <w:t xml:space="preserve"> platform</w:t>
        <w:br/>
        <w:t>我已经全平台都发了</w:t>
        <w:br/>
        <w:t>I</w:t>
      </w:r>
      <w:r>
        <w:t xml:space="preserve"> posted</w:t>
      </w:r>
      <w:r>
        <w:t xml:space="preserve"> it</w:t>
      </w:r>
      <w:r>
        <w:t xml:space="preserve"> everywhere</w:t>
      </w:r>
      <w:r>
        <w:t xml:space="preserve"> immediately.</w:t>
        <w:br/>
        <w:t>瑞思拜</w:t>
        <w:br/>
        <w:t>Respect.</w:t>
        <w:br/>
        <w:t>抓到了</w:t>
        <w:br/>
        <w:t>Gotcha.</w:t>
        <w:br/>
        <w:t>尘暴区</w:t>
      </w:r>
      <w:r>
        <w:t xml:space="preserve"> 得名于</w:t>
        <w:br/>
        <w:t>So,</w:t>
      </w:r>
      <w:r>
        <w:t xml:space="preserve"> the</w:t>
      </w:r>
      <w:r>
        <w:t xml:space="preserve"> Dust</w:t>
      </w:r>
      <w:r>
        <w:t xml:space="preserve"> Bowl,</w:t>
      </w:r>
      <w:r>
        <w:t xml:space="preserve"> named</w:t>
      </w:r>
      <w:r>
        <w:t xml:space="preserve"> after-</w:t>
      </w:r>
      <w:r>
        <w:t xml:space="preserve"> -</w:t>
        <w:br/>
        <w:t>你抽电子烟的时候午里</w:t>
        <w:br/>
        <w:t>Is</w:t>
      </w:r>
      <w:r>
        <w:t xml:space="preserve"> that</w:t>
      </w:r>
      <w:r>
        <w:t xml:space="preserve"> what</w:t>
      </w:r>
      <w:r>
        <w:t xml:space="preserve"> the</w:t>
      </w:r>
      <w:r>
        <w:t xml:space="preserve"> inside</w:t>
      </w:r>
      <w:r>
        <w:t xml:space="preserve"> of</w:t>
      </w:r>
      <w:r>
        <w:t xml:space="preserve"> your</w:t>
      </w:r>
      <w:r>
        <w:t xml:space="preserve"> car</w:t>
      </w:r>
      <w:r>
        <w:t xml:space="preserve"> looks</w:t>
      </w:r>
      <w:r>
        <w:t xml:space="preserve"> like</w:t>
        <w:br/>
        <w:t>就是这个样子吗</w:t>
      </w:r>
      <w:r>
        <w:t xml:space="preserve"> c老师</w:t>
        <w:br/>
        <w:t>when</w:t>
      </w:r>
      <w:r>
        <w:t xml:space="preserve"> you're</w:t>
      </w:r>
      <w:r>
        <w:t xml:space="preserve"> vaping,</w:t>
      </w:r>
      <w:r>
        <w:t xml:space="preserve"> Mr.</w:t>
      </w:r>
      <w:r>
        <w:t xml:space="preserve"> C.</w:t>
      </w:r>
      <w:r>
        <w:t xml:space="preserve"> ?</w:t>
        <w:br/>
        <w:t>听着</w:t>
      </w:r>
      <w:r>
        <w:t xml:space="preserve"> 有件事我想说清楚</w:t>
        <w:br/>
        <w:t>Look,</w:t>
      </w:r>
      <w:r>
        <w:t xml:space="preserve"> I-</w:t>
      </w:r>
      <w:r>
        <w:t xml:space="preserve"> I</w:t>
      </w:r>
      <w:r>
        <w:t xml:space="preserve"> want</w:t>
      </w:r>
      <w:r>
        <w:t xml:space="preserve"> to</w:t>
      </w:r>
      <w:r>
        <w:t xml:space="preserve"> make</w:t>
      </w:r>
      <w:r>
        <w:t xml:space="preserve"> something</w:t>
      </w:r>
      <w:r>
        <w:t xml:space="preserve"> very</w:t>
      </w:r>
      <w:r>
        <w:t xml:space="preserve"> clear.</w:t>
        <w:br/>
        <w:t>任何人都不应该谈论毒品</w:t>
      </w:r>
      <w:r>
        <w:t xml:space="preserve"> 也不应该吸毒</w:t>
      </w:r>
      <w:r>
        <w:t xml:space="preserve"> 好吗</w:t>
        <w:br/>
        <w:t>No</w:t>
      </w:r>
      <w:r>
        <w:t xml:space="preserve"> one</w:t>
      </w:r>
      <w:r>
        <w:t xml:space="preserve"> should</w:t>
      </w:r>
      <w:r>
        <w:t xml:space="preserve"> be</w:t>
      </w:r>
      <w:r>
        <w:t xml:space="preserve"> talking</w:t>
      </w:r>
      <w:r>
        <w:t xml:space="preserve"> about,</w:t>
      </w:r>
      <w:r>
        <w:t xml:space="preserve"> or</w:t>
      </w:r>
      <w:r>
        <w:t xml:space="preserve"> doing,</w:t>
      </w:r>
      <w:r>
        <w:t xml:space="preserve"> any</w:t>
      </w:r>
      <w:r>
        <w:t xml:space="preserve"> drugs,</w:t>
      </w:r>
      <w:r>
        <w:t xml:space="preserve"> okay?</w:t>
        <w:br/>
        <w:t>除了老师们</w:t>
      </w:r>
      <w:r>
        <w:t xml:space="preserve"> 对吧</w:t>
        <w:br/>
        <w:t>Except</w:t>
      </w:r>
      <w:r>
        <w:t xml:space="preserve"> for</w:t>
      </w:r>
      <w:r>
        <w:t xml:space="preserve"> the</w:t>
      </w:r>
      <w:r>
        <w:t xml:space="preserve"> teachers,</w:t>
      </w:r>
      <w:r>
        <w:t xml:space="preserve"> huh?</w:t>
        <w:br/>
        <w:t>这个人是个伪君子</w:t>
        <w:br/>
        <w:t>This</w:t>
      </w:r>
      <w:r>
        <w:t xml:space="preserve"> man</w:t>
      </w:r>
      <w:r>
        <w:t xml:space="preserve"> is</w:t>
      </w:r>
      <w:r>
        <w:t xml:space="preserve"> a</w:t>
      </w:r>
      <w:r>
        <w:t xml:space="preserve"> hypocrite.</w:t>
        <w:br/>
        <w:t>你被人抽了</w:t>
      </w:r>
      <w:r>
        <w:t xml:space="preserve"> C老师</w:t>
        <w:br/>
        <w:t>Oh,</w:t>
      </w:r>
      <w:r>
        <w:t xml:space="preserve"> you</w:t>
      </w:r>
      <w:r>
        <w:t xml:space="preserve"> just</w:t>
      </w:r>
      <w:r>
        <w:t xml:space="preserve"> got</w:t>
      </w:r>
      <w:r>
        <w:t xml:space="preserve"> smoked,</w:t>
      </w:r>
      <w:r>
        <w:t xml:space="preserve"> Mr.</w:t>
      </w:r>
      <w:r>
        <w:t xml:space="preserve"> C.</w:t>
        <w:br/>
        <w:t>但我敢说你喜欢</w:t>
        <w:br/>
        <w:t>But</w:t>
      </w:r>
      <w:r>
        <w:t xml:space="preserve"> I</w:t>
      </w:r>
      <w:r>
        <w:t xml:space="preserve"> bet</w:t>
      </w:r>
      <w:r>
        <w:t xml:space="preserve"> you</w:t>
      </w:r>
      <w:r>
        <w:t xml:space="preserve"> like</w:t>
      </w:r>
      <w:r>
        <w:t xml:space="preserve"> that.</w:t>
        <w:br/>
        <w:t>嗨</w:t>
      </w:r>
      <w:r>
        <w:t xml:space="preserve"> </w:t>
      </w:r>
      <w:r>
        <w:t xml:space="preserve"> -你肯定嗨着呢</w:t>
        <w:br/>
        <w:t>Hmph.</w:t>
      </w:r>
      <w:r>
        <w:t xml:space="preserve"> Bet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are.</w:t>
        <w:br/>
        <w:t>词族</w:t>
        <w:br/>
        <w:t>Word</w:t>
      </w:r>
      <w:r>
        <w:t xml:space="preserve"> Families.</w:t>
        <w:br/>
        <w:t>宠物</w:t>
      </w:r>
      <w:r>
        <w:t xml:space="preserve"> </w:t>
      </w:r>
      <w:r>
        <w:t xml:space="preserve"> -宠物</w:t>
        <w:br/>
        <w:t>Pet.</w:t>
      </w:r>
      <w:r>
        <w:t xml:space="preserve"> Kids:</w:t>
      </w:r>
      <w:r>
        <w:t xml:space="preserve"> Pet.</w:t>
        <w:br/>
        <w:t>霍华德老师</w:t>
        <w:br/>
        <w:t>Mm.</w:t>
      </w:r>
      <w:r>
        <w:t xml:space="preserve"> Mrs.</w:t>
      </w:r>
      <w:r>
        <w:t xml:space="preserve"> Howard,</w:t>
        <w:br/>
        <w:t>你杯子里是灰皮诺葡萄酒吗</w:t>
        <w:br/>
        <w:t>is</w:t>
      </w:r>
      <w:r>
        <w:t xml:space="preserve"> that</w:t>
      </w:r>
      <w:r>
        <w:t xml:space="preserve"> Pinot</w:t>
      </w:r>
      <w:r>
        <w:t xml:space="preserve"> Grigio?</w:t>
        <w:br/>
        <w:t>现在情况已经完全失控了</w:t>
        <w:br/>
        <w:t>This</w:t>
      </w:r>
      <w:r>
        <w:t xml:space="preserve"> thing</w:t>
      </w:r>
      <w:r>
        <w:t xml:space="preserve"> has</w:t>
      </w:r>
      <w:r>
        <w:t xml:space="preserve"> gotten</w:t>
      </w:r>
      <w:r>
        <w:t xml:space="preserve"> totally</w:t>
      </w:r>
      <w:r>
        <w:t xml:space="preserve"> out</w:t>
      </w:r>
      <w:r>
        <w:t xml:space="preserve"> of</w:t>
      </w:r>
      <w:r>
        <w:t xml:space="preserve"> control.</w:t>
        <w:br/>
        <w:t>你们都是瘾君子</w:t>
      </w:r>
      <w:r>
        <w:t xml:space="preserve"> 我受够了</w:t>
      </w:r>
      <w:r>
        <w:t xml:space="preserve"> </w:t>
      </w:r>
      <w:r>
        <w:t xml:space="preserve"> -我们该怎么跟他们说</w:t>
        <w:br/>
        <w:t>You're</w:t>
      </w:r>
      <w:r>
        <w:t xml:space="preserve"> all</w:t>
      </w:r>
      <w:r>
        <w:t xml:space="preserve"> drug</w:t>
      </w:r>
      <w:r>
        <w:t xml:space="preserve"> addicts,</w:t>
      </w:r>
      <w:r>
        <w:t xml:space="preserve"> and</w:t>
      </w:r>
      <w:r>
        <w:t xml:space="preserve"> I'm</w:t>
      </w:r>
      <w:r>
        <w:t xml:space="preserve"> tired</w:t>
      </w:r>
      <w:r>
        <w:t xml:space="preserve"> of</w:t>
      </w:r>
      <w:r>
        <w:t xml:space="preserve"> it.</w:t>
      </w:r>
      <w:r>
        <w:t xml:space="preserve"> What</w:t>
      </w:r>
      <w:r>
        <w:t xml:space="preserve"> do</w:t>
      </w:r>
      <w:r>
        <w:t xml:space="preserve"> we</w:t>
      </w:r>
      <w:r>
        <w:t xml:space="preserve"> even</w:t>
      </w:r>
      <w:r>
        <w:t xml:space="preserve"> say</w:t>
      </w:r>
      <w:r>
        <w:t xml:space="preserve"> to</w:t>
      </w:r>
      <w:r>
        <w:t xml:space="preserve"> them?</w:t>
        <w:br/>
        <w:t>我们不能让学生们看不起我们</w:t>
        <w:br/>
        <w:t>We</w:t>
      </w:r>
      <w:r>
        <w:t xml:space="preserve"> can</w:t>
      </w:r>
      <w:r>
        <w:t xml:space="preserve"> t</w:t>
      </w:r>
      <w:r>
        <w:t xml:space="preserve"> just</w:t>
      </w:r>
      <w:r>
        <w:t xml:space="preserve"> have</w:t>
      </w:r>
      <w:r>
        <w:t xml:space="preserve"> our</w:t>
      </w:r>
      <w:r>
        <w:t xml:space="preserve"> kids</w:t>
      </w:r>
      <w:r>
        <w:t xml:space="preserve"> undermining</w:t>
      </w:r>
      <w:r>
        <w:t xml:space="preserve"> us.</w:t>
        <w:br/>
        <w:t>好吧</w:t>
      </w:r>
      <w:r>
        <w:t xml:space="preserve"> 但我们需要怎么告诉他们不要抽烟和吸毒</w:t>
        <w:br/>
        <w:t>Okay,</w:t>
      </w:r>
      <w:r>
        <w:t xml:space="preserve"> but</w:t>
      </w:r>
      <w:r>
        <w:t xml:space="preserve"> how</w:t>
      </w:r>
      <w:r>
        <w:t xml:space="preserve"> do</w:t>
      </w:r>
      <w:r>
        <w:t xml:space="preserve"> we</w:t>
      </w:r>
      <w:r>
        <w:t xml:space="preserve"> tell</w:t>
      </w:r>
      <w:r>
        <w:t xml:space="preserve"> them</w:t>
      </w:r>
      <w:r>
        <w:t xml:space="preserve"> not</w:t>
      </w:r>
      <w:r>
        <w:t xml:space="preserve"> to</w:t>
      </w:r>
      <w:r>
        <w:t xml:space="preserve"> smoke</w:t>
      </w:r>
      <w:r>
        <w:t xml:space="preserve"> or</w:t>
      </w:r>
      <w:r>
        <w:t xml:space="preserve"> do</w:t>
      </w:r>
      <w:r>
        <w:t xml:space="preserve"> drugs,</w:t>
        <w:br/>
        <w:t>因为首先</w:t>
      </w:r>
      <w:r>
        <w:t xml:space="preserve"> 他们已经知道我们抽烟和吸毒</w:t>
        <w:br/>
        <w:t>when,</w:t>
      </w:r>
      <w:r>
        <w:t xml:space="preserve"> one,</w:t>
      </w:r>
      <w:r>
        <w:t xml:space="preserve"> they</w:t>
      </w:r>
      <w:r>
        <w:t xml:space="preserve"> know</w:t>
      </w:r>
      <w:r>
        <w:t xml:space="preserve"> that</w:t>
      </w:r>
      <w:r>
        <w:t xml:space="preserve"> we</w:t>
      </w:r>
      <w:r>
        <w:t xml:space="preserve"> do</w:t>
      </w:r>
      <w:r>
        <w:t xml:space="preserve"> them,</w:t>
      </w:r>
      <w:r>
        <w:t xml:space="preserve"> and,</w:t>
      </w:r>
      <w:r>
        <w:t xml:space="preserve"> two,</w:t>
        <w:br/>
        <w:t>其次</w:t>
      </w:r>
      <w:r>
        <w:t xml:space="preserve"> 我们除了跟他们说“坚决说不”之外还能说什么</w:t>
        <w:br/>
        <w:t>we</w:t>
      </w:r>
      <w:r>
        <w:t xml:space="preserve"> can't</w:t>
      </w:r>
      <w:r>
        <w:t xml:space="preserve"> say</w:t>
      </w:r>
      <w:r>
        <w:t xml:space="preserve"> anything</w:t>
      </w:r>
      <w:r>
        <w:t xml:space="preserve"> to</w:t>
      </w:r>
      <w:r>
        <w:t xml:space="preserve"> them</w:t>
      </w:r>
      <w:r>
        <w:t xml:space="preserve"> except</w:t>
      </w:r>
      <w:r>
        <w:t xml:space="preserve"> for"Just</w:t>
      </w:r>
      <w:r>
        <w:t xml:space="preserve"> say</w:t>
      </w:r>
      <w:r>
        <w:t xml:space="preserve"> no"?</w:t>
        <w:br/>
        <w:t>好吧</w:t>
      </w:r>
      <w:r>
        <w:t xml:space="preserve"> 珍妮</w:t>
      </w:r>
      <w:r>
        <w:t xml:space="preserve"> 你现在在学区学习</w:t>
        <w:br/>
        <w:t>Okay,</w:t>
      </w:r>
      <w:r>
        <w:t xml:space="preserve"> well,</w:t>
      </w:r>
      <w:r>
        <w:t xml:space="preserve"> Janine,</w:t>
      </w:r>
      <w:r>
        <w:t xml:space="preserve"> you're</w:t>
      </w:r>
      <w:r>
        <w:t xml:space="preserve"> at</w:t>
      </w:r>
      <w:r>
        <w:t xml:space="preserve"> the</w:t>
      </w:r>
      <w:r>
        <w:t xml:space="preserve"> school</w:t>
      </w:r>
      <w:r>
        <w:t xml:space="preserve"> district.</w:t>
        <w:br/>
        <w:t>我们该怎么办</w:t>
        <w:br/>
        <w:t>What's</w:t>
      </w:r>
      <w:r>
        <w:t xml:space="preserve"> our</w:t>
      </w:r>
      <w:r>
        <w:t xml:space="preserve"> move?</w:t>
        <w:br/>
        <w:t>我们还有一个资源可以利用</w:t>
        <w:br/>
        <w:t>We</w:t>
      </w:r>
      <w:r>
        <w:t xml:space="preserve"> do</w:t>
      </w:r>
      <w:r>
        <w:t xml:space="preserve"> have</w:t>
      </w:r>
      <w:r>
        <w:t xml:space="preserve"> one</w:t>
      </w:r>
      <w:r>
        <w:t xml:space="preserve"> more</w:t>
      </w:r>
      <w:r>
        <w:t xml:space="preserve"> resource</w:t>
      </w:r>
      <w:r>
        <w:t xml:space="preserve"> at</w:t>
      </w:r>
      <w:r>
        <w:t xml:space="preserve"> our</w:t>
      </w:r>
      <w:r>
        <w:t xml:space="preserve"> disposal.</w:t>
        <w:br/>
        <w:t>我想是时候请专业人士来了</w:t>
        <w:br/>
        <w:t>I</w:t>
      </w:r>
      <w:r>
        <w:t xml:space="preserve"> think</w:t>
      </w:r>
      <w:r>
        <w:t xml:space="preserve"> it's</w:t>
      </w:r>
      <w:r>
        <w:t xml:space="preserve"> time</w:t>
      </w:r>
      <w:r>
        <w:t xml:space="preserve"> to</w:t>
      </w:r>
      <w:r>
        <w:t xml:space="preserve"> call</w:t>
      </w:r>
      <w:r>
        <w:t xml:space="preserve"> in</w:t>
      </w:r>
      <w:r>
        <w:t xml:space="preserve"> a</w:t>
      </w:r>
      <w:r>
        <w:t xml:space="preserve"> professional.</w:t>
        <w:br/>
        <w:t>坐这一排</w:t>
        <w:br/>
        <w:t>Gregory:</w:t>
      </w:r>
      <w:r>
        <w:t xml:space="preserve"> Take</w:t>
      </w:r>
      <w:r>
        <w:t xml:space="preserve"> a</w:t>
      </w:r>
      <w:r>
        <w:t xml:space="preserve"> seat</w:t>
      </w:r>
      <w:r>
        <w:t xml:space="preserve"> in</w:t>
      </w:r>
      <w:r>
        <w:t xml:space="preserve"> this</w:t>
      </w:r>
      <w:r>
        <w:t xml:space="preserve"> row,</w:t>
        <w:br/>
        <w:t>但记得把这个座位留给我</w:t>
      </w:r>
      <w:r>
        <w:t xml:space="preserve"> 好吗</w:t>
        <w:br/>
        <w:t>but</w:t>
      </w:r>
      <w:r>
        <w:t xml:space="preserve"> leave</w:t>
      </w:r>
      <w:r>
        <w:t xml:space="preserve"> this</w:t>
      </w:r>
      <w:r>
        <w:t xml:space="preserve"> seat</w:t>
      </w:r>
      <w:r>
        <w:t xml:space="preserve"> for</w:t>
      </w:r>
      <w:r>
        <w:t xml:space="preserve"> me,</w:t>
      </w:r>
      <w:r>
        <w:t xml:space="preserve"> okay?</w:t>
        <w:br/>
        <w:t>禁毒教育的人来得很快啊</w:t>
        <w:br/>
        <w:t>Well,</w:t>
      </w:r>
      <w:r>
        <w:t xml:space="preserve"> F.</w:t>
      </w:r>
      <w:r>
        <w:t xml:space="preserve"> A.</w:t>
      </w:r>
      <w:r>
        <w:t xml:space="preserve"> D.</w:t>
      </w:r>
      <w:r>
        <w:t xml:space="preserve"> E.</w:t>
      </w:r>
      <w:r>
        <w:t xml:space="preserve"> got</w:t>
      </w:r>
      <w:r>
        <w:t xml:space="preserve"> here</w:t>
      </w:r>
      <w:r>
        <w:t xml:space="preserve"> quickly.</w:t>
        <w:br/>
        <w:t>对</w:t>
      </w:r>
      <w:r>
        <w:t xml:space="preserve"> 我就是叫了个人来帮忙</w:t>
      </w:r>
      <w:r>
        <w:t xml:space="preserve"> </w:t>
      </w:r>
      <w:r>
        <w:t xml:space="preserve"> -干得不错</w:t>
        <w:br/>
        <w:t>Yeah,</w:t>
      </w:r>
      <w:r>
        <w:t xml:space="preserve"> just</w:t>
      </w:r>
      <w:r>
        <w:t xml:space="preserve"> had</w:t>
      </w:r>
      <w:r>
        <w:t xml:space="preserve"> to</w:t>
      </w:r>
      <w:r>
        <w:t xml:space="preserve"> call</w:t>
      </w:r>
      <w:r>
        <w:t xml:space="preserve"> in</w:t>
      </w:r>
      <w:r>
        <w:t xml:space="preserve"> a</w:t>
      </w:r>
      <w:r>
        <w:t xml:space="preserve"> favor.</w:t>
      </w:r>
      <w:r>
        <w:t xml:space="preserve"> Nice</w:t>
      </w:r>
      <w:r>
        <w:t xml:space="preserve"> work</w:t>
        <w:br/>
        <w:t>然后当他们发现是</w:t>
        <w:br/>
        <w:t>And</w:t>
      </w:r>
      <w:r>
        <w:t xml:space="preserve"> then</w:t>
      </w:r>
      <w:r>
        <w:t xml:space="preserve"> I</w:t>
      </w:r>
      <w:r>
        <w:t xml:space="preserve"> had</w:t>
      </w:r>
      <w:r>
        <w:t xml:space="preserve"> to</w:t>
      </w:r>
      <w:r>
        <w:t xml:space="preserve"> call</w:t>
      </w:r>
      <w:r>
        <w:t xml:space="preserve"> in</w:t>
      </w:r>
      <w:r>
        <w:t xml:space="preserve"> another</w:t>
      </w:r>
      <w:r>
        <w:t xml:space="preserve"> favor</w:t>
        <w:br/>
        <w:t>我把塔里克弄过去的时候我又只能找别人帮忙</w:t>
        <w:br/>
        <w:t>when</w:t>
      </w:r>
      <w:r>
        <w:t xml:space="preserve"> they</w:t>
      </w:r>
      <w:r>
        <w:t xml:space="preserve"> found</w:t>
      </w:r>
      <w:r>
        <w:t xml:space="preserve"> out</w:t>
      </w:r>
      <w:r>
        <w:t xml:space="preserve"> I</w:t>
      </w:r>
      <w:r>
        <w:t xml:space="preserve"> was</w:t>
      </w:r>
      <w:r>
        <w:t xml:space="preserve"> the</w:t>
      </w:r>
      <w:r>
        <w:t xml:space="preserve"> one</w:t>
      </w:r>
      <w:r>
        <w:t xml:space="preserve"> who</w:t>
      </w:r>
      <w:r>
        <w:t xml:space="preserve"> sent</w:t>
      </w:r>
      <w:r>
        <w:t xml:space="preserve"> them</w:t>
      </w:r>
      <w:r>
        <w:t xml:space="preserve"> Tariq.</w:t>
        <w:br/>
        <w:t>我跟他们说</w:t>
      </w:r>
    </w:p>
    <w:p>
      <w:r>
        <w:t xml:space="preserve"> 我怎么知道</w:t>
        <w:br/>
        <w:t>To</w:t>
      </w:r>
      <w:r>
        <w:t xml:space="preserve"> which</w:t>
      </w:r>
      <w:r>
        <w:t xml:space="preserve"> I</w:t>
      </w:r>
      <w:r>
        <w:t xml:space="preserve"> said,</w:t>
      </w:r>
      <w:r>
        <w:t xml:space="preserve"> "How</w:t>
      </w:r>
      <w:r>
        <w:t xml:space="preserve"> was</w:t>
      </w:r>
      <w:r>
        <w:t xml:space="preserve"> I</w:t>
      </w:r>
      <w:r>
        <w:t xml:space="preserve"> supposed</w:t>
      </w:r>
      <w:r>
        <w:t xml:space="preserve"> to</w:t>
      </w:r>
      <w:r>
        <w:t xml:space="preserve"> know</w:t>
        <w:br/>
        <w:t>他会是个累赘</w:t>
      </w:r>
      <w:r>
        <w:t xml:space="preserve"> 他们说</w:t>
        <w:br/>
        <w:t>he'd</w:t>
      </w:r>
      <w:r>
        <w:t xml:space="preserve"> be</w:t>
      </w:r>
      <w:r>
        <w:t xml:space="preserve"> a</w:t>
      </w:r>
      <w:r>
        <w:t xml:space="preserve"> liability?</w:t>
      </w:r>
      <w:r>
        <w:t xml:space="preserve"> ”To</w:t>
      </w:r>
      <w:r>
        <w:t xml:space="preserve"> which</w:t>
      </w:r>
      <w:r>
        <w:t xml:space="preserve"> they</w:t>
      </w:r>
      <w:r>
        <w:t xml:space="preserve"> said,</w:t>
        <w:br/>
        <w:t>他之前不是你的男朋友吗</w:t>
      </w:r>
      <w:r>
        <w:t xml:space="preserve"> 我就说</w:t>
        <w:br/>
        <w:t>"Wasn't</w:t>
      </w:r>
      <w:r>
        <w:t xml:space="preserve"> he</w:t>
      </w:r>
      <w:r>
        <w:t xml:space="preserve"> your</w:t>
      </w:r>
      <w:r>
        <w:t xml:space="preserve"> boyfriend?</w:t>
      </w:r>
      <w:r>
        <w:t xml:space="preserve"> "To</w:t>
      </w:r>
      <w:r>
        <w:t xml:space="preserve"> which</w:t>
      </w:r>
      <w:r>
        <w:t xml:space="preserve"> I</w:t>
      </w:r>
      <w:r>
        <w:t xml:space="preserve"> said,</w:t>
        <w:br/>
        <w:t>好吧</w:t>
      </w:r>
      <w:r>
        <w:t xml:space="preserve"> 爱管闹事</w:t>
      </w:r>
      <w:r>
        <w:t xml:space="preserve"> 不过说得好</w:t>
        <w:br/>
        <w:t>"Okay,</w:t>
      </w:r>
      <w:r>
        <w:t xml:space="preserve"> nosy,</w:t>
      </w:r>
      <w:r>
        <w:t xml:space="preserve"> good</w:t>
      </w:r>
      <w:r>
        <w:t xml:space="preserve"> point.</w:t>
        <w:br/>
        <w:t>我想用掉我剩下的所有人情</w:t>
        <w:br/>
        <w:t>I'd</w:t>
      </w:r>
      <w:r>
        <w:t xml:space="preserve"> like</w:t>
      </w:r>
      <w:r>
        <w:t xml:space="preserve"> to</w:t>
      </w:r>
      <w:r>
        <w:t xml:space="preserve"> use</w:t>
      </w:r>
      <w:r>
        <w:t xml:space="preserve"> all</w:t>
      </w:r>
      <w:r>
        <w:t xml:space="preserve"> other</w:t>
      </w:r>
      <w:r>
        <w:t xml:space="preserve"> remaining</w:t>
      </w:r>
      <w:r>
        <w:t xml:space="preserve"> favors.</w:t>
        <w:br/>
        <w:t>你到底帮不帮我</w:t>
      </w:r>
      <w:r>
        <w:t xml:space="preserve"> </w:t>
      </w:r>
      <w:r>
        <w:t xml:space="preserve"> -听起来塔里克</w:t>
        <w:br/>
        <w:t>Can</w:t>
      </w:r>
      <w:r>
        <w:t xml:space="preserve"> you</w:t>
      </w:r>
      <w:r>
        <w:t xml:space="preserve"> help</w:t>
      </w:r>
      <w:r>
        <w:t xml:space="preserve"> me</w:t>
      </w:r>
      <w:r>
        <w:t xml:space="preserve"> or</w:t>
      </w:r>
      <w:r>
        <w:t xml:space="preserve"> not?</w:t>
      </w:r>
      <w:r>
        <w:t xml:space="preserve"> Well,</w:t>
      </w:r>
      <w:r>
        <w:t xml:space="preserve"> it</w:t>
      </w:r>
      <w:r>
        <w:t xml:space="preserve"> sounds</w:t>
      </w:r>
      <w:r>
        <w:t xml:space="preserve"> like</w:t>
        <w:br/>
        <w:t>和禁毒教育组是和平分手的</w:t>
        <w:br/>
        <w:t>the</w:t>
      </w:r>
      <w:r>
        <w:t xml:space="preserve"> Tariq</w:t>
      </w:r>
      <w:r>
        <w:t xml:space="preserve"> and</w:t>
      </w:r>
      <w:r>
        <w:t xml:space="preserve"> F.</w:t>
      </w:r>
      <w:r>
        <w:t xml:space="preserve"> A.</w:t>
      </w:r>
      <w:r>
        <w:t xml:space="preserve"> D.</w:t>
      </w:r>
      <w:r>
        <w:t xml:space="preserve"> E.</w:t>
      </w:r>
      <w:r>
        <w:t xml:space="preserve"> split</w:t>
      </w:r>
      <w:r>
        <w:t xml:space="preserve"> was</w:t>
      </w:r>
      <w:r>
        <w:t xml:space="preserve"> amicable,</w:t>
      </w:r>
      <w:r>
        <w:t xml:space="preserve"> then.</w:t>
        <w:br/>
        <w:t>他们说是诉讼分手</w:t>
      </w:r>
      <w:r>
        <w:t xml:space="preserve"> 塔里克赢不了</w:t>
        <w:br/>
        <w:t>They</w:t>
      </w:r>
      <w:r>
        <w:t xml:space="preserve"> said</w:t>
      </w:r>
      <w:r>
        <w:t xml:space="preserve"> it's</w:t>
      </w:r>
      <w:r>
        <w:t xml:space="preserve"> litigious</w:t>
      </w:r>
      <w:r>
        <w:t xml:space="preserve"> and</w:t>
      </w:r>
      <w:r>
        <w:t xml:space="preserve"> Tariq</w:t>
      </w:r>
      <w:r>
        <w:t xml:space="preserve"> is</w:t>
      </w:r>
      <w:r>
        <w:t xml:space="preserve"> not</w:t>
      </w:r>
      <w:r>
        <w:t xml:space="preserve"> winning.</w:t>
        <w:br/>
        <w:t>太好了</w:t>
      </w:r>
      <w:r>
        <w:t xml:space="preserve"> 看看这个</w:t>
        <w:br/>
        <w:t>Great.</w:t>
      </w:r>
      <w:r>
        <w:t xml:space="preserve"> Look</w:t>
      </w:r>
      <w:r>
        <w:t xml:space="preserve"> at</w:t>
      </w:r>
      <w:r>
        <w:t xml:space="preserve"> this.</w:t>
        <w:br/>
        <w:t>为什么他们没有排成一列</w:t>
        <w:br/>
        <w:t>Why</w:t>
      </w:r>
      <w:r>
        <w:t xml:space="preserve"> aren't</w:t>
      </w:r>
      <w:r>
        <w:t xml:space="preserve"> they</w:t>
      </w:r>
      <w:r>
        <w:t xml:space="preserve"> in</w:t>
      </w:r>
      <w:r>
        <w:t xml:space="preserve"> single</w:t>
      </w:r>
      <w:r>
        <w:t xml:space="preserve"> file,</w:t>
        <w:br/>
        <w:t>为什么他们手牵着手</w:t>
      </w:r>
      <w:r>
        <w:t xml:space="preserve"> 真是</w:t>
      </w:r>
      <w:r>
        <w:t xml:space="preserve"> 细菌接触警报</w:t>
        <w:br/>
        <w:t>and</w:t>
      </w:r>
      <w:r>
        <w:t xml:space="preserve"> why</w:t>
      </w:r>
      <w:r>
        <w:t xml:space="preserve"> are</w:t>
      </w:r>
      <w:r>
        <w:t xml:space="preserve"> they</w:t>
      </w:r>
      <w:r>
        <w:t xml:space="preserve"> holding</w:t>
      </w:r>
      <w:r>
        <w:t xml:space="preserve"> hands?</w:t>
      </w:r>
      <w:r>
        <w:t xml:space="preserve"> It's</w:t>
      </w:r>
      <w:r>
        <w:t xml:space="preserve"> like,</w:t>
      </w:r>
      <w:r>
        <w:t xml:space="preserve"> germ</w:t>
      </w:r>
      <w:r>
        <w:t xml:space="preserve"> alert.</w:t>
        <w:br/>
        <w:t>也许是为了确保没人掉队</w:t>
        <w:br/>
        <w:t>Maybe</w:t>
      </w:r>
      <w:r>
        <w:t xml:space="preserve"> it's</w:t>
      </w:r>
      <w:r>
        <w:t xml:space="preserve"> to</w:t>
      </w:r>
      <w:r>
        <w:t xml:space="preserve"> make</w:t>
      </w:r>
      <w:r>
        <w:t xml:space="preserve"> sure</w:t>
      </w:r>
      <w:r>
        <w:t xml:space="preserve"> no</w:t>
      </w:r>
      <w:r>
        <w:t xml:space="preserve"> one</w:t>
      </w:r>
      <w:r>
        <w:t xml:space="preserve"> gets</w:t>
      </w:r>
      <w:r>
        <w:t xml:space="preserve"> left</w:t>
      </w:r>
      <w:r>
        <w:t xml:space="preserve"> behind.</w:t>
        <w:br/>
        <w:t>好吧</w:t>
      </w:r>
      <w:r>
        <w:t xml:space="preserve"> 那你知道</w:t>
        <w:br/>
        <w:t>Okay,</w:t>
      </w:r>
      <w:r>
        <w:t xml:space="preserve"> well,</w:t>
      </w:r>
      <w:r>
        <w:t xml:space="preserve"> did</w:t>
      </w:r>
      <w:r>
        <w:t xml:space="preserve"> you</w:t>
      </w:r>
      <w:r>
        <w:t xml:space="preserve"> know</w:t>
        <w:br/>
        <w:t>她让别人直呼她的大名吗</w:t>
        <w:br/>
        <w:t>that</w:t>
      </w:r>
      <w:r>
        <w:t xml:space="preserve"> she</w:t>
      </w:r>
      <w:r>
        <w:t xml:space="preserve"> has</w:t>
      </w:r>
      <w:r>
        <w:t xml:space="preserve"> them</w:t>
      </w:r>
      <w:r>
        <w:t xml:space="preserve"> call</w:t>
      </w:r>
      <w:r>
        <w:t xml:space="preserve"> her</w:t>
      </w:r>
      <w:r>
        <w:t xml:space="preserve"> by</w:t>
      </w:r>
      <w:r>
        <w:t xml:space="preserve"> hei</w:t>
      </w:r>
      <w:r>
        <w:t xml:space="preserve"> first</w:t>
      </w:r>
      <w:r>
        <w:t xml:space="preserve"> name?</w:t>
        <w:br/>
        <w:t>他们是你的学生</w:t>
      </w:r>
      <w:r>
        <w:t xml:space="preserve"> 不是你的朋友</w:t>
        <w:br/>
        <w:t>These</w:t>
      </w:r>
      <w:r>
        <w:t xml:space="preserve"> are</w:t>
      </w:r>
      <w:r>
        <w:t xml:space="preserve"> your</w:t>
      </w:r>
      <w:r>
        <w:t xml:space="preserve"> students,</w:t>
      </w:r>
      <w:r>
        <w:t xml:space="preserve"> not</w:t>
      </w:r>
      <w:r>
        <w:t xml:space="preserve"> your</w:t>
      </w:r>
      <w:r>
        <w:t xml:space="preserve"> buddies.</w:t>
        <w:br/>
        <w:t>此外</w:t>
      </w:r>
      <w:r>
        <w:t xml:space="preserve"> 我还无意中听到她说</w:t>
        <w:br/>
        <w:t>Also,</w:t>
      </w:r>
      <w:r>
        <w:t xml:space="preserve"> I</w:t>
      </w:r>
      <w:r>
        <w:t xml:space="preserve"> overheard</w:t>
      </w:r>
      <w:r>
        <w:t xml:space="preserve"> her</w:t>
      </w:r>
      <w:r>
        <w:t xml:space="preserve"> saying,</w:t>
        <w:br/>
        <w:t>你们可以随意使用逗号&amp;hearts;</w:t>
        <w:br/>
        <w:t>"You</w:t>
      </w:r>
      <w:r>
        <w:t xml:space="preserve"> can</w:t>
      </w:r>
      <w:r>
        <w:t xml:space="preserve"> use</w:t>
      </w:r>
      <w:r>
        <w:t xml:space="preserve"> commas</w:t>
      </w:r>
      <w:r>
        <w:t xml:space="preserve"> whenever</w:t>
      </w:r>
      <w:r>
        <w:t xml:space="preserve"> you</w:t>
      </w:r>
      <w:r>
        <w:t xml:space="preserve"> feel</w:t>
      </w:r>
      <w:r>
        <w:t xml:space="preserve"> like.</w:t>
      </w:r>
      <w:r>
        <w:t xml:space="preserve"> "</w:t>
        <w:br/>
        <w:t>我只是觉得</w:t>
      </w:r>
      <w:r>
        <w:t xml:space="preserve"> </w:t>
      </w:r>
      <w:r>
        <w:t xml:space="preserve"> -珍妮</w:t>
        <w:br/>
        <w:t>And</w:t>
      </w:r>
      <w:r>
        <w:t xml:space="preserve"> I</w:t>
      </w:r>
      <w:r>
        <w:t xml:space="preserve"> just</w:t>
      </w:r>
      <w:r>
        <w:t xml:space="preserve"> feel</w:t>
      </w:r>
      <w:r>
        <w:t xml:space="preserve"> like...</w:t>
      </w:r>
      <w:r>
        <w:t xml:space="preserve"> Janine,</w:t>
        <w:br/>
        <w:t>你昨晚抽叶子了吗</w:t>
      </w:r>
      <w:r>
        <w:t xml:space="preserve"> 因为我看你现在情绪高涨</w:t>
        <w:br/>
        <w:t>did</w:t>
      </w:r>
      <w:r>
        <w:t xml:space="preserve"> you</w:t>
      </w:r>
      <w:r>
        <w:t xml:space="preserve"> smoke</w:t>
      </w:r>
      <w:r>
        <w:t xml:space="preserve"> last</w:t>
      </w:r>
      <w:r>
        <w:t xml:space="preserve"> night?</w:t>
      </w:r>
      <w:r>
        <w:t xml:space="preserve"> Cause</w:t>
      </w:r>
      <w:r>
        <w:t xml:space="preserve"> it</w:t>
      </w:r>
      <w:r>
        <w:t xml:space="preserve"> don't</w:t>
      </w:r>
      <w:r>
        <w:t xml:space="preserve"> seem</w:t>
      </w:r>
      <w:r>
        <w:t xml:space="preserve"> like</w:t>
      </w:r>
      <w:r>
        <w:t xml:space="preserve"> you</w:t>
      </w:r>
      <w:r>
        <w:t xml:space="preserve"> did.</w:t>
        <w:br/>
        <w:t>我只是不认为这是管理课堂的最佳方式</w:t>
        <w:br/>
        <w:t>I</w:t>
      </w:r>
      <w:r>
        <w:t xml:space="preserve"> just</w:t>
      </w:r>
      <w:r>
        <w:t xml:space="preserve"> don't</w:t>
      </w:r>
      <w:r>
        <w:t xml:space="preserve"> think</w:t>
      </w:r>
      <w:r>
        <w:t xml:space="preserve"> it's</w:t>
      </w:r>
      <w:r>
        <w:t xml:space="preserve"> the</w:t>
      </w:r>
      <w:r>
        <w:t xml:space="preserve"> best</w:t>
      </w:r>
      <w:r>
        <w:t xml:space="preserve"> way</w:t>
      </w:r>
      <w:r>
        <w:t xml:space="preserve"> to</w:t>
      </w:r>
      <w:r>
        <w:t xml:space="preserve"> run</w:t>
      </w:r>
      <w:r>
        <w:t xml:space="preserve"> a</w:t>
      </w:r>
      <w:r>
        <w:t xml:space="preserve"> classroom.</w:t>
        <w:br/>
        <w:t>她就在那边</w:t>
      </w:r>
      <w:r>
        <w:t xml:space="preserve"> 如果你想</w:t>
        <w:br/>
        <w:t>Well,</w:t>
      </w:r>
      <w:r>
        <w:t xml:space="preserve"> she's</w:t>
      </w:r>
      <w:r>
        <w:t xml:space="preserve"> right</w:t>
      </w:r>
      <w:r>
        <w:t xml:space="preserve"> over</w:t>
      </w:r>
      <w:r>
        <w:t xml:space="preserve"> there</w:t>
      </w:r>
      <w:r>
        <w:t xml:space="preserve"> if</w:t>
      </w:r>
      <w:r>
        <w:t xml:space="preserve"> you</w:t>
      </w:r>
      <w:r>
        <w:t xml:space="preserve"> want</w:t>
      </w:r>
      <w:r>
        <w:t xml:space="preserve"> to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https://d.book118.com/686205241240010102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86205241240010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