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房地产销售年个人工作计划（30篇）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房地产销售年个人工作计划（精选30篇）</w:t>
      </w:r>
      <w:r>
        <w:rPr>
          <w:lang w:eastAsia="zh-CN"/>
        </w:rPr>
        <w:br/>
      </w:r>
      <w:r>
        <w:rPr>
          <w:lang w:eastAsia="zh-CN"/>
        </w:rPr>
        <w:t xml:space="preserve">    房地产销售年个人工作计划 篇1 </w:t>
      </w:r>
      <w:r>
        <w:rPr>
          <w:lang w:eastAsia="zh-CN"/>
        </w:rPr>
        <w:br/>
      </w:r>
      <w:r>
        <w:rPr>
          <w:lang w:eastAsia="zh-CN"/>
        </w:rPr>
        <w:t>　　1、减少“人”的浪费。企业的人不在多，而在精;人多协调就多，过多协调，就会使企业丧失凝聚力。协调不力，就会造成工作停滞等方面的浪费。</w:t>
      </w:r>
      <w:r>
        <w:rPr>
          <w:lang w:eastAsia="zh-CN"/>
        </w:rPr>
        <w:br/>
      </w:r>
      <w:r>
        <w:rPr>
          <w:lang w:eastAsia="zh-CN"/>
        </w:rPr>
        <w:t>　　2、减少“财”的浪费。房地产企业是资金密集型企业，动辄几千万上亿的资金流动，重点部门控制不好，浪费几十万上百万的资金是很容易的。</w:t>
      </w:r>
      <w:r>
        <w:rPr>
          <w:lang w:eastAsia="zh-CN"/>
        </w:rPr>
        <w:br/>
      </w:r>
      <w:r>
        <w:rPr>
          <w:lang w:eastAsia="zh-CN"/>
        </w:rPr>
        <w:t>　　3、减少“物”的浪费。这个大家都知道，不再赘述。</w:t>
      </w:r>
      <w:r>
        <w:rPr>
          <w:lang w:eastAsia="zh-CN"/>
        </w:rPr>
        <w:br/>
      </w:r>
      <w:r>
        <w:rPr>
          <w:lang w:eastAsia="zh-CN"/>
        </w:rPr>
        <w:t>　　4、减少“时间”的浪费。我们一个项目，如果投入1亿元，每月的利息大概是200万元，提前一天工期就节省6万多元，因此，做好计划，打紧工期是非常重要的。</w:t>
      </w:r>
      <w:r>
        <w:rPr>
          <w:lang w:eastAsia="zh-CN"/>
        </w:rPr>
        <w:br/>
      </w:r>
      <w:r>
        <w:rPr>
          <w:lang w:eastAsia="zh-CN"/>
        </w:rPr>
        <w:t>　　1)避免计划编制无依据。公司下达了目标指标，各部门却不知道怎样分解，靠“拍脑子”和想当然去制定预算和计划，缺乏可执行性。对于非量化的工作，不进行细化，不具备可操作性。短期计划没有围绕中长期计划进行编制，两者之间出现脱节和背离，没考虑连续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2)杜绝计划编制拖拖拉拉，事态紧急才下发，忽视了及时性。对于这种计划，如果不进行修改和调整，甚至推倒重来，将带来极大的危害。</w:t>
      </w:r>
      <w:r>
        <w:rPr>
          <w:lang w:eastAsia="zh-CN"/>
        </w:rPr>
        <w:br/>
      </w:r>
      <w:r>
        <w:rPr>
          <w:lang w:eastAsia="zh-CN"/>
        </w:rPr>
        <w:t>　　3)严禁计划执行不严肃。</w:t>
      </w:r>
      <w:r>
        <w:rPr>
          <w:lang w:eastAsia="zh-CN"/>
        </w:rPr>
        <w:br/>
      </w:r>
      <w:r>
        <w:rPr>
          <w:lang w:eastAsia="zh-CN"/>
        </w:rPr>
        <w:t>　　4)计划考核要到位。由于无法了解和掌握计划的进度和完成情况及存在问题，而难以实施考核。即使发现了问题，也不检讨反省，客观地分析存在差异的原因，而是一味强调理由，推卸责任，逃避考核。发现问题后，措施不到位，致使下期的计划中又没有体现或纠正，导致问题长期存在。</w:t>
      </w:r>
      <w:r>
        <w:rPr>
          <w:lang w:eastAsia="zh-CN"/>
        </w:rPr>
        <w:br/>
      </w:r>
      <w:r>
        <w:rPr>
          <w:lang w:eastAsia="zh-CN"/>
        </w:rPr>
        <w:t>　　5、减少“空间”的浪费。土地是房地产企业的命脉，没有土地不会有开发项目，但是有了土地而闲臵，造成的资金浪费是巨大的，尽快编制开发计划，缩短报批报建时间是非常重要的。另外合理规划布局，提高积率和土地利用效率同样重要。</w:t>
      </w:r>
      <w:r>
        <w:rPr>
          <w:lang w:eastAsia="zh-CN"/>
        </w:rPr>
        <w:br/>
      </w:r>
      <w:r>
        <w:rPr>
          <w:lang w:eastAsia="zh-CN"/>
        </w:rPr>
        <w:t>　　6、减少“信息”的浪费。在当今竞争日益激烈的.情况下，公司内外充斥着大量的信息，应当从中汲取有用的信息，经过汇总、分析等处理，进行放大输出;但有些公司在信息闲臵方面的浪费是极其惊人的，需要从根本上进行变革，从信息的有目的搜集开始，经汇总、分析、存档、再输出的全过程中，找出不准确、不及时的浪费，并进行根除。</w:t>
      </w:r>
      <w:r>
        <w:rPr>
          <w:lang w:eastAsia="zh-CN"/>
        </w:rPr>
        <w:br/>
      </w:r>
      <w:r>
        <w:rPr>
          <w:lang w:eastAsia="zh-CN"/>
        </w:rPr>
        <w:t>　　7、减少“组织”的浪费。合理搭建组织架构，尽力减少因机构重叠，职能重叠、职责不清、有章不循、业务流程的无序等方面的浪费，使生产经营要素能得到有效利用。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扁平化管理、业务流程再造、组织再造、过程管理等方法，都是工作流程化、规范化、职责化的有效措施，可以从某种程度上减少“组织”的浪费。</w:t>
      </w:r>
      <w:r>
        <w:rPr>
          <w:lang w:eastAsia="zh-CN"/>
        </w:rPr>
        <w:br/>
      </w:r>
      <w:r>
        <w:rPr>
          <w:lang w:eastAsia="zh-CN"/>
        </w:rPr>
        <w:t>　　总之，20__年我一定会在董事长的带领下，在各位同事的帮助下，保持开放心态，积极进取，谦虚谨慎，努力做好各项工作，为公司的发展做出应有贡献!</w:t>
      </w:r>
      <w:r>
        <w:rPr>
          <w:lang w:eastAsia="zh-CN"/>
        </w:rPr>
        <w:br/>
      </w:r>
      <w:r>
        <w:rPr>
          <w:lang w:eastAsia="zh-CN"/>
        </w:rPr>
        <w:t xml:space="preserve">    房地产销售年个人工作计划 篇2 </w:t>
      </w:r>
      <w:r>
        <w:rPr>
          <w:lang w:eastAsia="zh-CN"/>
        </w:rPr>
        <w:br/>
      </w:r>
      <w:r>
        <w:rPr>
          <w:lang w:eastAsia="zh-CN"/>
        </w:rPr>
        <w:t>　　一、做好市场调查</w:t>
      </w:r>
      <w:r>
        <w:rPr>
          <w:lang w:eastAsia="zh-CN"/>
        </w:rPr>
        <w:br/>
      </w:r>
      <w:r>
        <w:rPr>
          <w:lang w:eastAsia="zh-CN"/>
        </w:rPr>
        <w:t>　　作为一名房地产销售这是必然要做好的，结合现有的业务去做一些调查，销售工作注定是非常难做的，在这个过程当中一定会有更多的事情在等着我，做好市场调查非常简单的事情，但是一定要好好的去体会，当然有很多事情就是从细节入手然后去逐步的完善好的，通过市场七去了解现在的行情，这对于销售工作有很大的帮助，过去的20__年整体的行业状况还是不错的，当然这些都是一些很简单的东西，第一步做好的就是调查工作，当然不可急躁，在销售工作当中养成一个好的工作习惯，这绝对是非常有必要的，我希望能够在工作当中继续努力去实现好这些，当然有很多事情都是需要这样做的。</w:t>
      </w:r>
      <w:r>
        <w:rPr>
          <w:lang w:eastAsia="zh-CN"/>
        </w:rPr>
        <w:br/>
      </w:r>
      <w:r>
        <w:rPr>
          <w:lang w:eastAsia="zh-CN"/>
        </w:rPr>
        <w:t>　　二、为客户提供优质服务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作为一名房地产销售，其实从另外一个角度来看也是一名服务者，需要为客户用心的去解答问题，把好的房源提供给客户，这个过程会非常的有意义，作为一名的'销售人员无论是在细节上面，还是在个人的业务水平上面，这几点都是非常有必要做好的，当然在这个过程当中一定会发生很多问题，未来工作当中我一定好好的对待出现的问题，把自身的业务水平提高了才能够提供更好的销售，作为房地产销售人员首先就是为客户考虑，在谈业务的时候一定是非常用心，细心的，我会加强这方面的能力，面对客户一定要具备这几点。</w:t>
      </w:r>
      <w:r>
        <w:rPr>
          <w:lang w:eastAsia="zh-CN"/>
        </w:rPr>
        <w:br/>
      </w:r>
      <w:r>
        <w:rPr>
          <w:lang w:eastAsia="zh-CN"/>
        </w:rPr>
        <w:t>　　三、态度端正，坚定信心</w:t>
      </w:r>
      <w:r>
        <w:rPr>
          <w:lang w:eastAsia="zh-CN"/>
        </w:rPr>
        <w:br/>
      </w:r>
      <w:r>
        <w:rPr>
          <w:lang w:eastAsia="zh-CN"/>
        </w:rPr>
        <w:t>　　工作当中不是一路顺风，销售工作一定是会遇到很多问题，当然也会有挫败感，但是要坚信这些都是工作当中的垫脚石，我会坚定不移的去做好自己，未来时间很长，我也会把这些好的东西发扬光大，把细节的上面的东西完善好，提高自己抗压能力，不求进度，发挥好自己的业务能力。</w:t>
      </w:r>
      <w:r>
        <w:rPr>
          <w:lang w:eastAsia="zh-CN"/>
        </w:rPr>
        <w:br/>
      </w:r>
      <w:r>
        <w:rPr>
          <w:lang w:eastAsia="zh-CN"/>
        </w:rPr>
        <w:t>　　公司的发展是与整个公司的员工综合素质，公司的指导方针，团队的建设是分不开的。提高执行力的标准，建立一个良好的销售团队和有一个好的工作模式与工作环境是工作的关键。为了使我销售部门的各方面的工作顺利进行，特作出__年工作计划。</w:t>
      </w:r>
      <w:r>
        <w:rPr>
          <w:lang w:eastAsia="zh-CN"/>
        </w:rPr>
        <w:br/>
      </w:r>
      <w:r>
        <w:rPr>
          <w:lang w:eastAsia="zh-CN"/>
        </w:rPr>
        <w:t>　　一、销售目标</w:t>
      </w:r>
      <w:r>
        <w:rPr>
          <w:lang w:eastAsia="zh-CN"/>
        </w:rPr>
        <w:br/>
      </w:r>
      <w:r>
        <w:rPr>
          <w:lang w:eastAsia="zh-CN"/>
        </w:rPr>
        <w:t>　　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r>
        <w:rPr>
          <w:lang w:eastAsia="zh-CN"/>
        </w:rPr>
        <w:br/>
      </w:r>
      <w:r>
        <w:rPr>
          <w:lang w:eastAsia="zh-CN"/>
        </w:rPr>
        <w:t>　　二、建立一支熟悉业务，而相对稳定的销售团队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人才是企业最宝贵的资源，一切销售业绩都起源于有一个好的销售人员，建立一支具有凝聚力，合作精神的销售团队是企业的根本。在明年的工作中建立一个和谐，具有杀伤力的团队作为一项主要的工作来抓。</w:t>
      </w:r>
      <w:r>
        <w:rPr>
          <w:lang w:eastAsia="zh-CN"/>
        </w:rPr>
        <w:br/>
      </w:r>
      <w:r>
        <w:rPr>
          <w:lang w:eastAsia="zh-CN"/>
        </w:rPr>
        <w:t>　　三、完善销售制度，建立一套明确系统的业务管理办法</w:t>
      </w:r>
      <w:r>
        <w:rPr>
          <w:lang w:eastAsia="zh-CN"/>
        </w:rPr>
        <w:br/>
      </w:r>
      <w:r>
        <w:rPr>
          <w:lang w:eastAsia="zh-CN"/>
        </w:rPr>
        <w:t>　　销售管理是企业的老大难问题，销售人员出差，见客户处于放任自流的状态。完善销售管理制度的目的是让销售人员在工作中发挥主观能动性，对工作有高度的责任心，提高销售人员的主人翁意识。</w:t>
      </w:r>
      <w:r>
        <w:rPr>
          <w:lang w:eastAsia="zh-CN"/>
        </w:rPr>
        <w:br/>
      </w:r>
      <w:r>
        <w:rPr>
          <w:lang w:eastAsia="zh-CN"/>
        </w:rPr>
        <w:t>　　四、培养销售人员发现问题，总结问题，不断自我提高的习惯</w:t>
      </w:r>
      <w:r>
        <w:rPr>
          <w:lang w:eastAsia="zh-CN"/>
        </w:rPr>
        <w:br/>
      </w:r>
      <w:r>
        <w:rPr>
          <w:lang w:eastAsia="zh-CN"/>
        </w:rPr>
        <w:t>　　培养销售人员发现问题，总结问题目的在于提高销售人员综合素质，在工作中能发现问题总结问题并能提出自己的看法和建议，业务能力提高到一个新的档次。</w:t>
      </w:r>
      <w:r>
        <w:rPr>
          <w:lang w:eastAsia="zh-CN"/>
        </w:rPr>
        <w:br/>
      </w:r>
      <w:r>
        <w:rPr>
          <w:lang w:eastAsia="zh-CN"/>
        </w:rPr>
        <w:t>　　五、在地区市建立销售，服务网点</w:t>
      </w:r>
      <w:r>
        <w:rPr>
          <w:lang w:eastAsia="zh-CN"/>
        </w:rPr>
        <w:br/>
      </w:r>
      <w:r>
        <w:rPr>
          <w:lang w:eastAsia="zh-CN"/>
        </w:rPr>
        <w:t>　　根据今年在出差过程中遇到的一系列的问题，约好的客户突然改变行程，毁约，车辆不在家的情况，使计划好的行程被打乱，不能顺利完成出差的目的。造成时间，资金上的浪费。</w:t>
      </w:r>
      <w:r>
        <w:rPr>
          <w:lang w:eastAsia="zh-CN"/>
        </w:rPr>
        <w:br/>
      </w:r>
      <w:r>
        <w:rPr>
          <w:lang w:eastAsia="zh-CN"/>
        </w:rPr>
        <w:t xml:space="preserve">    房地产销售年个人工作计划 篇3 </w:t>
      </w:r>
      <w:r>
        <w:rPr>
          <w:lang w:eastAsia="zh-CN"/>
        </w:rPr>
        <w:br/>
      </w:r>
      <w:r>
        <w:rPr>
          <w:lang w:eastAsia="zh-CN"/>
        </w:rPr>
        <w:t>　　在过去的一年，我们的房地产销售部取得了总销售回款额8000万元的佳绩，月平均签约房源50套，达到了领导下发的销售目标，为公司带来了丰厚的利润。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我作为房地产销售部经理，为我的销售团队感到无比的自豪与骄傲。新的一年里，我们房地产销售部必须继续努力，现制定房地产销售部新的一年里的年度工作计划：</w:t>
      </w:r>
      <w:r>
        <w:rPr>
          <w:lang w:eastAsia="zh-CN"/>
        </w:rPr>
        <w:br/>
      </w:r>
      <w:r>
        <w:rPr>
          <w:lang w:eastAsia="zh-CN"/>
        </w:rPr>
        <w:t>　　第一，房地产销售部必须密切关注我市政策经济走向，仔细研究房地产市场变化情况，得出相应策略。目前，政府已经明确提出调控房地产的相关政策法规，是我们房地产销售部必须密切关注与研究的。</w:t>
      </w:r>
      <w:r>
        <w:rPr>
          <w:lang w:eastAsia="zh-CN"/>
        </w:rPr>
        <w:br/>
      </w:r>
      <w:r>
        <w:rPr>
          <w:lang w:eastAsia="zh-CN"/>
        </w:rPr>
        <w:t>　　第二，分析房源信息，制定详实销售方案。新的一年，我们的销售主体房源是小高层楼房，我们必须就这类房源有足够充分了解，结合市场需求加以销售。</w:t>
      </w:r>
      <w:r>
        <w:rPr>
          <w:lang w:eastAsia="zh-CN"/>
        </w:rPr>
        <w:br/>
      </w:r>
      <w:r>
        <w:rPr>
          <w:lang w:eastAsia="zh-CN"/>
        </w:rPr>
        <w:t>　　第三，针对不同房源产品，确定不同客户群。我们必须研究并切实进行有效的房源销售客户管理，有针对性的开展客户采集推荐导购工作。</w:t>
      </w:r>
      <w:r>
        <w:rPr>
          <w:lang w:eastAsia="zh-CN"/>
        </w:rPr>
        <w:br/>
      </w:r>
      <w:r>
        <w:rPr>
          <w:lang w:eastAsia="zh-CN"/>
        </w:rPr>
        <w:t>　　总而言之，新的一年里我们房地产销售部必须贯彻公司战略，为圆满、超额完成全年销售目标而努力!</w:t>
      </w:r>
      <w:r>
        <w:rPr>
          <w:lang w:eastAsia="zh-CN"/>
        </w:rPr>
        <w:br/>
      </w:r>
      <w:r>
        <w:rPr>
          <w:lang w:eastAsia="zh-CN"/>
        </w:rPr>
        <w:t xml:space="preserve">    房地产销售年个人工作计划 篇4 </w:t>
      </w:r>
      <w:r>
        <w:rPr>
          <w:lang w:eastAsia="zh-CN"/>
        </w:rPr>
        <w:br/>
      </w:r>
      <w:r>
        <w:rPr>
          <w:lang w:eastAsia="zh-CN"/>
        </w:rPr>
        <w:t>　　一、销量指标：</w:t>
      </w:r>
      <w:r>
        <w:rPr>
          <w:lang w:eastAsia="zh-CN"/>
        </w:rPr>
        <w:br/>
      </w:r>
      <w:r>
        <w:rPr>
          <w:lang w:eastAsia="zh-CN"/>
        </w:rPr>
        <w:t>　　上级下达的销售任务30万元，销售目标35万元，每个季度7.5万元</w:t>
      </w:r>
      <w:r>
        <w:rPr>
          <w:lang w:eastAsia="zh-CN"/>
        </w:rPr>
        <w:br/>
      </w:r>
      <w:r>
        <w:rPr>
          <w:lang w:eastAsia="zh-CN"/>
        </w:rPr>
        <w:t>　　二、计划拟定：</w:t>
      </w:r>
      <w:r>
        <w:rPr>
          <w:lang w:eastAsia="zh-CN"/>
        </w:rPr>
        <w:br/>
      </w:r>
      <w:r>
        <w:rPr>
          <w:lang w:eastAsia="zh-CN"/>
        </w:rPr>
        <w:t>　　1、年初拟定《年度销售计划》;</w:t>
      </w:r>
      <w:r>
        <w:rPr>
          <w:lang w:eastAsia="zh-CN"/>
        </w:rPr>
        <w:br/>
      </w:r>
      <w:r>
        <w:rPr>
          <w:lang w:eastAsia="zh-CN"/>
        </w:rPr>
        <w:t>　　2、每月初拟定《月销售计划表》;</w:t>
      </w:r>
      <w:r>
        <w:rPr>
          <w:lang w:eastAsia="zh-CN"/>
        </w:rPr>
        <w:br/>
      </w:r>
      <w:r>
        <w:rPr>
          <w:lang w:eastAsia="zh-CN"/>
        </w:rPr>
        <w:t>　　三、客户分类：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根据接待的每一位客户进行细分化，将现有客户分为a类客户、b类客户、c类客户等三大类，并对各级客户进行全面分析。做到不同客户，采取不同的服务。做到乘兴而来，满意而归。</w:t>
      </w:r>
      <w:r>
        <w:rPr>
          <w:lang w:eastAsia="zh-CN"/>
        </w:rPr>
        <w:br/>
      </w:r>
      <w:r>
        <w:rPr>
          <w:lang w:eastAsia="zh-CN"/>
        </w:rPr>
        <w:t>　　四、实施措施：</w:t>
      </w:r>
      <w:r>
        <w:rPr>
          <w:lang w:eastAsia="zh-CN"/>
        </w:rPr>
        <w:br/>
      </w:r>
      <w:r>
        <w:rPr>
          <w:lang w:eastAsia="zh-CN"/>
        </w:rPr>
        <w:t>　　1、熟悉公司新的规章制度和业务开展工作。公司在不断改革，订立了新的制度，特别在业务方面。作为公司一名部门经理，必须以身作责，在遵守公司规定的同时全力开展业务工作。</w:t>
      </w:r>
      <w:r>
        <w:rPr>
          <w:lang w:eastAsia="zh-CN"/>
        </w:rPr>
        <w:br/>
      </w:r>
      <w:r>
        <w:rPr>
          <w:lang w:eastAsia="zh-CN"/>
        </w:rPr>
        <w:t>　　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r>
        <w:rPr>
          <w:lang w:eastAsia="zh-CN"/>
        </w:rPr>
        <w:br/>
      </w:r>
      <w:r>
        <w:rPr>
          <w:lang w:eastAsia="zh-CN"/>
        </w:rPr>
        <w:t>　　3、在客户的方面与客户加强信息交流，增近感情，对a类客坚持每个星期联系一次，b类客户半个月联系一次，c类客户一个月联系一次。对于已成交的客户经常保持联系。</w:t>
      </w:r>
      <w:r>
        <w:rPr>
          <w:lang w:eastAsia="zh-CN"/>
        </w:rPr>
        <w:br/>
      </w:r>
      <w:r>
        <w:rPr>
          <w:lang w:eastAsia="zh-CN"/>
        </w:rPr>
        <w:t>　　4、在网络方面</w:t>
      </w:r>
      <w:r>
        <w:rPr>
          <w:lang w:eastAsia="zh-CN"/>
        </w:rPr>
        <w:br/>
      </w:r>
      <w:r>
        <w:rPr>
          <w:lang w:eastAsia="zh-CN"/>
        </w:rPr>
        <w:t>　　充分发挥我司网站及网络资源，做好房源的收集以及发布，客源的开发情况。做好业务工作。以上，是我对__年的工作计划，可能还很不成熟，希望领导指正。火车跑的快还靠车头带，我希望得到公司领导的正确引导和帮助。展望__年，我会更加努力、认真负责的去对待每一个业务，争取更多的单，完善业务开展工作。相信自己会完成新的任务，能迎接__年新的挑战。</w:t>
      </w:r>
      <w:r>
        <w:rPr>
          <w:lang w:eastAsia="zh-CN"/>
        </w:rPr>
        <w:br/>
      </w:r>
      <w:r>
        <w:rPr>
          <w:lang w:eastAsia="zh-CN"/>
        </w:rPr>
        <w:t xml:space="preserve">    房地产销售年个人工作计划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经过以往的工作经验，我对房地产销售有了更深层次的了解，同时也学到了很多东西，为了让自己在新的一年中有更高的收获，自身有更高的提升，特总结去年展望今年，根据自身的实际情况，特做出20__年具体的工作计划。</w:t>
      </w:r>
      <w:r>
        <w:rPr>
          <w:lang w:eastAsia="zh-CN"/>
        </w:rPr>
        <w:br/>
      </w:r>
      <w:r>
        <w:rPr>
          <w:lang w:eastAsia="zh-CN"/>
        </w:rPr>
        <w:t>　　一、业务的精进</w:t>
      </w:r>
      <w:r>
        <w:rPr>
          <w:lang w:eastAsia="zh-CN"/>
        </w:rPr>
        <w:br/>
      </w:r>
      <w:r>
        <w:rPr>
          <w:lang w:eastAsia="zh-CN"/>
        </w:rPr>
        <w:t>　　1、加强团体的力量</w:t>
      </w:r>
      <w:r>
        <w:rPr>
          <w:lang w:eastAsia="zh-CN"/>
        </w:rPr>
        <w:br/>
      </w:r>
      <w:r>
        <w:rPr>
          <w:lang w:eastAsia="zh-CN"/>
        </w:rPr>
        <w:t>　　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r>
        <w:rPr>
          <w:lang w:eastAsia="zh-CN"/>
        </w:rPr>
        <w:br/>
      </w:r>
      <w:r>
        <w:rPr>
          <w:lang w:eastAsia="zh-CN"/>
        </w:rPr>
        <w:t>　　2、熟识项目</w:t>
      </w:r>
      <w:r>
        <w:rPr>
          <w:lang w:eastAsia="zh-CN"/>
        </w:rPr>
        <w:br/>
      </w:r>
      <w:r>
        <w:rPr>
          <w:lang w:eastAsia="zh-CN"/>
        </w:rPr>
        <w:t>　　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r>
        <w:rPr>
          <w:lang w:eastAsia="zh-CN"/>
        </w:rPr>
        <w:br/>
      </w:r>
      <w:r>
        <w:rPr>
          <w:lang w:eastAsia="zh-CN"/>
        </w:rPr>
        <w:t>　　3、树立自己的目标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r>
        <w:rPr>
          <w:lang w:eastAsia="zh-CN"/>
        </w:rPr>
        <w:br/>
      </w:r>
      <w:r>
        <w:rPr>
          <w:lang w:eastAsia="zh-CN"/>
        </w:rPr>
        <w:t>　　二、自身素质的提升</w:t>
      </w:r>
      <w:r>
        <w:rPr>
          <w:lang w:eastAsia="zh-CN"/>
        </w:rPr>
        <w:br/>
      </w:r>
      <w:r>
        <w:rPr>
          <w:lang w:eastAsia="zh-CN"/>
        </w:rPr>
        <w:t>　　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最后，感谢公司所有的领导和同事，因为我个人的进步离不开大家的帮助和支持。20__年我会不断学习，努力工作。我要用全部的激情和智慧创造效益，让事业充满生　　房地产销售工作计划篇五机和活力!我们是一个整体，奔得是同一个目标!我会和大家一起齐心协力，从新的起点开始，迈向成功!</w:t>
      </w:r>
      <w:r>
        <w:rPr>
          <w:lang w:eastAsia="zh-CN"/>
        </w:rPr>
        <w:br/>
      </w:r>
      <w:r>
        <w:rPr>
          <w:lang w:eastAsia="zh-CN"/>
        </w:rPr>
        <w:t>　　20__年到来了，对于我而言，是充满压力的一年。要想做好房地产销售工作，得从多个方面入手，下面是本人的工作计划：</w:t>
      </w:r>
      <w:r>
        <w:rPr>
          <w:lang w:eastAsia="zh-CN"/>
        </w:rPr>
        <w:br/>
      </w:r>
      <w:r>
        <w:rPr>
          <w:lang w:eastAsia="zh-CN"/>
        </w:rPr>
        <w:t>　　1、加强自身业务能力训练。在20__年的房产销售工作中，我将加强自己在专业技能上的训练，为实现销售任务打下坚实的基矗进行销售技巧为主的技能培训，全面提高自身的专业素质。确保自己在20__年的销售工作中始终保持高昂的斗志、团结积极的工作热情。</w:t>
      </w:r>
      <w:r>
        <w:rPr>
          <w:lang w:eastAsia="zh-CN"/>
        </w:rPr>
        <w:br/>
      </w:r>
      <w:r>
        <w:rPr>
          <w:lang w:eastAsia="zh-CN"/>
        </w:rPr>
        <w:t>　　2、密切关注国内经济及政策走向。在新的一年中，我将仔细研究国内及本地房地产市场的变化，为销售策略决策提供依据。目前政府已经出台了调控房地产市场的一系列政策，对20__年的市场到底会造成多大的影响，政府是否还会继续出台调控政策，应该如何应对以确保实现20__年的销售任务，是我必须关注和加以研究的工作。</w:t>
      </w:r>
      <w:r>
        <w:rPr>
          <w:lang w:eastAsia="zh-CN"/>
        </w:rPr>
        <w:br/>
      </w:r>
      <w:r>
        <w:rPr>
          <w:lang w:eastAsia="zh-CN"/>
        </w:rPr>
        <w:t>　　3、分析可售产品，制定销售计划、目标及执行方案。销售工作重点是公寓，我将仔细分析可售产品的特性，挖掘产品卖点，结合对市场同类产品的研究，为不同的产品分别制定科学合理的销售计划和任务目标及详细的执行方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4、针对不同的销售产品，确定不同的目标客户群，研究实施切实有效的销售方法。我将结合自已的销售经验及对可售产品的了解，仔细分析找出有效的目标客户群。我将通过对工作中的数据进行统计分析，以总结归纳出完善高效的销售方法。</w:t>
      </w:r>
      <w:r>
        <w:rPr>
          <w:lang w:eastAsia="zh-CN"/>
        </w:rPr>
        <w:br/>
      </w:r>
      <w:r>
        <w:rPr>
          <w:lang w:eastAsia="zh-CN"/>
        </w:rPr>
        <w:t>　　5、贯彻落实集团要求，力保销售任务达成。我将按计划认真执行销售方案，根据销售情况及市场变化及时调整销售计划，修正销售执行方案。定期对阶段性销售工作进行总结，对于突然变化的市场情况，做好预案，全力确保完成销售任务。</w:t>
      </w:r>
      <w:r>
        <w:rPr>
          <w:lang w:eastAsia="zh-CN"/>
        </w:rPr>
        <w:br/>
      </w:r>
      <w:r>
        <w:rPr>
          <w:lang w:eastAsia="zh-CN"/>
        </w:rPr>
        <w:t>　　6、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r>
        <w:rPr>
          <w:lang w:eastAsia="zh-CN"/>
        </w:rPr>
        <w:br/>
      </w:r>
      <w:r>
        <w:rPr>
          <w:lang w:eastAsia="zh-CN"/>
        </w:rPr>
        <w:t xml:space="preserve">    房地产销售年个人工作计划 篇6 </w:t>
      </w:r>
      <w:r>
        <w:rPr>
          <w:lang w:eastAsia="zh-CN"/>
        </w:rPr>
        <w:br/>
      </w:r>
      <w:r>
        <w:rPr>
          <w:lang w:eastAsia="zh-CN"/>
        </w:rPr>
        <w:t>　　转眼之间又要进入新得一年-20__年了,新年要有新气象,在总结过去得同时我们要对新得一年一个好得计划.我是一个从事工作时间不长,经验不足得工作人员,很多方面都要有一定得要求,这样才能在新得一年里有更大得进步和成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20__年是我们__地产公司发展非常重要得一年，对于一个刚刚踏入房地产中介市场得新人来说，也是一个充满挑战，机遇与压力得开始得一年。为了我要调整工作心态、增强责任意识、服务意识，充分认识并做好厂房中介得工作。为此，在厂房部得朱、郭两位同事得热心帮助下，我逐步认识本部门得基本业务工作，也充分认识到自己目前各方面得不足，为了尽快得成长为一名职业经纪人，我订立了以下年度工作计划：</w:t>
      </w:r>
      <w:r>
        <w:rPr>
          <w:lang w:eastAsia="zh-CN"/>
        </w:rPr>
        <w:br/>
      </w:r>
      <w:r>
        <w:rPr>
          <w:lang w:eastAsia="zh-CN"/>
        </w:rPr>
        <w:t>　　一、熟悉公司得规章制度和基本业务工作。</w:t>
      </w:r>
      <w:r>
        <w:rPr>
          <w:lang w:eastAsia="zh-CN"/>
        </w:rPr>
        <w:br/>
      </w:r>
      <w:r>
        <w:rPr>
          <w:lang w:eastAsia="zh-CN"/>
        </w:rPr>
        <w:t>　　作为一位新员工，本人通过对此业务得接触，使我对公司得业务有了更好地了解，但距离还差得很远。这对于业务员来讲是一大缺陷，希望公司以后有时间能定期为新员工组织学习和培训，以便于工作起来更加得心顺手。</w:t>
      </w:r>
      <w:r>
        <w:rPr>
          <w:lang w:eastAsia="zh-CN"/>
        </w:rPr>
        <w:br/>
      </w:r>
      <w:r>
        <w:rPr>
          <w:lang w:eastAsia="zh-CN"/>
        </w:rPr>
        <w:t>　　1、 在第一季度，以业务学习为主，由于我们公司正值开张期.间，部门得计划制定还未完成，节后还会处于一个市场低潮期，我会充分利用这段时间补充相关业务知识，认真学习公司得规章制度，与公司人员充分认识合作;通过到周边镇区工业园实地扫盘，以期找到新得盘源和了解镇区工业厂房情况;通过上网，电话，陌生人拜访多种方式联系客户，加紧联络客户感情，到以期组成一个强大得客户群体。</w:t>
      </w:r>
      <w:r>
        <w:rPr>
          <w:lang w:eastAsia="zh-CN"/>
        </w:rPr>
        <w:br/>
      </w:r>
      <w:r>
        <w:rPr>
          <w:lang w:eastAsia="zh-CN"/>
        </w:rPr>
        <w:t>　　2、在第二季度得时候，公司已正式走上轨道，工业厂房市场会迎来一个小小得高峰期，在对业务有了一定了解熟悉得情况下，我会努力争取尽快开单，从而正式转正成为我们公司得员工。并与朱、郭两经理一起培训新加入得员工，让厂房部早日成长起来。</w:t>
      </w:r>
      <w:r>
        <w:rPr>
          <w:lang w:eastAsia="zh-CN"/>
        </w:rPr>
        <w:br/>
      </w:r>
      <w:r>
        <w:rPr>
          <w:lang w:eastAsia="zh-CN"/>
        </w:rPr>
        <w:t>　　3、第三季度得“十一”“中秋”双节，并且，随着我公司铺设数量得增加，一些规模较大得客户就可以逐步渗入进来了，为年底得厂房市场大战做好充分得准备。此时我会伙同公司其他员工竭尽全力为公司进一步发展做出努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4、年底得工作是一年当中得顶峰时期，加之我们一年得厂房推界、客户推广，我相信是我们厂房部最热火朝天得时间。我们部门会充分得根据实际情况、时间特点去做好客户开发工作，并根据市场变化及时调节我部得工作思路。争取把厂房工作业绩做到最大化!</w:t>
      </w:r>
      <w:r>
        <w:rPr>
          <w:lang w:eastAsia="zh-CN"/>
        </w:rPr>
        <w:br/>
      </w:r>
      <w:r>
        <w:rPr>
          <w:lang w:eastAsia="zh-CN"/>
        </w:rPr>
        <w:t>　　二、 制订学习计划。</w:t>
      </w:r>
      <w:r>
        <w:rPr>
          <w:lang w:eastAsia="zh-CN"/>
        </w:rPr>
        <w:br/>
      </w:r>
      <w:r>
        <w:rPr>
          <w:lang w:eastAsia="zh-CN"/>
        </w:rPr>
        <w:t>　　做房地产市场中介是需要根据市场不停得变化局面，不断调整经营思路得工作，学习对于业务人员来说至关重要，因为它直接关系到一个业务人员与时俱进得步伐和业务方面得生命力。我会适时得根据需要调整我得学习方向来补充新得能量。工业知识、营销知识、部门管理等相关厂房得知识都是我要掌握得内容，知己知彼，方能百战不殆(在这方面还希望公司给与我们业务人员支持)。</w:t>
      </w:r>
      <w:r>
        <w:rPr>
          <w:lang w:eastAsia="zh-CN"/>
        </w:rPr>
        <w:br/>
      </w:r>
      <w:r>
        <w:rPr>
          <w:lang w:eastAsia="zh-CN"/>
        </w:rPr>
        <w:t>　　三、 加强自己思想建设，增强全局意识、增强责任感、增强服务意识、增强团队意识。 积极主动地把工作做到点上、落到实处。我将尽我最大得能力减轻领导得压力。</w:t>
      </w:r>
      <w:r>
        <w:rPr>
          <w:lang w:eastAsia="zh-CN"/>
        </w:rPr>
        <w:br/>
      </w:r>
      <w:r>
        <w:rPr>
          <w:lang w:eastAsia="zh-CN"/>
        </w:rPr>
        <w:t>　　以上，是我对20__年得一些设想，可能还很不成熟，希望领导指正。火车跑得快还靠车头带，我希望得到公司领导、部门领导得正确引导和帮助。展望20__年，我会更加努力、认真负责得去对待每一个业务，也力争赢得机会去寻求更多得客户，争取更多得单，完善厂房部门得工作。相信自己会完成新得任务，能迎接20__年新得挑战。</w:t>
      </w:r>
      <w:r>
        <w:rPr>
          <w:lang w:eastAsia="zh-CN"/>
        </w:rPr>
        <w:br/>
      </w:r>
      <w:r>
        <w:rPr>
          <w:lang w:eastAsia="zh-CN"/>
        </w:rPr>
        <w:t xml:space="preserve">    房地产销售年个人工作计划 篇7 </w:t>
      </w:r>
      <w:r>
        <w:rPr>
          <w:lang w:eastAsia="zh-CN"/>
        </w:rPr>
        <w:br/>
      </w:r>
      <w:r>
        <w:rPr>
          <w:lang w:eastAsia="zh-CN"/>
        </w:rPr>
        <w:t>　　一个好的房地产营销方案必须有一个好的计划书，以在整体上把握整个营销活动。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市场营销计划更注重产品与市场的关系，是指导和协调市场营销努力的主要工具、房地产公司要想提高市场营销效能，必须学会如何制订和执行正确的市场营销计划。</w:t>
      </w:r>
      <w:r>
        <w:rPr>
          <w:lang w:eastAsia="zh-CN"/>
        </w:rPr>
        <w:br/>
      </w:r>
      <w:r>
        <w:rPr>
          <w:lang w:eastAsia="zh-CN"/>
        </w:rPr>
        <w:t>　　房地产营销计划的内容</w:t>
      </w:r>
      <w:r>
        <w:rPr>
          <w:lang w:eastAsia="zh-CN"/>
        </w:rPr>
        <w:br/>
      </w:r>
      <w:r>
        <w:rPr>
          <w:lang w:eastAsia="zh-CN"/>
        </w:rPr>
        <w:t>　　在房地产市场营销中，制订出一份优秀的营销计划十分重要。一般来说，市场营销计划包括计划概要：对拟议的计划给予扼要的综述，以便管理部分快速浏览。</w:t>
      </w:r>
      <w:r>
        <w:rPr>
          <w:lang w:eastAsia="zh-CN"/>
        </w:rPr>
        <w:br/>
      </w:r>
      <w:r>
        <w:rPr>
          <w:lang w:eastAsia="zh-CN"/>
        </w:rPr>
        <w:t>　　2.市场营销现状：提供有关市场，产品、竞争、配销渠道和宏观环境等方面的背景资料。</w:t>
      </w:r>
      <w:r>
        <w:rPr>
          <w:lang w:eastAsia="zh-CN"/>
        </w:rPr>
        <w:br/>
      </w:r>
      <w:r>
        <w:rPr>
          <w:lang w:eastAsia="zh-CN"/>
        </w:rPr>
        <w:t>　　3.机会与问题分析：综合主要的机会与挑战、优劣势、以及计划必须涉及的产品所面临的问题。</w:t>
      </w:r>
      <w:r>
        <w:rPr>
          <w:lang w:eastAsia="zh-CN"/>
        </w:rPr>
        <w:br/>
      </w:r>
      <w:r>
        <w:rPr>
          <w:lang w:eastAsia="zh-CN"/>
        </w:rPr>
        <w:t>　　4.目标：确定计划在销售量、市场占有率和盈利等领域所完成的目标。</w:t>
      </w:r>
      <w:r>
        <w:rPr>
          <w:lang w:eastAsia="zh-CN"/>
        </w:rPr>
        <w:br/>
      </w:r>
      <w:r>
        <w:rPr>
          <w:lang w:eastAsia="zh-CN"/>
        </w:rPr>
        <w:t>　　5.市场营销策略：提供用于完成计划目标的主要市场营销方法。</w:t>
      </w:r>
      <w:r>
        <w:rPr>
          <w:lang w:eastAsia="zh-CN"/>
        </w:rPr>
        <w:br/>
      </w:r>
      <w:r>
        <w:rPr>
          <w:lang w:eastAsia="zh-CN"/>
        </w:rPr>
        <w:t>　　6.行动方案：本方案回答将要做什么?谁去做?什么时候做?费用多少?</w:t>
      </w:r>
      <w:r>
        <w:rPr>
          <w:lang w:eastAsia="zh-CN"/>
        </w:rPr>
        <w:br/>
      </w:r>
      <w:r>
        <w:rPr>
          <w:lang w:eastAsia="zh-CN"/>
        </w:rPr>
        <w:t>　　7.预计盈亏报表：综述计划预计的开支。</w:t>
      </w:r>
      <w:r>
        <w:rPr>
          <w:lang w:eastAsia="zh-CN"/>
        </w:rPr>
        <w:br/>
      </w:r>
      <w:r>
        <w:rPr>
          <w:lang w:eastAsia="zh-CN"/>
        </w:rPr>
        <w:t>　　8.控制：讲述计划将如何监控。</w:t>
      </w:r>
      <w:r>
        <w:rPr>
          <w:lang w:eastAsia="zh-CN"/>
        </w:rPr>
        <w:br/>
      </w:r>
      <w:r>
        <w:rPr>
          <w:lang w:eastAsia="zh-CN"/>
        </w:rPr>
        <w:t>　　一、计划概要</w:t>
      </w:r>
      <w:r>
        <w:rPr>
          <w:lang w:eastAsia="zh-CN"/>
        </w:rPr>
        <w:br/>
      </w:r>
      <w:r>
        <w:rPr>
          <w:lang w:eastAsia="zh-CN"/>
        </w:rPr>
        <w:t>　　计划书一开头便应对本计划的主要目标和建议作一扼要的概述，计划概要可让高级主管很快掌握计划的核心内容，内容目录应附在计划概要之后。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二、市场营销现状</w:t>
      </w:r>
      <w:r>
        <w:rPr>
          <w:lang w:eastAsia="zh-CN"/>
        </w:rPr>
        <w:br/>
      </w:r>
      <w:r>
        <w:rPr>
          <w:lang w:eastAsia="zh-CN"/>
        </w:rPr>
        <w:t>　　计划的这个部分负责提供与市场、产品、竞争、配销和宏观环境有关的背景资料。</w:t>
      </w:r>
      <w:r>
        <w:rPr>
          <w:lang w:eastAsia="zh-CN"/>
        </w:rPr>
        <w:br/>
      </w:r>
      <w:r>
        <w:rPr>
          <w:lang w:eastAsia="zh-CN"/>
        </w:rPr>
        <w:t>　　市场情势</w:t>
      </w:r>
      <w:r>
        <w:rPr>
          <w:lang w:eastAsia="zh-CN"/>
        </w:rPr>
        <w:br/>
      </w:r>
      <w:r>
        <w:rPr>
          <w:lang w:eastAsia="zh-CN"/>
        </w:rPr>
        <w:t>　　应提供关于所服务的市场的资料，市场的规模与增长取决于过去几年的总额，并按市场细分与地区细分来分别列出，而且还应列出有关顾客需求、观念和购买行为的趋势。</w:t>
      </w:r>
      <w:r>
        <w:rPr>
          <w:lang w:eastAsia="zh-CN"/>
        </w:rPr>
        <w:br/>
      </w:r>
      <w:r>
        <w:rPr>
          <w:lang w:eastAsia="zh-CN"/>
        </w:rPr>
        <w:t>　　2.产品情势</w:t>
      </w:r>
      <w:r>
        <w:rPr>
          <w:lang w:eastAsia="zh-CN"/>
        </w:rPr>
        <w:br/>
      </w:r>
      <w:r>
        <w:rPr>
          <w:lang w:eastAsia="zh-CN"/>
        </w:rPr>
        <w:t>　　应列出过去几年来产品线中各主要产品的销售量、价格、差益额和纯利润等的资料。</w:t>
      </w:r>
      <w:r>
        <w:rPr>
          <w:lang w:eastAsia="zh-CN"/>
        </w:rPr>
        <w:br/>
      </w:r>
      <w:r>
        <w:rPr>
          <w:lang w:eastAsia="zh-CN"/>
        </w:rPr>
        <w:t>　　3.竞争情势</w:t>
      </w:r>
      <w:r>
        <w:rPr>
          <w:lang w:eastAsia="zh-CN"/>
        </w:rPr>
        <w:br/>
      </w:r>
      <w:r>
        <w:rPr>
          <w:lang w:eastAsia="zh-CN"/>
        </w:rPr>
        <w:t>　　主要应辨明主要的竞争者并就他们的规模、目标、市场占有率、产品质量、市场营销策略以及任何有助于了解其意图和行为的其他特征等方面加以阐述。</w:t>
      </w:r>
      <w:r>
        <w:rPr>
          <w:lang w:eastAsia="zh-CN"/>
        </w:rPr>
        <w:br/>
      </w:r>
      <w:r>
        <w:rPr>
          <w:lang w:eastAsia="zh-CN"/>
        </w:rPr>
        <w:t>　　4.宏观环境情势</w:t>
      </w:r>
      <w:r>
        <w:rPr>
          <w:lang w:eastAsia="zh-CN"/>
        </w:rPr>
        <w:br/>
      </w:r>
      <w:r>
        <w:rPr>
          <w:lang w:eastAsia="zh-CN"/>
        </w:rPr>
        <w:t>　　应阐明影响房地产未来的重要的宏观环境趋势，即人口的、经济的、技术的、政治法律的、社会文化的趋向。</w:t>
      </w:r>
      <w:r>
        <w:rPr>
          <w:lang w:eastAsia="zh-CN"/>
        </w:rPr>
        <w:br/>
      </w:r>
      <w:r>
        <w:rPr>
          <w:lang w:eastAsia="zh-CN"/>
        </w:rPr>
        <w:t>　　三、机会与问题分析</w:t>
      </w:r>
      <w:r>
        <w:rPr>
          <w:lang w:eastAsia="zh-CN"/>
        </w:rPr>
        <w:br/>
      </w:r>
      <w:r>
        <w:rPr>
          <w:lang w:eastAsia="zh-CN"/>
        </w:rPr>
        <w:t>　　应以描述市场营销现状资料为基础，找出主要的机会与挑战、优势与劣势和整个营销期间内公司在此方案中面临的问题等。</w:t>
      </w:r>
      <w:r>
        <w:rPr>
          <w:lang w:eastAsia="zh-CN"/>
        </w:rPr>
        <w:br/>
      </w:r>
      <w:r>
        <w:rPr>
          <w:lang w:eastAsia="zh-CN"/>
        </w:rPr>
        <w:t>　　机会与挑战分析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经理应找出公司所面临的主要机会与挑战指的是外部可能左右企业未来的因素。写出这些因素是为了要建议一些可采取的行动，应把机会和挑战分出轻重急缓，以便使其中之重要者能受到特别的关注。</w:t>
      </w:r>
      <w:r>
        <w:rPr>
          <w:lang w:eastAsia="zh-CN"/>
        </w:rPr>
        <w:br/>
      </w:r>
      <w:r>
        <w:rPr>
          <w:lang w:eastAsia="zh-CN"/>
        </w:rPr>
        <w:t>　　2.优势与劣势分析</w:t>
      </w:r>
      <w:r>
        <w:rPr>
          <w:lang w:eastAsia="zh-CN"/>
        </w:rPr>
        <w:br/>
      </w:r>
      <w:r>
        <w:rPr>
          <w:lang w:eastAsia="zh-CN"/>
        </w:rPr>
        <w:t>　　应找出公司的优劣势，与机会和挑战相反，优势和劣势是内在因素，前者为外在因素，公司的优势是指公司可以成功利用的某些策略，公司的劣势则是公司要改正的东西。</w:t>
      </w:r>
      <w:r>
        <w:rPr>
          <w:lang w:eastAsia="zh-CN"/>
        </w:rPr>
        <w:br/>
      </w:r>
      <w:r>
        <w:rPr>
          <w:lang w:eastAsia="zh-CN"/>
        </w:rPr>
        <w:t>　　3.问题分析</w:t>
      </w:r>
      <w:r>
        <w:rPr>
          <w:lang w:eastAsia="zh-CN"/>
        </w:rPr>
        <w:br/>
      </w:r>
      <w:r>
        <w:rPr>
          <w:lang w:eastAsia="zh-CN"/>
        </w:rPr>
        <w:t>　　在这里，公司用机会与挑战和优势与劣势分析的研究结果来确定在计划中必须强调的主要问题。对这些问题的决策将会导致随后的目标，策略与战术的确立。</w:t>
      </w:r>
      <w:r>
        <w:rPr>
          <w:lang w:eastAsia="zh-CN"/>
        </w:rPr>
        <w:br/>
      </w:r>
      <w:r>
        <w:rPr>
          <w:lang w:eastAsia="zh-CN"/>
        </w:rPr>
        <w:t>　　四、目标</w:t>
      </w:r>
      <w:r>
        <w:rPr>
          <w:lang w:eastAsia="zh-CN"/>
        </w:rPr>
        <w:br/>
      </w:r>
      <w:r>
        <w:rPr>
          <w:lang w:eastAsia="zh-CN"/>
        </w:rPr>
        <w:t>　　此时，公司已知道了问题所在，并要作为与目标有关的基本决策，这些目标将指导随后的策略与行动方案的拟定。</w:t>
      </w:r>
      <w:r>
        <w:rPr>
          <w:lang w:eastAsia="zh-CN"/>
        </w:rPr>
        <w:br/>
      </w:r>
      <w:r>
        <w:rPr>
          <w:lang w:eastAsia="zh-CN"/>
        </w:rPr>
        <w:t>　　有两类目标-----财务目标和市场营销目标需要确立。</w:t>
      </w:r>
      <w:r>
        <w:rPr>
          <w:lang w:eastAsia="zh-CN"/>
        </w:rPr>
        <w:br/>
      </w:r>
      <w:r>
        <w:rPr>
          <w:lang w:eastAsia="zh-CN"/>
        </w:rPr>
        <w:t>　　财务目标</w:t>
      </w:r>
      <w:r>
        <w:rPr>
          <w:lang w:eastAsia="zh-CN"/>
        </w:rPr>
        <w:br/>
      </w:r>
      <w:r>
        <w:rPr>
          <w:lang w:eastAsia="zh-CN"/>
        </w:rPr>
        <w:t>　　每个公司都会追求一定的财务目标，企业所有者将寻求一个稳定的长期投资的盖率，并想知道当年可取得的利润。</w:t>
      </w:r>
      <w:r>
        <w:rPr>
          <w:lang w:eastAsia="zh-CN"/>
        </w:rPr>
        <w:br/>
      </w:r>
      <w:r>
        <w:rPr>
          <w:lang w:eastAsia="zh-CN"/>
        </w:rPr>
        <w:t>　　2.市场营销目标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财务目标必须要转化为市场营销目标。例如，如果公司想得180万元利润，且其目标利润率为销售额的10%，那么，必须确定一个销售收益为1800万元的目标，如果公司确定每单元售价20万元，则其必须售出90套房屋。</w:t>
      </w:r>
      <w:r>
        <w:rPr>
          <w:lang w:eastAsia="zh-CN"/>
        </w:rPr>
        <w:br/>
      </w:r>
      <w:r>
        <w:rPr>
          <w:lang w:eastAsia="zh-CN"/>
        </w:rPr>
        <w:t>　　目标的确立应符合一定的标准</w:t>
      </w:r>
      <w:r>
        <w:rPr>
          <w:lang w:eastAsia="zh-CN"/>
        </w:rPr>
        <w:br/>
      </w:r>
      <w:r>
        <w:rPr>
          <w:lang w:eastAsia="zh-CN"/>
        </w:rPr>
        <w:t>　　?各个目标应以明确且可测度的形式来陈述，并有一定的完成期限。</w:t>
      </w:r>
      <w:r>
        <w:rPr>
          <w:lang w:eastAsia="zh-CN"/>
        </w:rPr>
        <w:br/>
      </w:r>
      <w:r>
        <w:rPr>
          <w:lang w:eastAsia="zh-CN"/>
        </w:rPr>
        <w:t>　　?各个目标应保持内在的一致性。</w:t>
      </w:r>
      <w:r>
        <w:rPr>
          <w:lang w:eastAsia="zh-CN"/>
        </w:rPr>
        <w:br/>
      </w:r>
      <w:r>
        <w:rPr>
          <w:lang w:eastAsia="zh-CN"/>
        </w:rPr>
        <w:t>　　?如果可能的话，目标应分层次地加以说明，应说明较低的目标是如何从较高的目标中引申出来。</w:t>
      </w:r>
      <w:r>
        <w:rPr>
          <w:lang w:eastAsia="zh-CN"/>
        </w:rPr>
        <w:br/>
      </w:r>
      <w:r>
        <w:rPr>
          <w:lang w:eastAsia="zh-CN"/>
        </w:rPr>
        <w:t>　　五、市场营销策略</w:t>
      </w:r>
      <w:r>
        <w:rPr>
          <w:lang w:eastAsia="zh-CN"/>
        </w:rPr>
        <w:br/>
      </w:r>
      <w:r>
        <w:rPr>
          <w:lang w:eastAsia="zh-CN"/>
        </w:rPr>
        <w:t>　　应在此列出主要的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市场提高市场占有率来获得。对这些目标进行深入探讨后，便可找出房屋营销的主要策略。</w:t>
      </w:r>
      <w:r>
        <w:rPr>
          <w:lang w:eastAsia="zh-CN"/>
        </w:rPr>
        <w:br/>
      </w:r>
      <w:r>
        <w:rPr>
          <w:lang w:eastAsia="zh-CN"/>
        </w:rPr>
        <w:t>　　策略陈述书可以如下所示</w:t>
      </w:r>
      <w:r>
        <w:rPr>
          <w:lang w:eastAsia="zh-CN"/>
        </w:rPr>
        <w:br/>
      </w:r>
      <w:r>
        <w:rPr>
          <w:lang w:eastAsia="zh-CN"/>
        </w:rPr>
        <w:t>　　目标市场：高收入家庭，特别注重于男性消费者及各公司，注重于外企。</w:t>
      </w:r>
      <w:r>
        <w:rPr>
          <w:lang w:eastAsia="zh-CN"/>
        </w:rPr>
        <w:br/>
      </w:r>
      <w:r>
        <w:rPr>
          <w:lang w:eastAsia="zh-CN"/>
        </w:rPr>
        <w:t>　　产品定位：质量高档的外销房。有商用、住家两种。</w:t>
      </w:r>
      <w:r>
        <w:rPr>
          <w:lang w:eastAsia="zh-CN"/>
        </w:rPr>
        <w:br/>
      </w:r>
      <w:r>
        <w:rPr>
          <w:lang w:eastAsia="zh-CN"/>
        </w:rPr>
        <w:t>　　价格：价格稍高于竞争厂家。</w:t>
      </w:r>
      <w:r>
        <w:rPr>
          <w:lang w:eastAsia="zh-CN"/>
        </w:rPr>
        <w:br/>
      </w:r>
      <w:r>
        <w:rPr>
          <w:lang w:eastAsia="zh-CN"/>
        </w:rPr>
        <w:t>　　配销渠道：主要通过各大著名房地产代理公司代理销售。</w:t>
      </w:r>
      <w:r>
        <w:rPr>
          <w:lang w:eastAsia="zh-CN"/>
        </w:rPr>
        <w:br/>
      </w:r>
      <w:r>
        <w:rPr>
          <w:lang w:eastAsia="zh-CN"/>
        </w:rPr>
        <w:t>　　服务：提供全面的物业管理。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广告：针对市场定位策略的定位的目标市场，开展一个新的广告活动，着重宣传高价位、高舒适的特点，广告预算增加30%。</w:t>
      </w:r>
      <w:r>
        <w:rPr>
          <w:lang w:eastAsia="zh-CN"/>
        </w:rPr>
        <w:br/>
      </w:r>
      <w:r>
        <w:rPr>
          <w:lang w:eastAsia="zh-CN"/>
        </w:rPr>
        <w:t>　　研究与开发：增加25%的费用以根据顾客预购情况作及时的调整。使顾客能够得到最大的满足。</w:t>
      </w:r>
      <w:r>
        <w:rPr>
          <w:lang w:eastAsia="zh-CN"/>
        </w:rPr>
        <w:br/>
      </w:r>
      <w:r>
        <w:rPr>
          <w:lang w:eastAsia="zh-CN"/>
        </w:rPr>
        <w:t>　　市场营销研究：增加10%的费用来提高对消费者选择过程的了解，并监视竞争者的举动。</w:t>
      </w:r>
      <w:r>
        <w:rPr>
          <w:lang w:eastAsia="zh-CN"/>
        </w:rPr>
        <w:br/>
      </w:r>
      <w:r>
        <w:rPr>
          <w:lang w:eastAsia="zh-CN"/>
        </w:rPr>
        <w:t>　　六、行动方案</w:t>
      </w:r>
      <w:r>
        <w:rPr>
          <w:lang w:eastAsia="zh-CN"/>
        </w:rPr>
        <w:br/>
      </w:r>
      <w:r>
        <w:rPr>
          <w:lang w:eastAsia="zh-CN"/>
        </w:rPr>
        <w:t>　　策略陈述书阐述的是用以达到企业目标的主要市场营销推动力。而现在市场营销策略的每一要素都应经过深思熟虑来作回答：将做什么?什么时候去做?谁去做?将花费多少?等等具体行动。</w:t>
      </w:r>
      <w:r>
        <w:rPr>
          <w:lang w:eastAsia="zh-CN"/>
        </w:rPr>
        <w:br/>
      </w:r>
      <w:r>
        <w:rPr>
          <w:lang w:eastAsia="zh-CN"/>
        </w:rPr>
        <w:t>　　房地产行业一直是带动国家经济发展的重要行业之一，尤其是最近几年，我国房地产事业取得了巨大的发展，不过也产生了很多的泡沫，导致全球金融危机到来之后我们国家的房地产行业出现了巨大的危机。为了应付这次危机，我们相处了很多的办法，但是都是治标不治本，所以我们一定要相处一个号的办法和计划来。</w:t>
      </w:r>
      <w:r>
        <w:rPr>
          <w:lang w:eastAsia="zh-CN"/>
        </w:rPr>
        <w:br/>
      </w:r>
      <w:r>
        <w:rPr>
          <w:lang w:eastAsia="zh-CN"/>
        </w:rPr>
        <w:t xml:space="preserve">    房地产销售年个人工作计划 篇8 </w:t>
      </w:r>
      <w:r>
        <w:rPr>
          <w:lang w:eastAsia="zh-CN"/>
        </w:rPr>
        <w:br/>
      </w:r>
      <w:r>
        <w:rPr>
          <w:lang w:eastAsia="zh-CN"/>
        </w:rPr>
        <w:t>　　20某年到来了，对于我而言，是充满压力的一年。要想做好房地产销售工作，得从多个方面入手，下面是本人的工作计划：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1、加强自身业务能力训练。在20某年的房产销售工作中，我将加强自己在专业技能上的训练，为实现销售任务打下坚实的基矗进行销售技巧为主的技能培训，全面提高自身的专业素质。确保自己在20某年的销售工作中始终保持高昂的斗志、团结积极的工作热情。</w:t>
      </w:r>
      <w:r>
        <w:rPr>
          <w:lang w:eastAsia="zh-CN"/>
        </w:rPr>
        <w:br/>
      </w:r>
      <w:r>
        <w:rPr>
          <w:lang w:eastAsia="zh-CN"/>
        </w:rPr>
        <w:t>　　2、密切关注国内经济及政策走向。在新的一年中，我将仔细研究国内及本地房地产市场的变化，为销售策略决策提供依据。目前政府已经出台了调控房地产市场的一系列政策，对20某年的市场到底会造成多大的影响，政府是否还会继续出台调控政策，应该如何应对以确保实现20某年的销售任务，是我必须关注和加以研究的工作。</w:t>
      </w:r>
      <w:r>
        <w:rPr>
          <w:lang w:eastAsia="zh-CN"/>
        </w:rPr>
        <w:br/>
      </w:r>
      <w:r>
        <w:rPr>
          <w:lang w:eastAsia="zh-CN"/>
        </w:rPr>
        <w:t>　　3、分析可售产品，制定销售计划、目标及执行方案。销售工作重点是公寓，我将仔细分析可售产品的特性，挖掘产品卖点，结合对市场同类产品的研究，为不同的产品分别制定科学合理的销售计划和任务目标及详细的执行方案。</w:t>
      </w:r>
      <w:r>
        <w:rPr>
          <w:lang w:eastAsia="zh-CN"/>
        </w:rPr>
        <w:br/>
      </w:r>
      <w:r>
        <w:rPr>
          <w:lang w:eastAsia="zh-CN"/>
        </w:rPr>
        <w:t>　　4、针对不同的销售产品，确定不同的目标客户群，研究实施切实有效的销售方法。我将结合自已的销售经验及对可售产品的了解，仔细分析找出有效的目标客户群。我将通过对工作中的数据进行统计分析，以总结归纳出完善高效的销售方法。</w:t>
      </w:r>
      <w:r>
        <w:rPr>
          <w:lang w:eastAsia="zh-CN"/>
        </w:rPr>
        <w:br/>
      </w:r>
      <w:r>
        <w:rPr>
          <w:lang w:eastAsia="zh-CN"/>
        </w:rPr>
        <w:t>　　5、贯彻落实集团要求，力保销售任务达成。我将按计划认真执行销售方案，根据销售情况及市场变化及时调整销售计划，修正销售执行方案。定期对阶段性销售工作进行总结，对于突然变化的市场情况，做好预案，全力确保完成销售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6、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r>
        <w:rPr>
          <w:lang w:eastAsia="zh-CN"/>
        </w:rPr>
        <w:br/>
      </w:r>
      <w:r>
        <w:rPr>
          <w:lang w:eastAsia="zh-CN"/>
        </w:rPr>
        <w:t xml:space="preserve">    房地产销售年个人工作计划 篇9 </w:t>
      </w:r>
      <w:r>
        <w:rPr>
          <w:lang w:eastAsia="zh-CN"/>
        </w:rPr>
        <w:br/>
      </w:r>
      <w:r>
        <w:rPr>
          <w:lang w:eastAsia="zh-CN"/>
        </w:rPr>
        <w:t>　　经过20__年上半年的工作，我对房地产销售有了更深层次的了解，同时也学到了很多东西，为了让自己在下半年中有更高的收获，自身有更高的提升，根据自身的实际情况，特做出具体的计划。</w:t>
      </w:r>
      <w:r>
        <w:rPr>
          <w:lang w:eastAsia="zh-CN"/>
        </w:rPr>
        <w:br/>
      </w:r>
      <w:r>
        <w:rPr>
          <w:lang w:eastAsia="zh-CN"/>
        </w:rPr>
        <w:t>　　一、业务的精进</w:t>
      </w:r>
      <w:r>
        <w:rPr>
          <w:lang w:eastAsia="zh-CN"/>
        </w:rPr>
        <w:br/>
      </w:r>
      <w:r>
        <w:rPr>
          <w:lang w:eastAsia="zh-CN"/>
        </w:rPr>
        <w:t>　　1、加强团体的力量</w:t>
      </w:r>
      <w:r>
        <w:rPr>
          <w:lang w:eastAsia="zh-CN"/>
        </w:rPr>
        <w:br/>
      </w:r>
      <w:r>
        <w:rPr>
          <w:lang w:eastAsia="zh-CN"/>
        </w:rPr>
        <w:t>　　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r>
        <w:rPr>
          <w:lang w:eastAsia="zh-CN"/>
        </w:rPr>
        <w:br/>
      </w:r>
      <w:r>
        <w:rPr>
          <w:lang w:eastAsia="zh-CN"/>
        </w:rPr>
        <w:t>　　2、熟识项目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r>
        <w:rPr>
          <w:lang w:eastAsia="zh-CN"/>
        </w:rPr>
        <w:br/>
      </w:r>
      <w:r>
        <w:rPr>
          <w:lang w:eastAsia="zh-CN"/>
        </w:rPr>
        <w:t>　　3、树立自己的目标</w:t>
      </w:r>
      <w:r>
        <w:rPr>
          <w:lang w:eastAsia="zh-CN"/>
        </w:rPr>
        <w:br/>
      </w:r>
      <w:r>
        <w:rPr>
          <w:lang w:eastAsia="zh-CN"/>
        </w:rPr>
        <w:t>　　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r>
        <w:rPr>
          <w:lang w:eastAsia="zh-CN"/>
        </w:rPr>
        <w:br/>
      </w:r>
      <w:r>
        <w:rPr>
          <w:lang w:eastAsia="zh-CN"/>
        </w:rPr>
        <w:t>　　二、自身素质的提升</w:t>
      </w:r>
      <w:r>
        <w:rPr>
          <w:lang w:eastAsia="zh-CN"/>
        </w:rPr>
        <w:br/>
      </w:r>
      <w:r>
        <w:rPr>
          <w:lang w:eastAsia="zh-CN"/>
        </w:rPr>
        <w:t>　　销售的产品可以不同，但销售的目的相同，都是为了把自己的产品卖出去，用实物换成钱。因我从未正式的接触过销售，所以在推销及推销技巧处有很大的不足，所以提升自身就要从提升自己的销售能力开始。</w:t>
      </w:r>
      <w:r>
        <w:rPr>
          <w:lang w:eastAsia="zh-CN"/>
        </w:rPr>
        <w:br/>
      </w:r>
      <w:r>
        <w:rPr>
          <w:lang w:eastAsia="zh-CN"/>
        </w:rPr>
        <w:t>　　首先，书籍是活的知识的最有利的途径，新年后要大量的阅读有关销售及销售技巧的书籍，同时不断的关注房地产方面的消息，及时的充实自己，总结自己的实践经验。</w:t>
      </w:r>
      <w:r>
        <w:rPr>
          <w:lang w:eastAsia="zh-CN"/>
        </w:rPr>
        <w:br/>
      </w:r>
      <w:r>
        <w:rPr>
          <w:lang w:eastAsia="zh-CN"/>
        </w:rPr>
        <w:t>　　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最后，在生活中用心的观察他人的销售方式，尤其是在同行之间更能学到，前期先照搬他人在销售过程中，遇到问题后的解答方式，经过后期的语言加工，再遇到问题时就能有自己的方式解答。</w:t>
      </w:r>
      <w:r>
        <w:rPr>
          <w:lang w:eastAsia="zh-CN"/>
        </w:rPr>
        <w:br/>
      </w:r>
      <w:r>
        <w:rPr>
          <w:lang w:eastAsia="zh-CN"/>
        </w:rPr>
        <w:t>　　最后，感谢公司所有的领导和同事，因为我个人的进步离不开大家的帮助和支持。__年我会不断学习，努力工作。我要用全部的激情和智慧创造效益，让事业充满生机和活力！我们是一个整体，奔得是同一个目标！我会和大家一起齐心协力，从新的起点开始，迈向成功！</w:t>
      </w:r>
      <w:r>
        <w:rPr>
          <w:lang w:eastAsia="zh-CN"/>
        </w:rPr>
        <w:br/>
      </w:r>
      <w:r>
        <w:rPr>
          <w:lang w:eastAsia="zh-CN"/>
        </w:rPr>
        <w:t xml:space="preserve">    房地产销售年个人工作计划 篇10 </w:t>
      </w:r>
      <w:r>
        <w:rPr>
          <w:lang w:eastAsia="zh-CN"/>
        </w:rPr>
        <w:br/>
      </w:r>
      <w:r>
        <w:rPr>
          <w:lang w:eastAsia="zh-CN"/>
        </w:rPr>
        <w:t>　　前 言</w:t>
      </w:r>
      <w:r>
        <w:rPr>
          <w:lang w:eastAsia="zh-CN"/>
        </w:rPr>
        <w:br/>
      </w:r>
      <w:r>
        <w:rPr>
          <w:lang w:eastAsia="zh-CN"/>
        </w:rPr>
        <w:t>　　枫尚奥园自20__年04月份启动销售以来，进展还算顺利，虽然遇上全国政策性打压，本地市场低迷期，但因交通局团购优惠力度大，仍然做到了开门红。由于时间紧迫也给资金储备带来了很大的压力。由于目前施工进度加快，为了实现解决项目资金问题，下半年必须进行攻坚战。为了使整体项目形象在故城市场上赢得良好的回应，且避免20__年资金链条的不良衔接，在整体房地产市场形势依然严峻的局面下，要求我们提早制定出切实可行的的营销计划，在执行的的过程中紧密结合市场变化，并及时调整营销以及推广思路。基于此，将20__年下半年营销及广告推广计划制定出来，上报公司领导。内容如下：</w:t>
      </w:r>
      <w:r>
        <w:rPr>
          <w:lang w:eastAsia="zh-CN"/>
        </w:rPr>
        <w:br/>
      </w:r>
      <w:r>
        <w:rPr>
          <w:lang w:eastAsia="zh-CN"/>
        </w:rPr>
        <w:t>　　一、 计划时间安排：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20__年7月15日&amp;20__年2月15日，划分为紧急促销期、热销期、持销期三个大阶段。其中紧急促销期为8月15日至10月15日，热销期为11月15日至20__年2月10日，其他时间为持销期。</w:t>
      </w:r>
      <w:r>
        <w:rPr>
          <w:lang w:eastAsia="zh-CN"/>
        </w:rPr>
        <w:br/>
      </w:r>
      <w:r>
        <w:rPr>
          <w:lang w:eastAsia="zh-CN"/>
        </w:rPr>
        <w:t>　　二、 营销计划：</w:t>
      </w:r>
      <w:r>
        <w:rPr>
          <w:lang w:eastAsia="zh-CN"/>
        </w:rPr>
        <w:br/>
      </w:r>
      <w:r>
        <w:rPr>
          <w:lang w:eastAsia="zh-CN"/>
        </w:rPr>
        <w:t>　　分为营销计划+营销管理+推广计划三个部分+保障</w:t>
      </w:r>
      <w:r>
        <w:rPr>
          <w:lang w:eastAsia="zh-CN"/>
        </w:rPr>
        <w:br/>
      </w:r>
      <w:r>
        <w:rPr>
          <w:lang w:eastAsia="zh-CN"/>
        </w:rPr>
        <w:t>　　(一)销售计划</w:t>
      </w:r>
      <w:r>
        <w:rPr>
          <w:lang w:eastAsia="zh-CN"/>
        </w:rPr>
        <w:br/>
      </w:r>
      <w:r>
        <w:rPr>
          <w:lang w:eastAsia="zh-CN"/>
        </w:rPr>
        <w:t>　　1、 销售目标</w:t>
      </w:r>
      <w:r>
        <w:rPr>
          <w:lang w:eastAsia="zh-CN"/>
        </w:rPr>
        <w:br/>
      </w:r>
      <w:r>
        <w:rPr>
          <w:lang w:eastAsia="zh-CN"/>
        </w:rPr>
        <w:t>　　20__下半年总体销售任务为5000万元，以下为根据此销售目标值制定的销售任务额表格。</w:t>
      </w:r>
      <w:r>
        <w:rPr>
          <w:lang w:eastAsia="zh-CN"/>
        </w:rPr>
        <w:br/>
      </w:r>
      <w:r>
        <w:rPr>
          <w:lang w:eastAsia="zh-CN"/>
        </w:rPr>
        <w:t>　　2、 销售任务完成时间 ，见表(一)：</w:t>
      </w:r>
      <w:r>
        <w:rPr>
          <w:lang w:eastAsia="zh-CN"/>
        </w:rPr>
        <w:br/>
      </w:r>
      <w:r>
        <w:rPr>
          <w:lang w:eastAsia="zh-CN"/>
        </w:rPr>
        <w:t>　　销售周期、时间、产品、任务额(万元)、比例</w:t>
      </w:r>
      <w:r>
        <w:rPr>
          <w:lang w:eastAsia="zh-CN"/>
        </w:rPr>
        <w:br/>
      </w:r>
      <w:r>
        <w:rPr>
          <w:lang w:eastAsia="zh-CN"/>
        </w:rPr>
        <w:t>　　紧急促销期 20__年8月15日至9月15日 一期首批剩余房源 900 18%</w:t>
      </w:r>
      <w:r>
        <w:rPr>
          <w:lang w:eastAsia="zh-CN"/>
        </w:rPr>
        <w:br/>
      </w:r>
      <w:r>
        <w:rPr>
          <w:lang w:eastAsia="zh-CN"/>
        </w:rPr>
        <w:t>　　热销期 20__年11月15 日至20__年2 月 一期二批房源 3400 68%</w:t>
      </w:r>
      <w:r>
        <w:rPr>
          <w:lang w:eastAsia="zh-CN"/>
        </w:rPr>
        <w:br/>
      </w:r>
      <w:r>
        <w:rPr>
          <w:lang w:eastAsia="zh-CN"/>
        </w:rPr>
        <w:t>　　持销期 1期 20__年7月16日至8月15日 一期首批剩余房源 300 6%</w:t>
      </w:r>
      <w:r>
        <w:rPr>
          <w:lang w:eastAsia="zh-CN"/>
        </w:rPr>
        <w:br/>
      </w:r>
      <w:r>
        <w:rPr>
          <w:lang w:eastAsia="zh-CN"/>
        </w:rPr>
        <w:t>　　持销期 2期 20__年9月16 日至11月14日 一期首批剩余房源 400 8%</w:t>
      </w:r>
      <w:r>
        <w:rPr>
          <w:lang w:eastAsia="zh-CN"/>
        </w:rPr>
        <w:br/>
      </w:r>
      <w:r>
        <w:rPr>
          <w:lang w:eastAsia="zh-CN"/>
        </w:rPr>
        <w:t>　　总计 20__下半年 多层洋房 5000万元 100%</w:t>
      </w:r>
      <w:r>
        <w:rPr>
          <w:lang w:eastAsia="zh-CN"/>
        </w:rPr>
        <w:br/>
      </w:r>
      <w:r>
        <w:rPr>
          <w:lang w:eastAsia="zh-CN"/>
        </w:rPr>
        <w:t>　　3、 放盘计划 结合20__年销售任务额，半年销售额为5000万元，需要在7个月内完成，故需要对房源销控做出调整，如下：</w:t>
      </w:r>
      <w:r>
        <w:rPr>
          <w:lang w:eastAsia="zh-CN"/>
        </w:rPr>
        <w:br/>
      </w:r>
      <w:r>
        <w:rPr>
          <w:lang w:eastAsia="zh-CN"/>
        </w:rPr>
        <w:t>　　1)20__年10月底放出一期二批房源，以确保销售房源的充足性。</w:t>
      </w:r>
      <w:r>
        <w:rPr>
          <w:lang w:eastAsia="zh-CN"/>
        </w:rPr>
        <w:br/>
      </w:r>
      <w:r>
        <w:rPr>
          <w:lang w:eastAsia="zh-CN"/>
        </w:rPr>
        <w:t>　　2)紧急促销期及持销期以消化一期首批剩余房源为主。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3)热销期主要以一期二批房源为主。</w:t>
      </w:r>
      <w:r>
        <w:rPr>
          <w:lang w:eastAsia="zh-CN"/>
        </w:rPr>
        <w:br/>
      </w:r>
      <w:r>
        <w:rPr>
          <w:lang w:eastAsia="zh-CN"/>
        </w:rPr>
        <w:t>　　4)如销售状况良好再加放二期部分房源或按当时形势进行房源调整。</w:t>
      </w:r>
      <w:r>
        <w:rPr>
          <w:lang w:eastAsia="zh-CN"/>
        </w:rPr>
        <w:br/>
      </w:r>
      <w:r>
        <w:rPr>
          <w:lang w:eastAsia="zh-CN"/>
        </w:rPr>
        <w:t>　　4、 价格策略</w:t>
      </w:r>
      <w:r>
        <w:rPr>
          <w:lang w:eastAsia="zh-CN"/>
        </w:rPr>
        <w:br/>
      </w:r>
      <w:r>
        <w:rPr>
          <w:lang w:eastAsia="zh-CN"/>
        </w:rPr>
        <w:t>　　改变目前的价格虚高而成交价不高的现况，适当调高二、三楼层价格，逐步收缩优惠幅度，从而使实际成交价提高，达成盈利目标。</w:t>
      </w:r>
      <w:r>
        <w:rPr>
          <w:lang w:eastAsia="zh-CN"/>
        </w:rPr>
        <w:br/>
      </w:r>
      <w:r>
        <w:rPr>
          <w:lang w:eastAsia="zh-CN"/>
        </w:rPr>
        <w:t>　　价格调整计划：</w:t>
      </w:r>
      <w:r>
        <w:rPr>
          <w:lang w:eastAsia="zh-CN"/>
        </w:rPr>
        <w:br/>
      </w:r>
      <w:r>
        <w:rPr>
          <w:lang w:eastAsia="zh-CN"/>
        </w:rPr>
        <w:t>　　节奏一：于20__年7月26日二、三楼层提高单价提高20元。</w:t>
      </w:r>
      <w:r>
        <w:rPr>
          <w:lang w:eastAsia="zh-CN"/>
        </w:rPr>
        <w:br/>
      </w:r>
      <w:r>
        <w:rPr>
          <w:lang w:eastAsia="zh-CN"/>
        </w:rPr>
        <w:t>　　节奏二：于20__年2月26日整体房价提高50元。</w:t>
      </w:r>
      <w:r>
        <w:rPr>
          <w:lang w:eastAsia="zh-CN"/>
        </w:rPr>
        <w:br/>
      </w:r>
      <w:r>
        <w:rPr>
          <w:lang w:eastAsia="zh-CN"/>
        </w:rPr>
        <w:t>　　优惠政策：</w:t>
      </w:r>
      <w:r>
        <w:rPr>
          <w:lang w:eastAsia="zh-CN"/>
        </w:rPr>
        <w:br/>
      </w:r>
      <w:r>
        <w:rPr>
          <w:lang w:eastAsia="zh-CN"/>
        </w:rPr>
        <w:t>　　节奏一：于20__年7月26日由目前九折收缩为九二折。</w:t>
      </w:r>
      <w:r>
        <w:rPr>
          <w:lang w:eastAsia="zh-CN"/>
        </w:rPr>
        <w:br/>
      </w:r>
      <w:r>
        <w:rPr>
          <w:lang w:eastAsia="zh-CN"/>
        </w:rPr>
        <w:t>　　节奏二：于20__年10月7日由九二折收缩为折。</w:t>
      </w:r>
      <w:r>
        <w:rPr>
          <w:lang w:eastAsia="zh-CN"/>
        </w:rPr>
        <w:br/>
      </w:r>
      <w:r>
        <w:rPr>
          <w:lang w:eastAsia="zh-CN"/>
        </w:rPr>
        <w:t>　　节奏三：于20__年2月26日由折收缩为九七折。</w:t>
      </w:r>
      <w:r>
        <w:rPr>
          <w:lang w:eastAsia="zh-CN"/>
        </w:rPr>
        <w:br/>
      </w:r>
      <w:r>
        <w:rPr>
          <w:lang w:eastAsia="zh-CN"/>
        </w:rPr>
        <w:t>　　5、 销售策略</w:t>
      </w:r>
      <w:r>
        <w:rPr>
          <w:lang w:eastAsia="zh-CN"/>
        </w:rPr>
        <w:br/>
      </w:r>
      <w:r>
        <w:rPr>
          <w:lang w:eastAsia="zh-CN"/>
        </w:rPr>
        <w:t>　　1)鉴于节后销售的难点为快速回款和持续性价格的递增。故销售部在原有销售策略的基础上，主要制定了系列组合式销售策略：</w:t>
      </w:r>
      <w:r>
        <w:rPr>
          <w:lang w:eastAsia="zh-CN"/>
        </w:rPr>
        <w:br/>
      </w:r>
      <w:r>
        <w:rPr>
          <w:lang w:eastAsia="zh-CN"/>
        </w:rPr>
        <w:t>　　利用推广间歇期，进行行销工作，对集中拆迁区，城中村集中区，以及青罕、坊庄等重点乡镇全面地毯式派单咨询的方式，集中对这些区域进行传播，提高对意向客户群体的重点宣传。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2)每个销售阶段选择广告推广媒体进行广告推广，加大项目市场认知度，吸引更广泛的客层，加大销售力度，奠定良性循环的基础。</w:t>
      </w:r>
      <w:r>
        <w:rPr>
          <w:lang w:eastAsia="zh-CN"/>
        </w:rPr>
        <w:br/>
      </w:r>
      <w:r>
        <w:rPr>
          <w:lang w:eastAsia="zh-CN"/>
        </w:rPr>
        <w:t>　　3)通过不同销售阶段对市场情况的调研，时刻掌控市场情况，以根据市场变化随时调整销售思路。</w:t>
      </w:r>
      <w:r>
        <w:rPr>
          <w:lang w:eastAsia="zh-CN"/>
        </w:rPr>
        <w:br/>
      </w:r>
      <w:r>
        <w:rPr>
          <w:lang w:eastAsia="zh-CN"/>
        </w:rPr>
        <w:t>　　(二)销售管理</w:t>
      </w:r>
      <w:r>
        <w:rPr>
          <w:lang w:eastAsia="zh-CN"/>
        </w:rPr>
        <w:br/>
      </w:r>
      <w:r>
        <w:rPr>
          <w:lang w:eastAsia="zh-CN"/>
        </w:rPr>
        <w:t>　　1)准备工作</w:t>
      </w:r>
      <w:r>
        <w:rPr>
          <w:lang w:eastAsia="zh-CN"/>
        </w:rPr>
        <w:br/>
      </w:r>
      <w:r>
        <w:rPr>
          <w:lang w:eastAsia="zh-CN"/>
        </w:rPr>
        <w:t>　　a、核对销控。与财务将销控核对清晰，做到时时更新，日日核对，防止销控出现问题。</w:t>
      </w:r>
      <w:r>
        <w:rPr>
          <w:lang w:eastAsia="zh-CN"/>
        </w:rPr>
        <w:br/>
      </w:r>
      <w:r>
        <w:rPr>
          <w:lang w:eastAsia="zh-CN"/>
        </w:rPr>
        <w:t>　　b、核对价格。与财务核对销售价格，统一销售政策。</w:t>
      </w:r>
      <w:r>
        <w:rPr>
          <w:lang w:eastAsia="zh-CN"/>
        </w:rPr>
        <w:br/>
      </w:r>
      <w:r>
        <w:rPr>
          <w:lang w:eastAsia="zh-CN"/>
        </w:rPr>
        <w:t>　　c、人员准备。各岗位人员明确到人，要求以业务为准，以服务为准。</w:t>
      </w:r>
      <w:r>
        <w:rPr>
          <w:lang w:eastAsia="zh-CN"/>
        </w:rPr>
        <w:br/>
      </w:r>
      <w:r>
        <w:rPr>
          <w:lang w:eastAsia="zh-CN"/>
        </w:rPr>
        <w:t>　　d、广告发布资金准备。为了加快销售和增大销售力度，选择不同媒体发布广告，准备相应资金，落实发布。</w:t>
      </w:r>
      <w:r>
        <w:rPr>
          <w:lang w:eastAsia="zh-CN"/>
        </w:rPr>
        <w:br/>
      </w:r>
      <w:r>
        <w:rPr>
          <w:lang w:eastAsia="zh-CN"/>
        </w:rPr>
        <w:t>　　e、确立项目各类别定位，明确商业业态分布，制定统一销售说辞，由开发商认可后，宣传推广。</w:t>
      </w:r>
      <w:r>
        <w:rPr>
          <w:lang w:eastAsia="zh-CN"/>
        </w:rPr>
        <w:br/>
      </w:r>
      <w:r>
        <w:rPr>
          <w:lang w:eastAsia="zh-CN"/>
        </w:rPr>
        <w:t>　　f、广告发布计划制定，设计物料准备，项目向外宣介的各种设备及装修规格的落实。</w:t>
      </w:r>
      <w:r>
        <w:rPr>
          <w:lang w:eastAsia="zh-CN"/>
        </w:rPr>
        <w:br/>
      </w:r>
      <w:r>
        <w:rPr>
          <w:lang w:eastAsia="zh-CN"/>
        </w:rPr>
        <w:t>　　g、项目现场销售中心装修设计及装修，物料购置。</w:t>
      </w:r>
      <w:r>
        <w:rPr>
          <w:lang w:eastAsia="zh-CN"/>
        </w:rPr>
        <w:br/>
      </w:r>
      <w:r>
        <w:rPr>
          <w:lang w:eastAsia="zh-CN"/>
        </w:rPr>
        <w:t>　　2)销售流程制定(见附件)。</w:t>
      </w:r>
      <w:r>
        <w:rPr>
          <w:lang w:eastAsia="zh-CN"/>
        </w:rPr>
        <w:br/>
      </w:r>
      <w:r>
        <w:rPr>
          <w:lang w:eastAsia="zh-CN"/>
        </w:rPr>
        <w:t>　　(三)推广计划</w:t>
      </w:r>
      <w:r>
        <w:rPr>
          <w:lang w:eastAsia="zh-CN"/>
        </w:rPr>
        <w:br/>
      </w:r>
      <w:r>
        <w:rPr>
          <w:lang w:eastAsia="zh-CN"/>
        </w:rPr>
        <w:t>　　此次推广计划以市场行情为依托，结合项目情况在县城主流宣传媒介上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进行项目推广及信息发布。选择适宜的媒体组合，主要分为两大部分：主流媒体+附和媒体，主流媒体以报纸、户外、字幕飞播为主，后以短信、车体、站牌为附和媒体，各种主题推广活动用以配合宣传，以烘托氛围，加大力度制造人气，并达成成交。形式选择、推广时间上根据销售计划做出相应调整，最终以突出阶段性主推产品特性选为重点，完成阶段性销售目标为目的。</w:t>
      </w:r>
      <w:r>
        <w:rPr>
          <w:lang w:eastAsia="zh-CN"/>
        </w:rPr>
        <w:br/>
      </w:r>
      <w:r>
        <w:rPr>
          <w:lang w:eastAsia="zh-CN"/>
        </w:rPr>
        <w:t>　　1) 报纸</w:t>
      </w:r>
      <w:r>
        <w:rPr>
          <w:lang w:eastAsia="zh-CN"/>
        </w:rPr>
        <w:br/>
      </w:r>
      <w:r>
        <w:rPr>
          <w:lang w:eastAsia="zh-CN"/>
        </w:rPr>
        <w:t>　　作为常规房地产行业主打常规媒体，因有发放及时，覆盖面广，费用较低，可大量投入。</w:t>
      </w:r>
      <w:r>
        <w:rPr>
          <w:lang w:eastAsia="zh-CN"/>
        </w:rPr>
        <w:br/>
      </w:r>
      <w:r>
        <w:rPr>
          <w:lang w:eastAsia="zh-CN"/>
        </w:rPr>
        <w:t>　　2) 户外</w:t>
      </w:r>
      <w:r>
        <w:rPr>
          <w:lang w:eastAsia="zh-CN"/>
        </w:rPr>
        <w:br/>
      </w:r>
      <w:r>
        <w:rPr>
          <w:lang w:eastAsia="zh-CN"/>
        </w:rPr>
        <w:t>　　根据我项目情况，目前项目围挡户外产生的效果越来越明显，已有户外面积可以满足项目推广需求，为更好的推广项目，建议制作200块3M2M的写真KT板，由广告公司贴至每个城中村路口。</w:t>
      </w:r>
      <w:r>
        <w:rPr>
          <w:lang w:eastAsia="zh-CN"/>
        </w:rPr>
        <w:br/>
      </w:r>
      <w:r>
        <w:rPr>
          <w:lang w:eastAsia="zh-CN"/>
        </w:rPr>
        <w:t>　　3) 字幕飞播：</w:t>
      </w:r>
      <w:r>
        <w:rPr>
          <w:lang w:eastAsia="zh-CN"/>
        </w:rPr>
        <w:br/>
      </w:r>
      <w:r>
        <w:rPr>
          <w:lang w:eastAsia="zh-CN"/>
        </w:rPr>
        <w:t>　　电视字幕飞播信息传播范围广，信息传递速度快。</w:t>
      </w:r>
      <w:r>
        <w:rPr>
          <w:lang w:eastAsia="zh-CN"/>
        </w:rPr>
        <w:br/>
      </w:r>
      <w:r>
        <w:rPr>
          <w:lang w:eastAsia="zh-CN"/>
        </w:rPr>
        <w:t>　　(四)保障(需要公司配合支持的工作)</w:t>
      </w:r>
      <w:r>
        <w:rPr>
          <w:lang w:eastAsia="zh-CN"/>
        </w:rPr>
        <w:br/>
      </w:r>
      <w:r>
        <w:rPr>
          <w:lang w:eastAsia="zh-CN"/>
        </w:rPr>
        <w:t>　　1)工程进展情况</w:t>
      </w:r>
      <w:r>
        <w:rPr>
          <w:lang w:eastAsia="zh-CN"/>
        </w:rPr>
        <w:br/>
      </w:r>
      <w:r>
        <w:rPr>
          <w:lang w:eastAsia="zh-CN"/>
        </w:rPr>
        <w:t>　　项目工程进展的情况属于最为直观地项目情况体现，势必将直接影响项目于市场中口碑的树立以及影响销售工作的进程与发展，无论是已成交客户还是未成交客户，此项必然成为最为直接的关注焦点。</w:t>
      </w:r>
      <w:r>
        <w:rPr>
          <w:lang w:eastAsia="zh-CN"/>
        </w:rPr>
        <w:br/>
      </w:r>
      <w:r>
        <w:rPr>
          <w:lang w:eastAsia="zh-CN"/>
        </w:rPr>
        <w:t>　　2)各种手续证件取得的速度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由于公司手续不具备，前期销售无论从价格还是从销售回款等多方面受到制约，因此取得相关手续成为项目健康度的重要环节，价格的提升也与此直接相关，在一定程度上对老客户口碑以及现场新接待客户造成了影响，为了项目顺畅推广必须保证此项工作的时效性。</w:t>
      </w:r>
      <w:r>
        <w:rPr>
          <w:lang w:eastAsia="zh-CN"/>
        </w:rPr>
        <w:br/>
      </w:r>
      <w:r>
        <w:rPr>
          <w:lang w:eastAsia="zh-CN"/>
        </w:rPr>
        <w:t>　　3)财务收款的配合</w:t>
      </w:r>
      <w:r>
        <w:rPr>
          <w:lang w:eastAsia="zh-CN"/>
        </w:rPr>
        <w:br/>
      </w:r>
      <w:r>
        <w:rPr>
          <w:lang w:eastAsia="zh-CN"/>
        </w:rPr>
        <w:t>　　确保每日均可进行收款工作，其中包括周、六日，法定假日，不再对定金和首付款的收取时间进行约定，在必要的情况下延长日收款时间，或保障下班后财务人员通讯畅通，随时可进行收款事宜。</w:t>
      </w:r>
      <w:r>
        <w:rPr>
          <w:lang w:eastAsia="zh-CN"/>
        </w:rPr>
        <w:br/>
      </w:r>
      <w:r>
        <w:rPr>
          <w:lang w:eastAsia="zh-CN"/>
        </w:rPr>
        <w:t>　　4)信息工作的沟通</w:t>
      </w:r>
      <w:r>
        <w:rPr>
          <w:lang w:eastAsia="zh-CN"/>
        </w:rPr>
        <w:br/>
      </w:r>
      <w:r>
        <w:rPr>
          <w:lang w:eastAsia="zh-CN"/>
        </w:rPr>
        <w:t>　　工程或政策等方面相关内容的变更及时与销售部门进行沟通，保障销售部对客户销讲说辞以及对外口径的一致性输出。</w:t>
      </w:r>
      <w:r>
        <w:rPr>
          <w:lang w:eastAsia="zh-CN"/>
        </w:rPr>
        <w:br/>
      </w:r>
      <w:r>
        <w:rPr>
          <w:lang w:eastAsia="zh-CN"/>
        </w:rPr>
        <w:t>　　5)佣金的及时结付，保证销售队伍稳定。</w:t>
      </w:r>
      <w:r>
        <w:rPr>
          <w:lang w:eastAsia="zh-CN"/>
        </w:rPr>
        <w:br/>
      </w:r>
      <w:r>
        <w:rPr>
          <w:lang w:eastAsia="zh-CN"/>
        </w:rPr>
        <w:t>　　6)及时召开分阶段研讨会，适时调整营销策略及修正阶段性问题。</w:t>
      </w:r>
      <w:r>
        <w:rPr>
          <w:lang w:eastAsia="zh-CN"/>
        </w:rPr>
        <w:br/>
      </w:r>
      <w:r>
        <w:rPr>
          <w:lang w:eastAsia="zh-CN"/>
        </w:rPr>
        <w:t xml:space="preserve">    房地产销售年个人工作计划 篇11 </w:t>
      </w:r>
      <w:r>
        <w:rPr>
          <w:lang w:eastAsia="zh-CN"/>
        </w:rPr>
        <w:br/>
      </w:r>
      <w:r>
        <w:rPr>
          <w:lang w:eastAsia="zh-CN"/>
        </w:rPr>
        <w:t>　　一、业务的精进</w:t>
      </w:r>
      <w:r>
        <w:rPr>
          <w:lang w:eastAsia="zh-CN"/>
        </w:rPr>
        <w:br/>
      </w:r>
      <w:r>
        <w:rPr>
          <w:lang w:eastAsia="zh-CN"/>
        </w:rPr>
        <w:t>　　1、加强团体的力量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团是我不断成长的土壤。</w:t>
      </w:r>
      <w:r>
        <w:rPr>
          <w:lang w:eastAsia="zh-CN"/>
        </w:rPr>
        <w:br/>
      </w:r>
      <w:r>
        <w:rPr>
          <w:lang w:eastAsia="zh-CN"/>
        </w:rPr>
        <w:t>　　2、熟识项目</w:t>
      </w:r>
      <w:r>
        <w:rPr>
          <w:lang w:eastAsia="zh-CN"/>
        </w:rPr>
        <w:br/>
      </w:r>
      <w:r>
        <w:rPr>
          <w:lang w:eastAsia="zh-CN"/>
        </w:rPr>
        <w:t>　　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r>
        <w:rPr>
          <w:lang w:eastAsia="zh-CN"/>
        </w:rPr>
        <w:br/>
      </w:r>
      <w:r>
        <w:rPr>
          <w:lang w:eastAsia="zh-CN"/>
        </w:rPr>
        <w:t>　　3、树立自己的目标</w:t>
      </w:r>
      <w:r>
        <w:rPr>
          <w:lang w:eastAsia="zh-CN"/>
        </w:rPr>
        <w:br/>
      </w:r>
      <w:r>
        <w:rPr>
          <w:lang w:eastAsia="zh-CN"/>
        </w:rPr>
        <w:t>　　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r>
        <w:rPr>
          <w:lang w:eastAsia="zh-CN"/>
        </w:rPr>
        <w:br/>
      </w:r>
      <w:r>
        <w:rPr>
          <w:lang w:eastAsia="zh-CN"/>
        </w:rPr>
        <w:t>　　二、自身素质的提升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自己的实践经验。其次，实践出真知，所有的理论只有与实践相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r>
        <w:rPr>
          <w:lang w:eastAsia="zh-CN"/>
        </w:rPr>
        <w:br/>
      </w:r>
      <w:r>
        <w:rPr>
          <w:lang w:eastAsia="zh-CN"/>
        </w:rPr>
        <w:t>　　最后，感谢公司所有的领导和同事，因为我个人的进步离不开大家的帮助和支持。201_年我会不断学习，努力工作。我要用全部的激情和智慧创造效益，让事业充满生机和活力!我们是一个整体，奔得是同一个目标!我会和大家一起齐心协力，从新的起点开始，迈向成功!</w:t>
      </w:r>
      <w:r>
        <w:rPr>
          <w:lang w:eastAsia="zh-CN"/>
        </w:rPr>
        <w:br/>
      </w:r>
      <w:r>
        <w:rPr>
          <w:lang w:eastAsia="zh-CN"/>
        </w:rPr>
        <w:t>　　房地产销售工作计划表</w:t>
      </w:r>
      <w:r>
        <w:rPr>
          <w:lang w:eastAsia="zh-CN"/>
        </w:rPr>
        <w:br/>
      </w:r>
      <w:r>
        <w:rPr>
          <w:lang w:eastAsia="zh-CN"/>
        </w:rPr>
        <w:t>　　一、销售部年度工作计划之办公室的日常工作：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作为__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用户的回款进度、用户逾期欠款额、售车数量等等都是一些有益的决策文件，面对这些繁琐的日常事务，要有头有尾，自我增强协调工作意识，这半年来基本上做到了事事有着落。</w:t>
      </w:r>
      <w:r>
        <w:rPr>
          <w:lang w:eastAsia="zh-CN"/>
        </w:rPr>
        <w:br/>
      </w:r>
      <w:r>
        <w:rPr>
          <w:lang w:eastAsia="zh-CN"/>
        </w:rPr>
        <w:t>　　二、分期买卖合同、银行按揭合同的签署情况：</w:t>
      </w:r>
      <w:r>
        <w:rPr>
          <w:lang w:eastAsia="zh-CN"/>
        </w:rPr>
        <w:br/>
      </w:r>
      <w:r>
        <w:rPr>
          <w:lang w:eastAsia="zh-CN"/>
        </w:rPr>
        <w:t>　　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r>
        <w:rPr>
          <w:lang w:eastAsia="zh-CN"/>
        </w:rPr>
        <w:br/>
      </w:r>
      <w:r>
        <w:rPr>
          <w:lang w:eastAsia="zh-CN"/>
        </w:rPr>
        <w:t>　　三、及时了解用户回款额和逾期欠款额的情况：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作为__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r>
        <w:rPr>
          <w:lang w:eastAsia="zh-CN"/>
        </w:rPr>
        <w:br/>
      </w:r>
      <w:r>
        <w:rPr>
          <w:lang w:eastAsia="zh-CN"/>
        </w:rPr>
        <w:t xml:space="preserve">    房地产销售年个人工作计划 篇12 </w:t>
      </w:r>
      <w:r>
        <w:rPr>
          <w:lang w:eastAsia="zh-CN"/>
        </w:rPr>
        <w:br/>
      </w:r>
      <w:r>
        <w:rPr>
          <w:lang w:eastAsia="zh-CN"/>
        </w:rPr>
        <w:t>　　经过20某某年两个月的工作，我对房地产销售有了更深层次的了解，同时也学到了很多东西，为了让自己在新的一年中有更高的收获，自身有更高的提升，特总结去年展望今年，根据自身的实际情况，特做出具体的计划。</w:t>
      </w:r>
      <w:r>
        <w:rPr>
          <w:lang w:eastAsia="zh-CN"/>
        </w:rPr>
        <w:br/>
      </w:r>
      <w:r>
        <w:rPr>
          <w:lang w:eastAsia="zh-CN"/>
        </w:rPr>
        <w:t>　　一、业务的精进</w:t>
      </w:r>
      <w:r>
        <w:rPr>
          <w:lang w:eastAsia="zh-CN"/>
        </w:rPr>
        <w:br/>
      </w:r>
      <w:r>
        <w:rPr>
          <w:lang w:eastAsia="zh-CN"/>
        </w:rPr>
        <w:t>　　1、加强团体的力量</w:t>
      </w:r>
      <w:r>
        <w:rPr>
          <w:lang w:eastAsia="zh-CN"/>
        </w:rPr>
        <w:br/>
      </w:r>
      <w:r>
        <w:rPr>
          <w:lang w:eastAsia="zh-CN"/>
        </w:rPr>
        <w:t>　　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r>
        <w:rPr>
          <w:lang w:eastAsia="zh-CN"/>
        </w:rPr>
        <w:br/>
      </w:r>
      <w:r>
        <w:rPr>
          <w:lang w:eastAsia="zh-CN"/>
        </w:rPr>
        <w:t>　　2、熟识项目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r>
        <w:rPr>
          <w:lang w:eastAsia="zh-CN"/>
        </w:rPr>
        <w:br/>
      </w:r>
      <w:r>
        <w:rPr>
          <w:lang w:eastAsia="zh-CN"/>
        </w:rPr>
        <w:t>　　3、树立自己的目标</w:t>
      </w:r>
      <w:r>
        <w:rPr>
          <w:lang w:eastAsia="zh-CN"/>
        </w:rPr>
        <w:br/>
      </w:r>
      <w:r>
        <w:rPr>
          <w:lang w:eastAsia="zh-CN"/>
        </w:rPr>
        <w:t>　　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r>
        <w:rPr>
          <w:lang w:eastAsia="zh-CN"/>
        </w:rPr>
        <w:br/>
      </w:r>
      <w:r>
        <w:rPr>
          <w:lang w:eastAsia="zh-CN"/>
        </w:rPr>
        <w:t>　　二、自身素质的提升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r>
        <w:rPr>
          <w:lang w:eastAsia="zh-CN"/>
        </w:rPr>
        <w:br/>
      </w:r>
      <w:r>
        <w:rPr>
          <w:lang w:eastAsia="zh-CN"/>
        </w:rPr>
        <w:t>　　最后，感谢公司所有的领导和同事，因为我个人的进步离不开大家的帮助和支持。20某某年我会不断学习，努力工作。我要用全部的激情和智慧创造效益，让事业充满生机和活力!我们是一个整体，奔得是同一个目标!我会和大家一起齐心协力，从新的起点开始，迈向成功!</w:t>
      </w:r>
      <w:r>
        <w:rPr>
          <w:lang w:eastAsia="zh-CN"/>
        </w:rPr>
        <w:br/>
      </w:r>
      <w:r>
        <w:rPr>
          <w:lang w:eastAsia="zh-CN"/>
        </w:rPr>
        <w:t xml:space="preserve">    房地产销售年个人工作计划 篇13 </w:t>
      </w:r>
      <w:r>
        <w:rPr>
          <w:lang w:eastAsia="zh-CN"/>
        </w:rPr>
        <w:br/>
      </w:r>
      <w:r>
        <w:rPr>
          <w:lang w:eastAsia="zh-CN"/>
        </w:rPr>
        <w:t>　　一个好的房地产营销方案必须有一个好的计划书，以在整体上把握整个营销活动。</w:t>
      </w:r>
      <w:r>
        <w:rPr>
          <w:lang w:eastAsia="zh-CN"/>
        </w:rPr>
        <w:br/>
      </w:r>
      <w:r>
        <w:rPr>
          <w:lang w:eastAsia="zh-CN"/>
        </w:rPr>
        <w:t>　　市场营销计划更注重产品与市场的关系，是指导和协调市场营销努力的主要工具、房地产公司要想提高市场营销效能，必须学会如何制订和执行正确的市场营销计划。</w:t>
      </w:r>
      <w:r>
        <w:rPr>
          <w:lang w:eastAsia="zh-CN"/>
        </w:rPr>
        <w:br/>
      </w:r>
      <w:r>
        <w:rPr>
          <w:lang w:eastAsia="zh-CN"/>
        </w:rPr>
        <w:t>　　1.房地产营销计划的内容</w:t>
      </w:r>
      <w:r>
        <w:rPr>
          <w:lang w:eastAsia="zh-CN"/>
        </w:rPr>
        <w:br/>
      </w:r>
      <w:r>
        <w:rPr>
          <w:lang w:eastAsia="zh-CN"/>
        </w:rPr>
        <w:t>　　在房地产市场营销中，制订出一份优秀的营销计划十分重要。一般来说，市场营销计划包括：</w:t>
      </w:r>
      <w:r>
        <w:rPr>
          <w:lang w:eastAsia="zh-CN"/>
        </w:rPr>
        <w:br/>
      </w:r>
      <w:r>
        <w:rPr>
          <w:lang w:eastAsia="zh-CN"/>
        </w:rPr>
        <w:t>　　1.计划概要：对拟议的计划给予扼要的综述，以便管理部分快速浏览。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2.市场营销现状：提供有关市场，产品、竞争、配销渠道和宏观环境等方面的背景资料。</w:t>
      </w:r>
      <w:r>
        <w:rPr>
          <w:lang w:eastAsia="zh-CN"/>
        </w:rPr>
        <w:br/>
      </w:r>
      <w:r>
        <w:rPr>
          <w:lang w:eastAsia="zh-CN"/>
        </w:rPr>
        <w:t>　　3.机会与问题分析：综合主要的机会与挑战、优劣势、以及计划必须涉及的产品所面临的问题。</w:t>
      </w:r>
      <w:r>
        <w:rPr>
          <w:lang w:eastAsia="zh-CN"/>
        </w:rPr>
        <w:br/>
      </w:r>
      <w:r>
        <w:rPr>
          <w:lang w:eastAsia="zh-CN"/>
        </w:rPr>
        <w:t>　　4.目标：确定计划在销售量、市场占有率和盈利等领域所完成的目标。</w:t>
      </w:r>
      <w:r>
        <w:rPr>
          <w:lang w:eastAsia="zh-CN"/>
        </w:rPr>
        <w:br/>
      </w:r>
      <w:r>
        <w:rPr>
          <w:lang w:eastAsia="zh-CN"/>
        </w:rPr>
        <w:t>　　5.市场营销策略：提供用于完成计划目标的主要市场营销方法。</w:t>
      </w:r>
      <w:r>
        <w:rPr>
          <w:lang w:eastAsia="zh-CN"/>
        </w:rPr>
        <w:br/>
      </w:r>
      <w:r>
        <w:rPr>
          <w:lang w:eastAsia="zh-CN"/>
        </w:rPr>
        <w:t>　　6.行动方案：本方案回答将要做什么?谁去做?什么时候做?费用多少?</w:t>
      </w:r>
      <w:r>
        <w:rPr>
          <w:lang w:eastAsia="zh-CN"/>
        </w:rPr>
        <w:br/>
      </w:r>
      <w:r>
        <w:rPr>
          <w:lang w:eastAsia="zh-CN"/>
        </w:rPr>
        <w:t>　　7.预计盈亏报表：综述计划预计的开支。</w:t>
      </w:r>
      <w:r>
        <w:rPr>
          <w:lang w:eastAsia="zh-CN"/>
        </w:rPr>
        <w:br/>
      </w:r>
      <w:r>
        <w:rPr>
          <w:lang w:eastAsia="zh-CN"/>
        </w:rPr>
        <w:t>　　8.控制：讲述计划将如何监控。</w:t>
      </w:r>
      <w:r>
        <w:rPr>
          <w:lang w:eastAsia="zh-CN"/>
        </w:rPr>
        <w:br/>
      </w:r>
      <w:r>
        <w:rPr>
          <w:lang w:eastAsia="zh-CN"/>
        </w:rPr>
        <w:t>　　一、计划概要</w:t>
      </w:r>
      <w:r>
        <w:rPr>
          <w:lang w:eastAsia="zh-CN"/>
        </w:rPr>
        <w:br/>
      </w:r>
      <w:r>
        <w:rPr>
          <w:lang w:eastAsia="zh-CN"/>
        </w:rPr>
        <w:t>　　计划书一开头便应对本计划的主要目标和建议作一扼要的概述，计划概要可让高级主管很快掌握计划的核心内容，内容目录应附在计划概要之后。</w:t>
      </w:r>
      <w:r>
        <w:rPr>
          <w:lang w:eastAsia="zh-CN"/>
        </w:rPr>
        <w:br/>
      </w:r>
      <w:r>
        <w:rPr>
          <w:lang w:eastAsia="zh-CN"/>
        </w:rPr>
        <w:t>　　二、市场营销现状</w:t>
      </w:r>
      <w:r>
        <w:rPr>
          <w:lang w:eastAsia="zh-CN"/>
        </w:rPr>
        <w:br/>
      </w:r>
      <w:r>
        <w:rPr>
          <w:lang w:eastAsia="zh-CN"/>
        </w:rPr>
        <w:t>　　计划的这个部分负责提供与市场、产品、竞争、配销和宏观环境有关的背景资料。</w:t>
      </w:r>
      <w:r>
        <w:rPr>
          <w:lang w:eastAsia="zh-CN"/>
        </w:rPr>
        <w:br/>
      </w:r>
      <w:r>
        <w:rPr>
          <w:lang w:eastAsia="zh-CN"/>
        </w:rPr>
        <w:t>　　1.市场情势</w:t>
      </w:r>
      <w:r>
        <w:rPr>
          <w:lang w:eastAsia="zh-CN"/>
        </w:rPr>
        <w:br/>
      </w:r>
      <w:r>
        <w:rPr>
          <w:lang w:eastAsia="zh-CN"/>
        </w:rPr>
        <w:t>　　应提供关于所服务的市场的资料，市场的规模与增长取决于过去几年的总额，并按市场细分与地区细分来分别列出，而且还应列出有关顾客需求、观念和购买行为的趋势。</w:t>
      </w:r>
      <w:r>
        <w:rPr>
          <w:lang w:eastAsia="zh-CN"/>
        </w:rPr>
        <w:br/>
      </w:r>
      <w:r>
        <w:rPr>
          <w:lang w:eastAsia="zh-CN"/>
        </w:rPr>
        <w:t>　　2.产品情势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应列出过去几年来产品线中各主要产品的销售量、价格、差益额和纯利润等的资料。</w:t>
      </w:r>
      <w:r>
        <w:rPr>
          <w:lang w:eastAsia="zh-CN"/>
        </w:rPr>
        <w:br/>
      </w:r>
      <w:r>
        <w:rPr>
          <w:lang w:eastAsia="zh-CN"/>
        </w:rPr>
        <w:t>　　3.竞争情势</w:t>
      </w:r>
      <w:r>
        <w:rPr>
          <w:lang w:eastAsia="zh-CN"/>
        </w:rPr>
        <w:br/>
      </w:r>
      <w:r>
        <w:rPr>
          <w:lang w:eastAsia="zh-CN"/>
        </w:rPr>
        <w:t>　　主要应辨明主要的竞争者并就他们的规模、目标、市场占有率、产品质量、市场营销策略以及任何有助于了解其意图和行为的其他特征等方面加以阐述。</w:t>
      </w:r>
      <w:r>
        <w:rPr>
          <w:lang w:eastAsia="zh-CN"/>
        </w:rPr>
        <w:br/>
      </w:r>
      <w:r>
        <w:rPr>
          <w:lang w:eastAsia="zh-CN"/>
        </w:rPr>
        <w:t>　　4.宏观环境情势</w:t>
      </w:r>
      <w:r>
        <w:rPr>
          <w:lang w:eastAsia="zh-CN"/>
        </w:rPr>
        <w:br/>
      </w:r>
      <w:r>
        <w:rPr>
          <w:lang w:eastAsia="zh-CN"/>
        </w:rPr>
        <w:t>　　应阐明影响房地产未来的重要的宏观环境趋势，即人口的、经济的、技术的、政治法律的、社会文化的趋向。</w:t>
      </w:r>
      <w:r>
        <w:rPr>
          <w:lang w:eastAsia="zh-CN"/>
        </w:rPr>
        <w:br/>
      </w:r>
      <w:r>
        <w:rPr>
          <w:lang w:eastAsia="zh-CN"/>
        </w:rPr>
        <w:t>　　三、机会与问题分析</w:t>
      </w:r>
      <w:r>
        <w:rPr>
          <w:lang w:eastAsia="zh-CN"/>
        </w:rPr>
        <w:br/>
      </w:r>
      <w:r>
        <w:rPr>
          <w:lang w:eastAsia="zh-CN"/>
        </w:rPr>
        <w:t>　　应以描述市场营销现状资料为基础，找出主要的机会与挑战、优势与劣势和整个营销期间内公司在此方案中面临的问题等。</w:t>
      </w:r>
      <w:r>
        <w:rPr>
          <w:lang w:eastAsia="zh-CN"/>
        </w:rPr>
        <w:br/>
      </w:r>
      <w:r>
        <w:rPr>
          <w:lang w:eastAsia="zh-CN"/>
        </w:rPr>
        <w:t>　　1.机会与挑战分析</w:t>
      </w:r>
      <w:r>
        <w:rPr>
          <w:lang w:eastAsia="zh-CN"/>
        </w:rPr>
        <w:br/>
      </w:r>
      <w:r>
        <w:rPr>
          <w:lang w:eastAsia="zh-CN"/>
        </w:rPr>
        <w:t>　　经理应找出公司所面临的主要机会与挑战指的是外部可能左右企业未来的因素。写出这些因素是为了要建议一些可采取的行动，应把机会和挑战分出轻重急缓，以便使其中之重要者能受到特别的关注。</w:t>
      </w:r>
      <w:r>
        <w:rPr>
          <w:lang w:eastAsia="zh-CN"/>
        </w:rPr>
        <w:br/>
      </w:r>
      <w:r>
        <w:rPr>
          <w:lang w:eastAsia="zh-CN"/>
        </w:rPr>
        <w:t>　　2.优势与劣势分析</w:t>
      </w:r>
      <w:r>
        <w:rPr>
          <w:lang w:eastAsia="zh-CN"/>
        </w:rPr>
        <w:br/>
      </w:r>
      <w:r>
        <w:rPr>
          <w:lang w:eastAsia="zh-CN"/>
        </w:rPr>
        <w:t>　　应找出公司的优劣势，与机会和挑战相反，优势和劣势是内在因素，前者为外在因素，公司的优势是指公司可以成功利用的某些策略，公司的劣势则是公司要改正的东西。</w:t>
      </w:r>
      <w:r>
        <w:rPr>
          <w:lang w:eastAsia="zh-CN"/>
        </w:rPr>
        <w:br/>
      </w:r>
      <w:r>
        <w:rPr>
          <w:lang w:eastAsia="zh-CN"/>
        </w:rPr>
        <w:t>　　3.问题分析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在这里，公司用机会与挑战和优势与劣势分析的研究结果来确定在计划中必须强调的主要问题。对这些问题的决策将会导致随后的目标，策略与战术的确立。</w:t>
      </w:r>
      <w:r>
        <w:rPr>
          <w:lang w:eastAsia="zh-CN"/>
        </w:rPr>
        <w:br/>
      </w:r>
      <w:r>
        <w:rPr>
          <w:lang w:eastAsia="zh-CN"/>
        </w:rPr>
        <w:t>　　四、目标</w:t>
      </w:r>
      <w:r>
        <w:rPr>
          <w:lang w:eastAsia="zh-CN"/>
        </w:rPr>
        <w:br/>
      </w:r>
      <w:r>
        <w:rPr>
          <w:lang w:eastAsia="zh-CN"/>
        </w:rPr>
        <w:t>　　此时，公司已知道了问题所在，并要作为与目标有关的基本决策，这些目标将指导随后的策略与行动方案的拟定。</w:t>
      </w:r>
      <w:r>
        <w:rPr>
          <w:lang w:eastAsia="zh-CN"/>
        </w:rPr>
        <w:br/>
      </w:r>
      <w:r>
        <w:rPr>
          <w:lang w:eastAsia="zh-CN"/>
        </w:rPr>
        <w:t>　　有两类目标-----财务目标和市场营销目标需要确立。</w:t>
      </w:r>
      <w:r>
        <w:rPr>
          <w:lang w:eastAsia="zh-CN"/>
        </w:rPr>
        <w:br/>
      </w:r>
      <w:r>
        <w:rPr>
          <w:lang w:eastAsia="zh-CN"/>
        </w:rPr>
        <w:t>　　1.财务目标</w:t>
      </w:r>
      <w:r>
        <w:rPr>
          <w:lang w:eastAsia="zh-CN"/>
        </w:rPr>
        <w:br/>
      </w:r>
      <w:r>
        <w:rPr>
          <w:lang w:eastAsia="zh-CN"/>
        </w:rPr>
        <w:t>　　每个公司都会追求一定的财务目标，企业所有者将寻求一个稳定的长期投资的盖率，并想知道当年可取得的利润。</w:t>
      </w:r>
      <w:r>
        <w:rPr>
          <w:lang w:eastAsia="zh-CN"/>
        </w:rPr>
        <w:br/>
      </w:r>
      <w:r>
        <w:rPr>
          <w:lang w:eastAsia="zh-CN"/>
        </w:rPr>
        <w:t>　　2.市场营销目标</w:t>
      </w:r>
      <w:r>
        <w:rPr>
          <w:lang w:eastAsia="zh-CN"/>
        </w:rPr>
        <w:br/>
      </w:r>
      <w:r>
        <w:rPr>
          <w:lang w:eastAsia="zh-CN"/>
        </w:rPr>
        <w:t>　　财务目标必须要转化为市场营销目标。例如，如果公司想得180万元利润，且其目标利润率为销售额的10%，那么，必须确定一个销售收益为1800万元的目标，如果公司确定每单元售价20万元，则其必须售出90套房屋。</w:t>
      </w:r>
      <w:r>
        <w:rPr>
          <w:lang w:eastAsia="zh-CN"/>
        </w:rPr>
        <w:br/>
      </w:r>
      <w:r>
        <w:rPr>
          <w:lang w:eastAsia="zh-CN"/>
        </w:rPr>
        <w:t>　　目标的确立应符合一定的标准：</w:t>
      </w:r>
      <w:r>
        <w:rPr>
          <w:lang w:eastAsia="zh-CN"/>
        </w:rPr>
        <w:br/>
      </w:r>
      <w:r>
        <w:rPr>
          <w:lang w:eastAsia="zh-CN"/>
        </w:rPr>
        <w:t>　　?各个目标应以明确且可测度的形式来陈述，并有一定的完成期限。</w:t>
      </w:r>
      <w:r>
        <w:rPr>
          <w:lang w:eastAsia="zh-CN"/>
        </w:rPr>
        <w:br/>
      </w:r>
      <w:r>
        <w:rPr>
          <w:lang w:eastAsia="zh-CN"/>
        </w:rPr>
        <w:t>　　?各个目标应保持内在的一致性。</w:t>
      </w:r>
      <w:r>
        <w:rPr>
          <w:lang w:eastAsia="zh-CN"/>
        </w:rPr>
        <w:br/>
      </w:r>
      <w:r>
        <w:rPr>
          <w:lang w:eastAsia="zh-CN"/>
        </w:rPr>
        <w:t>　　?如果可能的话，目标应分层次地加以说明，应说明较低的目标是如何从较高的目标中引申出来。</w:t>
      </w:r>
      <w:r>
        <w:rPr>
          <w:lang w:eastAsia="zh-CN"/>
        </w:rPr>
        <w:br/>
      </w:r>
      <w:r>
        <w:rPr>
          <w:lang w:eastAsia="zh-CN"/>
        </w:rPr>
        <w:t>　　五、市场营销策略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应在此列出主要的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市场提高市场占有率来获得。对这些目标进行深入探讨后，便可找出房屋营销的主要策略。</w:t>
      </w:r>
      <w:r>
        <w:rPr>
          <w:lang w:eastAsia="zh-CN"/>
        </w:rPr>
        <w:br/>
      </w:r>
      <w:r>
        <w:rPr>
          <w:lang w:eastAsia="zh-CN"/>
        </w:rPr>
        <w:t>　　策略陈述书可以如下所示：</w:t>
      </w:r>
      <w:r>
        <w:rPr>
          <w:lang w:eastAsia="zh-CN"/>
        </w:rPr>
        <w:br/>
      </w:r>
      <w:r>
        <w:rPr>
          <w:lang w:eastAsia="zh-CN"/>
        </w:rPr>
        <w:t>　　目标市场：高收入家庭，特别注重于男性消费者及各公司，注重于外企。</w:t>
      </w:r>
      <w:r>
        <w:rPr>
          <w:lang w:eastAsia="zh-CN"/>
        </w:rPr>
        <w:br/>
      </w:r>
      <w:r>
        <w:rPr>
          <w:lang w:eastAsia="zh-CN"/>
        </w:rPr>
        <w:t>　　产品定位：质量高档的外销房。有商用、住家两种。</w:t>
      </w:r>
      <w:r>
        <w:rPr>
          <w:lang w:eastAsia="zh-CN"/>
        </w:rPr>
        <w:br/>
      </w:r>
      <w:r>
        <w:rPr>
          <w:lang w:eastAsia="zh-CN"/>
        </w:rPr>
        <w:t>　　价格：价格稍高于竞争厂家。</w:t>
      </w:r>
      <w:r>
        <w:rPr>
          <w:lang w:eastAsia="zh-CN"/>
        </w:rPr>
        <w:br/>
      </w:r>
      <w:r>
        <w:rPr>
          <w:lang w:eastAsia="zh-CN"/>
        </w:rPr>
        <w:t>　　配销渠道：主要通过各大著名房地产代理公司代理销售。</w:t>
      </w:r>
      <w:r>
        <w:rPr>
          <w:lang w:eastAsia="zh-CN"/>
        </w:rPr>
        <w:br/>
      </w:r>
      <w:r>
        <w:rPr>
          <w:lang w:eastAsia="zh-CN"/>
        </w:rPr>
        <w:t>　　服务：提供全面的物业管理。</w:t>
      </w:r>
      <w:r>
        <w:rPr>
          <w:lang w:eastAsia="zh-CN"/>
        </w:rPr>
        <w:br/>
      </w:r>
      <w:r>
        <w:rPr>
          <w:lang w:eastAsia="zh-CN"/>
        </w:rPr>
        <w:t>　　广告：针对市场定位策略的定位的目标市场，开展一个新的广告活动，着重宣传高价位、高舒适的特点，广告预算增加30%。</w:t>
      </w:r>
      <w:r>
        <w:rPr>
          <w:lang w:eastAsia="zh-CN"/>
        </w:rPr>
        <w:br/>
      </w:r>
      <w:r>
        <w:rPr>
          <w:lang w:eastAsia="zh-CN"/>
        </w:rPr>
        <w:t>　　研究与开发：增加25%的费用以根据顾客预购情况作及时的调整。使顾客能够得到最大的满足。</w:t>
      </w:r>
      <w:r>
        <w:rPr>
          <w:lang w:eastAsia="zh-CN"/>
        </w:rPr>
        <w:br/>
      </w:r>
      <w:r>
        <w:rPr>
          <w:lang w:eastAsia="zh-CN"/>
        </w:rPr>
        <w:t>　　市场营销研究：增加10%的费用来提高对消费者选择过程的了解，并监视竞争者的举动。</w:t>
      </w:r>
      <w:r>
        <w:rPr>
          <w:lang w:eastAsia="zh-CN"/>
        </w:rPr>
        <w:br/>
      </w:r>
      <w:r>
        <w:rPr>
          <w:lang w:eastAsia="zh-CN"/>
        </w:rPr>
        <w:t>　　六、行动方案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策略陈述书阐述的是用以达到企业目标的主要市场营销推动力。而现在市场营销策略的每一要素都应经过深思熟虑来作回答：将做什么?什么时候去做?谁去做?将花费多少?等等具体行动。</w:t>
      </w:r>
      <w:r>
        <w:rPr>
          <w:lang w:eastAsia="zh-CN"/>
        </w:rPr>
        <w:br/>
      </w:r>
      <w:r>
        <w:rPr>
          <w:lang w:eastAsia="zh-CN"/>
        </w:rPr>
        <w:t>　　七、预计盈亏报表</w:t>
      </w:r>
      <w:r>
        <w:rPr>
          <w:lang w:eastAsia="zh-CN"/>
        </w:rPr>
        <w:br/>
      </w:r>
      <w:r>
        <w:rPr>
          <w:lang w:eastAsia="zh-CN"/>
        </w:rPr>
        <w:t>　　行动方案可使经理能编制一个支持该方案的预算，此预算基本上为一项预计盈亏报表。主管部门将审查这个预算并加以批准或修改。</w:t>
      </w:r>
      <w:r>
        <w:rPr>
          <w:lang w:eastAsia="zh-CN"/>
        </w:rPr>
        <w:br/>
      </w:r>
      <w:r>
        <w:rPr>
          <w:lang w:eastAsia="zh-CN"/>
        </w:rPr>
        <w:t>　　八、控制</w:t>
      </w:r>
      <w:r>
        <w:rPr>
          <w:lang w:eastAsia="zh-CN"/>
        </w:rPr>
        <w:br/>
      </w:r>
      <w:r>
        <w:rPr>
          <w:lang w:eastAsia="zh-CN"/>
        </w:rPr>
        <w:t>　　计划的最后一部分为控制，用来控制整个计划的进程。通常，目标和预算都是按月或季来制定的。这样公司就能检查各期间的成果并发现未能达到目标的部门。</w:t>
      </w:r>
      <w:r>
        <w:rPr>
          <w:lang w:eastAsia="zh-CN"/>
        </w:rPr>
        <w:br/>
      </w:r>
      <w:r>
        <w:rPr>
          <w:lang w:eastAsia="zh-CN"/>
        </w:rPr>
        <w:t>　　有些计划的控制部分还包括意外应急计划，简明扼要地列出可能发生的某些不利的情况时公司应采取的步骤。</w:t>
      </w:r>
      <w:r>
        <w:rPr>
          <w:lang w:eastAsia="zh-CN"/>
        </w:rPr>
        <w:br/>
      </w:r>
      <w:r>
        <w:rPr>
          <w:lang w:eastAsia="zh-CN"/>
        </w:rPr>
        <w:t xml:space="preserve">    房地产销售年个人工作计划 篇14 </w:t>
      </w:r>
      <w:r>
        <w:rPr>
          <w:lang w:eastAsia="zh-CN"/>
        </w:rPr>
        <w:br/>
      </w:r>
      <w:r>
        <w:rPr>
          <w:lang w:eastAsia="zh-CN"/>
        </w:rPr>
        <w:t>　　在房地产市场营销中，制订出一份优秀的营销计划十分重要。一般来说，市场营销计划包括计划概要：对拟议的计划给予扼要的综述，以便管理部分快速浏览。</w:t>
      </w:r>
      <w:r>
        <w:rPr>
          <w:lang w:eastAsia="zh-CN"/>
        </w:rPr>
        <w:br/>
      </w:r>
      <w:r>
        <w:rPr>
          <w:lang w:eastAsia="zh-CN"/>
        </w:rPr>
        <w:t>　　二：市场营销现状：提供有关市场，产品、竞争、配销渠道和宏观环境等方面的背景资料。</w:t>
      </w:r>
      <w:r>
        <w:rPr>
          <w:lang w:eastAsia="zh-CN"/>
        </w:rPr>
        <w:br/>
      </w:r>
      <w:r>
        <w:rPr>
          <w:lang w:eastAsia="zh-CN"/>
        </w:rPr>
        <w:t>　　三：机会与问题分析：综合主要的机会与挑战、优劣势、以及计划必须涉及的产品所面临的问题。</w:t>
      </w:r>
      <w:r>
        <w:rPr>
          <w:lang w:eastAsia="zh-CN"/>
        </w:rPr>
        <w:br/>
      </w:r>
      <w:r>
        <w:rPr>
          <w:lang w:eastAsia="zh-CN"/>
        </w:rPr>
        <w:t>　　四：目标：确定计划在销售量、市场占有率和盈利等领域所完成的目标。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五：市场营销策略：提供用于完成计划目标的主要市场营销方法。</w:t>
      </w:r>
      <w:r>
        <w:rPr>
          <w:lang w:eastAsia="zh-CN"/>
        </w:rPr>
        <w:br/>
      </w:r>
      <w:r>
        <w:rPr>
          <w:lang w:eastAsia="zh-CN"/>
        </w:rPr>
        <w:t>　　六：行动方案：本方案回答将要做什么？谁去做？什么时候做？费用多少？</w:t>
      </w:r>
      <w:r>
        <w:rPr>
          <w:lang w:eastAsia="zh-CN"/>
        </w:rPr>
        <w:br/>
      </w:r>
      <w:r>
        <w:rPr>
          <w:lang w:eastAsia="zh-CN"/>
        </w:rPr>
        <w:t>　　七：预计盈亏报表：综述计划预计的开支。</w:t>
      </w:r>
      <w:r>
        <w:rPr>
          <w:lang w:eastAsia="zh-CN"/>
        </w:rPr>
        <w:br/>
      </w:r>
      <w:r>
        <w:rPr>
          <w:lang w:eastAsia="zh-CN"/>
        </w:rPr>
        <w:t>　　八：控制：讲述计划将如何监控。</w:t>
      </w:r>
      <w:r>
        <w:rPr>
          <w:lang w:eastAsia="zh-CN"/>
        </w:rPr>
        <w:br/>
      </w:r>
      <w:r>
        <w:rPr>
          <w:lang w:eastAsia="zh-CN"/>
        </w:rPr>
        <w:t>　　一、计划概要</w:t>
      </w:r>
      <w:r>
        <w:rPr>
          <w:lang w:eastAsia="zh-CN"/>
        </w:rPr>
        <w:br/>
      </w:r>
      <w:r>
        <w:rPr>
          <w:lang w:eastAsia="zh-CN"/>
        </w:rPr>
        <w:t>　　计划书一开头便应对本计划的主要目标和建议作一扼要的概述，计划概要可让高级主管很快掌握计划的核心内容，内容目录应附在计划概要之后。工作计划ZPZLS。</w:t>
      </w:r>
      <w:r>
        <w:rPr>
          <w:lang w:eastAsia="zh-CN"/>
        </w:rPr>
        <w:br/>
      </w:r>
      <w:r>
        <w:rPr>
          <w:lang w:eastAsia="zh-CN"/>
        </w:rPr>
        <w:t>　　二、市场营销现状</w:t>
      </w:r>
      <w:r>
        <w:rPr>
          <w:lang w:eastAsia="zh-CN"/>
        </w:rPr>
        <w:br/>
      </w:r>
      <w:r>
        <w:rPr>
          <w:lang w:eastAsia="zh-CN"/>
        </w:rPr>
        <w:t>　　计划的这个部分负责提供与市场、产品、竞争、配销和宏观环境有关的背景资料。</w:t>
      </w:r>
      <w:r>
        <w:rPr>
          <w:lang w:eastAsia="zh-CN"/>
        </w:rPr>
        <w:br/>
      </w:r>
      <w:r>
        <w:rPr>
          <w:lang w:eastAsia="zh-CN"/>
        </w:rPr>
        <w:t>　　一：市场情势</w:t>
      </w:r>
      <w:r>
        <w:rPr>
          <w:lang w:eastAsia="zh-CN"/>
        </w:rPr>
        <w:br/>
      </w:r>
      <w:r>
        <w:rPr>
          <w:lang w:eastAsia="zh-CN"/>
        </w:rPr>
        <w:t>　　应提供关于所服务的市场的资料，市场的规模与增长取决于过去几年的总额，并按市场细分与地区细分来分别列出，而且还应列出有关顾客需求、观念和购买行为的趋势。</w:t>
      </w:r>
      <w:r>
        <w:rPr>
          <w:lang w:eastAsia="zh-CN"/>
        </w:rPr>
        <w:br/>
      </w:r>
      <w:r>
        <w:rPr>
          <w:lang w:eastAsia="zh-CN"/>
        </w:rPr>
        <w:t>　　二：产品情势</w:t>
      </w:r>
      <w:r>
        <w:rPr>
          <w:lang w:eastAsia="zh-CN"/>
        </w:rPr>
        <w:br/>
      </w:r>
      <w:r>
        <w:rPr>
          <w:lang w:eastAsia="zh-CN"/>
        </w:rPr>
        <w:t>　　应列出过去几年来产品线中各主要产品的销售量、价格、差益额和纯利润等的资料。</w:t>
      </w:r>
      <w:r>
        <w:rPr>
          <w:lang w:eastAsia="zh-CN"/>
        </w:rPr>
        <w:br/>
      </w:r>
      <w:r>
        <w:rPr>
          <w:lang w:eastAsia="zh-CN"/>
        </w:rPr>
        <w:t>　　三：竞争情势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0"/>
          <w:cols w:space="425"/>
          <w:titlePg w:val="0"/>
          <w:docGrid w:type="lines" w:linePitch="312"/>
        </w:sectPr>
      </w:pPr>
      <w:r>
        <w:rPr>
          <w:lang w:eastAsia="zh-CN"/>
        </w:rPr>
        <w:t>　　主要应辨明主要的竞争者并就他们的规模、目标、市场占有率、产品质量、市场营销策略以及任何有助于了解其意图和行为的其他特征等方面加以阐述。</w:t>
      </w:r>
      <w:r>
        <w:rPr>
          <w:lang w:eastAsia="zh-CN"/>
        </w:rPr>
        <w:br/>
      </w:r>
      <w:r>
        <w:rPr>
          <w:lang w:eastAsia="zh-CN"/>
        </w:rPr>
        <w:t>　　四：宏观环境情势</w:t>
      </w:r>
      <w:r>
        <w:rPr>
          <w:lang w:eastAsia="zh-CN"/>
        </w:rPr>
        <w:br/>
      </w:r>
      <w:r>
        <w:rPr>
          <w:lang w:eastAsia="zh-CN"/>
        </w:rPr>
        <w:t>　　应阐明影响房地产未来的重要的宏观环境趋势，即人口的、经济的、技术的、政治法律的、社会文化的趋向。</w:t>
      </w:r>
      <w:r>
        <w:rPr>
          <w:lang w:eastAsia="zh-CN"/>
        </w:rPr>
        <w:br/>
      </w:r>
      <w:r>
        <w:rPr>
          <w:lang w:eastAsia="zh-CN"/>
        </w:rPr>
        <w:t>　　三、机会与问题分析</w:t>
      </w:r>
      <w:r>
        <w:rPr>
          <w:lang w:eastAsia="zh-CN"/>
        </w:rPr>
        <w:br/>
      </w:r>
      <w:r>
        <w:rPr>
          <w:lang w:eastAsia="zh-CN"/>
        </w:rPr>
        <w:t>　　应以描述市场营销现状资料为基础，找出主要的机会与挑战、优势与劣势和整个营销期间内公司在此方案中面临的问题等。</w:t>
      </w:r>
      <w:r>
        <w:rPr>
          <w:lang w:eastAsia="zh-CN"/>
        </w:rPr>
        <w:br/>
      </w:r>
      <w:r>
        <w:rPr>
          <w:lang w:eastAsia="zh-CN"/>
        </w:rPr>
        <w:t>　　机会与挑战分析</w:t>
      </w:r>
      <w:r>
        <w:rPr>
          <w:lang w:eastAsia="zh-CN"/>
        </w:rPr>
        <w:br/>
      </w:r>
      <w:r>
        <w:rPr>
          <w:lang w:eastAsia="zh-CN"/>
        </w:rPr>
        <w:t>　　经理应找出公司所面临的主要机会与挑战指的是外部可能左右企业未来的因素。写出这些因素是为了要建议一些可采取的行动，应把机会和挑战分出轻重急缓，以便使其中之重要者能受到特别的关注。</w:t>
      </w:r>
      <w:r>
        <w:rPr>
          <w:lang w:eastAsia="zh-CN"/>
        </w:rPr>
        <w:br/>
      </w:r>
      <w:r>
        <w:rPr>
          <w:lang w:eastAsia="zh-CN"/>
        </w:rPr>
        <w:t>　　二：优势与劣势分析</w:t>
      </w:r>
      <w:r>
        <w:rPr>
          <w:lang w:eastAsia="zh-CN"/>
        </w:rPr>
        <w:br/>
      </w:r>
      <w:r>
        <w:rPr>
          <w:lang w:eastAsia="zh-CN"/>
        </w:rPr>
        <w:t>　　应找出公司的优劣势，与机会和挑战相反，优势和劣势是内在因素，前者为外在因素，公司的优势是指公司可以成功利用的某些策略，公司的劣势则是公司要改正的东西。</w:t>
      </w:r>
      <w:r>
        <w:rPr>
          <w:lang w:eastAsia="zh-CN"/>
        </w:rPr>
        <w:br/>
      </w:r>
      <w:r>
        <w:rPr>
          <w:lang w:eastAsia="zh-CN"/>
        </w:rPr>
        <w:t>　　三：问题分析</w:t>
      </w:r>
      <w:r>
        <w:rPr>
          <w:lang w:eastAsia="zh-CN"/>
        </w:rPr>
        <w:br/>
      </w:r>
      <w:r>
        <w:rPr>
          <w:lang w:eastAsia="zh-CN"/>
        </w:rPr>
        <w:t>　　在这里，公司用机会与挑战和优势与劣势分析的研究结果来确定在计划中必须强调的主要问题。对这些问题的决策将会导致随后的目标，策略与战术的确立。</w:t>
      </w:r>
      <w:r>
        <w:rPr>
          <w:lang w:eastAsia="zh-CN"/>
        </w:rPr>
        <w:br/>
      </w:r>
      <w:r>
        <w:rPr>
          <w:lang w:eastAsia="zh-CN"/>
        </w:rPr>
        <w:t>　　四、目标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1"/>
          <w:cols w:space="425"/>
          <w:titlePg w:val="0"/>
          <w:docGrid w:type="lines" w:linePitch="312"/>
        </w:sectPr>
      </w:pPr>
      <w:r>
        <w:rPr>
          <w:lang w:eastAsia="zh-CN"/>
        </w:rPr>
        <w:t>　　此时，公司已知道了问题所在，并要作为与目标有关的基本决策，这些目标将指导随后的策略与行动方案的拟定。</w:t>
      </w:r>
      <w:r>
        <w:rPr>
          <w:lang w:eastAsia="zh-CN"/>
        </w:rPr>
        <w:br/>
      </w:r>
      <w:r>
        <w:rPr>
          <w:lang w:eastAsia="zh-CN"/>
        </w:rPr>
        <w:t>　　有两类目标-----财务目标和市场营销目标需要确立。</w:t>
      </w:r>
      <w:r>
        <w:rPr>
          <w:lang w:eastAsia="zh-CN"/>
        </w:rPr>
        <w:br/>
      </w:r>
      <w:r>
        <w:rPr>
          <w:lang w:eastAsia="zh-CN"/>
        </w:rPr>
        <w:t>　　一：财务目标</w:t>
      </w:r>
      <w:r>
        <w:rPr>
          <w:lang w:eastAsia="zh-CN"/>
        </w:rPr>
        <w:br/>
      </w:r>
      <w:r>
        <w:rPr>
          <w:lang w:eastAsia="zh-CN"/>
        </w:rPr>
        <w:t>　　每个公司都会追求一定的财务目标，企业所有者将寻求一个稳定的长期投资的盖率，并想知道当年可取得的利润。</w:t>
      </w:r>
      <w:r>
        <w:rPr>
          <w:lang w:eastAsia="zh-CN"/>
        </w:rPr>
        <w:br/>
      </w:r>
      <w:r>
        <w:rPr>
          <w:lang w:eastAsia="zh-CN"/>
        </w:rPr>
        <w:t>　　二：市场营销目标</w:t>
      </w:r>
      <w:r>
        <w:rPr>
          <w:lang w:eastAsia="zh-CN"/>
        </w:rPr>
        <w:br/>
      </w:r>
      <w:r>
        <w:rPr>
          <w:lang w:eastAsia="zh-CN"/>
        </w:rPr>
        <w:t>　　财务目标必须要转化为市场营销目标。例如，如果公司想得180万元利润，且其目标利润率为销售额的10％，那么，必须确定一个销售收益为1800万元的目标，如果公司确定每单元售价20万元，则其必须售出90套房屋。</w:t>
      </w:r>
      <w:r>
        <w:rPr>
          <w:lang w:eastAsia="zh-CN"/>
        </w:rPr>
        <w:br/>
      </w:r>
      <w:r>
        <w:rPr>
          <w:lang w:eastAsia="zh-CN"/>
        </w:rPr>
        <w:t>　　目标的确立应符合一定的标准</w:t>
      </w:r>
      <w:r>
        <w:rPr>
          <w:lang w:eastAsia="zh-CN"/>
        </w:rPr>
        <w:br/>
      </w:r>
      <w:r>
        <w:rPr>
          <w:lang w:eastAsia="zh-CN"/>
        </w:rPr>
        <w:t>　　各个目标应以明确且可测度的形式来陈述，并有一定的完成期限。</w:t>
      </w:r>
      <w:r>
        <w:rPr>
          <w:lang w:eastAsia="zh-CN"/>
        </w:rPr>
        <w:br/>
      </w:r>
      <w:r>
        <w:rPr>
          <w:lang w:eastAsia="zh-CN"/>
        </w:rPr>
        <w:t>　　各个目标应保持内在的一致性。</w:t>
      </w:r>
      <w:r>
        <w:rPr>
          <w:lang w:eastAsia="zh-CN"/>
        </w:rPr>
        <w:br/>
      </w:r>
      <w:r>
        <w:rPr>
          <w:lang w:eastAsia="zh-CN"/>
        </w:rPr>
        <w:t>　　如果可能的话，目标应分层次地加以说明，应说明较低的目标是如何从较高的目标中引申出来。</w:t>
      </w:r>
      <w:r>
        <w:rPr>
          <w:lang w:eastAsia="zh-CN"/>
        </w:rPr>
        <w:br/>
      </w:r>
      <w:r>
        <w:rPr>
          <w:lang w:eastAsia="zh-CN"/>
        </w:rPr>
        <w:t>　　五、市场营销策略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2"/>
          <w:cols w:space="425"/>
          <w:titlePg w:val="0"/>
          <w:docGrid w:type="lines" w:linePitch="312"/>
        </w:sectPr>
      </w:pPr>
      <w:r>
        <w:rPr>
          <w:lang w:eastAsia="zh-CN"/>
        </w:rPr>
        <w:t>　　应在此列出主要的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市场提高市场占有率来获得。对这些目标进行深入探讨后，便可找出房屋营销的主要策略。</w:t>
      </w:r>
      <w:r>
        <w:rPr>
          <w:lang w:eastAsia="zh-CN"/>
        </w:rPr>
        <w:br/>
      </w:r>
      <w:r>
        <w:rPr>
          <w:lang w:eastAsia="zh-CN"/>
        </w:rPr>
        <w:t>　　策略陈述书可以如下所示</w:t>
      </w:r>
      <w:r>
        <w:rPr>
          <w:lang w:eastAsia="zh-CN"/>
        </w:rPr>
        <w:br/>
      </w:r>
      <w:r>
        <w:rPr>
          <w:lang w:eastAsia="zh-CN"/>
        </w:rPr>
        <w:t>　　目标市场：高收入家庭，特别注重于男性消费者及各公司，注重于外企。</w:t>
      </w:r>
      <w:r>
        <w:rPr>
          <w:lang w:eastAsia="zh-CN"/>
        </w:rPr>
        <w:br/>
      </w:r>
      <w:r>
        <w:rPr>
          <w:lang w:eastAsia="zh-CN"/>
        </w:rPr>
        <w:t>　　产品定位：质量高档的外销房。有商用、住家两种。</w:t>
      </w:r>
      <w:r>
        <w:rPr>
          <w:lang w:eastAsia="zh-CN"/>
        </w:rPr>
        <w:br/>
      </w:r>
      <w:r>
        <w:rPr>
          <w:lang w:eastAsia="zh-CN"/>
        </w:rPr>
        <w:t>　　价格：价格稍高于竞争厂家。</w:t>
      </w:r>
      <w:r>
        <w:rPr>
          <w:lang w:eastAsia="zh-CN"/>
        </w:rPr>
        <w:br/>
      </w:r>
      <w:r>
        <w:rPr>
          <w:lang w:eastAsia="zh-CN"/>
        </w:rPr>
        <w:t>　　配销渠道：主要通过各大著名房地产代理公司代理销售。</w:t>
      </w:r>
      <w:r>
        <w:rPr>
          <w:lang w:eastAsia="zh-CN"/>
        </w:rPr>
        <w:br/>
      </w:r>
      <w:r>
        <w:rPr>
          <w:lang w:eastAsia="zh-CN"/>
        </w:rPr>
        <w:t>　　服务：提供全面的物业管理。</w:t>
      </w:r>
      <w:r>
        <w:rPr>
          <w:lang w:eastAsia="zh-CN"/>
        </w:rPr>
        <w:br/>
      </w:r>
      <w:r>
        <w:rPr>
          <w:lang w:eastAsia="zh-CN"/>
        </w:rPr>
        <w:t>　　广告：针对市场定位策略的定位的目标市场，开展一个新的广告活动，着重宣传高价位、高舒适的特点，广告预算增加30％。</w:t>
      </w:r>
      <w:r>
        <w:rPr>
          <w:lang w:eastAsia="zh-CN"/>
        </w:rPr>
        <w:br/>
      </w:r>
      <w:r>
        <w:rPr>
          <w:lang w:eastAsia="zh-CN"/>
        </w:rPr>
        <w:t>　　研究与开发：增加25％的费用以根据顾客预购情况作及时的调整。使顾客能够得到最大的满足。</w:t>
      </w:r>
      <w:r>
        <w:rPr>
          <w:lang w:eastAsia="zh-CN"/>
        </w:rPr>
        <w:br/>
      </w:r>
      <w:r>
        <w:rPr>
          <w:lang w:eastAsia="zh-CN"/>
        </w:rPr>
        <w:t>　　市场营销研究：增加10％的费用来提高对消费者选择过程的了解，并监视竞争者的举动。</w:t>
      </w:r>
      <w:r>
        <w:rPr>
          <w:lang w:eastAsia="zh-CN"/>
        </w:rPr>
        <w:br/>
      </w:r>
      <w:r>
        <w:rPr>
          <w:lang w:eastAsia="zh-CN"/>
        </w:rPr>
        <w:t>　　六、行动方案</w:t>
      </w:r>
      <w:r>
        <w:rPr>
          <w:lang w:eastAsia="zh-CN"/>
        </w:rPr>
        <w:br/>
      </w:r>
      <w:r>
        <w:rPr>
          <w:lang w:eastAsia="zh-CN"/>
        </w:rPr>
        <w:t>　　策略陈述书阐述的是用以达到企业目标的主要市场营销推动力。而现在市场营销策略的每一要素都应经过深思熟虑来作回答：将做什么？什么时候去做？谁去做？将花费多少？等等具体行动。</w:t>
      </w:r>
      <w:r>
        <w:rPr>
          <w:lang w:eastAsia="zh-CN"/>
        </w:rPr>
        <w:br/>
      </w:r>
      <w:r>
        <w:rPr>
          <w:lang w:eastAsia="zh-CN"/>
        </w:rPr>
        <w:t xml:space="preserve">    房地产销售年个人工作计划 篇15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3"/>
          <w:cols w:space="425"/>
          <w:titlePg w:val="0"/>
          <w:docGrid w:type="lines" w:linePitch="312"/>
        </w:sectPr>
      </w:pPr>
      <w:r>
        <w:rPr>
          <w:lang w:eastAsia="zh-CN"/>
        </w:rPr>
        <w:t>　　根据公司__年度深圳地区总销售额1亿元，销量总量5万套的总目标及公司__年度的渠道策略做出以下工作计划</w:t>
      </w:r>
      <w:r>
        <w:rPr>
          <w:lang w:eastAsia="zh-CN"/>
        </w:rPr>
        <w:t xml:space="preserve"> ：</w:t>
      </w:r>
      <w:r>
        <w:rPr>
          <w:lang w:eastAsia="zh-CN"/>
        </w:rPr>
        <w:br/>
      </w:r>
      <w:r>
        <w:rPr>
          <w:lang w:eastAsia="zh-CN"/>
        </w:rPr>
        <w:t>　　一、 市场分析</w:t>
      </w:r>
      <w:r>
        <w:rPr>
          <w:lang w:eastAsia="zh-CN"/>
        </w:rPr>
        <w:br/>
      </w:r>
      <w:r>
        <w:rPr>
          <w:lang w:eastAsia="zh-CN"/>
        </w:rPr>
        <w:t>　　空调市场连续几年的价格战逐步启动了。二、三级市场的低端需求，同时随着城市建设和人民生活水平的不断提高以及产品更新换代时期的到来带动了一级市场的持续增长幅度，从而带动了整体市场容量的扩张。__年度内销总量达到1950万套，较__年度增长11.4_.__年度预计可达到2500万-3000万套.根据行业数据显示全球市场容量在5500万套-6000万套.中国市场容量约为3800万套,根据区域市场份额容量的划分,深圳空调市场的容量约为40万套左右,5万套的销售目标约占市场份额的13_.</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4"/>
          <w:cols w:space="425"/>
          <w:titlePg w:val="0"/>
          <w:docGrid w:type="lines" w:linePitch="312"/>
        </w:sectPr>
      </w:pPr>
      <w:r>
        <w:rPr>
          <w:lang w:eastAsia="zh-CN"/>
        </w:rPr>
        <w:t>　　目前__在深圳空调市场的占有率约为2.8_左右,但根据行业数据显示近几年一直处于“洗牌”阶段，品牌市场占有率将形成高度的集中化。根据公司的实力及__年度的产品线,公司__年度销售目标完全有可能实现.__年中国空调品牌约有400个，到__年下降到140个左右,年均淘汰率32_.到__年在格力、美的、海尔等一线品牌的“围剿”下，中国空调市场活跃的品牌不足50个，淘汰率达60_。__年度lg受到美国指责倾销;科龙遇到财务问题，市场份额急剧下滑。新科、长虹、奥克斯也受到企业、品牌等方面的不良影响，市场份额也有所下滑。日资品牌如松下、三菱等品牌在__年度受到中国人民的强烈抵日情绪的影响，市场份额下划较大。而__空调在广东市场则呈现出急速增长的趋势。但深圳市场基础比较薄弱，团队还比较年轻，品牌影响力还需要巩固与拓展。根据以上情况做以下工作规划。</w:t>
      </w:r>
      <w:r>
        <w:rPr>
          <w:lang w:eastAsia="zh-CN"/>
        </w:rPr>
        <w:br/>
      </w:r>
      <w:r>
        <w:rPr>
          <w:lang w:eastAsia="zh-CN"/>
        </w:rPr>
        <w:t>　　二、 工作规划</w:t>
      </w:r>
      <w:r>
        <w:rPr>
          <w:lang w:eastAsia="zh-CN"/>
        </w:rPr>
        <w:br/>
      </w:r>
      <w:r>
        <w:rPr>
          <w:lang w:eastAsia="zh-CN"/>
        </w:rPr>
        <w:t>　　根据以上情况在__年度计划主抓六项工作:</w:t>
      </w:r>
      <w:r>
        <w:rPr>
          <w:lang w:eastAsia="zh-CN"/>
        </w:rPr>
        <w:br/>
      </w:r>
      <w:r>
        <w:rPr>
          <w:lang w:eastAsia="zh-CN"/>
        </w:rPr>
        <w:t>　　1、 销售业绩</w:t>
      </w:r>
      <w:r>
        <w:rPr>
          <w:lang w:eastAsia="zh-CN"/>
        </w:rPr>
        <w:br/>
      </w:r>
      <w:r>
        <w:rPr>
          <w:lang w:eastAsia="zh-CN"/>
        </w:rPr>
        <w:t>　　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r>
        <w:rPr>
          <w:lang w:eastAsia="zh-CN"/>
        </w:rPr>
        <w:br/>
      </w:r>
      <w:r>
        <w:rPr>
          <w:lang w:eastAsia="zh-CN"/>
        </w:rPr>
        <w:t>　　2、 k/a、代理商管理及关系维护</w:t>
      </w:r>
      <w:r>
        <w:rPr>
          <w:lang w:eastAsia="zh-CN"/>
        </w:rPr>
        <w:br/>
      </w:r>
      <w:r>
        <w:rPr>
          <w:lang w:eastAsia="zh-CN"/>
        </w:rPr>
        <w:t>　　针对现有的k/a客户、代理商或将拓展的k/a及代理商进行有效管理及关系维护，对各个k/a客户及代理商建立客户档案，了解前期销售情况及实力情况，进行公司的企业文化传播和公司__年度的新产品传播。此项工作在8月末完成。在旺季结束后和旺季来临</w:t>
      </w:r>
      <w:r>
        <w:rPr>
          <w:lang w:eastAsia="zh-CN"/>
        </w:rPr>
        <w:br/>
      </w:r>
      <w:r>
        <w:rPr>
          <w:lang w:eastAsia="zh-CN"/>
        </w:rPr>
        <w:t xml:space="preserve">    房地产销售年个人工作计划 篇16 </w:t>
      </w:r>
      <w:r>
        <w:rPr>
          <w:lang w:eastAsia="zh-CN"/>
        </w:rPr>
        <w:br/>
      </w:r>
      <w:r>
        <w:rPr>
          <w:lang w:eastAsia="zh-CN"/>
        </w:rPr>
        <w:t>　　在房地产市场营销中，制订出一份优秀的营销计划十分重要。一般来说，市场营销计划包括：</w:t>
      </w:r>
      <w:r>
        <w:rPr>
          <w:lang w:eastAsia="zh-CN"/>
        </w:rPr>
        <w:br/>
      </w:r>
      <w:r>
        <w:rPr>
          <w:lang w:eastAsia="zh-CN"/>
        </w:rPr>
        <w:t>　　1、计划概要：对拟议的计划给予扼要的综述，以便管理部分快速浏览。</w:t>
      </w:r>
      <w:r>
        <w:rPr>
          <w:lang w:eastAsia="zh-CN"/>
        </w:rPr>
        <w:br/>
      </w:r>
    </w:p>
    <w:p w:rsidR="001B1F19" w14:textId="27C3F48A">
      <w:pPr>
        <w:rPr>
          <w:rFonts w:hint="eastAsia"/>
          <w:lang w:eastAsia="zh-CN"/>
        </w:rPr>
      </w:pPr>
      <w:r>
        <w:rPr>
          <w:lang w:eastAsia="zh-CN"/>
        </w:rPr>
        <w:t>　　2、市场营销现状：提供有关市场，产品、竞争、配销渠道和宏观环境等方面的背景资料。</w:t>
      </w:r>
      <w:r>
        <w:rPr>
          <w:lang w:eastAsia="zh-CN"/>
        </w:rPr>
        <w:br/>
      </w:r>
      <w:r>
        <w:rPr>
          <w:lang w:eastAsia="zh-CN"/>
        </w:rPr>
        <w:t>　　3、机会与问题分析：综合主要的机会与挑战、优劣势、以及计划必须涉及的产品所面临的问题。</w:t>
      </w:r>
      <w:r>
        <w:rPr>
          <w:lang w:eastAsia="zh-CN"/>
        </w:rPr>
        <w:br/>
      </w:r>
      <w:r>
        <w:rPr>
          <w:lang w:eastAsia="zh-CN"/>
        </w:rPr>
        <w:t>　　4、目标：确定计划在销售量、市场占有率和盈利等领域所完成的目标。</w:t>
      </w:r>
      <w:r>
        <w:rPr>
          <w:lang w:eastAsia="zh-CN"/>
        </w:rPr>
        <w:br/>
      </w:r>
      <w:r>
        <w:rPr>
          <w:lang w:eastAsia="zh-CN"/>
        </w:rPr>
        <w:t>　　5、市场营销策略：提供用于完成计划目标的主要市场营销方法。</w:t>
      </w:r>
      <w:r>
        <w:rPr>
          <w:lang w:eastAsia="zh-CN"/>
        </w:rPr>
        <w:br/>
      </w:r>
      <w:r>
        <w:rPr>
          <w:lang w:eastAsia="zh-CN"/>
        </w:rPr>
        <w:t>　　6、行动方案：本方案回答将要做什么？谁去做？什么时候做？费用多少？</w:t>
      </w:r>
      <w:r>
        <w:rPr>
          <w:lang w:eastAsia="zh-CN"/>
        </w:rPr>
        <w:br/>
      </w:r>
      <w:r>
        <w:rPr>
          <w:lang w:eastAsia="zh-CN"/>
        </w:rPr>
        <w:t>　　7、预计盈亏报表：综述计划预计的开支。</w:t>
      </w:r>
      <w:r>
        <w:rPr>
          <w:lang w:eastAsia="zh-CN"/>
        </w:rPr>
        <w:br/>
      </w:r>
      <w:r>
        <w:rPr>
          <w:lang w:eastAsia="zh-CN"/>
        </w:rPr>
        <w:t>　　8、控制：讲述计划将如何监控。</w:t>
      </w:r>
      <w:r>
        <w:rPr>
          <w:lang w:eastAsia="zh-CN"/>
        </w:rPr>
        <w:br/>
      </w:r>
      <w:r>
        <w:rPr>
          <w:lang w:eastAsia="zh-CN"/>
        </w:rPr>
        <w:t>　　一、计划概要</w:t>
      </w:r>
      <w:r>
        <w:rPr>
          <w:lang w:eastAsia="zh-CN"/>
        </w:rPr>
        <w:br/>
      </w:r>
      <w:r>
        <w:rPr>
          <w:lang w:eastAsia="zh-CN"/>
        </w:rPr>
        <w:t>　　计划书一开头便应对本计划的主要目标和建议作一扼要的概述，计划概要可让高级主管很快掌握计划的核心内容，内容目录应附在计划概要之后。</w:t>
      </w:r>
      <w:r>
        <w:rPr>
          <w:lang w:eastAsia="zh-CN"/>
        </w:rPr>
        <w:br/>
      </w:r>
      <w:r>
        <w:rPr>
          <w:lang w:eastAsia="zh-CN"/>
        </w:rPr>
        <w:t>　　二、市场营销现状</w:t>
      </w:r>
      <w:r>
        <w:rPr>
          <w:lang w:eastAsia="zh-CN"/>
        </w:rPr>
        <w:br/>
      </w:r>
      <w:r>
        <w:rPr>
          <w:lang w:eastAsia="zh-CN"/>
        </w:rPr>
        <w:t>　　计划的这个部分负责提供与市场、产品、竞争、配销和宏观环境有关的背景资料。</w:t>
      </w:r>
      <w:r>
        <w:rPr>
          <w:lang w:eastAsia="zh-CN"/>
        </w:rPr>
        <w:br/>
      </w:r>
      <w:r>
        <w:rPr>
          <w:lang w:eastAsia="zh-CN"/>
        </w:rPr>
        <w:t>　　1、市场情势</w:t>
      </w:r>
      <w:r>
        <w:rPr>
          <w:lang w:eastAsia="zh-CN"/>
        </w:rPr>
        <w:br/>
      </w:r>
      <w:r>
        <w:rPr>
          <w:lang w:eastAsia="zh-CN"/>
        </w:rPr>
        <w:t>　　应提供关于所服务的市场的资料，市场的规模与增长取决于过去几年的总额，并按市场细分与地区细分来分别列出，而且还应列出有关顾客需求、观念和购买行为的趋势。</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https://d.book118.com/687023045042006046</w:t>
        </w:r>
      </w:hyperlink>
    </w:p>
    <w:p w:rsidR="001B1F19">
      <w:pPr>
        <w:rPr>
          <w:rFonts w:hint="eastAsia"/>
          <w:lang w:eastAsia="zh-CN"/>
        </w:rPr>
      </w:pPr>
    </w:p>
    <w:sectPr>
      <w:type w:val="nextPage"/>
      <w:pgSz w:w="11906" w:h="16838"/>
      <w:pgMar w:top="1440" w:right="1800" w:bottom="1440" w:left="1800" w:header="851" w:footer="992" w:gutter="0"/>
      <w:pgNumType w:start="4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8702304504200604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