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三八妇女节优秀的倡议书（33篇）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三八妇女节优秀的倡议书（通用33篇）</w:t>
      </w:r>
      <w:r>
        <w:rPr>
          <w:lang w:eastAsia="zh-CN"/>
        </w:rPr>
        <w:br/>
      </w:r>
      <w:r>
        <w:rPr>
          <w:lang w:eastAsia="zh-CN"/>
        </w:rPr>
        <w:t xml:space="preserve">    三八妇女节优秀的倡议书 篇1 </w:t>
      </w:r>
      <w:r>
        <w:rPr>
          <w:lang w:eastAsia="zh-CN"/>
        </w:rPr>
        <w:br/>
      </w:r>
      <w:r>
        <w:rPr>
          <w:lang w:eastAsia="zh-CN"/>
        </w:rPr>
        <w:t>　　在春暖大地、万物复苏的阳春三月，我们又迎来20__年三八国际劳动妇女节。在这充满喜悦和温馨的日子，关庄镇党委、政府在此祝全体妇女姐妹们节日快乐，并发此倡议书。</w:t>
      </w:r>
      <w:r>
        <w:rPr>
          <w:lang w:eastAsia="zh-CN"/>
        </w:rPr>
        <w:br/>
      </w:r>
      <w:r>
        <w:rPr>
          <w:lang w:eastAsia="zh-CN"/>
        </w:rPr>
        <w:t>　　3月8日，美国芝加哥市的女工为反对压迫、剥削和歧视，争取自由平等，举行了大罢工和示威游行，这一斗争得到了美国广大劳动妇女的支持和热烈响应。在丹麦首都哥本哈根举行的第二次国际社会主义者妇女代表大会上，这一天被定为国际劳动妇女节。一百年来，妇女地位不断提升，同时也为社会的发展与进步做出了卓越的贡献。为保障妇女权益，响应面包与玫瑰的口号，我们向广大姐妹们发出如下倡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中国妇女具有勤劳、勇敢、贤慧的美德。关庄的发展需要广大妇女朋友参与共建。我们要紧密团结在党委、政府周围，积极投身关庄基层党建、脱贫攻坚、美丽乡村、精神文明建设等各项工作的拼搏实践当中，在家庭及工作岗位上都能勤俭持家、辛勤劳作、自食其力，争做好婆婆好儿媳优秀妇女代表，发扬孝老爱亲诚实守信助人为乐等中华民族的传统美德，发挥妇女带头人创业先锋等先锋模范作用。望广大妇女心系关庄发展，坚持讲大局、讲团结、讲稳定，拧成一股绳，合力促进关庄新发展、大发展、快发展;维系家庭和睦，维护稳定，用质朴的爱心和勤劳的双手成就幸福、美满的好日子，为关庄的和谐共赢贡献力量。</w:t>
      </w:r>
      <w:r>
        <w:rPr>
          <w:lang w:eastAsia="zh-CN"/>
        </w:rPr>
        <w:br/>
      </w:r>
      <w:r>
        <w:rPr>
          <w:lang w:eastAsia="zh-CN"/>
        </w:rPr>
        <w:t>　　最后，再次向广大妇女群众致以诚挚祝福，祝愿你们在新的一年中，都能够创造事业和生活的新成就，一展巾帼风彩。</w:t>
      </w:r>
      <w:r>
        <w:rPr>
          <w:lang w:eastAsia="zh-CN"/>
        </w:rPr>
        <w:br/>
      </w:r>
      <w:r>
        <w:rPr>
          <w:lang w:eastAsia="zh-CN"/>
        </w:rPr>
        <w:t xml:space="preserve">    三八妇女节优秀的倡议书 篇2 </w:t>
      </w:r>
      <w:r>
        <w:rPr>
          <w:lang w:eastAsia="zh-CN"/>
        </w:rPr>
        <w:br/>
      </w:r>
      <w:r>
        <w:rPr>
          <w:lang w:eastAsia="zh-CN"/>
        </w:rPr>
        <w:t>　　亲爱的同学们：</w:t>
      </w:r>
      <w:r>
        <w:rPr>
          <w:lang w:eastAsia="zh-CN"/>
        </w:rPr>
        <w:br/>
      </w:r>
      <w:r>
        <w:rPr>
          <w:lang w:eastAsia="zh-CN"/>
        </w:rPr>
        <w:t>　　今天是三八妇女节。平时妈妈和长辈们总是不辞辛苦、默默地为我们付出着。慈母手中线，游子身上衣，母爱永远是个温暖的话题。母爱，是送给婴儿甜甜的吻，是清晨路上的几句叮咛，是眼角两旁的一条皱纹，是秋风吹散的一缕白发母爱是世界上最伟大的爱，长辈的爱也是世界上最无私的爱。在成长的路上，我们接受了太多的关爱，作为孩子，我们如何报答对妈妈、对长辈的关爱呢?</w:t>
      </w:r>
      <w:r>
        <w:rPr>
          <w:lang w:eastAsia="zh-CN"/>
        </w:rPr>
        <w:br/>
      </w:r>
      <w:r>
        <w:rPr>
          <w:lang w:eastAsia="zh-CN"/>
        </w:rPr>
        <w:t>　　三八国际妇女节即将到来，在此，我们向全校同学发出倡议，希望在妇女节大家能为身边的妈妈们献上一份最诚挚的爱，送上最特别的节日祝福。为此，我们设计了几个感恩方案供同学们参考：</w:t>
      </w:r>
      <w:r>
        <w:rPr>
          <w:lang w:eastAsia="zh-CN"/>
        </w:rPr>
        <w:br/>
      </w:r>
      <w:r>
        <w:rPr>
          <w:lang w:eastAsia="zh-CN"/>
        </w:rPr>
        <w:t>　　一、了解妈妈、长辈对我的爱</w:t>
      </w:r>
      <w:r>
        <w:rPr>
          <w:lang w:eastAsia="zh-CN"/>
        </w:rPr>
        <w:br/>
      </w:r>
      <w:r>
        <w:rPr>
          <w:lang w:eastAsia="zh-CN"/>
        </w:rPr>
        <w:t>　　1、和全家人一起看看小时候的照片，请爸爸妈妈讲讲我小时候的故事。</w:t>
      </w:r>
      <w:r>
        <w:rPr>
          <w:lang w:eastAsia="zh-CN"/>
        </w:rPr>
        <w:br/>
      </w:r>
      <w:r>
        <w:rPr>
          <w:lang w:eastAsia="zh-CN"/>
        </w:rPr>
        <w:t>　　2、向妈妈说说记忆中父母做出的最让自己感动的事情。</w:t>
      </w:r>
      <w:r>
        <w:rPr>
          <w:lang w:eastAsia="zh-CN"/>
        </w:rPr>
        <w:br/>
      </w:r>
      <w:r>
        <w:rPr>
          <w:lang w:eastAsia="zh-CN"/>
        </w:rPr>
        <w:t>　　二、了解妈妈、长辈的艰辛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听妈妈或长辈讲她成长的故事、她的工作、她的喜怒哀乐</w:t>
      </w:r>
      <w:r>
        <w:rPr>
          <w:lang w:eastAsia="zh-CN"/>
        </w:rPr>
        <w:br/>
      </w:r>
      <w:r>
        <w:rPr>
          <w:lang w:eastAsia="zh-CN"/>
        </w:rPr>
        <w:t>　　三、我对妈妈、长辈的爱</w:t>
      </w:r>
      <w:r>
        <w:rPr>
          <w:lang w:eastAsia="zh-CN"/>
        </w:rPr>
        <w:br/>
      </w:r>
      <w:r>
        <w:rPr>
          <w:lang w:eastAsia="zh-CN"/>
        </w:rPr>
        <w:t>　　1、亲爱的妈妈，平时您做家务挺累的，今天好好休息休息一下，让我为您分担一点家务吧</w:t>
      </w:r>
      <w:r>
        <w:rPr>
          <w:lang w:eastAsia="zh-CN"/>
        </w:rPr>
        <w:br/>
      </w:r>
      <w:r>
        <w:rPr>
          <w:lang w:eastAsia="zh-CN"/>
        </w:rPr>
        <w:t>　　2、可敬的母亲，您上班辛苦了!让我为您洗洗脚，为您洗去一身的疲惫吧!</w:t>
      </w:r>
      <w:r>
        <w:rPr>
          <w:lang w:eastAsia="zh-CN"/>
        </w:rPr>
        <w:br/>
      </w:r>
      <w:r>
        <w:rPr>
          <w:lang w:eastAsia="zh-CN"/>
        </w:rPr>
        <w:t>　　3、奶奶、姥姥，你们年事已高，但仍然无微不致的关心我，今天让我给您捶捶背吧!</w:t>
      </w:r>
      <w:r>
        <w:rPr>
          <w:lang w:eastAsia="zh-CN"/>
        </w:rPr>
        <w:br/>
      </w:r>
      <w:r>
        <w:rPr>
          <w:lang w:eastAsia="zh-CN"/>
        </w:rPr>
        <w:t>　　4、亲爱的老师，您为了我们日夜辛劳，今天，我要对您说：谢谢您!</w:t>
      </w:r>
      <w:r>
        <w:rPr>
          <w:lang w:eastAsia="zh-CN"/>
        </w:rPr>
        <w:br/>
      </w:r>
      <w:r>
        <w:rPr>
          <w:lang w:eastAsia="zh-CN"/>
        </w:rPr>
        <w:t>　　5、给妈妈做一张画着自己小手的贺卡，悄悄地放在妈妈的枕头底下。</w:t>
      </w:r>
      <w:r>
        <w:rPr>
          <w:lang w:eastAsia="zh-CN"/>
        </w:rPr>
        <w:br/>
      </w:r>
      <w:r>
        <w:rPr>
          <w:lang w:eastAsia="zh-CN"/>
        </w:rPr>
        <w:t>　　6、给妈妈写一篇用真情酿成的美文，让妈妈感受到其中的甜蜜。</w:t>
      </w:r>
      <w:r>
        <w:rPr>
          <w:lang w:eastAsia="zh-CN"/>
        </w:rPr>
        <w:br/>
      </w:r>
      <w:r>
        <w:rPr>
          <w:lang w:eastAsia="zh-CN"/>
        </w:rPr>
        <w:t>　　7、妈妈、奶奶、姥姥，我们很久没一起照全家福了，让我们开心的笑一笑吧!</w:t>
      </w:r>
      <w:r>
        <w:rPr>
          <w:lang w:eastAsia="zh-CN"/>
        </w:rPr>
        <w:br/>
      </w:r>
      <w:r>
        <w:rPr>
          <w:lang w:eastAsia="zh-CN"/>
        </w:rPr>
        <w:t>　　三八妇女节这天，让我们用真情、用行动回报母亲、回报长辈，告诉妈妈、长辈们你很爱她们。但真正的关爱并不只一天、一件事，而是每天坚持不懈地去做。让我们在接受爱的同时学会关爱，学会付出、学会回报，懂得孝敬、懂得体谅长辈的良苦用心，更懂得珍惜这难得的真情。</w:t>
      </w:r>
      <w:r>
        <w:rPr>
          <w:lang w:eastAsia="zh-CN"/>
        </w:rPr>
        <w:br/>
      </w:r>
      <w:r>
        <w:rPr>
          <w:lang w:eastAsia="zh-CN"/>
        </w:rPr>
        <w:t xml:space="preserve">    三八妇女节优秀的倡议书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新年的钟声，奏响了创建全国文明城市的交响曲。站在新时代起跑线上的广州，又以昂扬的姿态蓄势待发，时刻准备着向全国文明城市的行列冲刺。作为“半边天”的广州女性，应以创建文明城市为己任，积极投身到创建活动的洪流中去，奋发有为，创造新业绩。为此，广州市妇联向广大妇女发出如下倡议：</w:t>
      </w:r>
      <w:r>
        <w:rPr>
          <w:lang w:eastAsia="zh-CN"/>
        </w:rPr>
        <w:br/>
      </w:r>
      <w:r>
        <w:rPr>
          <w:lang w:eastAsia="zh-CN"/>
        </w:rPr>
        <w:t>　　一、学习新知识，做时代新女性。</w:t>
      </w:r>
      <w:r>
        <w:rPr>
          <w:lang w:eastAsia="zh-CN"/>
        </w:rPr>
        <w:br/>
      </w:r>
      <w:r>
        <w:rPr>
          <w:lang w:eastAsia="zh-CN"/>
        </w:rPr>
        <w:t>　　提高素质是妇女群众实现自身发展与进步的必然要求。市妇联号召全市妇女开展“羊城百万妇女求知创新作贡献”活动，把学习作为求生存、求发展的第一要求和自觉行动，在促进物质文明、政治文明和精神文明建设的协调发展，在努力把广州建设成为带动全省、辐射华南、影响东南亚的现代化大都市的进程中，不断挑战自我、战胜自我、超越自我，努力形成崇尚先进和终身学习的浓厚氛围。坚持开展健康有益的文体、科普、道德和社会实践活动，将自己打造成学习型、知识型、创造型的时代新女性。</w:t>
      </w:r>
      <w:r>
        <w:rPr>
          <w:lang w:eastAsia="zh-CN"/>
        </w:rPr>
        <w:br/>
      </w:r>
      <w:r>
        <w:rPr>
          <w:lang w:eastAsia="zh-CN"/>
        </w:rPr>
        <w:t>　　二、立足本岗位，争创一流水平。</w:t>
      </w:r>
      <w:r>
        <w:rPr>
          <w:lang w:eastAsia="zh-CN"/>
        </w:rPr>
        <w:br/>
      </w:r>
      <w:r>
        <w:rPr>
          <w:lang w:eastAsia="zh-CN"/>
        </w:rPr>
        <w:t>　　广大妇女在创建全国文明城市、推进广州早日实现“两个适宜”的发展目标中，要把本职岗位作为奋斗和奉献的.舞台，努力提高技能、提高效率、提高水平、创出一流业绩，在创业和拓展就业领域中自强不息、励精图治，奋发有为，为迎接新生活，为社会创造新财富作出贡献。</w:t>
      </w:r>
      <w:r>
        <w:rPr>
          <w:lang w:eastAsia="zh-CN"/>
        </w:rPr>
        <w:br/>
      </w:r>
      <w:r>
        <w:rPr>
          <w:lang w:eastAsia="zh-CN"/>
        </w:rPr>
        <w:t>　　三、树立新风尚，构建和谐家庭。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广大妇女和家庭要大兴文明之风，争做文明广州人，积极开展“爱国、守法、诚信、知礼”教育活动，特别是在未成年人思想道德教育和家庭美德建设中，带头牢固树立“为国教子、以德育人”的思想，改变重智轻德、重知轻能的倾向；广大妇女要牢记母亲是孩子的第一任老师，重视言传身教，以良好的品德、修养和行为习惯影响教育子女；在家庭，积极培育和弘扬尊老爱幼、夫妻和睦、邻里互助的中华民族传统美德，坚决遏制家庭暴力和折磨、不赡养老人等行为，以良好的家风推动和谐社会的构成。</w:t>
      </w:r>
      <w:r>
        <w:rPr>
          <w:lang w:eastAsia="zh-CN"/>
        </w:rPr>
        <w:br/>
      </w:r>
      <w:r>
        <w:rPr>
          <w:lang w:eastAsia="zh-CN"/>
        </w:rPr>
        <w:t>　　四、增强新能力，创造文明业绩。</w:t>
      </w:r>
      <w:r>
        <w:rPr>
          <w:lang w:eastAsia="zh-CN"/>
        </w:rPr>
        <w:br/>
      </w:r>
      <w:r>
        <w:rPr>
          <w:lang w:eastAsia="zh-CN"/>
        </w:rPr>
        <w:t>　　各级妇联组织要积极推进创建文明城市的各项工作，在实现增创广州发展新优势的建设中着重提高自身五个方面的能力：</w:t>
      </w:r>
      <w:r>
        <w:rPr>
          <w:lang w:eastAsia="zh-CN"/>
        </w:rPr>
        <w:br/>
      </w:r>
      <w:r>
        <w:rPr>
          <w:lang w:eastAsia="zh-CN"/>
        </w:rPr>
        <w:t>　　一是提高团结动员妇女参与经济建设的能力；</w:t>
      </w:r>
      <w:r>
        <w:rPr>
          <w:lang w:eastAsia="zh-CN"/>
        </w:rPr>
        <w:br/>
      </w:r>
      <w:r>
        <w:rPr>
          <w:lang w:eastAsia="zh-CN"/>
        </w:rPr>
        <w:t>　　二是提高依法维护妇女儿童权益的能力；</w:t>
      </w:r>
      <w:r>
        <w:rPr>
          <w:lang w:eastAsia="zh-CN"/>
        </w:rPr>
        <w:br/>
      </w:r>
      <w:r>
        <w:rPr>
          <w:lang w:eastAsia="zh-CN"/>
        </w:rPr>
        <w:t>　　三是提高引领妇女参与社会主义先进文化建设的能力；</w:t>
      </w:r>
      <w:r>
        <w:rPr>
          <w:lang w:eastAsia="zh-CN"/>
        </w:rPr>
        <w:br/>
      </w:r>
      <w:r>
        <w:rPr>
          <w:lang w:eastAsia="zh-CN"/>
        </w:rPr>
        <w:t>　　四是提高开展中外妇女交流与合作的能力；</w:t>
      </w:r>
      <w:r>
        <w:rPr>
          <w:lang w:eastAsia="zh-CN"/>
        </w:rPr>
        <w:br/>
      </w:r>
      <w:r>
        <w:rPr>
          <w:lang w:eastAsia="zh-CN"/>
        </w:rPr>
        <w:t>　　五是提高妇联组织自身创新发展的能力。</w:t>
      </w:r>
      <w:r>
        <w:rPr>
          <w:lang w:eastAsia="zh-CN"/>
        </w:rPr>
        <w:br/>
      </w:r>
      <w:r>
        <w:rPr>
          <w:lang w:eastAsia="zh-CN"/>
        </w:rPr>
        <w:t>　　妇联干部特别是领导干部要站在时代和全局的高度，切实增强服务大局的能力、增强服务妇女的能力、增强学习的能力、增强创新的能力、增强协调的能力。通过提高能力使广大妇女在为实现国家富强、民族振兴、社会和谐、人民幸福、城市文明的伟大实践中成为一支重要力量，创造新的文明业绩。</w:t>
      </w:r>
      <w:r>
        <w:rPr>
          <w:lang w:eastAsia="zh-CN"/>
        </w:rPr>
        <w:br/>
      </w:r>
      <w:r>
        <w:rPr>
          <w:lang w:eastAsia="zh-CN"/>
        </w:rPr>
        <w:t>　　历史赋予我们神圣的使命，时代为我们构筑了广阔的舞台，让我们用行动诠释“男女并驾如日方东”的内涵，在广州争创全国文明城市建设中，再次谱写时代新女性的壮丽篇章。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倡议人：</w:t>
      </w:r>
      <w:r>
        <w:rPr>
          <w:lang w:eastAsia="zh-CN"/>
        </w:rPr>
        <w:br/>
      </w:r>
      <w:r>
        <w:rPr>
          <w:lang w:eastAsia="zh-CN"/>
        </w:rPr>
        <w:t>　　时间：_年__月__日</w:t>
      </w:r>
      <w:r>
        <w:rPr>
          <w:lang w:eastAsia="zh-CN"/>
        </w:rPr>
        <w:br/>
      </w:r>
      <w:r>
        <w:rPr>
          <w:lang w:eastAsia="zh-CN"/>
        </w:rPr>
        <w:t xml:space="preserve">    三八妇女节优秀的倡议书 篇4 </w:t>
      </w:r>
      <w:r>
        <w:rPr>
          <w:lang w:eastAsia="zh-CN"/>
        </w:rPr>
        <w:br/>
      </w:r>
      <w:r>
        <w:rPr>
          <w:lang w:eastAsia="zh-CN"/>
        </w:rPr>
        <w:t>　　亲爱的同学们：</w:t>
      </w:r>
      <w:r>
        <w:rPr>
          <w:lang w:eastAsia="zh-CN"/>
        </w:rPr>
        <w:br/>
      </w:r>
      <w:r>
        <w:rPr>
          <w:lang w:eastAsia="zh-CN"/>
        </w:rPr>
        <w:t>　　“慈母手中线，游子身上衣”，母爱永远是个温暖的话题。在成长的路上，我们接受了太多的关爱。作为孩子，当我们接受着无私的关爱时，你曾为她们做过些什么？“三八”国际妇女节即将到来，我们是否也想借此机会向关心我们的妈妈、奶奶、外婆、老师做点什么呢？在此，向全年级同学发出倡议，希望在妇女节为她们献上一份最诚挚的爱，送上最特别的节日祝福。（知道吗？即使是你做的一件小事或有一点小进步都将是长辈们最喜爱的礼物）。为此，学校特意为大家设计了几个“感恩方案”供同学们参考。当然，你也可以根据情况自己设计有真情、真意、感人或有创意的实施方案。</w:t>
      </w:r>
      <w:r>
        <w:rPr>
          <w:lang w:eastAsia="zh-CN"/>
        </w:rPr>
        <w:br/>
      </w:r>
      <w:r>
        <w:rPr>
          <w:lang w:eastAsia="zh-CN"/>
        </w:rPr>
        <w:t>　　参考方案如下：</w:t>
      </w:r>
      <w:r>
        <w:rPr>
          <w:lang w:eastAsia="zh-CN"/>
        </w:rPr>
        <w:br/>
      </w:r>
      <w:r>
        <w:rPr>
          <w:lang w:eastAsia="zh-CN"/>
        </w:rPr>
        <w:t>　　一、了解妈妈、长辈对我的爱。</w:t>
      </w:r>
      <w:r>
        <w:rPr>
          <w:lang w:eastAsia="zh-CN"/>
        </w:rPr>
        <w:br/>
      </w:r>
      <w:r>
        <w:rPr>
          <w:lang w:eastAsia="zh-CN"/>
        </w:rPr>
        <w:t>　　1、和全家人一起看看小时候的照片，请爸爸妈妈讲讲“我”小时候的故事。</w:t>
      </w:r>
      <w:r>
        <w:rPr>
          <w:lang w:eastAsia="zh-CN"/>
        </w:rPr>
        <w:br/>
      </w:r>
      <w:r>
        <w:rPr>
          <w:lang w:eastAsia="zh-CN"/>
        </w:rPr>
        <w:t>　　2、向妈妈说说记忆中父母做出的最让自己感动的事情。</w:t>
      </w:r>
      <w:r>
        <w:rPr>
          <w:lang w:eastAsia="zh-CN"/>
        </w:rPr>
        <w:br/>
      </w:r>
      <w:r>
        <w:rPr>
          <w:lang w:eastAsia="zh-CN"/>
        </w:rPr>
        <w:t>　　二、了解妈妈、长辈的艰辛</w:t>
      </w:r>
      <w:r>
        <w:rPr>
          <w:lang w:eastAsia="zh-CN"/>
        </w:rPr>
        <w:br/>
      </w:r>
      <w:r>
        <w:rPr>
          <w:lang w:eastAsia="zh-CN"/>
        </w:rPr>
        <w:t>　　1、听妈妈讲我成长的'故事。</w:t>
      </w:r>
      <w:r>
        <w:rPr>
          <w:lang w:eastAsia="zh-CN"/>
        </w:rPr>
        <w:br/>
      </w:r>
      <w:r>
        <w:rPr>
          <w:lang w:eastAsia="zh-CN"/>
        </w:rPr>
        <w:t>　　2、听妈妈讲她的工作、她的故事。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3、收集妈妈的奖状，在微信群里晒晒妈妈的荣誉，体会妈妈的伟大。</w:t>
      </w:r>
      <w:r>
        <w:rPr>
          <w:lang w:eastAsia="zh-CN"/>
        </w:rPr>
        <w:br/>
      </w:r>
      <w:r>
        <w:rPr>
          <w:lang w:eastAsia="zh-CN"/>
        </w:rPr>
        <w:t>　　三、真情回馈、温情行动</w:t>
      </w:r>
      <w:r>
        <w:rPr>
          <w:lang w:eastAsia="zh-CN"/>
        </w:rPr>
        <w:br/>
      </w:r>
      <w:r>
        <w:rPr>
          <w:lang w:eastAsia="zh-CN"/>
        </w:rPr>
        <w:t>　　1、亲爱的妈妈，平时您做家务挺累的，今天好好休息一下，让我为您分担一点家务吧！</w:t>
      </w:r>
      <w:r>
        <w:rPr>
          <w:lang w:eastAsia="zh-CN"/>
        </w:rPr>
        <w:br/>
      </w:r>
      <w:r>
        <w:rPr>
          <w:lang w:eastAsia="zh-CN"/>
        </w:rPr>
        <w:t>　　2、可敬的母亲，您上班辛苦了！让我为您洗洗脚，为您洗去一身的疲惫吧！</w:t>
      </w:r>
      <w:r>
        <w:rPr>
          <w:lang w:eastAsia="zh-CN"/>
        </w:rPr>
        <w:br/>
      </w:r>
      <w:r>
        <w:rPr>
          <w:lang w:eastAsia="zh-CN"/>
        </w:rPr>
        <w:t>　　3、奶奶、外婆您们年事已高，但仍然无微不致地关心我，今天让我给您捶捶背吧！</w:t>
      </w:r>
      <w:r>
        <w:rPr>
          <w:lang w:eastAsia="zh-CN"/>
        </w:rPr>
        <w:br/>
      </w:r>
      <w:r>
        <w:rPr>
          <w:lang w:eastAsia="zh-CN"/>
        </w:rPr>
        <w:t>　　4、亲爱的老师，您为了我们日夜辛劳，今天，让我把心中感激的话说给您听，好吗？</w:t>
      </w:r>
      <w:r>
        <w:rPr>
          <w:lang w:eastAsia="zh-CN"/>
        </w:rPr>
        <w:br/>
      </w:r>
      <w:r>
        <w:rPr>
          <w:lang w:eastAsia="zh-CN"/>
        </w:rPr>
        <w:t>　　5、给妈妈做一张画着自己小手的贺卡，悄悄地放在妈妈的枕头底下。</w:t>
      </w:r>
      <w:r>
        <w:rPr>
          <w:lang w:eastAsia="zh-CN"/>
        </w:rPr>
        <w:br/>
      </w:r>
      <w:r>
        <w:rPr>
          <w:lang w:eastAsia="zh-CN"/>
        </w:rPr>
        <w:t>　　6、妈妈，这是我用真情酿成的美文，您感受到其中的甜蜜了吗？</w:t>
      </w:r>
      <w:r>
        <w:rPr>
          <w:lang w:eastAsia="zh-CN"/>
        </w:rPr>
        <w:br/>
      </w:r>
      <w:r>
        <w:rPr>
          <w:lang w:eastAsia="zh-CN"/>
        </w:rPr>
        <w:t>　　7、妈妈、婆婆、外婆，我们很久没一起照全家福了，让我们开心的笑一笑吧！</w:t>
      </w:r>
      <w:r>
        <w:rPr>
          <w:lang w:eastAsia="zh-CN"/>
        </w:rPr>
        <w:br/>
      </w:r>
      <w:r>
        <w:rPr>
          <w:lang w:eastAsia="zh-CN"/>
        </w:rPr>
        <w:t>　　8、今天让我给你们做一顿好吃的饭菜、洗一次衣服吧！</w:t>
      </w:r>
      <w:r>
        <w:rPr>
          <w:lang w:eastAsia="zh-CN"/>
        </w:rPr>
        <w:br/>
      </w:r>
      <w:r>
        <w:rPr>
          <w:lang w:eastAsia="zh-CN"/>
        </w:rPr>
        <w:t>　　9、告诉妈妈、长辈们你很爱她们，你懂得她们的爱更会经常用行动回报她们的爱。</w:t>
      </w:r>
      <w:r>
        <w:rPr>
          <w:lang w:eastAsia="zh-CN"/>
        </w:rPr>
        <w:br/>
      </w:r>
      <w:r>
        <w:rPr>
          <w:lang w:eastAsia="zh-CN"/>
        </w:rPr>
        <w:t>　　“三八”妇女节这天，你用真情、用行动在回报母亲、回报长辈，但真正的关爱并不只一天、一件事，而是每天坚持不懈地去做。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让我们在接受爱的同时学会关爱，学会付出、学会回报，懂得孝敬、懂得体谅长辈的良苦用心，更懂得珍惜这难得的真情！</w:t>
      </w:r>
      <w:r>
        <w:rPr>
          <w:lang w:eastAsia="zh-CN"/>
        </w:rPr>
        <w:br/>
      </w:r>
      <w:r>
        <w:rPr>
          <w:lang w:eastAsia="zh-CN"/>
        </w:rPr>
        <w:t>　　以上十四条创意方案，请各位同学任选其中三种或三种以上，在三八妇女节来临之际，为自己的妈妈、奶奶、外婆、老师献上自己的一份祝福！送上自己的一份惊喜！愿同学们在感恩中收获亲情，在付出中感受温暖！</w:t>
      </w:r>
      <w:r>
        <w:rPr>
          <w:lang w:eastAsia="zh-CN"/>
        </w:rPr>
        <w:br/>
      </w:r>
      <w:r>
        <w:rPr>
          <w:lang w:eastAsia="zh-CN"/>
        </w:rPr>
        <w:t>　　倡议人：</w:t>
      </w:r>
      <w:r>
        <w:rPr>
          <w:lang w:eastAsia="zh-CN"/>
        </w:rPr>
        <w:br/>
      </w:r>
      <w:r>
        <w:rPr>
          <w:lang w:eastAsia="zh-CN"/>
        </w:rPr>
        <w:t>　　日期：</w:t>
      </w:r>
      <w:r>
        <w:rPr>
          <w:lang w:eastAsia="zh-CN"/>
        </w:rPr>
        <w:br/>
      </w:r>
      <w:r>
        <w:rPr>
          <w:lang w:eastAsia="zh-CN"/>
        </w:rPr>
        <w:t xml:space="preserve">    三八妇女节优秀的倡议书 篇5 </w:t>
      </w:r>
      <w:r>
        <w:rPr>
          <w:lang w:eastAsia="zh-CN"/>
        </w:rPr>
        <w:br/>
      </w:r>
      <w:r>
        <w:rPr>
          <w:lang w:eastAsia="zh-CN"/>
        </w:rPr>
        <w:t>　　全县各级妇女组织、广大妇女同胞：</w:t>
      </w:r>
      <w:r>
        <w:rPr>
          <w:lang w:eastAsia="zh-CN"/>
        </w:rPr>
        <w:br/>
      </w:r>
      <w:r>
        <w:rPr>
          <w:lang w:eastAsia="zh-CN"/>
        </w:rPr>
        <w:t>　　春回大地，万象更新。在这充满希望的美好时节，第108个三八国际劳动妇女节如期而至，在此，县妇联向全县妇女姐妹们致以节日的问候和良好的祝愿!</w:t>
      </w:r>
      <w:r>
        <w:rPr>
          <w:lang w:eastAsia="zh-CN"/>
        </w:rPr>
        <w:br/>
      </w:r>
      <w:r>
        <w:rPr>
          <w:lang w:eastAsia="zh-CN"/>
        </w:rPr>
        <w:t>　　20__年是全面贯彻落实党的十九大精神的开局之年，是改革开放40周年，也是县委确定的精准扶贫攻坚年、招商引资突破年、重大项目推进年、乡村振兴行动年、全域旅游提升年、改革创新深化年，为响应县委号召，积极为全县经济社会发展贡献巾帼力量，县妇联向全县各级妇联组织、广大妇女姐妹发出如下倡议：</w:t>
      </w:r>
      <w:r>
        <w:rPr>
          <w:lang w:eastAsia="zh-CN"/>
        </w:rPr>
        <w:br/>
      </w:r>
      <w:r>
        <w:rPr>
          <w:lang w:eastAsia="zh-CN"/>
        </w:rPr>
        <w:t>　　开展巾帼向党行动，争做有理想信念的新时代女性。全县各级妇女组织和广大妇女同胞要不忘初心、永跟党走，大力开展巾帼心向党&amp;建功新时代主题学习教育活动，把思想和行动统一到习近平新时代中国特色社会主义思想和党的十九大精神上来，把智慧和力量凝聚到加快五个咸丰建设上来，昂首新时代，阔步新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开展巾帼创业行动，争做有梦想追求的新时代女性。全县各级妇女组织要积极组织开展形式多样的女性创业培训，支持指导女性同胞创业就业。广大妇女同胞要抢抓乡村振兴、互联网+等机遇，积极参与发展生态农业、休闲农业、乡村旅游、电子商务、高附加值手工加工业等，在抢抓新机遇中实现新梦想。</w:t>
      </w:r>
      <w:r>
        <w:rPr>
          <w:lang w:eastAsia="zh-CN"/>
        </w:rPr>
        <w:br/>
      </w:r>
      <w:r>
        <w:rPr>
          <w:lang w:eastAsia="zh-CN"/>
        </w:rPr>
        <w:t>　　开展巾帼脱贫行动，争做有责任担当的新时代女性。精准扶贫使命光荣，妇女同胞责无旁贷。机关单位女干部职工，要深入结对帮扶贫困村贫困户，作一次家访、干一次农活、献一份爱心、做一回义工，过一个有意义的节日。广大贫困妇女姐妹要增强内生动力和脱贫能力，奋发图强、积极进取，坚定信心、摆脱贫困。</w:t>
      </w:r>
      <w:r>
        <w:rPr>
          <w:lang w:eastAsia="zh-CN"/>
        </w:rPr>
        <w:br/>
      </w:r>
      <w:r>
        <w:rPr>
          <w:lang w:eastAsia="zh-CN"/>
        </w:rPr>
        <w:t>　　开展巾帼文明行动，争做有文明涵养的新时代女性。大力弘扬文明新风尚，深化寻找最美家庭、好家风巡讲、亲子阅读、亲子实践等活动，党员干部要深入开展树清廉家风&amp;创最美家庭主题活动。全县各级妇女组织要引导妇女积极参与移风易俗、诚信建设、志愿服务等工作，促进社会主义核心价值观在千家万户生根发芽、开花结果。</w:t>
      </w:r>
      <w:r>
        <w:rPr>
          <w:lang w:eastAsia="zh-CN"/>
        </w:rPr>
        <w:br/>
      </w:r>
      <w:r>
        <w:rPr>
          <w:lang w:eastAsia="zh-CN"/>
        </w:rPr>
        <w:t>　　开展巾帼维权行动，争做有法治意识的新时代女性。大力开展法治宣传，在3.8维权周、11.25反家暴宣传日、12.4全国法制宣传日等重要节点，开展法治宣传六进活动，全县各级妇女组织要引导广大妇女增强法治观念，培养法治思维，提高法律素养，自觉学法、懂法、守法、用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开展巾帼关爱行动，争做有仁爱之心的新时代女性。全县各级妇女组织要研究探索维护妇女儿童合法权益的新形式、新方法，为妇女儿童做实事、办好事、解难事。要特别关爱农村留守妇女儿童，积极开展情感关爱、心理疏导、精神抚慰、权益维护等活动，努力让农村留守妇女儿童困难有人帮、情感有抚慰、权益有保障、致富有技能，让他们感受到和谐幸福大家庭的温暖。</w:t>
      </w:r>
      <w:r>
        <w:rPr>
          <w:lang w:eastAsia="zh-CN"/>
        </w:rPr>
        <w:br/>
      </w:r>
      <w:r>
        <w:rPr>
          <w:lang w:eastAsia="zh-CN"/>
        </w:rPr>
        <w:t>　　广大妇女姐妹们，让我们携起手来，跟上新时代步伐，展现新时代风采，争做新时代女性，在学习中进取，在进取中建功，在建功中奉献，在奉献中快乐，为加快五个咸丰建设贡献巾帼力量!</w:t>
      </w:r>
      <w:r>
        <w:rPr>
          <w:lang w:eastAsia="zh-CN"/>
        </w:rPr>
        <w:br/>
      </w:r>
      <w:r>
        <w:rPr>
          <w:lang w:eastAsia="zh-CN"/>
        </w:rPr>
        <w:t xml:space="preserve">    三八妇女节优秀的倡议书 篇6 </w:t>
      </w:r>
      <w:r>
        <w:rPr>
          <w:lang w:eastAsia="zh-CN"/>
        </w:rPr>
        <w:br/>
      </w:r>
      <w:r>
        <w:rPr>
          <w:lang w:eastAsia="zh-CN"/>
        </w:rPr>
        <w:t>　　亲爱的同学们：</w:t>
      </w:r>
      <w:r>
        <w:rPr>
          <w:lang w:eastAsia="zh-CN"/>
        </w:rPr>
        <w:br/>
      </w:r>
      <w:r>
        <w:rPr>
          <w:lang w:eastAsia="zh-CN"/>
        </w:rPr>
        <w:t>　　大家好！</w:t>
      </w:r>
      <w:r>
        <w:rPr>
          <w:lang w:eastAsia="zh-CN"/>
        </w:rPr>
        <w:br/>
      </w:r>
      <w:r>
        <w:rPr>
          <w:lang w:eastAsia="zh-CN"/>
        </w:rPr>
        <w:t>　　今天是3月4日，一年一度的“三八国际妇女节”又快要到了。同学们，在我们成长的路上，母亲一直默默地陪伴着我们，激励着我们不断奋进，母爱是世上最伟大的爱，长辈的爱也是世上最无私的爱。我们在不断成长的同时，接受了太多的关爱，来自父母、师长、亲朋、同学、社会的关爱。你们是否想借节日来临的机会，向关心我们的亲人做点什么，表达一下我们的感恩之情？在此，校团委向全体同学发出倡议：</w:t>
      </w:r>
      <w:r>
        <w:rPr>
          <w:lang w:eastAsia="zh-CN"/>
        </w:rPr>
        <w:br/>
      </w:r>
      <w:r>
        <w:rPr>
          <w:lang w:eastAsia="zh-CN"/>
        </w:rPr>
        <w:t>　　一看：看看父母从早到晚都做了哪些家务？看看父母白头发、皱纹是不是越来越多了？</w:t>
      </w:r>
      <w:r>
        <w:rPr>
          <w:lang w:eastAsia="zh-CN"/>
        </w:rPr>
        <w:br/>
      </w:r>
      <w:r>
        <w:rPr>
          <w:lang w:eastAsia="zh-CN"/>
        </w:rPr>
        <w:t>　　二想：想一想父母和长辈们为我们做了些什么？哪些事最令我们感动？作为儿女，想一想我们应该如何回报他们的？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三做：在“三八国际妇女节”当天：</w:t>
      </w:r>
      <w:r>
        <w:rPr>
          <w:lang w:eastAsia="zh-CN"/>
        </w:rPr>
        <w:br/>
      </w:r>
      <w:r>
        <w:rPr>
          <w:lang w:eastAsia="zh-CN"/>
        </w:rPr>
        <w:t>　　（1）亲手给父母做一张“感恩卡”，表达节日祝贺。</w:t>
      </w:r>
      <w:r>
        <w:rPr>
          <w:lang w:eastAsia="zh-CN"/>
        </w:rPr>
        <w:br/>
      </w:r>
      <w:r>
        <w:rPr>
          <w:lang w:eastAsia="zh-CN"/>
        </w:rPr>
        <w:t>　　（2）可以为父母、长辈们说一句“感恩的话”；给他们一个紧紧地拥抱。</w:t>
      </w:r>
      <w:r>
        <w:rPr>
          <w:lang w:eastAsia="zh-CN"/>
        </w:rPr>
        <w:br/>
      </w:r>
      <w:r>
        <w:rPr>
          <w:lang w:eastAsia="zh-CN"/>
        </w:rPr>
        <w:t>　　（3）为父母分担一次家务（洗碗、扫地等）。</w:t>
      </w:r>
      <w:r>
        <w:rPr>
          <w:lang w:eastAsia="zh-CN"/>
        </w:rPr>
        <w:br/>
      </w:r>
      <w:r>
        <w:rPr>
          <w:lang w:eastAsia="zh-CN"/>
        </w:rPr>
        <w:t>　　（4）为父母洗一次脚或倒一杯茶或帮爸爸妈妈做一件力所能及的家务。</w:t>
      </w:r>
      <w:r>
        <w:rPr>
          <w:lang w:eastAsia="zh-CN"/>
        </w:rPr>
        <w:br/>
      </w:r>
      <w:r>
        <w:rPr>
          <w:lang w:eastAsia="zh-CN"/>
        </w:rPr>
        <w:t>　　同学们，无论是什么方式，只要发自内心，爸爸妈妈、爷爷奶奶们都会感受到我们的回报之情。也许那只是一句普通的问候，却能让他们心醉，也许那只是一件小小的事情，却能让他们感到无比欣慰。</w:t>
      </w:r>
      <w:r>
        <w:rPr>
          <w:lang w:eastAsia="zh-CN"/>
        </w:rPr>
        <w:br/>
      </w:r>
      <w:r>
        <w:rPr>
          <w:lang w:eastAsia="zh-CN"/>
        </w:rPr>
        <w:t>　　同学们，真正的关爱并不只是一天、一件事，而是每天坚持不懈地去做，让我们在接受爱的同时，学会关爱、学会付出、学会回报，懂得孝敬，懂得体谅长辈的良苦用心，更懂得珍惜这难得的真情！</w:t>
      </w:r>
      <w:r>
        <w:rPr>
          <w:lang w:eastAsia="zh-CN"/>
        </w:rPr>
        <w:br/>
      </w:r>
      <w:r>
        <w:rPr>
          <w:lang w:eastAsia="zh-CN"/>
        </w:rPr>
        <w:t>　　让我们用实际行动来表达对他们深深的爱吧！</w:t>
      </w:r>
      <w:r>
        <w:rPr>
          <w:lang w:eastAsia="zh-CN"/>
        </w:rPr>
        <w:br/>
      </w:r>
      <w:r>
        <w:rPr>
          <w:lang w:eastAsia="zh-CN"/>
        </w:rPr>
        <w:t>　　倡议人：</w:t>
      </w:r>
      <w:r>
        <w:rPr>
          <w:lang w:eastAsia="zh-CN"/>
        </w:rPr>
        <w:br/>
      </w:r>
      <w:r>
        <w:rPr>
          <w:lang w:eastAsia="zh-CN"/>
        </w:rPr>
        <w:t xml:space="preserve">    三八妇女节优秀的倡议书 篇7 </w:t>
      </w:r>
      <w:r>
        <w:rPr>
          <w:lang w:eastAsia="zh-CN"/>
        </w:rPr>
        <w:br/>
      </w:r>
      <w:r>
        <w:rPr>
          <w:lang w:eastAsia="zh-CN"/>
        </w:rPr>
        <w:t>　　亲爱的同学们：</w:t>
      </w:r>
      <w:r>
        <w:rPr>
          <w:lang w:eastAsia="zh-CN"/>
        </w:rPr>
        <w:br/>
      </w:r>
      <w:r>
        <w:rPr>
          <w:lang w:eastAsia="zh-CN"/>
        </w:rPr>
        <w:t>　　你们知道三月八日是什么节日吗？是呀，“三八”妇女节是我们的妈妈、奶奶、外婆和所有女老师的节日！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母爱，是送给婴儿甜甜的吻，是清晨路上的几句叮咛，是眼角两旁的一条皱纹，是秋风吹散的一缕白发……</w:t>
      </w:r>
      <w:r>
        <w:rPr>
          <w:lang w:eastAsia="zh-CN"/>
        </w:rPr>
        <w:br/>
      </w:r>
      <w:r>
        <w:rPr>
          <w:lang w:eastAsia="zh-CN"/>
        </w:rPr>
        <w:t>　　师爱，是润物无声教会我们打开知识大门的钥匙，是不辞劳苦帮助我们扬起理想风帆的桅杆，是无微不至拨开我们心灵阴霾的春风……</w:t>
      </w:r>
      <w:r>
        <w:rPr>
          <w:lang w:eastAsia="zh-CN"/>
        </w:rPr>
        <w:br/>
      </w:r>
      <w:r>
        <w:rPr>
          <w:lang w:eastAsia="zh-CN"/>
        </w:rPr>
        <w:t>　　在成长的路上，我们接受了太多的关爱，作为孩子，作为学生，有没有想好为妈妈、长辈和老师做些什么呢？</w:t>
      </w:r>
      <w:r>
        <w:rPr>
          <w:lang w:eastAsia="zh-CN"/>
        </w:rPr>
        <w:br/>
      </w:r>
      <w:r>
        <w:rPr>
          <w:lang w:eastAsia="zh-CN"/>
        </w:rPr>
        <w:t>　　为此，我们四（五）班全体同学，率先向全校发出如下倡议，把祝福化作行动。</w:t>
      </w:r>
      <w:r>
        <w:rPr>
          <w:lang w:eastAsia="zh-CN"/>
        </w:rPr>
        <w:br/>
      </w:r>
      <w:r>
        <w:rPr>
          <w:lang w:eastAsia="zh-CN"/>
        </w:rPr>
        <w:t>　　1、低年级的小弟弟小妹妹们，与妈妈、老师共度一个“绿色”的妇女节。不买贺卡、不送鲜花和礼物，积极发挥创意、用自己灵巧的双手，为妈妈、奶奶、外婆、老师……在节日里送上真挚的祝福。给她们行个标准的队礼。亲手制作的一张充满真情与温馨的贺卡。用彩笔给她们画幅画。为她们捶捶背、洗洗脚……</w:t>
      </w:r>
      <w:r>
        <w:rPr>
          <w:lang w:eastAsia="zh-CN"/>
        </w:rPr>
        <w:br/>
      </w:r>
      <w:r>
        <w:rPr>
          <w:lang w:eastAsia="zh-CN"/>
        </w:rPr>
        <w:t>　　2、三、四年级的同学们，与妈妈、老师共度一个“实在”的妇女节。</w:t>
      </w:r>
      <w:r>
        <w:rPr>
          <w:lang w:eastAsia="zh-CN"/>
        </w:rPr>
        <w:br/>
      </w:r>
      <w:r>
        <w:rPr>
          <w:lang w:eastAsia="zh-CN"/>
        </w:rPr>
        <w:t>　　将尊敬之心和尊重她们的劳动成果联系起来，结合常规训练，用自己的实际行动来感谢恩师。</w:t>
      </w:r>
      <w:r>
        <w:rPr>
          <w:lang w:eastAsia="zh-CN"/>
        </w:rPr>
        <w:br/>
      </w:r>
      <w:r>
        <w:rPr>
          <w:lang w:eastAsia="zh-CN"/>
        </w:rPr>
        <w:t>　　以班级为单位，制作一张贺卡，并集体签名；听好一节课；做一次优秀工整的作业；把教室、家里，整理得整整齐齐……</w:t>
      </w:r>
      <w:r>
        <w:rPr>
          <w:lang w:eastAsia="zh-CN"/>
        </w:rPr>
        <w:br/>
      </w:r>
      <w:r>
        <w:rPr>
          <w:lang w:eastAsia="zh-CN"/>
        </w:rPr>
        <w:t>　　3、高年级的大哥哥大姐姐们，与妈妈、老师共度一个“交流”的妇女节。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利用本周班队会和晨会时间，开展《悠悠寸草心，浓浓谢师情》的主题教育活动，让爱充满教室的每一个角落；写一封信或是发一封邮件，和妈妈、老师说说心里话，把误会通过沟通解除掉，把感激之情表达出来……</w:t>
      </w:r>
      <w:r>
        <w:rPr>
          <w:lang w:eastAsia="zh-CN"/>
        </w:rPr>
        <w:br/>
      </w:r>
      <w:r>
        <w:rPr>
          <w:lang w:eastAsia="zh-CN"/>
        </w:rPr>
        <w:t>　　当然，不仅仅是“三八”妇女节这一天应该做这些事情，我们应该学会感恩，时时处处感激每一个爱你的人。</w:t>
      </w:r>
      <w:r>
        <w:rPr>
          <w:lang w:eastAsia="zh-CN"/>
        </w:rPr>
        <w:br/>
      </w:r>
      <w:r>
        <w:rPr>
          <w:lang w:eastAsia="zh-CN"/>
        </w:rPr>
        <w:t>　　让我们在接受爱的同时，学会关爱，学会付出，学会给予，懂得孝顺，懂得体谅长辈的良苦用心，懂得珍惜这无价的真情！</w:t>
      </w:r>
      <w:r>
        <w:rPr>
          <w:lang w:eastAsia="zh-CN"/>
        </w:rPr>
        <w:br/>
      </w:r>
      <w:r>
        <w:rPr>
          <w:lang w:eastAsia="zh-CN"/>
        </w:rPr>
        <w:t>　　倡议人：</w:t>
      </w:r>
      <w:r>
        <w:rPr>
          <w:lang w:eastAsia="zh-CN"/>
        </w:rPr>
        <w:br/>
      </w:r>
      <w:r>
        <w:rPr>
          <w:lang w:eastAsia="zh-CN"/>
        </w:rPr>
        <w:t>　　20__年__月__日</w:t>
      </w:r>
      <w:r>
        <w:rPr>
          <w:lang w:eastAsia="zh-CN"/>
        </w:rPr>
        <w:br/>
      </w:r>
      <w:r>
        <w:rPr>
          <w:lang w:eastAsia="zh-CN"/>
        </w:rPr>
        <w:t xml:space="preserve">    三八妇女节优秀的倡议书 篇8 </w:t>
      </w:r>
      <w:r>
        <w:rPr>
          <w:lang w:eastAsia="zh-CN"/>
        </w:rPr>
        <w:br/>
      </w:r>
      <w:r>
        <w:rPr>
          <w:lang w:eastAsia="zh-CN"/>
        </w:rPr>
        <w:t>　　亲爱的少先队员们：</w:t>
      </w:r>
      <w:r>
        <w:rPr>
          <w:lang w:eastAsia="zh-CN"/>
        </w:rPr>
        <w:br/>
      </w:r>
      <w:r>
        <w:rPr>
          <w:lang w:eastAsia="zh-CN"/>
        </w:rPr>
        <w:t>　　三月，是春天的季节，在万物萌生的三月，一个幸福的节日即将到来，那就是我们的传统节日&amp;&amp;三八妇女节。我们从出生到现在，在父母的关爱下幸福成长，在老师的教导下健康发展。我们的点滴进步，都凝聚着他们的心血，所以我们要常怀感恩之心，不忘父母恩、师长恩、朋友恩。为了让广大队员更好地向他人表示感恩，学校大队部倡导大家积极参与到五个一感恩活动中来，用自己的实际行动回报身边的人。</w:t>
      </w:r>
      <w:r>
        <w:rPr>
          <w:lang w:eastAsia="zh-CN"/>
        </w:rPr>
        <w:br/>
      </w:r>
      <w:r>
        <w:rPr>
          <w:lang w:eastAsia="zh-CN"/>
        </w:rPr>
        <w:t>　　五个一感恩活动分别是：</w:t>
      </w:r>
      <w:r>
        <w:rPr>
          <w:lang w:eastAsia="zh-CN"/>
        </w:rPr>
        <w:br/>
      </w:r>
      <w:r>
        <w:rPr>
          <w:lang w:eastAsia="zh-CN"/>
        </w:rPr>
        <w:t>　　一、感恩父母养育我。每天做一件力所能及的家务，如打扫卫生、刷碗、叠被、整理房间等，体会父母的辛劳;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二、感恩老师教导我。遇到老师主动问好，亲自为老师做一张感恩卡片，或者送上一句感恩的话语，表达对老师的感恩之情;</w:t>
      </w:r>
      <w:r>
        <w:rPr>
          <w:lang w:eastAsia="zh-CN"/>
        </w:rPr>
        <w:br/>
      </w:r>
      <w:r>
        <w:rPr>
          <w:lang w:eastAsia="zh-CN"/>
        </w:rPr>
        <w:t>　　三、感恩朋友帮助我。亲自向同学送上一句关爱的问候，向帮助过你的同学、朋友送上一个温暖的拥抱，表达你的感谢;</w:t>
      </w:r>
      <w:r>
        <w:rPr>
          <w:lang w:eastAsia="zh-CN"/>
        </w:rPr>
        <w:br/>
      </w:r>
      <w:r>
        <w:rPr>
          <w:lang w:eastAsia="zh-CN"/>
        </w:rPr>
        <w:t>　　四、感恩学校培养我。爱护学校一草一木，不乱扔垃圾，遵守学校的校规校纪，团结友善，举止文明，用实际行动感恩学校的培养;</w:t>
      </w:r>
      <w:r>
        <w:rPr>
          <w:lang w:eastAsia="zh-CN"/>
        </w:rPr>
        <w:br/>
      </w:r>
      <w:r>
        <w:rPr>
          <w:lang w:eastAsia="zh-CN"/>
        </w:rPr>
        <w:t>　　五、感恩社会关爱我。开展社会实践活动，为社区进行义务清扫活动，为空巢老人、留守儿童等奉献爱心，让他们感受社会的温暖。</w:t>
      </w:r>
      <w:r>
        <w:rPr>
          <w:lang w:eastAsia="zh-CN"/>
        </w:rPr>
        <w:br/>
      </w:r>
      <w:r>
        <w:rPr>
          <w:lang w:eastAsia="zh-CN"/>
        </w:rPr>
        <w:t>　　少先队员们，让我们积极行动起来，把我们的感激之情落实到每一个细小的行动中去，时刻关爱、善待身边的每一个人。常怀感恩之心，让生活变得更加美好!</w:t>
      </w:r>
      <w:r>
        <w:rPr>
          <w:lang w:eastAsia="zh-CN"/>
        </w:rPr>
        <w:br/>
      </w:r>
      <w:r>
        <w:rPr>
          <w:lang w:eastAsia="zh-CN"/>
        </w:rPr>
        <w:t>　　眉山中心小学大队部</w:t>
      </w:r>
      <w:r>
        <w:rPr>
          <w:lang w:eastAsia="zh-CN"/>
        </w:rPr>
        <w:br/>
      </w:r>
      <w:r>
        <w:rPr>
          <w:lang w:eastAsia="zh-CN"/>
        </w:rPr>
        <w:t>　　20__年3月7日</w:t>
      </w:r>
      <w:r>
        <w:rPr>
          <w:lang w:eastAsia="zh-CN"/>
        </w:rPr>
        <w:br/>
      </w:r>
      <w:r>
        <w:rPr>
          <w:lang w:eastAsia="zh-CN"/>
        </w:rPr>
        <w:t xml:space="preserve">    三八妇女节优秀的倡议书 篇9 </w:t>
      </w:r>
      <w:r>
        <w:rPr>
          <w:lang w:eastAsia="zh-CN"/>
        </w:rPr>
        <w:br/>
      </w:r>
      <w:r>
        <w:rPr>
          <w:lang w:eastAsia="zh-CN"/>
        </w:rPr>
        <w:t>　　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你们知道三月八日是什么节日吗？是呀，“三八”妇女节是我们的妈妈、奶奶、外婆和所有女老师的节日！“慈母手中线，游子身上衣”，母爱，是送给婴儿甜甜的吻、是清晨路上的几句叮咛、是眼角两旁的一条皱纹、是秋风吹散的一缕白发，师爱，是润物无声教会我们打开知识大门的钥匙，是不辞劳苦帮助我们扬起理想风帆的桅杆，是无微不至拨开我们心灵阴霾的春风在成长的路上，我们接受了太多的关爱，作为孩子，你们想过如何对妈妈、对长辈、对老师的关爱吗？当你们接受着无私的.关爱时你曾为她们做过些什么？</w:t>
      </w:r>
      <w:r>
        <w:rPr>
          <w:lang w:eastAsia="zh-CN"/>
        </w:rPr>
        <w:br/>
      </w:r>
      <w:r>
        <w:rPr>
          <w:lang w:eastAsia="zh-CN"/>
        </w:rPr>
        <w:t>　　在“三八国际妇女节”即将来临之际，三（四）中队向全体同学发出倡议，在本周之内：</w:t>
      </w:r>
      <w:r>
        <w:rPr>
          <w:lang w:eastAsia="zh-CN"/>
        </w:rPr>
        <w:br/>
      </w:r>
      <w:r>
        <w:rPr>
          <w:lang w:eastAsia="zh-CN"/>
        </w:rPr>
        <w:t>　　1、每天妈妈下班回到家，先给妈妈一个真诚的拥抱，再向妈妈说一声：“妈妈，您辛苦了！”</w:t>
      </w:r>
      <w:r>
        <w:rPr>
          <w:lang w:eastAsia="zh-CN"/>
        </w:rPr>
        <w:br/>
      </w:r>
      <w:r>
        <w:rPr>
          <w:lang w:eastAsia="zh-CN"/>
        </w:rPr>
        <w:t>　　2、自己洗漱，叠被褥，为亲爱的妈妈分担一点家务。</w:t>
      </w:r>
      <w:r>
        <w:rPr>
          <w:lang w:eastAsia="zh-CN"/>
        </w:rPr>
        <w:br/>
      </w:r>
      <w:r>
        <w:rPr>
          <w:lang w:eastAsia="zh-CN"/>
        </w:rPr>
        <w:t>　　3、为亲爱的妈妈洗一次脚，为年事已高的奶奶、外婆捶捶背。</w:t>
      </w:r>
      <w:r>
        <w:rPr>
          <w:lang w:eastAsia="zh-CN"/>
        </w:rPr>
        <w:br/>
      </w:r>
      <w:r>
        <w:rPr>
          <w:lang w:eastAsia="zh-CN"/>
        </w:rPr>
        <w:t>　　4、3月8日这天，清晨起床时对妈妈说一声：“我爱您！”并给妈妈一个拥抱。</w:t>
      </w:r>
      <w:r>
        <w:rPr>
          <w:lang w:eastAsia="zh-CN"/>
        </w:rPr>
        <w:br/>
      </w:r>
      <w:r>
        <w:rPr>
          <w:lang w:eastAsia="zh-CN"/>
        </w:rPr>
        <w:t>　　5、给妈妈亲手制作一张感谢卡，写上自己对妈妈的感激和祝福。</w:t>
      </w:r>
      <w:r>
        <w:rPr>
          <w:lang w:eastAsia="zh-CN"/>
        </w:rPr>
        <w:br/>
      </w:r>
      <w:r>
        <w:rPr>
          <w:lang w:eastAsia="zh-CN"/>
        </w:rPr>
        <w:t>　　6、利用下周班队会（3月8日）时间，开展《感谢您，亲爱的妈妈》主题教育活动。当然，不仅仅是“三八”妇女节这一天应该做这些事情，我们应该学会感恩，时时处处感激每一个爱你的人。让我们在接受爱的同时，学会关爱，学会付出，学会给予，懂得孝顺，懂得体谅长辈的良苦用心，懂得珍惜这无价的真情！祝所有的奶奶、外婆、妈妈、老师们节日快乐！</w:t>
      </w:r>
      <w:r>
        <w:rPr>
          <w:lang w:eastAsia="zh-CN"/>
        </w:rPr>
        <w:br/>
      </w:r>
      <w:r>
        <w:rPr>
          <w:lang w:eastAsia="zh-CN"/>
        </w:rPr>
        <w:t>　　倡议人：</w:t>
      </w:r>
      <w:r>
        <w:rPr>
          <w:lang w:eastAsia="zh-CN"/>
        </w:rPr>
        <w:br/>
      </w:r>
      <w:r>
        <w:rPr>
          <w:lang w:eastAsia="zh-CN"/>
        </w:rPr>
        <w:t>　　时间：20__年__月__日</w:t>
      </w:r>
      <w:r>
        <w:rPr>
          <w:lang w:eastAsia="zh-CN"/>
        </w:rPr>
        <w:br/>
      </w:r>
      <w:r>
        <w:rPr>
          <w:lang w:eastAsia="zh-CN"/>
        </w:rPr>
        <w:t xml:space="preserve">    三八妇女节优秀的倡议书 篇10 </w:t>
      </w:r>
      <w:r>
        <w:rPr>
          <w:lang w:eastAsia="zh-CN"/>
        </w:rPr>
        <w:br/>
      </w:r>
      <w:r>
        <w:rPr>
          <w:lang w:eastAsia="zh-CN"/>
        </w:rPr>
        <w:t>　　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八”妇女节是我们的妈妈、奶奶、外婆和所有女老师的节日！“慈母手中线，游子身上衣”，母爱，是送给婴儿甜甜的吻、是清晨路上的几句叮咛、是眼角两旁的一条皱纹、是秋风吹散的一缕白发……，师爱，是润物无声教会我们打开知识大门的钥匙，是不辞劳苦帮助我们扬起理想风帆的桅杆，是无微不至拨开我们心灵阴霾的春风……在成长的路上，我们接受了太多的关爱，作为孩子，你们想过如何对妈妈、对长辈、对老师的关爱吗？当你们接受着无私的关爱时你曾为她们做过些什么？在“三八国际妇女节“即将来临之际，学校德育处向全体同学发出倡议，在本周之内：</w:t>
      </w:r>
      <w:r>
        <w:rPr>
          <w:lang w:eastAsia="zh-CN"/>
        </w:rPr>
        <w:br/>
      </w:r>
      <w:r>
        <w:rPr>
          <w:lang w:eastAsia="zh-CN"/>
        </w:rPr>
        <w:t>　　1、自己洗漱，叠被褥，为亲爱的妈妈分担一点家务。</w:t>
      </w:r>
      <w:r>
        <w:rPr>
          <w:lang w:eastAsia="zh-CN"/>
        </w:rPr>
        <w:br/>
      </w:r>
      <w:r>
        <w:rPr>
          <w:lang w:eastAsia="zh-CN"/>
        </w:rPr>
        <w:t>　　2、为亲爱的妈妈洗一次脚，为年事已高的奶奶、外婆捶捶背。</w:t>
      </w:r>
      <w:r>
        <w:rPr>
          <w:lang w:eastAsia="zh-CN"/>
        </w:rPr>
        <w:br/>
      </w:r>
      <w:r>
        <w:rPr>
          <w:lang w:eastAsia="zh-CN"/>
        </w:rPr>
        <w:t>　　3、3月8日当天，清晨起床时对妈妈说一声：“我爱您！”并给妈妈一个拥抱。</w:t>
      </w:r>
      <w:r>
        <w:rPr>
          <w:lang w:eastAsia="zh-CN"/>
        </w:rPr>
        <w:br/>
      </w:r>
      <w:r>
        <w:rPr>
          <w:lang w:eastAsia="zh-CN"/>
        </w:rPr>
        <w:t>　　4、给妈妈送一件礼物：如：为她们画一幅画、唱一首歌、或者讲一个故事以表达对妈妈的爱和祝福。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5、利用本周班团课（3月4日）和下周国旗下讲话时间，开展《悠悠寸草心，浓浓谢师情》的主题教育活动，让爱充满教室的每一个角落；亲手制作一张充满真情与温馨的贺卡，并写上对老师的祝福语，签名后送给老师，用自己的实际行动来感谢恩师，当然，不仅仅是“三八”妇女节这一天应该做这些事情，我们应该学会感恩，时时处处感激每一个爱你的人。让我们在接受爱的同时，学会关爱，学会付出，学会给予，懂得孝顺，懂得体谅长辈的良苦用心，懂得珍惜这无价的真情！祝天底下所有的奶奶、外婆、妈妈、老师们节日快乐！</w:t>
      </w:r>
      <w:r>
        <w:rPr>
          <w:lang w:eastAsia="zh-CN"/>
        </w:rPr>
        <w:br/>
      </w:r>
      <w:r>
        <w:rPr>
          <w:lang w:eastAsia="zh-CN"/>
        </w:rPr>
        <w:t>　　</w:t>
      </w:r>
      <w:r>
        <w:rPr>
          <w:lang w:eastAsia="zh-CN"/>
        </w:rPr>
        <w:br/>
      </w:r>
      <w:r>
        <w:rPr>
          <w:lang w:eastAsia="zh-CN"/>
        </w:rPr>
        <w:t>　　20__年3月3日</w:t>
      </w:r>
      <w:r>
        <w:rPr>
          <w:lang w:eastAsia="zh-CN"/>
        </w:rPr>
        <w:br/>
      </w:r>
      <w:r>
        <w:rPr>
          <w:lang w:eastAsia="zh-CN"/>
        </w:rPr>
        <w:t xml:space="preserve">    三八妇女节优秀的倡议书 篇11 </w:t>
      </w:r>
      <w:r>
        <w:rPr>
          <w:lang w:eastAsia="zh-CN"/>
        </w:rPr>
        <w:br/>
      </w:r>
      <w:r>
        <w:rPr>
          <w:lang w:eastAsia="zh-CN"/>
        </w:rPr>
        <w:t>　　亲爱的同学们：</w:t>
      </w:r>
      <w:r>
        <w:rPr>
          <w:lang w:eastAsia="zh-CN"/>
        </w:rPr>
        <w:br/>
      </w:r>
      <w:r>
        <w:rPr>
          <w:lang w:eastAsia="zh-CN"/>
        </w:rPr>
        <w:t>　　你们知道三月八日是什么节日吗？是呀，"三八"妇女节是我们的`妈妈、奶奶、外婆和所有女老师的节日！"慈母手中线，游子身上衣"，母爱，是送给婴儿甜甜的吻、是清晨路上的几句叮咛、是眼角两旁的一条皱纹、是秋风吹散的一缕白发……，师爱，是润物无声教会我们打开知识大门的钥匙，是不辞劳苦帮助我们扬起理想风帆的桅杆，是无微不至拨开我们心灵阴霾的春风……在成长的`路上，我们接受了太多的关爱，作为孩子，你们想过如何对妈妈、对长辈、对老师的关爱吗？当你们接受着无私的关爱时你曾为她们做过些什么？</w:t>
      </w:r>
      <w:r>
        <w:rPr>
          <w:lang w:eastAsia="zh-CN"/>
        </w:rPr>
        <w:br/>
      </w:r>
      <w:r>
        <w:rPr>
          <w:lang w:eastAsia="zh-CN"/>
        </w:rPr>
        <w:t>　　在"三八国际妇女节"即将来临之际，胜利河口第三小学大队部向全体同学发出倡议，在本周之内：</w:t>
      </w:r>
      <w:r>
        <w:rPr>
          <w:lang w:eastAsia="zh-CN"/>
        </w:rPr>
        <w:br/>
      </w:r>
      <w:r>
        <w:rPr>
          <w:lang w:eastAsia="zh-CN"/>
        </w:rPr>
        <w:t>　　1、自己洗漱，叠被褥，为亲爱的妈妈分担一点家务。</w:t>
      </w:r>
      <w:r>
        <w:rPr>
          <w:lang w:eastAsia="zh-CN"/>
        </w:rPr>
        <w:br/>
      </w:r>
      <w:r>
        <w:rPr>
          <w:lang w:eastAsia="zh-CN"/>
        </w:rPr>
        <w:t>　　2、为亲爱的妈妈洗一次脚，为年事已高的奶奶、外婆捶捶背。</w:t>
      </w:r>
      <w:r>
        <w:rPr>
          <w:lang w:eastAsia="zh-CN"/>
        </w:rPr>
        <w:br/>
      </w:r>
      <w:r>
        <w:rPr>
          <w:lang w:eastAsia="zh-CN"/>
        </w:rPr>
        <w:t>　　3、3月8日这天，清晨起床时对妈妈说一声："我爱您！"并给妈妈一个拥抱。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4、给妈妈送一件礼物：如：为她们画一幅画、唱一首歌、或者讲一个故事以表达对妈妈的爱和祝福。</w:t>
      </w:r>
      <w:r>
        <w:rPr>
          <w:lang w:eastAsia="zh-CN"/>
        </w:rPr>
        <w:br/>
      </w:r>
      <w:r>
        <w:rPr>
          <w:lang w:eastAsia="zh-CN"/>
        </w:rPr>
        <w:t>　　5、利用本周班队会（3月8日）和晨会时间，开展《悠悠寸草心，浓浓谢师情》的主题教育活动，让爱充满教室的每一个角落；亲手制作一张充满真情与温馨的贺卡，并写上对老师的祝福语，签名后送给老师，用自己的实际行动来感谢恩师。</w:t>
      </w:r>
      <w:r>
        <w:rPr>
          <w:lang w:eastAsia="zh-CN"/>
        </w:rPr>
        <w:br/>
      </w:r>
      <w:r>
        <w:rPr>
          <w:lang w:eastAsia="zh-CN"/>
        </w:rPr>
        <w:t>　　6、"护蛋体验母爱"：每人带一个生鸡蛋到校（用保险袋扎好，以防鸡蛋碎裂弄脏衣服）。一天随身携带一只生鸡蛋，并力争在任何情况下都不能打碎它。无论什么时候，上课、课间休息、吃午饭……你都要把它带在身边，小心呵护它。就象母亲呵护你一样，无时无刻不小心翼翼，并为此倾注了她全部的爱和关怀。</w:t>
      </w:r>
      <w:r>
        <w:rPr>
          <w:lang w:eastAsia="zh-CN"/>
        </w:rPr>
        <w:br/>
      </w:r>
      <w:r>
        <w:rPr>
          <w:lang w:eastAsia="zh-CN"/>
        </w:rPr>
        <w:t>　　当然，不仅仅是"三八"妇女节这一天应该做这些事情，我们应该学会感恩，时时处处感激每一个爱你的人。让我们在接受爱的同时，学会关爱，学会付出，学会给予，懂得孝顺，懂得体谅长辈的良苦用心，懂得珍惜这无价的真情！祝所有的奶奶、外婆、妈妈、老师们节日快乐！</w:t>
      </w:r>
      <w:r>
        <w:rPr>
          <w:lang w:eastAsia="zh-CN"/>
        </w:rPr>
        <w:br/>
      </w:r>
      <w:r>
        <w:rPr>
          <w:lang w:eastAsia="zh-CN"/>
        </w:rPr>
        <w:t>　　倡议人：</w:t>
      </w:r>
      <w:r>
        <w:rPr>
          <w:lang w:eastAsia="zh-CN"/>
        </w:rPr>
        <w:br/>
      </w:r>
      <w:r>
        <w:rPr>
          <w:lang w:eastAsia="zh-CN"/>
        </w:rPr>
        <w:t>　　日期：</w:t>
      </w:r>
      <w:r>
        <w:rPr>
          <w:lang w:eastAsia="zh-CN"/>
        </w:rPr>
        <w:br/>
      </w:r>
      <w:r>
        <w:rPr>
          <w:lang w:eastAsia="zh-CN"/>
        </w:rPr>
        <w:t xml:space="preserve">    三八妇女节优秀的倡议书 篇12 </w:t>
      </w:r>
      <w:r>
        <w:rPr>
          <w:lang w:eastAsia="zh-CN"/>
        </w:rPr>
        <w:br/>
      </w:r>
      <w:r>
        <w:rPr>
          <w:lang w:eastAsia="zh-CN"/>
        </w:rPr>
        <w:t>　　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20__年，我们迎来了“三八”妇女节，这是一个我们所有妈妈们的节日！当我们接受着无私的关爱时，你曾为她做过些什么？今天是三八国际妇女节，我们是否也想借此机会向关心我们的妈妈、奶奶、外婆做点什么呢？在此，学校大队部向全校同学发出倡议，希望在妇女节为她们献上一份最诚挚的爱，送上最特别的节日祝福。为此，大队部特意为你们设计了“爱心三部曲”，我倡议大家能用自己的真心行动为节日里的妈妈、奶奶、外婆送上最温馨的礼物。</w:t>
      </w:r>
      <w:r>
        <w:rPr>
          <w:lang w:eastAsia="zh-CN"/>
        </w:rPr>
        <w:br/>
      </w:r>
      <w:r>
        <w:rPr>
          <w:lang w:eastAsia="zh-CN"/>
        </w:rPr>
        <w:t>　　第一部曲：爱的收获。</w:t>
      </w:r>
      <w:r>
        <w:rPr>
          <w:lang w:eastAsia="zh-CN"/>
        </w:rPr>
        <w:br/>
      </w:r>
      <w:r>
        <w:rPr>
          <w:lang w:eastAsia="zh-CN"/>
        </w:rPr>
        <w:t>　　1、采访妈妈，自己是怎样降临到这世界上的？妈妈为此吃了哪些苦？</w:t>
      </w:r>
      <w:r>
        <w:rPr>
          <w:lang w:eastAsia="zh-CN"/>
        </w:rPr>
        <w:br/>
      </w:r>
      <w:r>
        <w:rPr>
          <w:lang w:eastAsia="zh-CN"/>
        </w:rPr>
        <w:t>　　2、和全家人一起看看小时候的照片，请妈妈、奶奶或者外婆讲讲“我”小时候的故事。</w:t>
      </w:r>
      <w:r>
        <w:rPr>
          <w:lang w:eastAsia="zh-CN"/>
        </w:rPr>
        <w:br/>
      </w:r>
      <w:r>
        <w:rPr>
          <w:lang w:eastAsia="zh-CN"/>
        </w:rPr>
        <w:t>　　第二部曲：爱的给予。</w:t>
      </w:r>
      <w:r>
        <w:rPr>
          <w:lang w:eastAsia="zh-CN"/>
        </w:rPr>
        <w:br/>
      </w:r>
      <w:r>
        <w:rPr>
          <w:lang w:eastAsia="zh-CN"/>
        </w:rPr>
        <w:t>　　1、想想我对妈妈、长辈做过些什么？</w:t>
      </w:r>
      <w:r>
        <w:rPr>
          <w:lang w:eastAsia="zh-CN"/>
        </w:rPr>
        <w:br/>
      </w:r>
      <w:r>
        <w:rPr>
          <w:lang w:eastAsia="zh-CN"/>
        </w:rPr>
        <w:t>　　2、说说还有哪些方面做得不够，以后有什么打算？</w:t>
      </w:r>
      <w:r>
        <w:rPr>
          <w:lang w:eastAsia="zh-CN"/>
        </w:rPr>
        <w:br/>
      </w:r>
      <w:r>
        <w:rPr>
          <w:lang w:eastAsia="zh-CN"/>
        </w:rPr>
        <w:t>　　第三部曲：爱的行动。</w:t>
      </w:r>
      <w:r>
        <w:rPr>
          <w:lang w:eastAsia="zh-CN"/>
        </w:rPr>
        <w:br/>
      </w:r>
      <w:r>
        <w:rPr>
          <w:lang w:eastAsia="zh-CN"/>
        </w:rPr>
        <w:t>　　1、对亲爱的妈妈说一句：“妈妈，我爱你！”</w:t>
      </w:r>
      <w:r>
        <w:rPr>
          <w:lang w:eastAsia="zh-CN"/>
        </w:rPr>
        <w:br/>
      </w:r>
      <w:r>
        <w:rPr>
          <w:lang w:eastAsia="zh-CN"/>
        </w:rPr>
        <w:t>　　2、为敬爱的奶奶或外婆捶捶背或洗洗脚。</w:t>
      </w:r>
      <w:r>
        <w:rPr>
          <w:lang w:eastAsia="zh-CN"/>
        </w:rPr>
        <w:br/>
      </w:r>
      <w:r>
        <w:rPr>
          <w:lang w:eastAsia="zh-CN"/>
        </w:rPr>
        <w:t>　　3、一到六年级同学开展“我画心中的妈妈”或“画我所尊敬的女性”活动。并在画的正面醒目地让这位女性写上自己的感言。</w:t>
      </w:r>
      <w:r>
        <w:rPr>
          <w:lang w:eastAsia="zh-CN"/>
        </w:rPr>
        <w:br/>
      </w:r>
      <w:r>
        <w:rPr>
          <w:lang w:eastAsia="zh-CN"/>
        </w:rPr>
        <w:t>　　同学们，在这个节日里，你用真情、用行动在回报母亲、回报长辈，但真正的关爱需要你每天坚持不懈地去做。让我们在接受爱的同时学会关爱，学会付出、学会回报，懂得孝敬、懂得体谅长辈的良苦用心，更懂得珍惜这难得的真情！</w:t>
      </w:r>
      <w:r>
        <w:rPr>
          <w:lang w:eastAsia="zh-CN"/>
        </w:rPr>
        <w:br/>
      </w:r>
      <w:r>
        <w:rPr>
          <w:lang w:eastAsia="zh-CN"/>
        </w:rPr>
        <w:t xml:space="preserve">    三八妇女节优秀的倡议书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今天是3月7日，明天就是三八妇女节了，提到妇女节，我想我们的老师同学们最先想到的就是自己的妈妈。是的，在我们成长的路上，我们接受了太多的关爱，作为孩子，我们想过如何回报妈妈和长辈的关爱了吗?当我们接受着无私的关爱时你曾为她们做过些什么?值此三八国际妇女节即将到来之际，学校党支部联合少先队向全校师生发出倡议，希望你们为妈妈或是奶奶、姥姥、老师献上一份最诚挚的爱，送上最特别的节日祝福。</w:t>
      </w:r>
      <w:r>
        <w:rPr>
          <w:lang w:eastAsia="zh-CN"/>
        </w:rPr>
        <w:br/>
      </w:r>
      <w:r>
        <w:rPr>
          <w:lang w:eastAsia="zh-CN"/>
        </w:rPr>
        <w:t>　　为此，我们特向全体师生发出以下倡议：</w:t>
      </w:r>
      <w:r>
        <w:rPr>
          <w:lang w:eastAsia="zh-CN"/>
        </w:rPr>
        <w:br/>
      </w:r>
      <w:r>
        <w:rPr>
          <w:lang w:eastAsia="zh-CN"/>
        </w:rPr>
        <w:t>　　1~2年级一个拥抱，深情感恩</w:t>
      </w:r>
      <w:r>
        <w:rPr>
          <w:lang w:eastAsia="zh-CN"/>
        </w:rPr>
        <w:br/>
      </w:r>
      <w:r>
        <w:rPr>
          <w:lang w:eastAsia="zh-CN"/>
        </w:rPr>
        <w:t>　　&amp;&amp;请给你的老师、妈妈一个深情的拥抱，并说一句祝福或者感谢的话语。也可为她们设计制作一个爱心小礼物。</w:t>
      </w:r>
      <w:r>
        <w:rPr>
          <w:lang w:eastAsia="zh-CN"/>
        </w:rPr>
        <w:br/>
      </w:r>
      <w:r>
        <w:rPr>
          <w:lang w:eastAsia="zh-CN"/>
        </w:rPr>
        <w:t>　　3年级一日护蛋，感恩母爱</w:t>
      </w:r>
      <w:r>
        <w:rPr>
          <w:lang w:eastAsia="zh-CN"/>
        </w:rPr>
        <w:br/>
      </w:r>
      <w:r>
        <w:rPr>
          <w:lang w:eastAsia="zh-CN"/>
        </w:rPr>
        <w:t>　　&amp;&amp;母亲十月怀胎孕育了我们的生命。为了让孩子们感受母亲孕育自己的艰辛，也为了那渐行渐远的亲情，每人带一个生鸡蛋到校(用保险袋扎好，以防鸡蛋碎裂弄脏衣服)，一天随身携带一只生鸡蛋，并力争在任何情况下都不能打碎它，无论什么时候，上课、课间休息、吃午饭。你都要把它带在身边，小心呵护它。就象母亲呵护你一样，无时无刻不小心翼翼，并为此倾注了她全部的爱和关怀。并将自己的经历和感受写下来给妈妈看，再带到学校和大家一起分享。</w:t>
      </w:r>
      <w:r>
        <w:rPr>
          <w:lang w:eastAsia="zh-CN"/>
        </w:rPr>
        <w:br/>
      </w:r>
      <w:r>
        <w:rPr>
          <w:lang w:eastAsia="zh-CN"/>
        </w:rPr>
        <w:t>　　4年级一盆温水，满溢感恩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&amp;&amp;妈妈总是不辞辛苦、默默地为我们付出着，整日奔波操劳。请你为妈妈洗洗脚，为她洗去一身的疲惫吧!</w:t>
      </w:r>
      <w:r>
        <w:rPr>
          <w:lang w:eastAsia="zh-CN"/>
        </w:rPr>
        <w:br/>
      </w:r>
      <w:r>
        <w:rPr>
          <w:lang w:eastAsia="zh-CN"/>
        </w:rPr>
        <w:t>　　5~6年级一篇美篇，情真意切</w:t>
      </w:r>
      <w:r>
        <w:rPr>
          <w:lang w:eastAsia="zh-CN"/>
        </w:rPr>
        <w:br/>
      </w:r>
      <w:r>
        <w:rPr>
          <w:lang w:eastAsia="zh-CN"/>
        </w:rPr>
        <w:t>　　&amp;&amp;母亲十月怀胎，又十载操劳，将我们庇护在她的襁褓里，衣食无忧、快乐成长。你与她肯定有很多难忘的瞬间，也有很多话想要对她说吧!请利用美篇为她制作一份你的祝福吧!</w:t>
      </w:r>
      <w:r>
        <w:rPr>
          <w:lang w:eastAsia="zh-CN"/>
        </w:rPr>
        <w:br/>
      </w:r>
      <w:r>
        <w:rPr>
          <w:lang w:eastAsia="zh-CN"/>
        </w:rPr>
        <w:t xml:space="preserve">    三八妇女节优秀的倡议书 篇14 </w:t>
      </w:r>
      <w:r>
        <w:rPr>
          <w:lang w:eastAsia="zh-CN"/>
        </w:rPr>
        <w:br/>
      </w:r>
      <w:r>
        <w:rPr>
          <w:lang w:eastAsia="zh-CN"/>
        </w:rPr>
        <w:t>　　妇女姐妹们：</w:t>
      </w:r>
      <w:r>
        <w:rPr>
          <w:lang w:eastAsia="zh-CN"/>
        </w:rPr>
        <w:br/>
      </w:r>
      <w:r>
        <w:rPr>
          <w:lang w:eastAsia="zh-CN"/>
        </w:rPr>
        <w:t>　　阳春三月，万象更新。在这春意盎然的季节，我们迎来了“三八”国际劳动妇女节__周年纪念日，在此，向辛勤工作在各条战线上的妇女姐妹们致以节日的祝贺。</w:t>
      </w:r>
      <w:r>
        <w:rPr>
          <w:lang w:eastAsia="zh-CN"/>
        </w:rPr>
        <w:br/>
      </w:r>
      <w:r>
        <w:rPr>
          <w:lang w:eastAsia="zh-CN"/>
        </w:rPr>
        <w:t>　　回首既往，全区各族各界妇女姐妹们在区委、区政府的正确领导下，在各级妇联组织的带领下，积极投身滨海新区开发开放伟大实践，开拓进取“双学双比”，奋发有为“巾帼建功”，鼓劲造势倡扬文明，出力添彩构建和谐，为推动滨海新区经济社会又好又快发展做出了积极贡献。</w:t>
      </w:r>
      <w:r>
        <w:rPr>
          <w:lang w:eastAsia="zh-CN"/>
        </w:rPr>
        <w:br/>
      </w:r>
      <w:r>
        <w:rPr>
          <w:lang w:eastAsia="zh-CN"/>
        </w:rPr>
        <w:t>　　展望未来，我们面临新的考验，肩负新的使命。今年1月滨海新区被全国妇联命名为首个全国“巾帼建功”示范区，为广大妇女发挥聪明才智搭建了更加广阔的舞台，我们要以此为契机，自觉践行“开放创新，引领未来”的滨海精神，努力创先争优，建设新生活，再创新辉煌。</w:t>
      </w:r>
      <w:r>
        <w:rPr>
          <w:lang w:eastAsia="zh-CN"/>
        </w:rPr>
        <w:br/>
      </w:r>
      <w:r>
        <w:rPr>
          <w:lang w:eastAsia="zh-CN"/>
        </w:rPr>
        <w:t>　　值此，我代表今天命名的“巾帼建功”示范基地、示范岗向全区妇女姐妹们发出如下倡议：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一、要勤奋学习、提升素质，树立巾帼新形象。</w:t>
      </w:r>
      <w:r>
        <w:rPr>
          <w:lang w:eastAsia="zh-CN"/>
        </w:rPr>
        <w:br/>
      </w:r>
      <w:r>
        <w:rPr>
          <w:lang w:eastAsia="zh-CN"/>
        </w:rPr>
        <w:t>　　勤于学习、提高综合素质是妇女实现自身发展与进步的必然要求。全区妇女姐妹们要以时不我待的紧迫感、奋发有为的责任感和继往开来的使命感，学习新知识，掌握新技能，提高新本领，不断增强参政议政、科技创新和岗位竞争意识，努力成为有能力、有活力、有魅力的时代新女性。</w:t>
      </w:r>
      <w:r>
        <w:rPr>
          <w:lang w:eastAsia="zh-CN"/>
        </w:rPr>
        <w:br/>
      </w:r>
      <w:r>
        <w:rPr>
          <w:lang w:eastAsia="zh-CN"/>
        </w:rPr>
        <w:t>　　二、要立足本岗、拼搏进取，创造一流新业绩。</w:t>
      </w:r>
      <w:r>
        <w:rPr>
          <w:lang w:eastAsia="zh-CN"/>
        </w:rPr>
        <w:br/>
      </w:r>
      <w:r>
        <w:rPr>
          <w:lang w:eastAsia="zh-CN"/>
        </w:rPr>
        <w:t>　　滨海新区绘就的宏伟发展蓝图，为广大妇女施展才华提供了新机遇，我们要发挥优势，爱岗敬业，开拓进取，创新创业，岗位建功，岗位成才，积极投身“十大战役”、参与“十大改革”、助推“五个争创”重大任务的落实，努力争当打好开发开放攻坚战。</w:t>
      </w:r>
      <w:r>
        <w:rPr>
          <w:lang w:eastAsia="zh-CN"/>
        </w:rPr>
        <w:br/>
      </w:r>
      <w:r>
        <w:rPr>
          <w:lang w:eastAsia="zh-CN"/>
        </w:rPr>
        <w:t>　　三、要传承文明、倡扬新风，构建和谐新生活。</w:t>
      </w:r>
      <w:r>
        <w:rPr>
          <w:lang w:eastAsia="zh-CN"/>
        </w:rPr>
        <w:br/>
      </w:r>
      <w:r>
        <w:rPr>
          <w:lang w:eastAsia="zh-CN"/>
        </w:rPr>
        <w:t>　　家庭是社会的细胞，家庭和谐是社会和谐稳定的牢固基石。广大妇女姐妹们要积极参与社会主义核心价值体系建设，培养高尚的道德情操，倡导健康文明的生活方式，遵守社会公德，践行职业道德，弘扬家庭美德，陶冶个人品德。坚持做勤俭持家、夫妻和睦、邻里团结的楷模，为构建人人相互关爱、家家幸福安康的和谐新生活贡献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广大妇女姐妹们，历史赋予我们神圣而光荣的使命，时代为我们构筑了广阔的舞台。让我们在区委、区政府的正确领导下，发扬自尊、自信、自立、自强的“四自”精神，充分发挥“半边天”的作用，凝心聚力，开拓创新，在积极参与“十大战役”中展现新风采，在滨海新区开发开放中谱写新篇章，共同创造滨海新区更加美好的未来！</w:t>
      </w:r>
      <w:r>
        <w:rPr>
          <w:lang w:eastAsia="zh-CN"/>
        </w:rPr>
        <w:br/>
      </w:r>
      <w:r>
        <w:rPr>
          <w:lang w:eastAsia="zh-CN"/>
        </w:rPr>
        <w:t>　　20__年3月6日</w:t>
      </w:r>
      <w:r>
        <w:rPr>
          <w:lang w:eastAsia="zh-CN"/>
        </w:rPr>
        <w:br/>
      </w:r>
      <w:r>
        <w:rPr>
          <w:lang w:eastAsia="zh-CN"/>
        </w:rPr>
        <w:t xml:space="preserve">    三八妇女节优秀的倡议书 篇15 </w:t>
      </w:r>
      <w:r>
        <w:rPr>
          <w:lang w:eastAsia="zh-CN"/>
        </w:rPr>
        <w:br/>
      </w:r>
      <w:r>
        <w:rPr>
          <w:lang w:eastAsia="zh-CN"/>
        </w:rPr>
        <w:t>　　亲爱的队员、同学们：</w:t>
      </w:r>
      <w:r>
        <w:rPr>
          <w:lang w:eastAsia="zh-CN"/>
        </w:rPr>
        <w:br/>
      </w:r>
      <w:r>
        <w:rPr>
          <w:lang w:eastAsia="zh-CN"/>
        </w:rPr>
        <w:t>　　“三八”国际妇女节即将来临。平时奶奶、外婆、妈妈、老师总是不辞辛苦、默默地为我们付出着。“你给我一句话，就打开我一扇窗；你给我一个微笑，我就浑身是力量；你给我一个眼神，我就找到了方向；你放开双手让我遨游知识的海洋。”老师的关怀怎能忘怀？“慈母手中线，游子身上衣”。母爱，是送给儿女甜甜的吻，是清晨路上的几句叮咛，是眼角两旁的一条皱纹，是秋风吹散的一缕白发……在成长的路上，你们接受了太多的关。</w:t>
      </w:r>
      <w:r>
        <w:rPr>
          <w:lang w:eastAsia="zh-CN"/>
        </w:rPr>
        <w:br/>
      </w:r>
      <w:r>
        <w:rPr>
          <w:lang w:eastAsia="zh-CN"/>
        </w:rPr>
        <w:t>　　作为孩子，你们想过如何表达对老师、对妈妈等长辈的关爱吗？你曾为她们做过些什么？在“三八”国际妇女节到来之际，你们是否也想借此机会向关心你的奶奶、外婆、妈妈、老师做点什么呢？</w:t>
      </w:r>
      <w:r>
        <w:rPr>
          <w:lang w:eastAsia="zh-CN"/>
        </w:rPr>
        <w:br/>
      </w:r>
      <w:r>
        <w:rPr>
          <w:lang w:eastAsia="zh-CN"/>
        </w:rPr>
        <w:t>　　在此，学校特向全校队员、同学们倡议：为她们献上一份最诚挚的爱，送上最特别的节日祝福！你们可曾知道？即使是你做的一件小事或有一点小进步都将是长辈们最喜爱的礼物。</w:t>
      </w:r>
      <w:r>
        <w:rPr>
          <w:lang w:eastAsia="zh-CN"/>
        </w:rPr>
        <w:br/>
      </w:r>
      <w:r>
        <w:rPr>
          <w:lang w:eastAsia="zh-CN"/>
        </w:rPr>
        <w:t>　　一、了解关爱</w:t>
      </w:r>
      <w:r>
        <w:rPr>
          <w:lang w:eastAsia="zh-CN"/>
        </w:rPr>
        <w:br/>
      </w:r>
      <w:r>
        <w:rPr>
          <w:lang w:eastAsia="zh-CN"/>
        </w:rPr>
        <w:t>　　1、和全家人一起看看小时候的照片，请爸爸妈妈讲讲“我”小时候的故事。</w:t>
      </w:r>
      <w:r>
        <w:rPr>
          <w:lang w:eastAsia="zh-CN"/>
        </w:rPr>
        <w:br/>
      </w:r>
      <w:r>
        <w:rPr>
          <w:lang w:eastAsia="zh-CN"/>
        </w:rPr>
        <w:t>　　2、向妈妈说说记忆中父母做出的'最让“我”感动的事情。</w:t>
      </w:r>
      <w:r>
        <w:rPr>
          <w:lang w:eastAsia="zh-CN"/>
        </w:rPr>
        <w:br/>
      </w:r>
    </w:p>
    <w:p w:rsidR="001B1F19" w14:textId="27C3F48A">
      <w:pPr>
        <w:rPr>
          <w:rFonts w:hint="eastAsia"/>
          <w:lang w:eastAsia="zh-CN"/>
        </w:rPr>
      </w:pPr>
      <w:r>
        <w:rPr>
          <w:lang w:eastAsia="zh-CN"/>
        </w:rPr>
        <w:t>　　二、感受艰辛</w:t>
      </w:r>
      <w:r>
        <w:rPr>
          <w:lang w:eastAsia="zh-CN"/>
        </w:rPr>
        <w:br/>
      </w:r>
      <w:r>
        <w:rPr>
          <w:lang w:eastAsia="zh-CN"/>
        </w:rPr>
        <w:t>　　1、听妈妈讲我成长的故事。</w:t>
      </w:r>
      <w:r>
        <w:rPr>
          <w:lang w:eastAsia="zh-CN"/>
        </w:rPr>
        <w:br/>
      </w:r>
      <w:r>
        <w:rPr>
          <w:lang w:eastAsia="zh-CN"/>
        </w:rPr>
        <w:t>　　2、听妈妈讲她的工作、她的故事。</w:t>
      </w:r>
      <w:r>
        <w:rPr>
          <w:lang w:eastAsia="zh-CN"/>
        </w:rPr>
        <w:br/>
      </w:r>
      <w:r>
        <w:rPr>
          <w:lang w:eastAsia="zh-CN"/>
        </w:rPr>
        <w:t>　　三、真情行动</w:t>
      </w:r>
      <w:r>
        <w:rPr>
          <w:lang w:eastAsia="zh-CN"/>
        </w:rPr>
        <w:br/>
      </w:r>
      <w:r>
        <w:rPr>
          <w:lang w:eastAsia="zh-CN"/>
        </w:rPr>
        <w:t>　　1、你可以拿起手中的笔，写一段话，感谢母亲平时的养育之恩。可以给妈妈做一张画着自己小手的贺卡，悄悄地放在妈妈的枕头旁。可以给女老师写写心里话，表达感激之情。</w:t>
      </w:r>
      <w:r>
        <w:rPr>
          <w:lang w:eastAsia="zh-CN"/>
        </w:rPr>
        <w:br/>
      </w:r>
      <w:r>
        <w:rPr>
          <w:lang w:eastAsia="zh-CN"/>
        </w:rPr>
        <w:t>　　2、妈妈上班一天辛苦了！为妈妈洗洗脚，为妈妈洗去一身的疲惫。</w:t>
      </w:r>
      <w:r>
        <w:rPr>
          <w:lang w:eastAsia="zh-CN"/>
        </w:rPr>
        <w:br/>
      </w:r>
      <w:r>
        <w:rPr>
          <w:lang w:eastAsia="zh-CN"/>
        </w:rPr>
        <w:t>　　3、平时亲爱的妈妈做家务挺累的，“三八”妇女节让妈妈好好休息休息，为妈妈分担一点家务吧！做一顿好吃的饭菜、洗一天衣服……</w:t>
      </w:r>
      <w:r>
        <w:rPr>
          <w:lang w:eastAsia="zh-CN"/>
        </w:rPr>
        <w:br/>
      </w:r>
      <w:r>
        <w:rPr>
          <w:lang w:eastAsia="zh-CN"/>
        </w:rPr>
        <w:t>　　4、奶奶、外婆年岁已高，但仍然无微不致地关心你，节日之际给老人捶捶背吧！</w:t>
      </w:r>
      <w:r>
        <w:rPr>
          <w:lang w:eastAsia="zh-CN"/>
        </w:rPr>
        <w:br/>
      </w:r>
      <w:r>
        <w:rPr>
          <w:lang w:eastAsia="zh-CN"/>
        </w:rPr>
        <w:t>　　5、奶奶、外婆、妈妈，我们很久没一起照全家福了，让我们开心地笑一笑吧！</w:t>
      </w:r>
      <w:r>
        <w:rPr>
          <w:lang w:eastAsia="zh-CN"/>
        </w:rPr>
        <w:br/>
      </w:r>
      <w:r>
        <w:rPr>
          <w:lang w:eastAsia="zh-CN"/>
        </w:rPr>
        <w:t>　　6、真诚地向女教师说一声：“老师，节日快乐！老师，我将以努力学习、礼貌待人作为我送给您的节日礼物。”</w:t>
      </w:r>
      <w:r>
        <w:rPr>
          <w:lang w:eastAsia="zh-CN"/>
        </w:rPr>
        <w:br/>
      </w:r>
      <w:r>
        <w:rPr>
          <w:lang w:eastAsia="zh-CN"/>
        </w:rPr>
        <w:t>　　马上行动起来吧！在“三八”妇女节这天，请队员、同学们用你的真情、用你的行动去回报奶奶、外婆、母亲、女老师，学会感恩。</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https://d.book118.com/687035065006006054</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703506500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