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关于超市收银员工作总结范文（35篇）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关于超市收银员工作总结范文（精选35篇）</w:t>
      </w:r>
      <w:r>
        <w:rPr>
          <w:lang w:eastAsia="zh-CN"/>
        </w:rPr>
        <w:br/>
      </w:r>
      <w:r>
        <w:rPr>
          <w:lang w:eastAsia="zh-CN"/>
        </w:rPr>
        <w:t xml:space="preserve">    关于超市收银员工作总结范文 篇1 </w:t>
      </w:r>
      <w:r>
        <w:rPr>
          <w:lang w:eastAsia="zh-CN"/>
        </w:rPr>
        <w:br/>
      </w:r>
      <w:r>
        <w:rPr>
          <w:lang w:eastAsia="zh-CN"/>
        </w:rPr>
        <w:t>　　作为一名收银员，只有自己的业务水平高了，才能赢得同事们的支持。虽然我在公司实际不长，但是我一直不断的学习前辈们努力工作，但这些成绩还是不够的，随着公司的发展，对我们收银员的工作提出了新的要求，我也会不断的努力学习前辈们的工作精神，与公司共同发展进步。</w:t>
      </w:r>
      <w:r>
        <w:rPr>
          <w:lang w:eastAsia="zh-CN"/>
        </w:rPr>
        <w:br/>
      </w:r>
      <w:r>
        <w:rPr>
          <w:lang w:eastAsia="zh-CN"/>
        </w:rPr>
        <w:t>　　(1)专业能力</w:t>
      </w:r>
      <w:r>
        <w:rPr>
          <w:lang w:eastAsia="zh-CN"/>
        </w:rPr>
        <w:br/>
      </w:r>
      <w:r>
        <w:rPr>
          <w:lang w:eastAsia="zh-CN"/>
        </w:rPr>
        <w:t>　　作为一个收银员，你必须掌握一定的专业知识和专业能力，随着你的管理职位的不断提升，专业能力的重要性将逐渐减少。作为基层的员工，个人的专业能力将非常的重要。专业能力的来源无非是两个方面：1是从书本中来，2是从实际工作中来。而实际工作中你需要向你的员工，你的同事。“不耻下问”是每一个员工所应具备的态度。</w:t>
      </w:r>
      <w:r>
        <w:rPr>
          <w:lang w:eastAsia="zh-CN"/>
        </w:rPr>
        <w:br/>
      </w:r>
      <w:r>
        <w:rPr>
          <w:lang w:eastAsia="zh-CN"/>
        </w:rPr>
        <w:t>　　(2)沟通能力</w:t>
      </w:r>
      <w:r>
        <w:rPr>
          <w:lang w:eastAsia="zh-CN"/>
        </w:rPr>
        <w:br/>
      </w:r>
      <w:r>
        <w:rPr>
          <w:lang w:eastAsia="zh-CN"/>
        </w:rPr>
        <w:t>　　所谓沟通，是指疏通彼此的意见。和客户的沟通和处理和回答客户一些咨询和问题，适时的向客户推荐一些他可能需要的产品。</w:t>
      </w:r>
      <w:r>
        <w:rPr>
          <w:lang w:eastAsia="zh-CN"/>
        </w:rPr>
        <w:br/>
      </w:r>
      <w:r>
        <w:rPr>
          <w:lang w:eastAsia="zh-CN"/>
        </w:rPr>
        <w:t>　　(3)学习能力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当今的社会是学习型的社会，当今的企业也必须是学习型的企业，对于我们每个人也必须是学习型的主体。学习分两种，一是书本学习，一是实践学习，两者应交替进行。你只有不停的学习，你才能更好的、更快的进步，才能跟上赶上社会的发展。走上社会的我们，要完全主动的去学习，视学习为一种习惯，为生活的一种常态。学习应该是广泛的，专业的，管理的，经营的，生活的，休闲的，各种各样，都是一种学习。未来人与人之间的竞争，不是你过去的能力怎样，现在的能力怎样?而是你现在学习怎样，现在的学习是你未来竞争的根本。</w:t>
      </w:r>
      <w:r>
        <w:rPr>
          <w:lang w:eastAsia="zh-CN"/>
        </w:rPr>
        <w:br/>
      </w:r>
      <w:r>
        <w:rPr>
          <w:lang w:eastAsia="zh-CN"/>
        </w:rPr>
        <w:t>　　(4)职业道德</w:t>
      </w:r>
      <w:r>
        <w:rPr>
          <w:lang w:eastAsia="zh-CN"/>
        </w:rPr>
        <w:br/>
      </w:r>
      <w:r>
        <w:rPr>
          <w:lang w:eastAsia="zh-CN"/>
        </w:rPr>
        <w:t>　　但丁有一句话：智慧的缺陷可以用道德弥补，但道德的缺陷无法用智慧去弥补。对于工作中人，不管是领导，还是员工，职业道德是第一位的。这就好比对于一个人而言，健康、财富、地位、爱情等都很重要，但健康是“1”，其他的都是“0”，只要“1”(健康)的存在，个人的意义才能无限大。职业道德对于工作的人而言，就是那个“1”，只有良好的职业道德的存在，上述的六种能力才有存在的意义，对于公司而言，才是一个合格之人才。职业道德不等同于对企业的向心力，但作为一个员工。不管公司的好与不好，不管职位的高低，不管薪水的多少，对自己职业的负责，是一种基本的素养，是个人发展的根基。“做一天和尚撞一天钟”，只要你在公司一天，就要好好的去撞一天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以上，仅仅是个人的一些看法，要做好一个收银员，要做的事还很多。我坚信一句话：师傅领进门，修行靠个人。一切的一切，个人以为，都要靠自己去感悟，将一切的一切变成自己的东西。</w:t>
      </w:r>
      <w:r>
        <w:rPr>
          <w:lang w:eastAsia="zh-CN"/>
        </w:rPr>
        <w:br/>
      </w:r>
      <w:r>
        <w:rPr>
          <w:lang w:eastAsia="zh-CN"/>
        </w:rPr>
        <w:t>　　3个月工作下来，我们的工作得到了领导和同事的肯定。做为一个收银员，能够在收银员一级解决的问题，我决不去麻烦领导。虽然工作取得了一定的成绩,但还有很多发展的空间，我相信，只要我努力，一定会把工作做得更好。</w:t>
      </w:r>
      <w:r>
        <w:rPr>
          <w:lang w:eastAsia="zh-CN"/>
        </w:rPr>
        <w:br/>
      </w:r>
      <w:r>
        <w:rPr>
          <w:lang w:eastAsia="zh-CN"/>
        </w:rPr>
        <w:t xml:space="preserve">    关于超市收银员工作总结范文 篇2 </w:t>
      </w:r>
      <w:r>
        <w:rPr>
          <w:lang w:eastAsia="zh-CN"/>
        </w:rPr>
        <w:br/>
      </w:r>
      <w:r>
        <w:rPr>
          <w:lang w:eastAsia="zh-CN"/>
        </w:rPr>
        <w:t>　　近年来，超级市场作为新型的零售业态，在我国发展迅速。丰富的商品种类，便利的购物方式，低利销售的经营方针，使超市日益走进了寻常百姓的生活。与传统的百货商店售货员不同，超市员工一般并不直接或主动与顾客打交道。顾客在店内通过比较，选购自己喜欢的商品之后，自行到超市出口处结账。这时候，超市收银员的重要性就显现出来了。对于超市收银员或者准备从事收银工作的人员来说，要想做好收银工作，成为一名合格的超市收银员，首先应该明了超市收银员的工作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局外人看来，收银员的工作很简单，就是把顾客所选物品的价款结清。实际上，虽然为顾客提供结账服务是收银员的基本工作，但这不是收银工作的全部，不能简单地把收银工作等同于结账工作。这是因为，大多数超市的出入口都与前台收银作业区设计在一起，顾客踏进超市，看到的第一个超市员工就是收银员，选好商品结账时，直接接触的还是收银员，收银员的一举一动、言谈举止都代表了超市的形象。因此，超市收银员的工作职责还包括为顾客提供良好礼仪服务的重要内容。另外，超市作为一个经营实体，其经营特点决定了超市收银工作必须配合整个超市的经营工作，以达到超市利润最大化。所以，超市收银员的工作职责还包括现金管理、推广促销以及防损等工作。</w:t>
      </w:r>
      <w:r>
        <w:rPr>
          <w:lang w:eastAsia="zh-CN"/>
        </w:rPr>
        <w:br/>
      </w:r>
      <w:r>
        <w:rPr>
          <w:lang w:eastAsia="zh-CN"/>
        </w:rPr>
        <w:t>　　一、为顾客提供结账服务</w:t>
      </w:r>
      <w:r>
        <w:rPr>
          <w:lang w:eastAsia="zh-CN"/>
        </w:rPr>
        <w:br/>
      </w:r>
      <w:r>
        <w:rPr>
          <w:lang w:eastAsia="zh-CN"/>
        </w:rPr>
        <w:t>　　收银员在提供结账服务时不仅要快捷，而且必须准确。不可将低价位的商品，以高价打出，损害顾客利益；也不可将高价位的商品，以低价位打出，损害企业的利益。对于扫描不出的商品，应输入商品的代码，在输入时应看清数字，杜绝错误。</w:t>
      </w:r>
      <w:r>
        <w:rPr>
          <w:lang w:eastAsia="zh-CN"/>
        </w:rPr>
        <w:br/>
      </w:r>
      <w:r>
        <w:rPr>
          <w:lang w:eastAsia="zh-CN"/>
        </w:rPr>
        <w:t>　　二、为顾客提供咨询服务</w:t>
      </w:r>
      <w:r>
        <w:rPr>
          <w:lang w:eastAsia="zh-CN"/>
        </w:rPr>
        <w:br/>
      </w:r>
      <w:r>
        <w:rPr>
          <w:lang w:eastAsia="zh-CN"/>
        </w:rPr>
        <w:t>　　收银员不仅要熟练掌握收银工作技能，还要全面了解整个商场商品的布局。在顾客询问时，要能够准确回答顾客的问题，热情礼貌待客，做好导向服务。</w:t>
      </w:r>
      <w:r>
        <w:rPr>
          <w:lang w:eastAsia="zh-CN"/>
        </w:rPr>
        <w:br/>
      </w:r>
      <w:r>
        <w:rPr>
          <w:lang w:eastAsia="zh-CN"/>
        </w:rPr>
        <w:t>　　三、现金管理</w:t>
      </w:r>
      <w:r>
        <w:rPr>
          <w:lang w:eastAsia="zh-CN"/>
        </w:rPr>
        <w:br/>
      </w:r>
      <w:r>
        <w:rPr>
          <w:lang w:eastAsia="zh-CN"/>
        </w:rPr>
        <w:t>　　收银员由于其工作岗位的需要，每天与大量现金接触，所以必须严格遵守超市有关现金管理规定。如工作时身上不可带有现金，不可在工作岗位上清点现金等。</w:t>
      </w:r>
      <w:r>
        <w:rPr>
          <w:lang w:eastAsia="zh-CN"/>
        </w:rPr>
        <w:br/>
      </w:r>
      <w:r>
        <w:rPr>
          <w:lang w:eastAsia="zh-CN"/>
        </w:rPr>
        <w:t>　　四、超市防损</w:t>
      </w:r>
      <w:r>
        <w:rPr>
          <w:lang w:eastAsia="zh-CN"/>
        </w:rPr>
        <w:br/>
      </w:r>
      <w:r>
        <w:rPr>
          <w:lang w:eastAsia="zh-CN"/>
        </w:rPr>
        <w:t>　　顾客在结账时，会因某种原因将一些商品留在收银台上，这时，收银员应及时将顾客不需要的商品归位到货架上，避免不必要的损耗。从某种程度上说，收银员也是兼职防损员。</w:t>
      </w:r>
      <w:r>
        <w:rPr>
          <w:lang w:eastAsia="zh-CN"/>
        </w:rPr>
        <w:br/>
      </w:r>
      <w:r>
        <w:rPr>
          <w:lang w:eastAsia="zh-CN"/>
        </w:rPr>
        <w:t xml:space="preserve">    关于超市收银员工作总结范文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尊敬的各位领导各位同仁大家好：</w:t>
      </w:r>
      <w:r>
        <w:rPr>
          <w:lang w:eastAsia="zh-CN"/>
        </w:rPr>
        <w:br/>
      </w:r>
      <w:r>
        <w:rPr>
          <w:lang w:eastAsia="zh-CN"/>
        </w:rPr>
        <w:t>　　我叫李_，是家乐店收银员一名入职不久的新员工，虽说是新员工，但在公司工作也将近三个月时间了。转眼间快到年底了，来到本公司的这几个月里，我不仅学会了很多专业知识，而且也学会了人与人之间的交往，特别是怎样与顾客沟通。这对我来说是莫大的财富，因为曾经我是个不善于交流不爱与人沟通的孩子。</w:t>
      </w:r>
      <w:r>
        <w:rPr>
          <w:lang w:eastAsia="zh-CN"/>
        </w:rPr>
        <w:br/>
      </w:r>
      <w:r>
        <w:rPr>
          <w:lang w:eastAsia="zh-CN"/>
        </w:rPr>
        <w:t>　　或许对大家来说，收银是件很容易的事，收银员只负责收银，其他方面不用多考虑。刚开始我也是这么认为的，不过后来等我成为一名超市员工的时候我才发现并不是想象中的那么简单。我们不只是收银，每天早上我们来到店里首先打扫卫生，然后再开会，然后才开始一天的工作。工作时我们也不仅仅只是简单的收银，在面对顾客时要真心的为顾客服务，特别是在顾客到收银台的那一刻我们自始至终都要把最美的微笑最好的心情带给顾客，在与顾客交流的过程中礼貌用语更不可少。如：“您好,欢迎光临"“请稍等，请拿好”“请慢走，欢迎下次光临”。</w:t>
      </w:r>
      <w:r>
        <w:rPr>
          <w:lang w:eastAsia="zh-CN"/>
        </w:rPr>
        <w:br/>
      </w:r>
      <w:r>
        <w:rPr>
          <w:lang w:eastAsia="zh-CN"/>
        </w:rPr>
        <w:t>　　在工作的这短短的几个月中，虽然有时会有些失落，不过，也有过很多的欢喜，特别是每次听到顾客说这小女孩的态度真好，我心里就特开心......还有，每次有不懂得问题时，老员工都会积极的告诉我应该怎么做这都使我特别感动。其实做什么工作都会遇到困难，难免有些失落，不过只要我们能积极的去问努力的去学习，我相信没有什么做不好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自己虽然做收银的工作并不长，自己的技术水平跟专业素质还有待提高，但我觉得只要我们用心去学习，就一定能克服困难。更重要的是我们要树立良好的企业形象，因为我们不仅仅代表着我们自身，更代表着公司的形象。在工作中遇到不懂问题更要积极的向老员工请教学习。</w:t>
      </w:r>
      <w:r>
        <w:rPr>
          <w:lang w:eastAsia="zh-CN"/>
        </w:rPr>
        <w:br/>
      </w:r>
      <w:r>
        <w:rPr>
          <w:lang w:eastAsia="zh-CN"/>
        </w:rPr>
        <w:t>　　在工作的这段期间中，我觉得对顾客的服务态度是极为重要的。作为服务行业中的一员，让顾客满意而归是我们对自身的要求。这就需要我们时刻保持好良好的情绪，做到热情耐心的对待每一位顾客，在工作中不要将自己的小情绪带进来，特别是当顾客对你发火时，我们一定要面带微笑真诚的向顾客解释。结账过程中，当商品标价与电脑不符时，我们要及时通知课组人员并进行核实，然后要积极向顾客解释并请顾客耐心等待。还有，就是一定要运用微笑服务，微笑是最为迷人的表情，一个微笑不费分文却给予甚多，懂得对生活微笑的人，将会拥有美丽的人生。</w:t>
      </w:r>
      <w:r>
        <w:rPr>
          <w:lang w:eastAsia="zh-CN"/>
        </w:rPr>
        <w:br/>
      </w:r>
      <w:r>
        <w:rPr>
          <w:lang w:eastAsia="zh-CN"/>
        </w:rPr>
        <w:t>　　我们每天都会遇到不同的客人，不同的客人有不同的脾气，针对不同的顾客我们应提供不同的服务，因为这一行业不变的宗旨是：“顾客至上”。面对顾客，脸上始终要面带微笑，提供礼貌的服务，要让顾客体会到亲切感，即使在服务工作中遇到一些不愉快的事情，如果我们仍然以笑脸相迎，那么再无理的客人也没有理由发脾气，所谓“相逢一笑，百事消”，这样一来顾客开心自己也舒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工作之余，自己还应该多学习关于商品和财会方面的专业知识，虽然自己的业务水平离工作的实际要求还有一定的差距，不过我相信态度决定一切只要自己用心去做努力去学习，就一定能克服困难，成为一名优秀的收银员。</w:t>
      </w:r>
      <w:r>
        <w:rPr>
          <w:lang w:eastAsia="zh-CN"/>
        </w:rPr>
        <w:br/>
      </w:r>
      <w:r>
        <w:rPr>
          <w:lang w:eastAsia="zh-CN"/>
        </w:rPr>
        <w:t>　　虽然这只是简简单单的一个收银员，在别人看来是那么微不足道，可是从中却教会人很多道理，提高我们自身的素质。不断地学习，不断地提高自己的道德修养，不断提高自己的服务技巧。“只有学习才能不断磨砺一个人的品行，提高道德修养，提高服务技巧。哪怕是普通的一个收银员，只要不断的向前走，才能走我们自己想要的一片天！</w:t>
      </w:r>
      <w:r>
        <w:rPr>
          <w:lang w:eastAsia="zh-CN"/>
        </w:rPr>
        <w:br/>
      </w:r>
      <w:r>
        <w:rPr>
          <w:lang w:eastAsia="zh-CN"/>
        </w:rPr>
        <w:t>　　请各位领导相信我,我一定可以把它做的更好！</w:t>
      </w:r>
      <w:r>
        <w:rPr>
          <w:lang w:eastAsia="zh-CN"/>
        </w:rPr>
        <w:br/>
      </w:r>
      <w:r>
        <w:rPr>
          <w:lang w:eastAsia="zh-CN"/>
        </w:rPr>
        <w:t>　　万佳福家乐店</w:t>
      </w:r>
      <w:r>
        <w:rPr>
          <w:lang w:eastAsia="zh-CN"/>
        </w:rPr>
        <w:br/>
      </w:r>
      <w:r>
        <w:rPr>
          <w:lang w:eastAsia="zh-CN"/>
        </w:rPr>
        <w:t xml:space="preserve">    关于超市收银员工作总结范文 篇4 </w:t>
      </w:r>
      <w:r>
        <w:rPr>
          <w:lang w:eastAsia="zh-CN"/>
        </w:rPr>
        <w:br/>
      </w:r>
      <w:r>
        <w:rPr>
          <w:lang w:eastAsia="zh-CN"/>
        </w:rPr>
        <w:t>　　时光飞逝，转眼在收银岗位里的我已有三年。在那里，我有过欢喜，有过悲伤，但更多是收获，成了我成长路上的一笔财富。在此，我感激领导给了我这个平台，让我得到很好的锻炼。给了我施展才华的舞台。我将珍惜我的选取――做一名合格的收银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记得曾听说过这样一句话：“越是艰苦的地方，越能锻炼人的意志，越能使人感到充实。”来到新世纪工作之后更能感到这句话的好处。每一天基本上在同一个收银台工作几个小时，应对的是数不清的顾客，其中的艰辛是不言而喻的。但我并没有所以而放下过，个性是在我们丰都店，门口个性冷，此刻是冬天，我们所受的冷更是能够想象得到的。每次个性上2号台的员工，手、脚全部都冻肿了，夏天太阳直射着我们，但我并没有所以而放下过坚持。“顾客就是上帝”的宗旨，在收银员这平凡的岗位上，肩上的担子却不轻：每一天重复着相同的工作，还要对顾客解释他们所有的疑问，并且不管顾客说了多么刻薄的话，都务必学会忍耐，把所有的委屈压在心底。</w:t>
      </w:r>
      <w:r>
        <w:rPr>
          <w:lang w:eastAsia="zh-CN"/>
        </w:rPr>
        <w:br/>
      </w:r>
      <w:r>
        <w:rPr>
          <w:lang w:eastAsia="zh-CN"/>
        </w:rPr>
        <w:t>　　为了尽可能地使演练工作贴近实际，演练方案涉及的故障具有代表性，我关分别在网络运行、基础环境服务和H20__系统业务运行三个环节上设置故障。技术处选定成都海关单证量最大的双流机场海关作为演练故障发起点，分别模拟了该现场具有代表性的两类故障。故障一，网络中断导致H20__运行异常;故障二，电子口岸预录入系统运行异常。同时针对涉密办公网制定了故障三，红机网无法访问网站，这一故障的设定重在演练技术处对于涉密应用的故障排除潜质和在此期间办公室的涉密应急处置方式。针对基础环境服务的保障潜质我们设计了故障四，总关大楼机房遭受意外停电故障，重点在于检查机房供电系统和机房空调的工作状况，检查机房设备巡检日志记录状况。</w:t>
      </w:r>
      <w:r>
        <w:rPr>
          <w:lang w:eastAsia="zh-CN"/>
        </w:rPr>
        <w:br/>
      </w:r>
      <w:r>
        <w:rPr>
          <w:lang w:eastAsia="zh-CN"/>
        </w:rPr>
        <w:t>　　此次演练方案中涉及的各个故障脚本都是来自以往发生过的故障记录，针对亚运安保的特殊要求，我处对故障处理制定了故障首问负责制，优化了故障排除流程，在整个演练过程中主要涉及了下方7个环节，包括故障受理、故障定级、故障上报、业务应急预案启动、故障告警取消申请、故障原因公告、故障报告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过去的工作中，我们总会遇到一些问题，比如商品标价与电脑不符时，我们应及时通知值班长进行核实，并要请顾客耐心等待，还有就是必须要运用微笑服务，当你对顾客微笑时，不管顾客对我们有多么不满，此时他的情绪必须会随之晴朗。微笑是最迷人的表情，一个微笑不费分文却给予甚多，懂得对生活微笑的人，将会拥有美丽的人生，当你微笑时世界也在对你微笑。再就是要讲究语言艺术：“温语慰心三冬暖，恶语伤人七月寒。”不要与顾客发生争执，不侮辱、挖苦、讽刺顾客。</w:t>
      </w:r>
      <w:r>
        <w:rPr>
          <w:lang w:eastAsia="zh-CN"/>
        </w:rPr>
        <w:br/>
      </w:r>
      <w:r>
        <w:rPr>
          <w:lang w:eastAsia="zh-CN"/>
        </w:rPr>
        <w:t>　　作为一名收银员，我深深明白我们就是新世纪的窗口。在工作中严格遵守收银员操作规范的同时，应有饱满的热情，用会心的微笑接待身边每一位顾客，应对日益竞争的这天，怎样才能留住顾客，赢得顾客满意?我们取胜的筹码就是带给优质的服务。在以后的工作里吗，仅有努力学习，提高自身素质，提升服务技巧，让顾客高兴而来，满意而归。</w:t>
      </w:r>
      <w:r>
        <w:rPr>
          <w:lang w:eastAsia="zh-CN"/>
        </w:rPr>
        <w:br/>
      </w:r>
      <w:r>
        <w:rPr>
          <w:lang w:eastAsia="zh-CN"/>
        </w:rPr>
        <w:t>　　以上就是我在工作中所感触最深的，期望自我以后能够在工作中努力做到这些。我相信，只要我们所有的员工齐心协力，新世纪明天会更加辉煌!</w:t>
      </w:r>
      <w:r>
        <w:rPr>
          <w:lang w:eastAsia="zh-CN"/>
        </w:rPr>
        <w:br/>
      </w:r>
      <w:r>
        <w:rPr>
          <w:lang w:eastAsia="zh-CN"/>
        </w:rPr>
        <w:t xml:space="preserve">    关于超市收银员工作总结范文 篇5 </w:t>
      </w:r>
      <w:r>
        <w:rPr>
          <w:lang w:eastAsia="zh-CN"/>
        </w:rPr>
        <w:br/>
      </w:r>
      <w:r>
        <w:rPr>
          <w:lang w:eastAsia="zh-CN"/>
        </w:rPr>
        <w:t>　　尊敬的各位领导：</w:t>
      </w:r>
      <w:r>
        <w:rPr>
          <w:lang w:eastAsia="zh-CN"/>
        </w:rPr>
        <w:br/>
      </w:r>
      <w:r>
        <w:rPr>
          <w:lang w:eastAsia="zh-CN"/>
        </w:rPr>
        <w:t>　　我是一名入职不久的新员工，虽说是新员工，但在公司已经有将近三个月的工作时间了。转瞬之间已经到年底了，在这三个月的时间里，我有欢喜，也有过失落。自己不但学得了很多专业知识，同时也学会了人与人之间的交往，这对自己来说是十分宝贵的。同时也是自己取得的巨大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也许超市工作对大家来说，都觉得是一件很简单的事情。收银员只负责收银，其他员工各司其职，不会有什么难的。我以前也是这么认为的，可是现在看来，等我自己成为一名超市员工的时候，我才感觉到其中很多的困难，并不是想象中那么简单，我想说，其实做什么工作都会遇到困难，没有一项工作是简单易做的，只有努力才能够做好!</w:t>
      </w:r>
      <w:r>
        <w:rPr>
          <w:lang w:eastAsia="zh-CN"/>
        </w:rPr>
        <w:br/>
      </w:r>
      <w:r>
        <w:rPr>
          <w:lang w:eastAsia="zh-CN"/>
        </w:rPr>
        <w:t>　　通过近三个月的工作和学习，卖场的工作我也可以应付自如了，或许这些话有些自满，但当有状况发生时，组里的人都会向我伸出援助之手的。这是我心中不经万分感动。这这三个月的时间里，自己一直保持着工作室的热情，心态也是一平和为主。我深深的知道，作为一名卖场的工作人员，坚决不可以把个人的情绪带到工作中来。顾客永远是对的，这是我们工作的宗旨，所以我们要以会心的微笑去接待每一个顾客，纵然顾客有事无理取闹，我们也要做到沉着冷静，保持好自己的心态，尽量避免与顾客之间发生矛盾。</w:t>
      </w:r>
      <w:r>
        <w:rPr>
          <w:lang w:eastAsia="zh-CN"/>
        </w:rPr>
        <w:br/>
      </w:r>
      <w:r>
        <w:rPr>
          <w:lang w:eastAsia="zh-CN"/>
        </w:rPr>
        <w:t>　　虽然自己做收银工作时间不是太长，自身的专业素质和业务水平还待提高，到自己觉得只要用心去做，努力去学习，就能够克服困难。我们要树立良好的形象，因为我们不仅仅代表着我们自身，更代表着公司的形象。在工作期间我们要积极的想老员工请教和学习，能够踏实认真的做好这份属于我们自己的工作。这是公司的需要更是自己工作的需要。针对自己在工作遇到的问题，探讨自己的心得和体会，也算对自己的一个工作总结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这段工作期间，自己感觉到还有很大的不足，对于自己的业务水平和技能还有待提高，这样才能在方便顾客的同时也方便我们自己的工作，是我们的工作效率有所提高。当然自己觉得对顾客的服务才是最重要的，作为服务行业的一员，我们能做的就是服务顾客，让胡克满意而归。这就要求我们自身具备良好的个人素质，做到热情耐心的接待好每一个顾客，不要在工作中中将自己的小情绪带进来，这样会让你在工作中出现许多不必要的麻烦，为了防止自己与顾客之间产生矛盾，我们必须要保持好自己的心态。</w:t>
      </w:r>
      <w:r>
        <w:rPr>
          <w:lang w:eastAsia="zh-CN"/>
        </w:rPr>
        <w:br/>
      </w:r>
      <w:r>
        <w:rPr>
          <w:lang w:eastAsia="zh-CN"/>
        </w:rPr>
        <w:t>　　在工作之余，自己还应该多学习关于商品和财会方面的专业知识，我们只有不断的学习，不断的提高，不断的进步，才能立足于如今如此竞争激烈的社会之中，这也是我们为自己所做的准备，只有做好这些，有足够的资本，才能这这份岗位中脱颖而出，要知道在一份平凡的工作中作出不平凡的成绩，这并不是一件易事。</w:t>
      </w:r>
      <w:r>
        <w:rPr>
          <w:lang w:eastAsia="zh-CN"/>
        </w:rPr>
        <w:br/>
      </w:r>
      <w:r>
        <w:rPr>
          <w:lang w:eastAsia="zh-CN"/>
        </w:rPr>
        <w:t>　　时光飞逝，虽然自己在这份岗位中之工作了短短三个月时间，但给自己的的感受却很深，无路实在自己做人方面，还是在自己的工作当中都给了自己很大的帮助，在今后的工作当中自己应该多学习多进步，做好做精自己的工作。为了美好的明天，我们努力吧。</w:t>
      </w:r>
      <w:r>
        <w:rPr>
          <w:lang w:eastAsia="zh-CN"/>
        </w:rPr>
        <w:br/>
      </w:r>
      <w:r>
        <w:rPr>
          <w:lang w:eastAsia="zh-CN"/>
        </w:rPr>
        <w:t xml:space="preserve">    关于超市收银员工作总结范文 篇6 </w:t>
      </w:r>
      <w:r>
        <w:rPr>
          <w:lang w:eastAsia="zh-CN"/>
        </w:rPr>
        <w:br/>
      </w:r>
      <w:r>
        <w:rPr>
          <w:lang w:eastAsia="zh-CN"/>
        </w:rPr>
        <w:t>　　大学三年的时间即将结束，对于最后一个暑假的实践，每一位同学都积极的争取机会历练。最后一个还可以允许我们犯错误的暑假，不能容许我们在沉沦了。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暑假还未开始时，就有公司到我们的学校招聘。对于会计专业的我们来说，对一份工作的经历，未来的工作历程会更加平坦。经过一段时间的纠结，面对自身的一些缺陷和条件，我还是选择了在学校附近的家乐福(韶山南路店)做一名收银员。在__年6月26日，我正式的成为了家乐福超市的一名学生工。历时两个月的假期，也在学生工的时代里结束，学到了很多，也看到了自身的不足。</w:t>
      </w:r>
      <w:r>
        <w:rPr>
          <w:lang w:eastAsia="zh-CN"/>
        </w:rPr>
        <w:br/>
      </w:r>
      <w:r>
        <w:rPr>
          <w:lang w:eastAsia="zh-CN"/>
        </w:rPr>
        <w:t>　　首先，作为学生的我们还是眼高手低，有锐气但太过旺盛，缺少吃苦耐劳的心理，做事情缺少踏实的态度。在刚开始的几天培训里，我就开始尝到了苦头。每天工作都要站着，而且一站就是几个小时。每天累到筋疲力劲，还是要继续的坚持。不仅为了那微薄的工资，更多的是对自己的锻炼。几天培训下来，脚上打起了水泡，开始真正的感受到了赚钱的难度。一起培训的几个同事，坚持不了的就离开了。几天培训总是对上机真是收银充满好奇，总以为什么事情看起来简单的做起来也不会很难。真正地等到我上机收银的那天，我就出错了。卡单上的键盘操作有误并且还少了现金。真正尝受到了自己的工作出错的时候，才会去发现自己的问题。眼高手低做事不踏实，是我正缺少的工作态度。在连续几天的工作中都出现了同样的错误，只能说自己真正的还不够踏实，面对一份简单工作还是没有沉稳的心态，对于会计专业的学生来说，是一很大的致命要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其次，作为学生还是缺少社会的心态，缺少现实的眼光，融入社会要用社会的心态去面对。在我工作的时间里，有一件事情让我深刻感受到了。在我一次上班的时间里，换零钱是收银的时候经常出现的事情。但那次，当领班过来帮我换的时候，我把钱拿出来放到机台上，当时是还在找一位顾客的钱。当我将那位顾客的单买完之后，才发现钱就在那几十秒的时间里不见了。经过最后的查证钱正是那位顾客拿走了。当我问起，阿姨您是不是拿了那钱的时候，她便开始小跑步的走开了。一件小事，真的让我看穿了很多东西，社会就是那么现实，那些错误都是自己缺少了一份社会的心态去面对。面向社会了，我们就应该抛弃学生的那份纯真，要融入社会，要立足于社会之中，我们还需要现实的眼光，社会的心态。</w:t>
      </w:r>
      <w:r>
        <w:rPr>
          <w:lang w:eastAsia="zh-CN"/>
        </w:rPr>
        <w:br/>
      </w:r>
      <w:r>
        <w:rPr>
          <w:lang w:eastAsia="zh-CN"/>
        </w:rPr>
        <w:t>　　另外，在社会中，能很好的处理人际关系是一种艺术，也会让你在工作中减少坎坷。在做收银员的这段时间里，接触最多的就是来来往往的顾客，谁也不认识谁，但短暂的几分钟的时间里，与顾客的交流也是一种历练。有些顾客胡搅蛮缠不讲理，还是需要耐心的去讲解。面对顾客，有时候微笑不会是奢侈，只会更好的有利于工作的进行。除了与顾客的交流，接触最多的就是领班。每次多扫了商品，换零钱，或是顾客有问题的时候，总是需要领班来帮忙解决的。其实，这些都算是看起来很不起眼的事情。但是与领班搞好关系却是很重要的，她可以很快的帮你解决很多事情，否则你的工作都不可能顺利的进行下去。处理人际关系最明显的一件事情便是，上金库领取备用金和下班返还现金的时候。刚开始做事的我们不懂得这些利害关系，每次都会被金库的工作人员大吼大叫，时间久了，慢慢的也懂得了很甜很甜的叫着姐姐的时候，她们面对我们的态度也在慢慢的转变着。很细微的事情就在很细微的证明着处理人际关系是工作中非常重要额一件事情。毕竟这个社会是现实的，与人交流更需要处理的更好，才会让工作更好的进行下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除此之外，学会容忍，保持积极的心态对待工作很重要。在工作的时间里，面对的有形形色色的顾客，总有有很多人总是胡搅蛮缠，例如，有的商品的价格，与实际的标价不符，而作为收银员唯一的就是看电脑打出来的小票确认商品的价格。有一个顾客，因为五毛钱的差价破口大骂，去投诉了，还说要通知电视台，要整我们。明明是早上的标签还没来得及更换，我们就被一棒子打死了，明明很委屈，我们还是要赔礼道歉。不能容忍的话，工作确实是不知道怎么进行下去。学会容忍，保持积极的心态对待工作。工作中，总是避免不了各种出乎意料的问题，面对各种苦难总要积极的面对，积极的解决，对待工作，没有什么难题是过不去的，过不去的只是自己的心态还不够端正。真正的习惯了这样的环境之后，最后的一个月里，在工作中几乎都没有出什么错，一个积极的心态对待工作，才会在无乐趣的时候做好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感悟较深的是不管什么时候，家永远值得牵挂，是我们的心灵港湾。暑假实习，就请了五天假回了一次家。从小到大，总是想着总有一天要离开家，自己去向自己向往的地方。真的离家久了，真的自己一个人面向社会了，才知道只有在家里面是最轻松的。不用虚伪的隐藏自己，极力的学着现实去面对整个社会的现实，还可以有着些许的幻想，还可以有着些许的天真。工作的第一个月过的很艰难，刚出来又不好意思找爸妈要钱，当要到月末交房租，月末有没有发工资，吃饭都成问题的时候，才知道生活的艰难。那个时候，最想的就是回家。想吃吃家里的饭菜，想睡睡家里的床。慢慢的便会开始眷念家的温馨。到家里了，才会做回真实的自己。所有的委屈所有的不满，到家了就挥发了。家，永远是我们的港湾，学会去保护，学会念想。</w:t>
      </w:r>
      <w:r>
        <w:rPr>
          <w:lang w:eastAsia="zh-CN"/>
        </w:rPr>
        <w:br/>
      </w:r>
      <w:r>
        <w:rPr>
          <w:lang w:eastAsia="zh-CN"/>
        </w:rPr>
        <w:t>　　最后，感慨最多的还是要学会珍惜。学会珍惜在学校的时光，珍惜身边的朋友。真正的开始踏入社会了，才知道，学校是那么的美好，至少还有天真的以为的时候，社会中必须学会的就是现实，不管你多么不愿。在校的时间已经不多了，在还能够静下心来的时候能多学点知识就多学点，在还可以天真的时候做写自己还没有做好的事情。学会珍惜身边的朋友，在还可以聊天，还可以一起聚聚的时候，多多珍惜，用一个阿姨的话说，到社会了就现实了，还能够真心面对的朋友实在不多了。在我们还不缺失的时候，学会好好爱护自己所拥有的。</w:t>
      </w:r>
      <w:r>
        <w:rPr>
          <w:lang w:eastAsia="zh-CN"/>
        </w:rPr>
        <w:br/>
      </w:r>
      <w:r>
        <w:rPr>
          <w:lang w:eastAsia="zh-CN"/>
        </w:rPr>
        <w:t>　　通过这段时间的工作，才真正的开始重新认识自己，重新认识这个社会。我们需要学习的东西还很多，积极的面对所要对待的困难挫折。这段经历，也将对以后的生活提供些许有利的经验。</w:t>
      </w:r>
      <w:r>
        <w:rPr>
          <w:lang w:eastAsia="zh-CN"/>
        </w:rPr>
        <w:br/>
      </w:r>
      <w:r>
        <w:rPr>
          <w:lang w:eastAsia="zh-CN"/>
        </w:rPr>
        <w:t xml:space="preserve">    关于超市收银员工作总结范文 篇7 </w:t>
      </w:r>
      <w:r>
        <w:rPr>
          <w:lang w:eastAsia="zh-CN"/>
        </w:rPr>
        <w:br/>
      </w:r>
      <w:r>
        <w:rPr>
          <w:lang w:eastAsia="zh-CN"/>
        </w:rPr>
        <w:t>　　时光飞逝，20__年即将离别我们而去，在感叹时间过得如此之快之余，不免回首过去一年与同事们度过的美好时光、工作中出现的不足以及取得的成绩。现将20__年的工作情况总结如下：</w:t>
      </w:r>
      <w:r>
        <w:rPr>
          <w:lang w:eastAsia="zh-CN"/>
        </w:rPr>
        <w:br/>
      </w:r>
      <w:r>
        <w:rPr>
          <w:lang w:eastAsia="zh-CN"/>
        </w:rPr>
        <w:t>　　(一)工作内容</w:t>
      </w:r>
      <w:r>
        <w:rPr>
          <w:lang w:eastAsia="zh-CN"/>
        </w:rPr>
        <w:br/>
      </w:r>
      <w:r>
        <w:rPr>
          <w:lang w:eastAsia="zh-CN"/>
        </w:rPr>
        <w:t>　　作为一名收银员来说，每天的工作主要包括：</w:t>
      </w:r>
      <w:r>
        <w:rPr>
          <w:lang w:eastAsia="zh-CN"/>
        </w:rPr>
        <w:br/>
      </w:r>
      <w:r>
        <w:rPr>
          <w:lang w:eastAsia="zh-CN"/>
        </w:rPr>
        <w:t>　　1、清点备用金，看清楚前一班交接的各项注意事宜。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2、打扫卫生，保持台面整洁。</w:t>
      </w:r>
      <w:r>
        <w:rPr>
          <w:lang w:eastAsia="zh-CN"/>
        </w:rPr>
        <w:br/>
      </w:r>
      <w:r>
        <w:rPr>
          <w:lang w:eastAsia="zh-CN"/>
        </w:rPr>
        <w:t>　　3、在各自收银点管理好自己的现金安全，然后坚守自己的工作岗位。</w:t>
      </w:r>
      <w:r>
        <w:rPr>
          <w:lang w:eastAsia="zh-CN"/>
        </w:rPr>
        <w:br/>
      </w:r>
      <w:r>
        <w:rPr>
          <w:lang w:eastAsia="zh-CN"/>
        </w:rPr>
        <w:t>　　4、接待客人时，要微笑服务，热情主动问好，询问客人需要，提供相应的服务。回答客人问题时，也要保持微笑，口齿要清晰，内容清楚准确。面对客人投诉时，要主动致歉，耐心向客人解释缘由，寻求客人的谅解。</w:t>
      </w:r>
      <w:r>
        <w:rPr>
          <w:lang w:eastAsia="zh-CN"/>
        </w:rPr>
        <w:br/>
      </w:r>
      <w:r>
        <w:rPr>
          <w:lang w:eastAsia="zh-CN"/>
        </w:rPr>
        <w:t>　　5、客人结账时，主动起身向出示账单，简单说明消费明细。(1)结现的客人，要正确收取现金，辨别真伪以及正确找零，请客人清点清楚，请客人慢走，欢迎下次光临等。(2)转账的客人，要明确是否可以转账，不可以转账时，向客人说明原因，要求客人付现，坚持转账要求客人与负责人联系，负责人通知收银点可以转账便可以转账。可以转账的的，要求客人签字确认消费，写明单位名称，房间号。在此应注意一点就是前台押金情况，押金不足时应提醒客人到前台补交押金。作为一名收银员，一定要认真仔细，避免客人，公司以及自己不必要的损失。要与各个点的同事保持沟通，以便更好的工作。</w:t>
      </w:r>
      <w:r>
        <w:rPr>
          <w:lang w:eastAsia="zh-CN"/>
        </w:rPr>
        <w:br/>
      </w:r>
      <w:r>
        <w:rPr>
          <w:lang w:eastAsia="zh-CN"/>
        </w:rPr>
        <w:t>　　6、一定要遵守收银员的岗位职责以及相关注意事项。</w:t>
      </w:r>
      <w:r>
        <w:rPr>
          <w:lang w:eastAsia="zh-CN"/>
        </w:rPr>
        <w:br/>
      </w:r>
      <w:r>
        <w:rPr>
          <w:lang w:eastAsia="zh-CN"/>
        </w:rPr>
        <w:t>　　(二)工作总结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作为与现金直接打交道的收银员，必须遵守商场的作业纪律。收银员在营业时身上不可带有现金，以免引起不必要的误解和可能产生的公款私挪的现象。收银员在进行收款时，不可擅离收银台，以免造成钱币损失，或引起等候结算的顾客的不满与抱怨。</w:t>
      </w:r>
      <w:r>
        <w:rPr>
          <w:lang w:eastAsia="zh-CN"/>
        </w:rPr>
        <w:br/>
      </w:r>
      <w:r>
        <w:rPr>
          <w:lang w:eastAsia="zh-CN"/>
        </w:rPr>
        <w:t>　　2、收银员不可任意打开收银机抽屉查看数字和清点现金。随意打开抽屉既会引人注目并引发不安全因素，也会使人产生对收银员营私舞弊的怀疑。</w:t>
      </w:r>
      <w:r>
        <w:rPr>
          <w:lang w:eastAsia="zh-CN"/>
        </w:rPr>
        <w:br/>
      </w:r>
      <w:r>
        <w:rPr>
          <w:lang w:eastAsia="zh-CN"/>
        </w:rPr>
        <w:t>　　3、收银员临时离岗，要将“暂停收款”牌放在收银台上。如有其他收银员接岗，清点出备用零钞给接岗人，将其余现金另外分开锁好。回岗时，核对接岗人收到的现金与小票金额是否符合。</w:t>
      </w:r>
      <w:r>
        <w:rPr>
          <w:lang w:eastAsia="zh-CN"/>
        </w:rPr>
        <w:br/>
      </w:r>
      <w:r>
        <w:rPr>
          <w:lang w:eastAsia="zh-CN"/>
        </w:rPr>
        <w:t>　　4、严格按照公司规定的收款程序进行收款，必须做到：收款前，对小票上的每一笔金额用计算器核实一遍，核算无误后再录入到电脑。电脑上录入的专柜号与价格，要与专柜开的小票相符。在收款过程中坚持要做到：唱收、唱付、唱找，以免引来不必要的麻烦。在收款过程中做到：不漏收、不少收、不多收。收款后，检查打印的小票的专柜、金额与专柜开出的小票的专柜、金额是否一致。</w:t>
      </w:r>
      <w:r>
        <w:rPr>
          <w:lang w:eastAsia="zh-CN"/>
        </w:rPr>
        <w:br/>
      </w:r>
      <w:r>
        <w:rPr>
          <w:lang w:eastAsia="zh-CN"/>
        </w:rPr>
        <w:t>　　5、对待顾客要用礼貌用语，说话语气要尊敬、亲切，不要对顾客大声说话。作为服务行业的一员，我们能做的就是服务顾客，让顾客满意而归。这就要求我们自身具备良好的个人素质，做到热情耐心的接待好每一个顾客，不要在工作中将自己的小情绪带进来，这样会让你在工作中出现许多不必要的麻烦，为了防止自己与顾客之间产生矛盾，我们必须要保持好自己的心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在即将过去的20__年，不能说自己做的是多么的优秀，但是在一年中，我得到过也失去过，在未来的20__年中，我会继续付出，不段进步，希望有所收获，争取在未来的工作中取得更加优异的成绩。</w:t>
      </w:r>
      <w:r>
        <w:rPr>
          <w:lang w:eastAsia="zh-CN"/>
        </w:rPr>
        <w:br/>
      </w:r>
      <w:r>
        <w:rPr>
          <w:lang w:eastAsia="zh-CN"/>
        </w:rPr>
        <w:t xml:space="preserve">    关于超市收银员工作总结范文 篇8 </w:t>
      </w:r>
      <w:r>
        <w:rPr>
          <w:lang w:eastAsia="zh-CN"/>
        </w:rPr>
        <w:br/>
      </w:r>
      <w:r>
        <w:rPr>
          <w:lang w:eastAsia="zh-CN"/>
        </w:rPr>
        <w:t>　　我从事超市收银工作的时间不是太长，只有寒假短短一月时间，自身的素质和业务水平离工作的实际要求还有一定的差距，但我能够克服困难，努力学习，端正工作态度，积极的向其他同志请教和学习，能踏实、认真地做好本职工作，为超市的发展作出了自己应有的贡献。现针对自己在工作中遇到的问题谈谈自己的心得和体会，也算是对自己工作的一个总结吧。</w:t>
      </w:r>
      <w:r>
        <w:rPr>
          <w:lang w:eastAsia="zh-CN"/>
        </w:rPr>
        <w:br/>
      </w:r>
      <w:r>
        <w:rPr>
          <w:lang w:eastAsia="zh-CN"/>
        </w:rPr>
        <w:t>　　(一)工作内容</w:t>
      </w:r>
      <w:r>
        <w:rPr>
          <w:lang w:eastAsia="zh-CN"/>
        </w:rPr>
        <w:br/>
      </w:r>
      <w:r>
        <w:rPr>
          <w:lang w:eastAsia="zh-CN"/>
        </w:rPr>
        <w:t>　　作为一名收银员来说，每天的工作主要包括：</w:t>
      </w:r>
      <w:r>
        <w:rPr>
          <w:lang w:eastAsia="zh-CN"/>
        </w:rPr>
        <w:br/>
      </w:r>
      <w:r>
        <w:rPr>
          <w:lang w:eastAsia="zh-CN"/>
        </w:rPr>
        <w:t>　　1、清点备用金，看清楚前一班交接的各项注意事宜。</w:t>
      </w:r>
      <w:r>
        <w:rPr>
          <w:lang w:eastAsia="zh-CN"/>
        </w:rPr>
        <w:br/>
      </w:r>
      <w:r>
        <w:rPr>
          <w:lang w:eastAsia="zh-CN"/>
        </w:rPr>
        <w:t>　　2、打扫卫生，保持台面整洁。</w:t>
      </w:r>
      <w:r>
        <w:rPr>
          <w:lang w:eastAsia="zh-CN"/>
        </w:rPr>
        <w:br/>
      </w:r>
      <w:r>
        <w:rPr>
          <w:lang w:eastAsia="zh-CN"/>
        </w:rPr>
        <w:t>　　3、在各自收银点管理好自己的现金安全，然后坚守自己的工作岗位。</w:t>
      </w:r>
      <w:r>
        <w:rPr>
          <w:lang w:eastAsia="zh-CN"/>
        </w:rPr>
        <w:br/>
      </w:r>
      <w:r>
        <w:rPr>
          <w:lang w:eastAsia="zh-CN"/>
        </w:rPr>
        <w:t>　　4、接待客人时，要微笑服务，热情主动问好，询问客人需要，提供相应的服务。回答客人问题时，也要保持微笑，口齿要清晰，内容清楚准确。面对客人投诉时，要主动致歉，耐心向客人解释缘由，寻求客人的谅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5、客人结账时，主动起身向出示账单，简单说明消费明细。(1)结现的客人，要正确收取现金，辨别真伪以及正确找零，请客人清点清楚，请客人慢走，欢迎下次光临等。(2)转账的客人，要明确是否可以转账，不可以转账时，向客人说明原因，要求客人付现，坚持转账要求客人与负责人联系，负责人通知收银点可以转账便可以转账。可以转账的的，要求客人签字确认消费，写明单位名称，房间号。在此应注意一点就是前台押金情况，押金不足时应提醒客人到前台补交押金。作为一名收银员，一定要认真仔细，避免客人，公司以及自己不必要的损失。要与各个点的同事保持沟通，以便更好的工作。</w:t>
      </w:r>
      <w:r>
        <w:rPr>
          <w:lang w:eastAsia="zh-CN"/>
        </w:rPr>
        <w:br/>
      </w:r>
      <w:r>
        <w:rPr>
          <w:lang w:eastAsia="zh-CN"/>
        </w:rPr>
        <w:t>　　6、一定要遵守收银员的岗位职责以及相关注意事项。</w:t>
      </w:r>
      <w:r>
        <w:rPr>
          <w:lang w:eastAsia="zh-CN"/>
        </w:rPr>
        <w:br/>
      </w:r>
      <w:r>
        <w:rPr>
          <w:lang w:eastAsia="zh-CN"/>
        </w:rPr>
        <w:t>　　(二)工作总结</w:t>
      </w:r>
      <w:r>
        <w:rPr>
          <w:lang w:eastAsia="zh-CN"/>
        </w:rPr>
        <w:br/>
      </w:r>
      <w:r>
        <w:rPr>
          <w:lang w:eastAsia="zh-CN"/>
        </w:rPr>
        <w:t>　　1、作为与现金直接打交道的收银员，必须遵守商场的作业纪律。收银员在营业时身上不可带有现金，以免引起不必要的误解和可能产生的公款私挪的现象。收银员在进行收款时，不可擅离收银台，以免造成钱币损失，或引起等候结算的顾客的不满与抱怨。</w:t>
      </w:r>
      <w:r>
        <w:rPr>
          <w:lang w:eastAsia="zh-CN"/>
        </w:rPr>
        <w:br/>
      </w:r>
      <w:r>
        <w:rPr>
          <w:lang w:eastAsia="zh-CN"/>
        </w:rPr>
        <w:t>　　2、收银员不可任意打开收银机抽屉查看数字和清点现金。随意打开抽屉既会引人注目并引发不安全因素，也会使人产生对收银员营私舞弊的怀疑。</w:t>
      </w:r>
      <w:r>
        <w:rPr>
          <w:lang w:eastAsia="zh-CN"/>
        </w:rPr>
        <w:br/>
      </w:r>
      <w:r>
        <w:rPr>
          <w:lang w:eastAsia="zh-CN"/>
        </w:rPr>
        <w:t>　　3、收银员临时离岗，要将“暂停收款”牌放在收银台上。如有其他收银员接岗，清点出备用零钞给接岗人，将其余现金另外分好。回岗时，核对接岗人收到的现金与小票金额是否符合。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4、严格按照公司规定的收款程序进行收款，必须做到：收款前，对小票上的每一笔金额用计算器核实一遍，核算无误后再录入到电脑。电脑上录入的专柜号与价格，要与专柜开的小票相符。在收款过程中坚持要做到：唱收、唱付、唱找，以免引来不必要的麻烦。在收款过程中做到：不漏收、不少收、不多收。收款后，检查打印的小票的专柜、金额与专柜开出的小票的专柜、金额是否一致。</w:t>
      </w:r>
      <w:r>
        <w:rPr>
          <w:lang w:eastAsia="zh-CN"/>
        </w:rPr>
        <w:br/>
      </w:r>
      <w:r>
        <w:rPr>
          <w:lang w:eastAsia="zh-CN"/>
        </w:rPr>
        <w:t>　　5、对待顾客要用礼貌用语，说话语气要尊敬、亲切，不要对顾客大声说话。作为服务行业的一员，我们能做的就是服务顾客，让顾客满意而归。这就要求我们自身具备良好的个人素质，做到热情耐心的接待好每一个顾客，不要在工作中将自己的小情绪带进来，这样会让你在工作中出现许多不必要的麻烦，为了防止自己与顾客之间产生矛盾，我们必须要保持好自己的心态。</w:t>
      </w:r>
      <w:r>
        <w:rPr>
          <w:lang w:eastAsia="zh-CN"/>
        </w:rPr>
        <w:br/>
      </w:r>
      <w:r>
        <w:rPr>
          <w:lang w:eastAsia="zh-CN"/>
        </w:rPr>
        <w:t>　　以上是个人在工作中的体会与总结，希望各位上司和同事提出宝贵意见，我会努力做到更好。</w:t>
      </w:r>
      <w:r>
        <w:rPr>
          <w:lang w:eastAsia="zh-CN"/>
        </w:rPr>
        <w:br/>
      </w:r>
      <w:r>
        <w:rPr>
          <w:lang w:eastAsia="zh-CN"/>
        </w:rPr>
        <w:t xml:space="preserve">    关于超市收银员工作总结范文 篇9 </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收银员对超市来说是一个比较重要的岗位，它要求有很强的责任心和良好的沟通能力，而这对于我来说压力很大，面对困难和压力，我没有退缩，而是迎难而上，在前台收银岗位上的1个月后，我现在可以说能够胜任这份工作。作为与现金直接打交道的收银员，我认为必须遵守超市的作业纪律。收银员在营业时身上不可带有现金,以免引起不必要的误解和可能产生的公款私挪的现象。收银员在进行收银作业时，不可擅离收银台，以免造成钱币损失，或引起等候结算的顾客的不满与抱怨。收银员不可为自己的亲朋好友结算收款，以免引起不必要的误会和可能产生的收银员利用收银职务的方便，以低于原价的收款登录至收银机，以企业利益来图利于他人私利，或可能产生的内外勾结的“偷盗现象。在收银台上，收银员不可放置任何私人物品。</w:t>
      </w:r>
      <w:r>
        <w:rPr>
          <w:lang w:eastAsia="zh-CN"/>
        </w:rPr>
        <w:br/>
      </w:r>
      <w:r>
        <w:rPr>
          <w:lang w:eastAsia="zh-CN"/>
        </w:rPr>
        <w:t>　　因为收银台上随时都可能有顾客退货的商品，或临时决定不购买的商品，如果有私人物品也放在收银台上，容易与这些商品混淆，引起误会。收银员不可任意打开收银机抽屉查看数字和清点现金。随意打开抽屉既会引人注目并引发不安全因素，也会使人产生对收银员营私舞弊的怀疑。不启用的收银通道必须用链条拦住，否则会使个别顾客趁机不结账就将商品带出超市。收银员在营业期间不可看报与谈笑,要随时注意收银台前和视线所见的卖场内的情况,以防止和避免不利于企业的异常现象发生。收银员要熟悉卖场上的商品，尤其是特价商品，以及有关的经营状况，以便顾客提问时随时作出正确的解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认真做好商品装袋工作。将结算好的商品替顾客装入袋中是收银工作的一个环节，不要以为该顶工作是最容易不过的，往往由于该项工作做得不好，而使顾客扫兴而归。装袋作业的控制程序是：硬与重的商品垫底装袋;正方形或长方形的商品装入包装袋的两例，作为支架;瓶装或罐装的商品放在中间，以免受外来压力而破损;易碎品或轻泡的商品放置在袋中的上方;冷冻品、豆制品等容易出水的商品和肉、菜等易流出汁液的商品，先应用包装袋装好后再放入大的购物袋中，或经顾客同意不放入大购物袋中装入袋中的商品不能高过袋口，以避免顾客提拿时不方便，一个袋中装不下的商品应装入另一个袋中;超市在促销活动中所发的广告页或赠品要确认已放入包装袋中.装袋时要绝对避免不是一个顾客的商品放入同一个袋中的现象;对包装袋装不下的体积过大的商品,要用绳子捆好，以方便顾客提拿;提醒顾客带走所有包装入袋的商品，防止其遗忘商品在收银台上的情况发生。</w:t>
      </w:r>
      <w:r>
        <w:rPr>
          <w:lang w:eastAsia="zh-CN"/>
        </w:rPr>
        <w:br/>
      </w:r>
      <w:r>
        <w:rPr>
          <w:lang w:eastAsia="zh-CN"/>
        </w:rPr>
        <w:t>　　(3)注意离开收银台时的工作程序。离开收银台时，要将“暂停收款”牌放在收银台上;用链条将收银通道拦住;将现金全部锁入收银机的抽屉里，钥匙必须随身带走或交值班长保管;将离开收银台的原因和回来的时间告知临近的收银员;离开收银机前，如还有顾客等侯结算，不可立即离开，应以礼貌的态度请后采的顾客到其他的收银台结账;并为等侯的顾客结账后方可离开。此外，在处理顾客异议等方面，有不同程度的情绪化干扰，控制好情绪非常重要，这也间接地磨练了意志。</w:t>
      </w:r>
      <w:r>
        <w:rPr>
          <w:lang w:eastAsia="zh-CN"/>
        </w:rPr>
        <w:br/>
      </w:r>
      <w:r>
        <w:rPr>
          <w:lang w:eastAsia="zh-CN"/>
        </w:rPr>
        <w:t>　　从事收银一职，因为这个职位是直接和钱打交道的，所以我时刻提高警惕，工作注意力高度集中。另外还想强调下心态问题。作为收银人员，良好的心态至关重要。不要怨天尤人,应该谢天谢地, 忙碌的工作给了你这个发挥你能力的机会。实践的主管给我说过这样一句话“作为一个有前景的员工，一定不能计较眼前的细小得失，否则难以成大气”。</w:t>
      </w:r>
      <w:r>
        <w:rPr>
          <w:lang w:eastAsia="zh-CN"/>
        </w:rPr>
        <w:br/>
      </w:r>
      <w:r>
        <w:rPr>
          <w:lang w:eastAsia="zh-CN"/>
        </w:rPr>
        <w:t>　　同时实习中，感觉做小时工学生凝聚力很强，一起实习的不同班级的同学都非常团结。毕业的学长都非常的照顾我们。使我们再一次感受到学校带给我们的温暖。在实践中，通过邮件、电话，很多人也给了我们很多鼓励。以上就是我这次永辉超市实践的心得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关于超市收银员工作总结范文 篇10 </w:t>
      </w:r>
      <w:r>
        <w:rPr>
          <w:lang w:eastAsia="zh-CN"/>
        </w:rPr>
        <w:br/>
      </w:r>
      <w:r>
        <w:rPr>
          <w:lang w:eastAsia="zh-CN"/>
        </w:rPr>
        <w:t>　　转眼间____年已经过去了，我进入__已经整整两年了，虽然中途曾离开过两个月，但我将珍惜我的选择——做一名合格的收银员。</w:t>
      </w:r>
      <w:r>
        <w:rPr>
          <w:lang w:eastAsia="zh-CN"/>
        </w:rPr>
        <w:br/>
      </w:r>
      <w:r>
        <w:rPr>
          <w:lang w:eastAsia="zh-CN"/>
        </w:rPr>
        <w:t>　　记得曾听说过这样一句话：“越是艰苦的地方，越能锻炼人的意志，越能使人感到充实。”来到__工作之后更能感到这句话的意义。每天基本上在同一个收银台工作几个小时，面对的是数不清的顾客，其中的艰辛是不言而喻的。但我并没有因此而放弃过，特别是在我们一店，每次都会轮流着到后门上班，现在是冬天，我们所受的冷更是能够想象得到的。每次去后门上班，手、脚全部都冻肿了，夏天太阳直射着我们，但我并没有因此而放弃过坚持。“顾客就是上帝”的宗旨，在收银员这平凡的岗位上，肩上的担子却不轻：每天重复着相同的工作，还要对顾客解释他们所有的疑问，而且不管顾客说了多么刻薄的话，都必须学会忍耐，把所有的委屈压在心底。</w:t>
      </w:r>
      <w:r>
        <w:rPr>
          <w:lang w:eastAsia="zh-CN"/>
        </w:rPr>
        <w:br/>
      </w:r>
      <w:r>
        <w:rPr>
          <w:lang w:eastAsia="zh-CN"/>
        </w:rPr>
        <w:t>　　在过去的工作中，我们总会遇到一些问题，比如商品标价与电脑不符时，我们应及时通知课组人员进行核实，并要请顾客耐心等待，还有就是一定要运用微笑服务，当你对顾客微笑时，不管顾客对我们有多么不满，此时他的心情一定会随之晴朗。微笑是最迷人的表情，一个微笑不费分文却给予甚多，懂得对生活微笑的人，将会拥有美丽的人生，当你微笑时世界也在对你微笑。再就是要讲究语言艺术：“温语慰心三冬暖，恶语伤人七月寒。”不要与顾客发生争执，不侮辱、挖苦、讽刺顾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以上就是我在工作中所感触最深的，希望自己以后能够在工作中努力做到这些。我相信，只要我们所有的员工齐心协力，__明天会更加辉煌!</w:t>
      </w:r>
      <w:r>
        <w:rPr>
          <w:lang w:eastAsia="zh-CN"/>
        </w:rPr>
        <w:br/>
      </w:r>
      <w:r>
        <w:rPr>
          <w:lang w:eastAsia="zh-CN"/>
        </w:rPr>
        <w:t>　　我从事超市收银工作的时间不是太长，自身的素质和业务水平离工作的实际要求还有一定的差距，但我能够克服困难，努力学习，端正工作态度，积极的向其他同志请教和学习，能踏实、认真地做好本职工作，为超市的发展作出了自己应有的贡献。现针对自己在工作中遇到的问题谈谈自己的心得和体会，也算是对自己工作的一个总结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作为与现金直接打交道的收银员，我认为必须遵守超市的作业纪律。收银员在营业时身上不可带有现金,以免引起不必要的误解和可能产生的公款私挪的现象。收银员在进行收银作业时，不可擅离收银台，以免造成钱币损失，或引起等候结算的顾客的不满与抱怨。收银员不可为自己的亲朋好友结算收款，以免引起不必要的误会和可能产生的收银员利用收银职务的方便，以低于原价的收款登录至收银机，以企业利益来图利于他人私利，或可能产生的内外勾结的“偷盗现象。在收银台上，收银员不可放置任何私人物品。因为收银台上随时都可能有顾客退货的商品，或临时决定不购买的商品，如果有私人物品也放在收银台上，容易与这些商品混淆，引起误会。收银员不可任意打开收银机抽屉查看数字和清点现金。随意打开抽屉既会引人注目并引发不安全因素，也会使人产生对收银员营私舞弊的怀疑。不启用的收银通道必须用链条拦住，否则会使个别顾客趁机不结账就将商品带出超市。收银员在营业期间不可看报与谈笑,要随时注意收银台前和视线所见的卖场内的情况,以防止和避免不利于企业的异常现象发生。收银员要熟悉卖场上的商品，尤其是特价商品，以及有关的经营状况，以便顾客提问时随时作出正确的解答。</w:t>
      </w:r>
      <w:r>
        <w:rPr>
          <w:lang w:eastAsia="zh-CN"/>
        </w:rPr>
        <w:br/>
      </w:r>
      <w:r>
        <w:rPr>
          <w:lang w:eastAsia="zh-CN"/>
        </w:rPr>
        <w:t>　　(2)认真做好商品装袋工作。将结算好的商品替顾客装入袋中是收银工作的一个环节，不要以为该顶工作是最容易不过的，往往由于该项工作做得不好，而使顾客扫兴而归。装袋作业的控制程序是：硬与重的商品垫底装袋;正方形或长方形的商品装入包装袋的两例，作为支架;瓶装或罐装的商品放在中间，以免受外来压力而破损;易碎品或轻泡的商品放置在袋中的上方;冷冻品、豆制品等容易出水的商品和肉、菜等易流出汁液的商品，先应用包装袋装好后再放入大的购物袋中，或经顾客同意不放入大购物袋中装入袋中的商品不能高过袋口，以避免顾客提拿时不方便，一个袋中装不下的商品应装入另一个袋中;超市在促销活动中所发的广告页或赠品要确认已放入包装袋中.装袋时要绝对避免不是一个顾客的商品放入同一个袋中的现象;对包装袋装不下的体积过大的商品,要用绳子捆好，以方便顾客提拿;提醒顾客带走所有包装入袋的商品，防止其遗忘商品在收银台上的情况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注意离开收银台时的工作程序。离开收银台时，要将“暂停收款”牌放在收银台上;用链条将收银通道拦住;将现金全部锁入收银机的抽屉里，钥匙必须随身带走或交值班长保管;将离开收银台的原因和回来的时间告知临近的收银员;离开收银机前，如还有顾客等侯结算，不可立即离开，应以礼貌的态度请后采的顾客到其他的收银台结账;并为等侯的顾客结账后方可离开。</w:t>
      </w:r>
      <w:r>
        <w:rPr>
          <w:lang w:eastAsia="zh-CN"/>
        </w:rPr>
        <w:br/>
      </w:r>
      <w:r>
        <w:rPr>
          <w:lang w:eastAsia="zh-CN"/>
        </w:rPr>
        <w:t>　　上面就是我在实际工作中的一点想法，请各位领导和同事批评指正。</w:t>
      </w:r>
      <w:r>
        <w:rPr>
          <w:lang w:eastAsia="zh-CN"/>
        </w:rPr>
        <w:br/>
      </w:r>
      <w:r>
        <w:rPr>
          <w:lang w:eastAsia="zh-CN"/>
        </w:rPr>
        <w:t xml:space="preserve">    关于超市收银员工作总结范文 篇11 </w:t>
      </w:r>
      <w:r>
        <w:rPr>
          <w:lang w:eastAsia="zh-CN"/>
        </w:rPr>
        <w:br/>
      </w:r>
      <w:r>
        <w:rPr>
          <w:lang w:eastAsia="zh-CN"/>
        </w:rPr>
        <w:t>　　尊敬的超市领导、同事们：</w:t>
      </w:r>
      <w:r>
        <w:rPr>
          <w:lang w:eastAsia="zh-CN"/>
        </w:rPr>
        <w:br/>
      </w:r>
      <w:r>
        <w:rPr>
          <w:lang w:eastAsia="zh-CN"/>
        </w:rPr>
        <w:t>　　我是本超市一名普通的收银员，我刚刚从20__年6月加入本超市工作。我虽然是一名新员工，但是我在本超市工作的近6个月时间以来，我不仅学到了很多的专业知识，也学会了人与人之间的沟通交往仿佛，尤其是懂得了如何与客户沟通。这对我来说是巨大的财富，因为曾经我是一个不善于沟通，不爱与人沟通的人。</w:t>
      </w:r>
      <w:r>
        <w:rPr>
          <w:lang w:eastAsia="zh-CN"/>
        </w:rPr>
        <w:br/>
      </w:r>
      <w:r>
        <w:rPr>
          <w:lang w:eastAsia="zh-CN"/>
        </w:rPr>
        <w:t>　　在短短几个月的工作时间里，虽然有时我遇到这样那样的工作问题，时常感到失落，但是也有遇到很多让我开心的事情。特别是每次听到客户说：“你这个小女孩的态度很好”的时候，我就由衷地感觉特别高兴。</w:t>
      </w:r>
      <w:r>
        <w:rPr>
          <w:lang w:eastAsia="zh-CN"/>
        </w:rPr>
        <w:br/>
      </w:r>
      <w:r>
        <w:rPr>
          <w:lang w:eastAsia="zh-CN"/>
        </w:rPr>
        <w:t>　　此外，我每次有不知道的问题，老员工会主动告诉我如何做得好一些，这就让我特别感动。我知道，无论我们从事哪个行业，工作当中肯定会遇到困难的，工作遇到问题、犯点错误也是难以避免的。错误发生以后，心情失落完全可以，可是只要我们能够积极地寻求解决方式，并且通过努力学习，我认为没有什么是做不好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此工作期间，我认为收银员对待客户的服务态度是非常重要的。作为一个服务行业，顾客满意，就是我们所有工作的完整要求。这就需要我们始终保持一个良好心态，心地对待每一位顾客，让客户感到温暖，才能给得到客户最大程度的满意。</w:t>
      </w:r>
      <w:r>
        <w:rPr>
          <w:lang w:eastAsia="zh-CN"/>
        </w:rPr>
        <w:br/>
      </w:r>
      <w:r>
        <w:rPr>
          <w:lang w:eastAsia="zh-CN"/>
        </w:rPr>
        <w:t xml:space="preserve">    关于超市收银员工作总结范文 篇12 </w:t>
      </w:r>
      <w:r>
        <w:rPr>
          <w:lang w:eastAsia="zh-CN"/>
        </w:rPr>
        <w:br/>
      </w:r>
      <w:r>
        <w:rPr>
          <w:lang w:eastAsia="zh-CN"/>
        </w:rPr>
        <w:t>　　我从事超市收银工作的时间不是太长，只有寒假短短一月时间，自身的素质和业务水平离工作的实际要求还有一定的差距，但我能够克服困难，努力学习，端正工作态度，积极的向其他同志请教和学习，能踏实、认真地做好本职工作，为超市的发展作出了自己应有的贡献。现针对自己在工作中遇到的问题谈谈自己的心得和体会，也算是对自己工作的一个总结吧。</w:t>
      </w:r>
      <w:r>
        <w:rPr>
          <w:lang w:eastAsia="zh-CN"/>
        </w:rPr>
        <w:br/>
      </w:r>
      <w:r>
        <w:rPr>
          <w:lang w:eastAsia="zh-CN"/>
        </w:rPr>
        <w:t>　　(一)工作内容</w:t>
      </w:r>
      <w:r>
        <w:rPr>
          <w:lang w:eastAsia="zh-CN"/>
        </w:rPr>
        <w:br/>
      </w:r>
      <w:r>
        <w:rPr>
          <w:lang w:eastAsia="zh-CN"/>
        </w:rPr>
        <w:t>　　作为一名收银员来说，每天的工作主要包括：</w:t>
      </w:r>
      <w:r>
        <w:rPr>
          <w:lang w:eastAsia="zh-CN"/>
        </w:rPr>
        <w:br/>
      </w:r>
      <w:r>
        <w:rPr>
          <w:lang w:eastAsia="zh-CN"/>
        </w:rPr>
        <w:t>　　1、清点备用金，看清楚前一班交接的各项注意事宜。</w:t>
      </w:r>
      <w:r>
        <w:rPr>
          <w:lang w:eastAsia="zh-CN"/>
        </w:rPr>
        <w:br/>
      </w:r>
      <w:r>
        <w:rPr>
          <w:lang w:eastAsia="zh-CN"/>
        </w:rPr>
        <w:t>　　2、打扫卫生，保持台面整洁。</w:t>
      </w:r>
      <w:r>
        <w:rPr>
          <w:lang w:eastAsia="zh-CN"/>
        </w:rPr>
        <w:br/>
      </w:r>
      <w:r>
        <w:rPr>
          <w:lang w:eastAsia="zh-CN"/>
        </w:rPr>
        <w:t>　　3、在各自收银点管理好自己的现金安全，然后坚守自己的工作岗位。</w:t>
      </w:r>
      <w:r>
        <w:rPr>
          <w:lang w:eastAsia="zh-CN"/>
        </w:rPr>
        <w:br/>
      </w:r>
      <w:r>
        <w:rPr>
          <w:lang w:eastAsia="zh-CN"/>
        </w:rPr>
        <w:t>　　4、接待客人时，要微笑服务，热情主动问好，询问客人需要，提供相应的服务。回答客人问题时，也要保持微笑，口齿要清晰，内容清楚准确。面对客人投诉时，要主动致歉，耐心向客人解释缘由，寻求客人的谅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5、客人结账时，主动起身向出示账单，简单说明消费明细。(1)结现的客人，要正确收取现金，辨别真伪以及正确找零，请客人清点清楚，请客人慢走，欢迎下次光临等。(2)转账的客人，要明确是否可以转账，不可以转账时，向客人说明原因，要求客人付现，坚持转账要求客人与负责人联系，负责人通知收银点可以转账便可以转账。可以转账的的，要求客人签字确认消费，写明单位名称，房间号。在此应注意一点就是前台押金情况，押金不足时应提醒客人到前台补交押金。作为一名收银员，一定要认真仔细，避免客人，公司以及自己不必要的损失。要与各个点的同事保持沟通，以便更好的工作。</w:t>
      </w:r>
      <w:r>
        <w:rPr>
          <w:lang w:eastAsia="zh-CN"/>
        </w:rPr>
        <w:br/>
      </w:r>
      <w:r>
        <w:rPr>
          <w:lang w:eastAsia="zh-CN"/>
        </w:rPr>
        <w:t>　　6、一定要遵守收银员的岗位职责以及相关注意事项。</w:t>
      </w:r>
      <w:r>
        <w:rPr>
          <w:lang w:eastAsia="zh-CN"/>
        </w:rPr>
        <w:br/>
      </w:r>
      <w:r>
        <w:rPr>
          <w:lang w:eastAsia="zh-CN"/>
        </w:rPr>
        <w:t>　　(二)工作总结</w:t>
      </w:r>
      <w:r>
        <w:rPr>
          <w:lang w:eastAsia="zh-CN"/>
        </w:rPr>
        <w:br/>
      </w:r>
      <w:r>
        <w:rPr>
          <w:lang w:eastAsia="zh-CN"/>
        </w:rPr>
        <w:t>　　1、作为与现金直接打交道的收银员，必须遵守商场的作业纪律。收银员在营业时身上不可带有现金，以免引起不必要的误解和可能产生的公款私挪的现象。收银员在进行收款时，不可擅离收银台，以免造成钱币损失，或引起等候结算的顾客的不满与抱怨。</w:t>
      </w:r>
      <w:r>
        <w:rPr>
          <w:lang w:eastAsia="zh-CN"/>
        </w:rPr>
        <w:br/>
      </w:r>
      <w:r>
        <w:rPr>
          <w:lang w:eastAsia="zh-CN"/>
        </w:rPr>
        <w:t>　　2、收银员不可任意打开收银机抽屉查看数字和清点现金。随意打开抽屉既会引人注目并引发不安全因素，也会使人产生对收银员营私舞弊的怀疑。</w:t>
      </w:r>
      <w:r>
        <w:rPr>
          <w:lang w:eastAsia="zh-CN"/>
        </w:rPr>
        <w:br/>
      </w:r>
      <w:r>
        <w:rPr>
          <w:lang w:eastAsia="zh-CN"/>
        </w:rPr>
        <w:t>　　3、收银员临时离岗，要将“暂停收款”牌放在收银台上。如有其他收银员接岗，清点出备用零钞给接岗人，将其余现金另外分开锁好。回岗时，核对接岗人收到的现金与小票金额是否符合。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4、严格按照公司规定的收款程序进行收款，必须做到：收款前，对小票上的每一笔金额用计算器核实一遍，核算无误后再录入到电脑。电脑上录入的专柜号与价格，要与专柜开的小票相符。在收款过程中坚持要做到：唱收、唱付、唱找，以免引来不必要的麻烦。在收款过程中做到：不漏收、不少收、不多收。收款后，检查打印的小票的专柜、金额与专柜开出的小票的专柜、金额是否一致。</w:t>
      </w:r>
      <w:r>
        <w:rPr>
          <w:lang w:eastAsia="zh-CN"/>
        </w:rPr>
        <w:br/>
      </w:r>
      <w:r>
        <w:rPr>
          <w:lang w:eastAsia="zh-CN"/>
        </w:rPr>
        <w:t>　　5、对待顾客要用礼貌用语，说话语气要尊敬、亲切，不要对顾客大声说话。作为服务行业的.一员，我们能做的就是服务顾客，让顾客满意而归。这就要求我们自身具备良好的个人素质，做到热情耐心的接待好每一个顾客，不要在工作中将自己的小情绪带进来，这样会让你在工作中出现许多不必要的麻烦，为了防止自己与顾客之间产生矛盾，我们必须要保持好自己的心态。</w:t>
      </w:r>
      <w:r>
        <w:rPr>
          <w:lang w:eastAsia="zh-CN"/>
        </w:rPr>
        <w:br/>
      </w:r>
      <w:r>
        <w:rPr>
          <w:lang w:eastAsia="zh-CN"/>
        </w:rPr>
        <w:t xml:space="preserve">    关于超市收银员工作总结范文 篇13 </w:t>
      </w:r>
      <w:r>
        <w:rPr>
          <w:lang w:eastAsia="zh-CN"/>
        </w:rPr>
        <w:br/>
      </w:r>
      <w:r>
        <w:rPr>
          <w:lang w:eastAsia="zh-CN"/>
        </w:rPr>
        <w:t>　　尊敬的各位领导各位同仁：</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我叫，是家乐店收银员一名入职不久的新员工，虽说是新员工，但在公司工作也将近三个月时间了。转眼间快到年底了，来到本公司的这几个月里，我不仅学会了很多专业知识，而且也学会了人与人之间的交往，特别是怎样与顾客沟通。这对我来说是莫大的财富，因为曾经我是个不善于交流不爱与人沟通的孩子。或许对大家来说，收银是件很容易的事，收银员只负责收银，其他方面不用多考虑。刚开始我也是这么认为的，不过后来等我成为一名超市员工的时候我才发现并不是想象中的那么简单。我们不只是收银，每天早上我们来到店里首先打扫卫生，然后再开会，然后才开始一天的工作。工作时我们也不仅仅只是简单的收银，在面对顾客时要真心的为顾客服务，特别是在顾客到收银台的那一刻我们自始至终都要把最美的微笑最好的心情带给顾客，在与顾客交流的过程中礼貌用语更不可少。如：“您好，欢迎光临"“请稍等，请拿好”“请慢走，欢迎下次光临”。</w:t>
      </w:r>
      <w:r>
        <w:rPr>
          <w:lang w:eastAsia="zh-CN"/>
        </w:rPr>
        <w:br/>
      </w:r>
      <w:r>
        <w:rPr>
          <w:lang w:eastAsia="zh-CN"/>
        </w:rPr>
        <w:t>　　在工作的这短短的几个月中，虽然有时会有些失落，不过，也有过很多的欢喜，特别是每次听到顾客说这小女孩的态度真好，我心里就特开心。还有，每次有不懂得问题时，老员工都会积极的告诉我应该怎么做这都使我特别感动。其实做什么工作都会遇到困难，难免有些失落，不过只要我们能积极的去问努力的去学习，我相信没有什么做不好的。</w:t>
      </w:r>
      <w:r>
        <w:rPr>
          <w:lang w:eastAsia="zh-CN"/>
        </w:rPr>
        <w:br/>
      </w:r>
      <w:r>
        <w:rPr>
          <w:lang w:eastAsia="zh-CN"/>
        </w:rPr>
        <w:t>　　虽然做收银的工作并不长，自己的技术水平跟专业素质还有待提高，但我觉得只要我们用心去学习，就一定能克服困难。更重要的是我们要树立良好的企业形象，因为我们不仅仅代表着我们自身，更代表着公司的形象。在工作中遇到不懂问题更要积极的向老员工请教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工作的这段期间中，我觉得对顾客的服务态度是极为重要的。作为服务行业中的一员，让顾客满意而归是我们对自身的要求。这就需要我们时刻保持好良好的情绪，做到热情耐心的对待每一位顾客，在工作中不要将自己的小情绪带进来，特别是当顾客对你发火时，我们一定要面带微笑真诚的向顾客解释。结账过程中，当商品标价与电脑不符时，我们要及时通知课组人员并进行核实，然后要积极向顾客解释并请顾客耐心等待。还有，就是一定要运用微笑服务，微笑是最为迷人的表情，一个微笑不费分文却给予甚多，懂得对生活微笑的人，将会拥有美丽的人生。</w:t>
      </w:r>
      <w:r>
        <w:rPr>
          <w:lang w:eastAsia="zh-CN"/>
        </w:rPr>
        <w:br/>
      </w:r>
      <w:r>
        <w:rPr>
          <w:lang w:eastAsia="zh-CN"/>
        </w:rPr>
        <w:t>　　我们每天都会遇到不同的客人，不同的客人有不同的脾气，针对不同的顾客我们应提供不同的服务，因为这一行业不变的宗旨是：“顾客至上”。面对顾客，脸上始终要面带微笑，提供礼貌的服务，要让顾客体会到亲切感，即使在服务工作中遇到一些不愉快的事情，如果我们仍然以笑脸相迎，那么再无理的客人也没有理由发脾气，所谓“相逢一笑，百事消”，这样一来顾客开心自己也舒心。</w:t>
      </w:r>
      <w:r>
        <w:rPr>
          <w:lang w:eastAsia="zh-CN"/>
        </w:rPr>
        <w:br/>
      </w:r>
      <w:r>
        <w:rPr>
          <w:lang w:eastAsia="zh-CN"/>
        </w:rPr>
        <w:t>　　在工作之余，自己还应该多学习关于商品和财会方面的专业知识，虽然自己的业务水平离工作的实际要求还有一定的差距，不过我相信态度决定一切只要自己用心去做努力去学习，就一定能克服困难，成为一名优秀的收银员。</w:t>
      </w:r>
      <w:r>
        <w:rPr>
          <w:lang w:eastAsia="zh-CN"/>
        </w:rPr>
        <w:br/>
      </w:r>
      <w:r>
        <w:rPr>
          <w:lang w:eastAsia="zh-CN"/>
        </w:rPr>
        <w:t>　　虽然这只是简简单单的一个收银员，在别人看来是那么微不足道，可是从中却教会人很多道理，提高我们自身的素质。不断地学习，不断地提高自己的道德修养，不断提高自己的服务技巧。“只有学习才能不断磨砺一个人的品行，提高道德修养，提高服务技巧。哪怕是普通的一个收银员，只要不断的向前走，才能走我们自己想要的一片天！</w:t>
      </w:r>
      <w:r>
        <w:rPr>
          <w:lang w:eastAsia="zh-CN"/>
        </w:rPr>
        <w:br/>
      </w:r>
      <w:r>
        <w:rPr>
          <w:lang w:eastAsia="zh-CN"/>
        </w:rPr>
        <w:t xml:space="preserve">    关于超市收银员工作总结范文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转眼间进入天鹅湖大酒店从开荒，试营业到开业经营以快有一年的时间了，在这一年的工作中要感谢各级领导以及各位同事的指导和关心。让我学到了许多宝贵的东西，让自己在平时的工作中不断改进，不断提高自身的做事能力。在这一年通过自身的不懈努力得到领导认可完成了一次角色的转换。</w:t>
      </w:r>
      <w:r>
        <w:rPr>
          <w:lang w:eastAsia="zh-CN"/>
        </w:rPr>
        <w:br/>
      </w:r>
      <w:r>
        <w:rPr>
          <w:lang w:eastAsia="zh-CN"/>
        </w:rPr>
        <w:t>　　做为一名餐饮部25楼的领班，也让我进入了一个全新的工作环境，在新的环境中。各项工作都将从头开始，许多事都是边干边摸索，以便在工作中游刃有余。我深知自己扮演的是一个承上启下，协调左右的角色。每天做的也都是些琐碎的工作，尽快的理顺关系投入到工作中去是我重要的任务，全力配合好主管日常工作是我的职责，这就要求我们工作意识要强，工作态度要端正，工作效率要快，力求周全。25楼的接待一般都属vip重要接待，我们在服务的过程中不得有任何闪失，这就要求我们各方面都要做到，把任何能出现的问题想到去解决，时刻严格要求自己，为了餐中服务顺利，餐前准备一定要充分，往往都要检查好几遍，客人就餐时楼面与后堂要配合密切，掌握好上菜速度也很有讲究。每次的接待我们都会很重视，餐后会急时记录下领导们的用餐习惯和对菜肴的喜好，方便下次用餐时有针对性服务。我们的服务就是体现在人性化服务，要精益求精，为客人营造出一种在家的感觉。我现所拥有的经验还较少，前面还有很多的东西要等着我学习。工作中有时也难免会出现失误之处，出现的问题我会引以为戒，要想取得好的成绩就要靠自己脚踏实地的去做，就要加倍的努力与付出，我始终坚信靠运气不如靠实力说话。</w:t>
      </w:r>
      <w:r>
        <w:rPr>
          <w:lang w:eastAsia="zh-CN"/>
        </w:rPr>
        <w:br/>
      </w:r>
    </w:p>
    <w:p w:rsidR="001B1F19" w14:textId="27C3F48A">
      <w:pPr>
        <w:rPr>
          <w:rFonts w:hint="eastAsia"/>
          <w:lang w:eastAsia="zh-CN"/>
        </w:rPr>
      </w:pPr>
      <w:r>
        <w:rPr>
          <w:lang w:eastAsia="zh-CN"/>
        </w:rPr>
        <w:t>　　平时工作的顺利开展与酒店领导的关心和同事们的支持是分不开的，酒店就是个大的家庭，成绩是靠大家共同努力的而得来的。新年新起点，过去的成绩以成历史，在今后的工作中要再接再厉，要为自己定下新的奋斗目标而努力。</w:t>
      </w:r>
      <w:r>
        <w:rPr>
          <w:lang w:eastAsia="zh-CN"/>
        </w:rPr>
        <w:br/>
      </w:r>
      <w:r>
        <w:rPr>
          <w:lang w:eastAsia="zh-CN"/>
        </w:rPr>
        <w:t xml:space="preserve">    关于超市收银员工作总结范文 篇15 </w:t>
      </w:r>
      <w:r>
        <w:rPr>
          <w:lang w:eastAsia="zh-CN"/>
        </w:rPr>
        <w:br/>
      </w:r>
      <w:r>
        <w:rPr>
          <w:lang w:eastAsia="zh-CN"/>
        </w:rPr>
        <w:t>　　我来到超市这里，算算日子也有一段时间了，超市是我们小区附近一家大型的超市，这里很多的客流平日里，我在这里应聘了收银员一职，在这里我工作的很开心，这段时间以来我就经常会想到自己在工作中遇到的事情，真的很有趣，虽然收银这个工作是很简单，很容易就上手了，但是还是需要慢慢的适应才能有更高的哦效率，这几个月来我在超市的工作比较幸苦的，但是在幸苦的同时我也有自己的一番工作领悟，很值得分享，自己这几个月来的工作也是做的很有成就，几个月过去了我也想了想自己的收银工作，在这段时间确实是从一个不成熟的过程，在不断地努力下慢慢演变到了成熟，现在做个总结：</w:t>
      </w:r>
      <w:r>
        <w:rPr>
          <w:lang w:eastAsia="zh-CN"/>
        </w:rPr>
        <w:br/>
      </w:r>
      <w:r>
        <w:rPr>
          <w:lang w:eastAsia="zh-CN"/>
        </w:rPr>
        <w:t>　　一、日常的收银工作</w:t>
      </w:r>
      <w:r>
        <w:rPr>
          <w:lang w:eastAsia="zh-CN"/>
        </w:rPr>
        <w:br/>
      </w:r>
      <w:r>
        <w:rPr>
          <w:lang w:eastAsia="zh-CN"/>
        </w:rPr>
        <w:t>　　在超市收银这里，我们超市是比较看重这个职位的工作责任心的，我们在进来的时候会对我们进行工作的简单培训，讲一下我们的工作内容，跟怎么去做到更好的收银这些细节工作，一开始每天会给我们教一点东西，比如说在日常中我们遇到了一些常见党的收银问题，教我们如何去解决，这在很大程度上培养了我们一定的临时问题处理能力，很是有收获。</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https://d.book118.com/688046017053006043</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8046017053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