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公司的客户经理年终总结范文（31篇）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公司的客户经理年终总结范文（精选31篇）</w:t>
      </w:r>
      <w:r>
        <w:rPr>
          <w:lang w:eastAsia="zh-CN"/>
        </w:rPr>
        <w:br/>
      </w:r>
      <w:r>
        <w:rPr>
          <w:lang w:eastAsia="zh-CN"/>
        </w:rPr>
        <w:t xml:space="preserve">    公司的客户经理年终总结范文 篇1 </w:t>
      </w:r>
      <w:r>
        <w:rPr>
          <w:lang w:eastAsia="zh-CN"/>
        </w:rPr>
        <w:br/>
      </w:r>
      <w:r>
        <w:rPr>
          <w:lang w:eastAsia="zh-CN"/>
        </w:rPr>
        <w:t>　　今年我调至经理的岗位上，认真学习业务知识，不断提高自身专业素质，严格按照支行和部门的有关要求，认真做好本职工作，在部门领导和同事们的关心、帮助下，取得了一定的成绩，现将工作的具体情况总结如下：</w:t>
      </w:r>
      <w:r>
        <w:rPr>
          <w:lang w:eastAsia="zh-CN"/>
        </w:rPr>
        <w:br/>
      </w:r>
      <w:r>
        <w:rPr>
          <w:lang w:eastAsia="zh-CN"/>
        </w:rPr>
        <w:t>　　一、热爱本职工作，进一步提高工作水平</w:t>
      </w:r>
      <w:r>
        <w:rPr>
          <w:lang w:eastAsia="zh-CN"/>
        </w:rPr>
        <w:br/>
      </w:r>
      <w:r>
        <w:rPr>
          <w:lang w:eastAsia="zh-CN"/>
        </w:rPr>
        <w:t>　　“做好一份工作，首先要爱这份工作”。从事理财经理工作以来，我从陌生到熟悉，慢慢的喜欢自己的这项工作，在工作中，爱岗敬业，有效利用工作时间，以高度的责任感和事业心去工作，认真遵守好我行的每一条规章制度，执行好每一个工作流程，牢记好每一个规范用语，深入挖掘客户，理解客户需求，为每一位客户认真登记工作日志，细心做好拜访记录，及时记载客户意见和建议，以此不断丰富自我，提高自己。</w:t>
      </w:r>
      <w:r>
        <w:rPr>
          <w:lang w:eastAsia="zh-CN"/>
        </w:rPr>
        <w:br/>
      </w:r>
      <w:r>
        <w:rPr>
          <w:lang w:eastAsia="zh-CN"/>
        </w:rPr>
        <w:t>　　二、学习专业知识，进一步提高专业水平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作为基层服务人员，我们直接面对客户，我们的专业技能和知识水平直接关系到客户的满意度，理论知识的学习不仅是任务，而且是一种责任，更是一种境界。在工作中，除了自觉参加单位组织的集中学习外，我克服自身惰性，坚持个人自学，正确处理工作与学习的矛盾，不因工作忙而忽视学习，并能够坚持积极主动的学习专业知识，虚心学习向领导和同事请教，在实践中摸索、总结，进一步熟悉工作流程，不断提高自身的工作能力，在具体的工作中，慢慢的形成了清晰的工作思路，确保了工作的顺利完成。</w:t>
      </w:r>
      <w:r>
        <w:rPr>
          <w:lang w:eastAsia="zh-CN"/>
        </w:rPr>
        <w:br/>
      </w:r>
      <w:r>
        <w:rPr>
          <w:lang w:eastAsia="zh-CN"/>
        </w:rPr>
        <w:t>　　三、规范服务用语，进一步提高服务水平</w:t>
      </w:r>
      <w:r>
        <w:rPr>
          <w:lang w:eastAsia="zh-CN"/>
        </w:rPr>
        <w:br/>
      </w:r>
      <w:r>
        <w:rPr>
          <w:lang w:eastAsia="zh-CN"/>
        </w:rPr>
        <w:t>　　我深刻的理解到自己的一言一语代表着邮储银行的形象，所以在日常的`工作中，我时刻以更高的要求规范自己，认真遵守规范化服务要求，坚持微笑服务，做到“来有迎声，问有答声，去有送声”，为客户营造亲切和谐的服务氛围。正确认真的对待每一项工作，全身心的投入到工作之中，热心为大家服务，从小事学起，从点滴做起，不断提高自身的服务水平，做到面带微笑，语气平和，语调轻松，用词规范，为客户提高规范、优质的理财服务。</w:t>
      </w:r>
      <w:r>
        <w:rPr>
          <w:lang w:eastAsia="zh-CN"/>
        </w:rPr>
        <w:br/>
      </w:r>
      <w:r>
        <w:rPr>
          <w:lang w:eastAsia="zh-CN"/>
        </w:rPr>
        <w:t>　　四、积极推介营销，进一步提高自身贡献率</w:t>
      </w:r>
      <w:r>
        <w:rPr>
          <w:lang w:eastAsia="zh-CN"/>
        </w:rPr>
        <w:br/>
      </w:r>
      <w:r>
        <w:rPr>
          <w:lang w:eastAsia="zh-CN"/>
        </w:rPr>
        <w:t>　　作为一名客户经理，其职责是服务好客户，一方面要熟悉自己的业务产品，明白自己能够给客户带来什么，另一方面，要明白客户要什么，明白了客户的需求，才能去创造条件满足。在与客户交流的过程中，我不断发掘客户的爱好，兴趣，特长，力争讲客户感兴趣的话题，解决客户急需解决的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在今后的工作中，我将继续做好本职工作，总结经验教训，取长补短，不断完善自己，提高自己，同时，坚持以真情打动客户，用热情感染客户，用友情联系客户，积极化解客户的埋怨，取得客户的信任，与客户建立深厚感情，为客户提高专业化、性格化的理财服务，努力维护我行良好的社会形象，促进支行持续、健康、快速发展。</w:t>
      </w:r>
      <w:r>
        <w:rPr>
          <w:lang w:eastAsia="zh-CN"/>
        </w:rPr>
        <w:br/>
      </w:r>
      <w:r>
        <w:rPr>
          <w:lang w:eastAsia="zh-CN"/>
        </w:rPr>
        <w:t xml:space="preserve">    公司的客户经理年终总结范文 篇2 </w:t>
      </w:r>
      <w:r>
        <w:rPr>
          <w:lang w:eastAsia="zh-CN"/>
        </w:rPr>
        <w:br/>
      </w:r>
      <w:r>
        <w:rPr>
          <w:lang w:eastAsia="zh-CN"/>
        </w:rPr>
        <w:t>　　新的一年里我为自己制定了新的目标，做为客户经理我计划从以下几个方面来锻炼自己，提高自己的整体素质。</w:t>
      </w:r>
      <w:r>
        <w:rPr>
          <w:lang w:eastAsia="zh-CN"/>
        </w:rPr>
        <w:br/>
      </w:r>
      <w:r>
        <w:rPr>
          <w:lang w:eastAsia="zh-CN"/>
        </w:rPr>
        <w:t>　　一、道德方面</w:t>
      </w:r>
      <w:r>
        <w:rPr>
          <w:lang w:eastAsia="zh-CN"/>
        </w:rPr>
        <w:br/>
      </w:r>
      <w:r>
        <w:rPr>
          <w:lang w:eastAsia="zh-CN"/>
        </w:rPr>
        <w:t>　　做为客户经理在品德、责任感等方面必须要有较高的道德修养，强烈的事业心，作风正派，自律严格，洁身自爱。</w:t>
      </w:r>
      <w:r>
        <w:rPr>
          <w:lang w:eastAsia="zh-CN"/>
        </w:rPr>
        <w:br/>
      </w:r>
      <w:r>
        <w:rPr>
          <w:lang w:eastAsia="zh-CN"/>
        </w:rPr>
        <w:t>　　二、心理方面</w:t>
      </w:r>
      <w:r>
        <w:rPr>
          <w:lang w:eastAsia="zh-CN"/>
        </w:rPr>
        <w:br/>
      </w:r>
      <w:r>
        <w:rPr>
          <w:lang w:eastAsia="zh-CN"/>
        </w:rPr>
        <w:t>　　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r>
        <w:rPr>
          <w:lang w:eastAsia="zh-CN"/>
        </w:rPr>
        <w:br/>
      </w:r>
      <w:r>
        <w:rPr>
          <w:lang w:eastAsia="zh-CN"/>
        </w:rPr>
        <w:t>　　三、业务方面</w:t>
      </w:r>
      <w:r>
        <w:rPr>
          <w:lang w:eastAsia="zh-CN"/>
        </w:rPr>
        <w:br/>
      </w:r>
      <w:r>
        <w:rPr>
          <w:lang w:eastAsia="zh-CN"/>
        </w:rPr>
        <w:t>　　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w:t>
      </w:r>
      <w:r>
        <w:rPr>
          <w:lang w:eastAsia="zh-CN"/>
        </w:rPr>
        <w:br/>
      </w:r>
      <w:r>
        <w:rPr>
          <w:lang w:eastAsia="zh-CN"/>
        </w:rPr>
        <w:t>　　另外，客户经理还要具备法律知识、经济知识，特别是要具备综合运用多种知识为客户提供多种可供选择的投资理财方案的能力。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四、营销方面</w:t>
      </w:r>
      <w:r>
        <w:rPr>
          <w:lang w:eastAsia="zh-CN"/>
        </w:rPr>
        <w:br/>
      </w:r>
      <w:r>
        <w:rPr>
          <w:lang w:eastAsia="zh-CN"/>
        </w:rPr>
        <w:t>　　客户经理要成为市场营销的能手。要掌握市场营销学的基本知识，又要身体力行，积极参与实践。掌握推销的技巧、演讲技巧、产品推介的技巧、与客户沟通的技巧、处理拒绝的技巧等。</w:t>
      </w:r>
      <w:r>
        <w:rPr>
          <w:lang w:eastAsia="zh-CN"/>
        </w:rPr>
        <w:br/>
      </w:r>
      <w:r>
        <w:rPr>
          <w:lang w:eastAsia="zh-CN"/>
        </w:rPr>
        <w:t>　　如是总结下来，我还是发现了自己工作上的不足，以及可以改进的地方，常言道，失败乃成功之母，这句话对于我而言具有一定的鞭笞作用，虽然我非失败，但是尚离成功有一定距离，在新的一年，我更加是要戒骄戒躁，虚心向领导，同事们学习，扬长避短，工作方面更加要善于运用技巧和客户沟通，对于我的工作我有信心做好，相信明年的工作，我一定会交上一份满意的答卷!</w:t>
      </w:r>
      <w:r>
        <w:rPr>
          <w:lang w:eastAsia="zh-CN"/>
        </w:rPr>
        <w:br/>
      </w:r>
      <w:r>
        <w:rPr>
          <w:lang w:eastAsia="zh-CN"/>
        </w:rPr>
        <w:t xml:space="preserve">    公司的客户经理年终总结范文 篇3 </w:t>
      </w:r>
      <w:r>
        <w:rPr>
          <w:lang w:eastAsia="zh-CN"/>
        </w:rPr>
        <w:br/>
      </w:r>
      <w:r>
        <w:rPr>
          <w:lang w:eastAsia="zh-CN"/>
        </w:rPr>
        <w:t>　　我始终严格要求自己按照公司的规章制度来工作，勤勤恳恳，脚踏实地的进行实际操作，在我的努力下，今年未有发生一次责任事故，我感到非常高兴，同时这也是对我个人工作能力的一种肯定，为此，我就个人今年的工作情况进行如下总结：</w:t>
      </w:r>
      <w:r>
        <w:rPr>
          <w:lang w:eastAsia="zh-CN"/>
        </w:rPr>
        <w:br/>
      </w:r>
      <w:r>
        <w:rPr>
          <w:lang w:eastAsia="zh-CN"/>
        </w:rPr>
        <w:t>　　一、加强学习，提高自身素质。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一年来，我能够认真学习各项金融法律法规，积极参加行里组织的各种学习活动，不断提高自己的理论素质和业务技能。特别是后来到了个人理财中心做客户经理后，多问、多学、多练，通过学习“优质客户识别引导流程”能成功的识别优质客户。如：_月_日，先生来我行取款，在排队等候和他的闲聊中了解到，他是我行的老客户，每天都要来银行办理业务，并诚恳的请他为我行提意见，同时还建议他开理财金帐户，可以享受工行优质客户的服务，他很高兴的接受了我的建议，并留下了联系电话。我查询了他的存款在_万元左右。过了几天我打电话约他来我行开了理财帐户。</w:t>
      </w:r>
      <w:r>
        <w:rPr>
          <w:lang w:eastAsia="zh-CN"/>
        </w:rPr>
        <w:br/>
      </w:r>
      <w:r>
        <w:rPr>
          <w:lang w:eastAsia="zh-CN"/>
        </w:rPr>
        <w:t>　　作为一名客户经理，我认为不但要善于学习，还要勤于思考。去到其他银行，看看他们的金融产品和服务质量，回来后深有感慨，我看到了我们行的差距，还看到了我个人知识的欠缺，回来后制订了系统的学习业务知识和理论知识的计划，同时提出了建议把基金牌价和放宣传资料的架子尽快到位，既服务客户又起到好的营销效果。</w:t>
      </w:r>
      <w:r>
        <w:rPr>
          <w:lang w:eastAsia="zh-CN"/>
        </w:rPr>
        <w:br/>
      </w:r>
      <w:r>
        <w:rPr>
          <w:lang w:eastAsia="zh-CN"/>
        </w:rPr>
        <w:t>　　二、勤奋务实，为我行事业发展尽责尽职。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一年来，我先后从事储蓄员，客户经理等不同的岗位，无论在哪一个岗位工作，我都能够立足本职、敬业爱岗、无私奉献，为我行事业发展鞠躬尽瘁。在做客户经理时能主动收集优质客户资料，补登优质客户信息记录表_份。做为客户经理，我的一言一行，都代表我行的形象。所以，我对自己高标准、严要求，积极为客户着想，向客户宣传我行的新产品，新业务，新政策，扩大我行的知名度。在储蓄所工作时，能积极协同所主任搞好所内工作，利用自己所学掌握的知识，做好所内机具的保养和维修，保障业务的正常进行，营业前全面打扫所内卫生。营业终了，逐项检查好各项安全措施，关好水电等再离所。从没受到过一次外面顾客的投诉。在平时有顾客对我们的工作有不同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r>
        <w:rPr>
          <w:lang w:eastAsia="zh-CN"/>
        </w:rPr>
        <w:br/>
      </w:r>
      <w:r>
        <w:rPr>
          <w:lang w:eastAsia="zh-CN"/>
        </w:rPr>
        <w:t>　　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r>
        <w:rPr>
          <w:lang w:eastAsia="zh-CN"/>
        </w:rPr>
        <w:br/>
      </w:r>
      <w:r>
        <w:rPr>
          <w:lang w:eastAsia="zh-CN"/>
        </w:rPr>
        <w:t>　　三、开拓市场，寻找新的增长点。</w:t>
      </w:r>
      <w:r>
        <w:rPr>
          <w:lang w:eastAsia="zh-CN"/>
        </w:rPr>
        <w:br/>
      </w:r>
      <w:r>
        <w:rPr>
          <w:lang w:eastAsia="zh-CN"/>
        </w:rPr>
        <w:t>　　只有不断开发优质客户，扩展业务，增加存款，才能提高效益。从朋友那里得知，是大客户，但公司帐户却开在建行，知道我们揽储任务重，叫我去宣传一下，看能否转到我行来，我主动和联系，介绍我行的各项金融业务，还宣传了理财金帐户专享的服务，在我和朋友的催促下，第二天就来我行会计处开了一个一般帐户，说等资金一到位就办理理财帐户，以后慢慢把资金转到我行来。为搞好营销，扩大宣传力度，我通过电话发短消息联络客户，介绍我行的新产品，并上门送宣传资料宣传我行新产品的功能和特点。收到了好的效果。_月_号利用去儿子学校的机会，给他们老师介绍了汇财通和保险业务，老师们争先询问汇财通利率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公司的客户经理年终总结范文 篇4 </w:t>
      </w:r>
      <w:r>
        <w:rPr>
          <w:lang w:eastAsia="zh-CN"/>
        </w:rPr>
        <w:br/>
      </w:r>
      <w:r>
        <w:rPr>
          <w:lang w:eastAsia="zh-CN"/>
        </w:rPr>
        <w:t>　　客户经理，一普通的职业，客户经理年终总结，客户经理年终总结。它是_公司对外服务的一个重要窗口，直接面对的是客户，是巨大的市场。两年的工作，使我真正地了解了它的含义，我的工作就是从“心”开始的——用诚心赢得客户，用细心服务客户，用爱心关心客户。</w:t>
      </w:r>
      <w:r>
        <w:rPr>
          <w:lang w:eastAsia="zh-CN"/>
        </w:rPr>
        <w:br/>
      </w:r>
      <w:r>
        <w:rPr>
          <w:lang w:eastAsia="zh-CN"/>
        </w:rPr>
        <w:t>　　_公司是一家股份制企业，每月在通信费用上人均消费多元。但是初期我们的品牌在该厂使用的仅占少数，当时我就暗下决心，我一定要用我的真诚、热心、智慧和汗水塑造_公司的强势品牌和优质服务，以赢得这个集团大客户。经过周密的策划、细致的服务，频繁和热情的交往，终于得到该单位的领导和职工对我和_公司的认可。客户对我们的理解与支持，不只是口头上，而是行动上，记得今年盛夏的一天，街上的行人稀少，大地象一间密不透风的桑那房，等我赶到送卡品时，已是大汗淋淋，陈总急忙倒了一杯水递给我，并讲：“小李，天气这么热，你还送来，来个电话我安排人去取就行了。”这一席话让我很受鼓舞。因为我曾多少次顶着烈日酷署、冒着寒风雨雪，上门服务时，他们不理睬、不接待，由开始拒人于千里之外，到今天的真诚合作，饱偿了我多少千辛万苦啊!我的劳动终于结出了丰硕的果实，我的价值终于得到了彰显，我感到了无比的自豪!</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我在平时工作中，比较细心地体查各个不同类型集团客户的特点和需求，尽量用心为他们提供生活和工作上的方便。我分管的分局对天气预报有较大需求。因为在行业中，天气的变化对安全运输是非常重要的。在手机杂志业务推广期，我并没有急于向用户介绍此项业务，自己预先订制了天气预报及其他各项手机杂志，每天早上起床的第一件事，就是要向重要客户转发当天的天气预报，《客户经理年终总结》。曾有一位客户语重心长的这样对我说：“小李，你真是非常的善解人意呀!”到现在，这样的事情已经持续快半年了，期间也引起了客户的注意，有客户问我：“，你手机发送的信息，从哪里摘录的，我便顺之介绍了我们的手机杂志，很多客户非常乐意的接受了此项业务，目前，在分局客户中，订阅天气预报及其他手机杂志的人数达到4成以上。实践使我感受到：根据客户需求用心为他们提供方便，有效地增强了客户的粘性，还巧妙地拓展了业务，我决心更好地做下去。在银信通业务推广时，我成功地协商集团单位中_户集体申请开通了此项业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我深深地感觉到，作为一名客户经理，对自身素质的要求是很重要的。不仅要具备基本的礼仪、良好的文化素养、公关技巧和高尚道德及人格魅力，还要有一定的行业技术知识。为提高自身的，我从多方面入手给自己充电，闲余时间我到手机经销商处找到各个手机品牌的说明书进行研究。记得在走访一位客户时，了解到这位客户忙于公务，奔波于全国各地，手机从不离身，但只是简单的接打电话，手机其它功能都不了解，我就一遍一遍地、不厌其烦地、手把手地教他手机上网、阅读新闻、发送短信等等，使他掌握了不少新功能，也在小小的手机上领略了一个博大的世界。他竟亲切地称我为：“小专家。”</w:t>
      </w:r>
      <w:r>
        <w:rPr>
          <w:lang w:eastAsia="zh-CN"/>
        </w:rPr>
        <w:br/>
      </w:r>
      <w:r>
        <w:rPr>
          <w:lang w:eastAsia="zh-CN"/>
        </w:rPr>
        <w:t>　　只有赢得了客户的心，客户对我们才会信任。</w:t>
      </w:r>
      <w:r>
        <w:rPr>
          <w:lang w:eastAsia="zh-CN"/>
        </w:rPr>
        <w:br/>
      </w:r>
      <w:r>
        <w:rPr>
          <w:lang w:eastAsia="zh-CN"/>
        </w:rPr>
        <w:t>　　5月份，省公司要求对所分管的单位进行摸底调查。要求掌握各单位的内部资料，这对所有的客户单位都属于重要而保密的。几天下来，没有丝豪进展，所分管的单位中，提起要提供内部人员的资料时，都被婉言拒绝了。当时的我真想放弃。经过多次上门回方与沟通，也许因为客户单位对我的工作执着、真诚所认可，我在分公司客户经理中第一个拿到拥有多人一个重要单位的内部资料。该单位的领导对我说了这么一句话：“小李，我们相信你!”当时我的心情无以言表。对于客户的高度信赖，我感到无比的欣慰。</w:t>
      </w:r>
      <w:r>
        <w:rPr>
          <w:lang w:eastAsia="zh-CN"/>
        </w:rPr>
        <w:br/>
      </w:r>
      <w:r>
        <w:rPr>
          <w:lang w:eastAsia="zh-CN"/>
        </w:rPr>
        <w:t>　　如今，我分管着大大小小多个集团单位，仅分局下属就有__个站段，多个小单位，遍布__市各个角落。由于自己对工作全身心地投入，这些单位的基本情况均历历在目、了如指掌。</w:t>
      </w:r>
      <w:r>
        <w:rPr>
          <w:lang w:eastAsia="zh-CN"/>
        </w:rPr>
        <w:br/>
      </w:r>
      <w:r>
        <w:rPr>
          <w:lang w:eastAsia="zh-CN"/>
        </w:rPr>
        <w:t>　　在这个充满竞争与挑战的行业里，我做为一名客户经理，不仅有坎坷、艰辛的付出，也有欢声笑语和满载而归的收获。我骄傲!我是一名_人!我自豪!我是一名客户经理。</w:t>
      </w:r>
      <w:r>
        <w:rPr>
          <w:lang w:eastAsia="zh-CN"/>
        </w:rPr>
        <w:br/>
      </w:r>
      <w:r>
        <w:rPr>
          <w:lang w:eastAsia="zh-CN"/>
        </w:rPr>
        <w:t xml:space="preserve">    公司的客户经理年终总结范文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20__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围绕支行工作重点，出色的完成了各项工作任务，用智慧和汗水，用行动和效果体现出了爱岗敬业，无私奉献的精神。</w:t>
      </w:r>
      <w:r>
        <w:rPr>
          <w:lang w:eastAsia="zh-CN"/>
        </w:rPr>
        <w:br/>
      </w:r>
      <w:r>
        <w:rPr>
          <w:lang w:eastAsia="zh-CN"/>
        </w:rPr>
        <w:t>　　截至现在，我完成新增存款任务2415万元，完成计划的241.5%，办理承兑汇票贴现3笔，金额460万元，完成中间业务收入1万元，完成个人揽储61万元，同时也较好的完成了基金销售、信用卡、贷记卡营销等工作，完成供电公司建行网上银行系统推行上线工作，协助分行完成电费实时代收代扣系统的研发和推广。</w:t>
      </w:r>
      <w:r>
        <w:rPr>
          <w:lang w:eastAsia="zh-CN"/>
        </w:rPr>
        <w:br/>
      </w:r>
      <w:r>
        <w:rPr>
          <w:lang w:eastAsia="zh-CN"/>
        </w:rPr>
        <w:t>　　一、客户在第一，存款是中心</w:t>
      </w:r>
      <w:r>
        <w:rPr>
          <w:lang w:eastAsia="zh-CN"/>
        </w:rPr>
        <w:br/>
      </w:r>
      <w:r>
        <w:rPr>
          <w:lang w:eastAsia="zh-CN"/>
        </w:rPr>
        <w:t>　　我在工作中始终树立客户第一思想，把客户的事情当成自己的事来办，急客户之所急，想客户之所想，在工作方法上，始终做到“三勤”，勤动腿、勤动手、勤动脑，以赢得客户对我行业务的支持。我在工作中能够做一个有心人.</w:t>
      </w:r>
      <w:r>
        <w:rPr>
          <w:lang w:eastAsia="zh-CN"/>
        </w:rPr>
        <w:br/>
      </w:r>
      <w:r>
        <w:rPr>
          <w:lang w:eastAsia="zh-CN"/>
        </w:rPr>
        <w:t>　　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r>
        <w:rPr>
          <w:lang w:eastAsia="zh-CN"/>
        </w:rPr>
        <w:br/>
      </w:r>
      <w:r>
        <w:rPr>
          <w:lang w:eastAsia="zh-CN"/>
        </w:rPr>
        <w:t>　　二、“客户的需求就是我的工作”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r>
        <w:rPr>
          <w:lang w:eastAsia="zh-CN"/>
        </w:rPr>
        <w:br/>
      </w:r>
      <w:r>
        <w:rPr>
          <w:lang w:eastAsia="zh-CN"/>
        </w:rPr>
        <w:t>　　三、开拓思路，勇于创新，创造性的开展工作</w:t>
      </w:r>
      <w:r>
        <w:rPr>
          <w:lang w:eastAsia="zh-CN"/>
        </w:rPr>
        <w:br/>
      </w:r>
      <w:r>
        <w:rPr>
          <w:lang w:eastAsia="zh-CN"/>
        </w:rPr>
        <w:t>　　随着我国经济体制改革和金融体制的改革，客户选择银行的趋势已经形成，同业竞争日激烈，在业务开展上，我中有你，你中有我，在竞争中求生存，求发展，如何服务好重点客户对我行的业务发展起着举足轻重的作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r>
        <w:rPr>
          <w:lang w:eastAsia="zh-CN"/>
        </w:rPr>
        <w:br/>
      </w:r>
      <w:r>
        <w:rPr>
          <w:lang w:eastAsia="zh-CN"/>
        </w:rPr>
        <w:t>　　又如以开展有益健康的健身活动为线索，与客户开展乒乓球、羽毛球活动，既把与客户的交往推向深入，又打破了传统公关模式，在工作中收到了十分好的效果。今年9月份，在与一家房地产公司相关人员进行友好切磋球技的同时，获悉客户欲对其部分房产进行拍卖，他积极的工作，使其拍卖款500万元，成功转入我行。</w:t>
      </w:r>
      <w:r>
        <w:rPr>
          <w:lang w:eastAsia="zh-CN"/>
        </w:rPr>
        <w:br/>
      </w:r>
      <w:r>
        <w:rPr>
          <w:lang w:eastAsia="zh-CN"/>
        </w:rPr>
        <w:t>　　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20__年的工作中，为自己交了一份满意的答卷。</w:t>
      </w:r>
      <w:r>
        <w:rPr>
          <w:lang w:eastAsia="zh-CN"/>
        </w:rPr>
        <w:br/>
      </w:r>
      <w:r>
        <w:rPr>
          <w:lang w:eastAsia="zh-CN"/>
        </w:rPr>
        <w:t xml:space="preserve">    公司的客户经理年终总结范文 篇6 </w:t>
      </w:r>
      <w:r>
        <w:rPr>
          <w:lang w:eastAsia="zh-CN"/>
        </w:rPr>
        <w:br/>
      </w:r>
      <w:r>
        <w:rPr>
          <w:lang w:eastAsia="zh-CN"/>
        </w:rPr>
        <w:t>　　20__年2月我从分理处调至支行从事客户经理岗们工作，静心回顾这一年的工作生活，我感觉收获颇丰，现将这一年的学习工作情景总结如下：</w:t>
      </w:r>
      <w:r>
        <w:rPr>
          <w:lang w:eastAsia="zh-CN"/>
        </w:rPr>
        <w:br/>
      </w:r>
      <w:r>
        <w:rPr>
          <w:lang w:eastAsia="zh-CN"/>
        </w:rPr>
        <w:t>　　一、加强学习、提高素质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今年二月份从分理处调到支行从事客户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仅有自我对业务掌握透彻后才能更好的为客户供给服务。</w:t>
      </w:r>
      <w:r>
        <w:rPr>
          <w:lang w:eastAsia="zh-CN"/>
        </w:rPr>
        <w:br/>
      </w:r>
      <w:r>
        <w:rPr>
          <w:lang w:eastAsia="zh-CN"/>
        </w:rPr>
        <w:t>　　作为一名客户经理，我深刻体会和感触到该岗位的职责，客户经理是我行资产业务对公众服务的一张名片，是客户与我行联系的枢纽，怎样更好地服务好客户是我要学习和提高的地方，一方面要熟悉自我行里的业务产品，明白自我能够给客户带来什么，另一方面，要明白客户需求什么，尤其是后一方面，明白了客户的需求，才能去有的放矢的服务客户。</w:t>
      </w:r>
      <w:r>
        <w:rPr>
          <w:lang w:eastAsia="zh-CN"/>
        </w:rPr>
        <w:br/>
      </w:r>
      <w:r>
        <w:rPr>
          <w:lang w:eastAsia="zh-CN"/>
        </w:rPr>
        <w:t>　　在加强业务学习的同时，我还进取认真学习政治理论，提高自身政治素质。作为一名中国民主建国会会员，我时时刻刻严格要求自我，作为参政党成员，我积极参与建言献策，努力学习，认真践行党的群众路线。</w:t>
      </w:r>
      <w:r>
        <w:rPr>
          <w:lang w:eastAsia="zh-CN"/>
        </w:rPr>
        <w:br/>
      </w:r>
      <w:r>
        <w:rPr>
          <w:lang w:eastAsia="zh-CN"/>
        </w:rPr>
        <w:t>　　二、脚踏实地、勤奋工作</w:t>
      </w:r>
      <w:r>
        <w:rPr>
          <w:lang w:eastAsia="zh-CN"/>
        </w:rPr>
        <w:br/>
      </w:r>
      <w:r>
        <w:rPr>
          <w:lang w:eastAsia="zh-CN"/>
        </w:rPr>
        <w:t>　　作为一名客户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本事来满足客户的需求，在优先获取营业利润的同时实现个人合规工作，保证信贷资金的安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三、存在不足</w:t>
      </w:r>
      <w:r>
        <w:rPr>
          <w:lang w:eastAsia="zh-CN"/>
        </w:rPr>
        <w:br/>
      </w:r>
      <w:r>
        <w:rPr>
          <w:lang w:eastAsia="zh-CN"/>
        </w:rPr>
        <w:t>　　对挖掘现有客户资源，客户好中选优，提高客户数量和质量，提升客户对我行更大的贡献度和忠诚度还有待加强。我还需要进一步克服年轻气躁，做到脚踏实地，提高工作主动性，多干少说，在实践中完善提高自我。</w:t>
      </w:r>
      <w:r>
        <w:rPr>
          <w:lang w:eastAsia="zh-CN"/>
        </w:rPr>
        <w:br/>
      </w:r>
      <w:r>
        <w:rPr>
          <w:lang w:eastAsia="zh-CN"/>
        </w:rPr>
        <w:t>　　在新的一年，我将再接再厉，更加注重对新的规章、新的业务、新的知识的学习专研，改善工作方式方法，进取努力工作，增强服务意识，争取在各个方面取得提高，成为一名优秀客户经理。</w:t>
      </w:r>
      <w:r>
        <w:rPr>
          <w:lang w:eastAsia="zh-CN"/>
        </w:rPr>
        <w:br/>
      </w:r>
      <w:r>
        <w:rPr>
          <w:lang w:eastAsia="zh-CN"/>
        </w:rPr>
        <w:t xml:space="preserve">    公司的客户经理年终总结范文 篇7 </w:t>
      </w:r>
      <w:r>
        <w:rPr>
          <w:lang w:eastAsia="zh-CN"/>
        </w:rPr>
        <w:br/>
      </w:r>
      <w:r>
        <w:rPr>
          <w:lang w:eastAsia="zh-CN"/>
        </w:rPr>
        <w:t>　　我于20__年4月接到省分行的调令，调任支行客户经理。在支行8个月的工作中，我勤奋努力，注重创新，在自身业务水平得到了不断提高的同时，于思想意识方面也取得了不小的进步。现将我本人在20__年三个季度的工作情况总结汇报如下：</w:t>
      </w:r>
      <w:r>
        <w:rPr>
          <w:lang w:eastAsia="zh-CN"/>
        </w:rPr>
        <w:br/>
      </w:r>
      <w:r>
        <w:rPr>
          <w:lang w:eastAsia="zh-CN"/>
        </w:rPr>
        <w:t>　　20__年二季度我在支行行长和各条线同事的关心指导下，用较短的时间熟悉了新的工作环境。在工作中，我能够认真学习各项金融法律法规，积极参加行里组织的各种学习活动，不断提高自己的理论素质和业务技能。20__年3月至6月，我参加了北京金融培训中心举办的afp（金融理财师）资格认证培训，取得参加afp认证考试资格，并于20__年7月顺利通过了afp认证考试。通过这次全方位的培训和学习，使我深刻意识到自身岗位的重要性和业务开展的紧迫感。在工作中，我把所学到的理论知识和客户所遇到的实际问题相结合，勇于探索新理论、新问题，创造性的开展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到了新的岗位，自己的工作经历、营销技能和其他的客户经理相比有一定的差距。且到了新的工作环境，对行内业务往来频繁的对私对公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效劳和理财知识的专业性，成功营销了支行的优质客户，提高了客户对银行的奉献度和忠诚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担任客户经理以来，我深刻体会和感触到了该岗位的使命和职责。客户经理是我们__银行对公众效劳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比照拟重大。但是，慢慢的，我变得成熟起来，我开始明白这就是工作。每天对不同的客户进展日常维护，热情、耐心地为客户答疑解惑就是我的工作，为客户制订理财方案和让客户的资产得到增值就是我的工作范围，当我明确了目的，有了工作目标和重点以后，工作对于我来说，一切都变得清晰、明朗了起来。当客户坐在我的面前我不再心虚或紧张，我已经可以用非常轻松的姿态和亲切的.微笑来沉着面对。如今客户提出的问题和疑惑我都能够快速、清晰的向客户传达他们所想了解的信息，都能与大部分客户进展良好的沟通并取得很好的效果，从而赢得了客户对我工作的普遍认同。同时，在和不同客户的接触中，也使我自身的沟通能力和营销技巧得到了很大的提高。</w:t>
      </w:r>
      <w:r>
        <w:rPr>
          <w:lang w:eastAsia="zh-CN"/>
        </w:rPr>
        <w:br/>
      </w:r>
      <w:r>
        <w:rPr>
          <w:lang w:eastAsia="zh-CN"/>
        </w:rPr>
        <w:t>　　一、金融专业知识有待进一步加强。面对如今市场经济的多样性，银行理财成为越来越多客户的需求，如何能给我行优质客户提供专业的金融信息和理财产品，这就需要提高自身的学习能力和学习主动性，及时掌握最新的财经信息和准确分析未来的经济走势，以提高自身金融专业知识水平；</w:t>
      </w:r>
      <w:r>
        <w:rPr>
          <w:lang w:eastAsia="zh-CN"/>
        </w:rPr>
        <w:br/>
      </w:r>
      <w:r>
        <w:rPr>
          <w:lang w:eastAsia="zh-CN"/>
        </w:rPr>
        <w:t>　　二、针对不同的客户，还应朝细致精准化管理方面进展加强。对现有的客户资源，深挖细刨，根据不同客户的需求和实际情况，做精准化营销，提高支行中间业务收入；</w:t>
      </w:r>
      <w:r>
        <w:rPr>
          <w:lang w:eastAsia="zh-CN"/>
        </w:rPr>
        <w:br/>
      </w:r>
      <w:r>
        <w:rPr>
          <w:lang w:eastAsia="zh-CN"/>
        </w:rPr>
        <w:t>　　三、进一步克服年轻气躁，做到脚踏实地，提高工作主动性，不怕多做事，不怕做小事，在点滴实践中完善提高自己，决不能因为取得一点小成绩而沾沾自喜，骄傲自大，而要保持清醒的头脑，与时俱进，创造出更大的辉煌；</w:t>
      </w:r>
      <w:r>
        <w:rPr>
          <w:lang w:eastAsia="zh-CN"/>
        </w:rPr>
        <w:br/>
      </w:r>
      <w:r>
        <w:rPr>
          <w:lang w:eastAsia="zh-CN"/>
        </w:rPr>
        <w:t>　　由于银行业的特殊性和一定程度上的专业性，想成为银行业的优秀员工，必须经过系统的培训与丰富的实践。我期望在20__年能争取到更多的培训时机，使自身的综合素质得到全面的提高。夯实自己的业务根底，朝着更高、更远的方向努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总结过去，是为了吸取经历、完善缺乏。展望来年，我将会更有信心、更加努力、积极进取、精益求精地完成好今后的工作，以争为我行来年个金条线的开展做出自己更大的奉献。</w:t>
      </w:r>
      <w:r>
        <w:rPr>
          <w:lang w:eastAsia="zh-CN"/>
        </w:rPr>
        <w:br/>
      </w:r>
      <w:r>
        <w:rPr>
          <w:lang w:eastAsia="zh-CN"/>
        </w:rPr>
        <w:t xml:space="preserve">    公司的客户经理年终总结范文 篇8 </w:t>
      </w:r>
      <w:r>
        <w:rPr>
          <w:lang w:eastAsia="zh-CN"/>
        </w:rPr>
        <w:br/>
      </w:r>
      <w:r>
        <w:rPr>
          <w:lang w:eastAsia="zh-CN"/>
        </w:rPr>
        <w:t>　　回顾今年完成的银行客户经理工作自然令人难掩心中的喜悦，事实上能够通过自身的努力获得银行客户经理的工作职位也多亏了同事们的认可与领导的信任，所以说今年完成的工作任务也算得上是自己成为银行客户经理以后的第一仗，能够在业务咨询与办理方面的工作有所成就也是令自己感到高兴的，因此我对今年个人完成的银行客户经理工作进行了年终工作总结。</w:t>
      </w:r>
      <w:r>
        <w:rPr>
          <w:lang w:eastAsia="zh-CN"/>
        </w:rPr>
        <w:br/>
      </w:r>
      <w:r>
        <w:rPr>
          <w:lang w:eastAsia="zh-CN"/>
        </w:rPr>
        <w:t>　　对于身为小型管理者的自己而言员工的能力才是需要自己去栽培的，毕竟今年在自己的记忆中已经培训过好几届新员工并引导对方投入正式工作中去，在这方面自己作为培训的导师之一自然为新员工们分享过自己银行工作的经验，而且在这之中自己也在他们的心中绘出相应的蓝图并给予一定的信心，毕竟只要努力对待工作的话成为一名银行客户经理并非是让人感到困难的事情，实际上即便有许多业务办理工作都需要自己去亲自面对才算是对客户的负责，而且在多次培训的积累下使得自己所在的团队中增添了不少的优秀员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针对客户的需求应该要向对方表示银行的诚意才能将其争取过来，实际上作为客户经理有时也能够感受到在外跑业务的辛苦以及客户的难缠，所以对自己而言只有解决足够数量的客户并成功签单才让我感到放心，所以即便是在客户口头的基础上也应该做好亲自上门的准备来进行面谈，这样的话便可以有效解决平时的电话中部分情况不方便说的状况，而且在这个过程中由于自己表现出足够的诚意使得签单的成功率并没有想象中那么低。</w:t>
      </w:r>
      <w:r>
        <w:rPr>
          <w:lang w:eastAsia="zh-CN"/>
        </w:rPr>
        <w:br/>
      </w:r>
      <w:r>
        <w:rPr>
          <w:lang w:eastAsia="zh-CN"/>
        </w:rPr>
        <w:t>　　懂得自己撰写相关资料也能在无形之中创造业务办理的优势，实际上在千篇一律的资料中唯有简洁新颖的部分才能够让客户感到眼前一亮，所以我在具备对业务的理论知识基础中尝试着自己去制作对方所需的资料，也就是将原本繁琐的资料整合成对方一眼便能看懂的程度才是自己应该去做的，当客户发现这点的时候便意味着对方感受到了自己在业务办理工作中的诚意，所以自己在通过这样的方式获得收益的时候也会选择提倡所在团队的员工也这样去做。</w:t>
      </w:r>
      <w:r>
        <w:rPr>
          <w:lang w:eastAsia="zh-CN"/>
        </w:rPr>
        <w:br/>
      </w:r>
      <w:r>
        <w:rPr>
          <w:lang w:eastAsia="zh-CN"/>
        </w:rPr>
        <w:t>　　当自己回顾完今年的银行客户经理工作以后感觉内心变得沉重不少，毕竟相对于明年的工作而言现阶段取得的成就很快便要成为过去的历史了，所在本着朝前看的态度也应该开始思索明年的银行工作应该如何进行处理才行。</w:t>
      </w:r>
      <w:r>
        <w:rPr>
          <w:lang w:eastAsia="zh-CN"/>
        </w:rPr>
        <w:br/>
      </w:r>
      <w:r>
        <w:rPr>
          <w:lang w:eastAsia="zh-CN"/>
        </w:rPr>
        <w:t xml:space="preserve">    公司的客户经理年终总结范文 篇9 </w:t>
      </w:r>
      <w:r>
        <w:rPr>
          <w:lang w:eastAsia="zh-CN"/>
        </w:rPr>
        <w:br/>
      </w:r>
      <w:r>
        <w:rPr>
          <w:lang w:eastAsia="zh-CN"/>
        </w:rPr>
        <w:t>　　一、思想作风建设情况</w:t>
      </w:r>
      <w:r>
        <w:rPr>
          <w:lang w:eastAsia="zh-CN"/>
        </w:rPr>
        <w:br/>
      </w:r>
      <w:r>
        <w:rPr>
          <w:lang w:eastAsia="zh-CN"/>
        </w:rPr>
        <w:t>　　1、思想上能从严从高要求自己，自觉加强政策理论和管理知识的学习，努力提高政治理论水平和管理能力。一年来，我思想认识有了较大提高，充实了理论知识、开阔了工作思路，丰富了领导经验，对我们__银行改革的前景更加充满了信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2、学习上能不断充实自己，自觉加强基础理论和业务知识的学习，努力提高业务水平和操作能力。为更好地为__银行奉献自己的聪明才智，自入行以来，我刻苦学习，掌握了较为全面的理论知识和专业知识。尤其是组织安排我主持客户部工作后，为尽快适应新的岗位，进入角色，我不断完善自身，提高业务水平，扩大知识面。</w:t>
      </w:r>
      <w:r>
        <w:rPr>
          <w:lang w:eastAsia="zh-CN"/>
        </w:rPr>
        <w:br/>
      </w:r>
      <w:r>
        <w:rPr>
          <w:lang w:eastAsia="zh-CN"/>
        </w:rPr>
        <w:t>　　一是不管工作有多忙，坚持反复学习业务书籍，认真阅读金融法规、业务管理制度和业务操作办法，以提高自己的业务知识和业务能力。二是参加总行组织的贷款调研活动，并参与了等制度的起草工作。三是亲自组织支行网上银行、外汇知识、保险业务培训班，与全行员工一起学习、探讨业务，共同发展。一年来，通过自己的努力，本人的业务水平和工作能力有了进一步的提高。</w:t>
      </w:r>
      <w:r>
        <w:rPr>
          <w:lang w:eastAsia="zh-CN"/>
        </w:rPr>
        <w:br/>
      </w:r>
      <w:r>
        <w:rPr>
          <w:lang w:eastAsia="zh-CN"/>
        </w:rPr>
        <w:t>　　3、作风上能严格要求自己，不断增强法制观念，按章办事，廉洁自律。我主持客户部工作后，作为一个部门的带头人，我以客户经理的标准严格要求自己，工作走在前头，讲求奉献，廉洁奉公。对情况复杂，政策性、敏感性强的问题，我能够加强请示汇报，未出现越权行事的情况；针对客户部门的工作特点，能切实按要求对部门员工进行依法办事、廉洁自律的教育，坚持经常性的制度学习，平时注意加强部门管理，加强内控管理和信贷档案管理；能够严格执行客户经理制度，检查和督促各项规章制度的落实、执行情况。</w:t>
      </w:r>
      <w:r>
        <w:rPr>
          <w:lang w:eastAsia="zh-CN"/>
        </w:rPr>
        <w:br/>
      </w:r>
      <w:r>
        <w:rPr>
          <w:lang w:eastAsia="zh-CN"/>
        </w:rPr>
        <w:t>　　二、履行职责情况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职业活动中，我把服务基层、服务客户放在首位，有了这种心境，与网点、客户交流就能处于一种和谐的状态，许多事情便迎刃而解。大家都知道，我们客户部与机关保障部门相比，多了经营的职能，与营业网点相比，多了管理的职能，我们既要管理、又要经营，上对省行所有的业务部门，下对所有网点，外对重点客户，对于仅有_名客户经理，要管理近亿存款、_亿贷款的客户部门来说，我们的任务是相当繁重的、责任也是相当大的。20__年，我和同事们一道主要做了以下三方面工作：</w:t>
      </w:r>
      <w:r>
        <w:rPr>
          <w:lang w:eastAsia="zh-CN"/>
        </w:rPr>
        <w:br/>
      </w:r>
      <w:r>
        <w:rPr>
          <w:lang w:eastAsia="zh-CN"/>
        </w:rPr>
        <w:t>　　1、以大户目标管理为核心，抓好存款组织工作。针对我行存款连年大幅增长，面临的困难和问题更多、更为严峻的形势。我和同事们牢固树立“存款就是增效”的经营理念，认真做好年度工作计划和考核方案，定期或不定期走访__个目标大户，积极为客户解决遇到的困难和问题；积极拓展市场，全力以赴做好公关，发展了等一批有发展潜力的客户。同时，认真处理客户抱怨，降低了客户的投诉率，维护了我行的社会形象。</w:t>
      </w:r>
      <w:r>
        <w:rPr>
          <w:lang w:eastAsia="zh-CN"/>
        </w:rPr>
        <w:br/>
      </w:r>
      <w:r>
        <w:rPr>
          <w:lang w:eastAsia="zh-CN"/>
        </w:rPr>
        <w:t>　　2、以清收压降不良贷款为重点，抓好信贷资产的管理，不良贷款占比较年初下降了_个百分点。我主持客户部工作后，针对由于历史原因，我行不良信贷资产居高不下的现象，一是定期或不定期组织部门客户经理研究和分析管理信贷企业的情况，对信贷客户进行分类排队。二是深入等信贷企业，了解生产、经营、产品销售和信贷资金使用情况。</w:t>
      </w:r>
      <w:r>
        <w:rPr>
          <w:lang w:eastAsia="zh-CN"/>
        </w:rPr>
        <w:br/>
      </w:r>
      <w:r>
        <w:rPr>
          <w:lang w:eastAsia="zh-CN"/>
        </w:rPr>
        <w:t>　　3、以网上银行为突破口，以代理业务为重点，积极推动全行中间业务的发展。一是以网上银行为突破口，为__企业安装网上银行，同时做好维护，促进了我行电子银行业务的发展。</w:t>
      </w:r>
      <w:r>
        <w:rPr>
          <w:lang w:eastAsia="zh-CN"/>
        </w:rPr>
        <w:br/>
      </w:r>
      <w:r>
        <w:rPr>
          <w:lang w:eastAsia="zh-CN"/>
        </w:rPr>
        <w:t>　　三、存在的问题和今后努力的方向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本人经过总结回顾，认为自己一年来的工作是称职的，但仍然存在以下不足：工作经验有待丰富，工作系统性不够强；今后本人将一步加强学习，虚心求教，克服不足，将工作做得更好。</w:t>
      </w:r>
      <w:r>
        <w:rPr>
          <w:lang w:eastAsia="zh-CN"/>
        </w:rPr>
        <w:br/>
      </w:r>
      <w:r>
        <w:rPr>
          <w:lang w:eastAsia="zh-CN"/>
        </w:rPr>
        <w:t>　　1、放下思想包袱，扎扎实实做好本职工作，当一名合格的客户部经理。作为客户部负责人，不同于其他保障部门和营业网点，承担管理和经营的双重职能，工作担子是很重的，需要具备把握宏观全局、处理微观事物的能力，今后本人一定会放下思想包袱，放开手脚，积极主动协助主管行长抓好工作，当好助手，按照“三个规范”要求管理业务，发展业务。</w:t>
      </w:r>
      <w:r>
        <w:rPr>
          <w:lang w:eastAsia="zh-CN"/>
        </w:rPr>
        <w:br/>
      </w:r>
      <w:r>
        <w:rPr>
          <w:lang w:eastAsia="zh-CN"/>
        </w:rPr>
        <w:t>　　2、刻苦学习，努力提高业务素质和管理能力，为全行业务发展贡献聪明才智。今后，我要进一步加强学习，努力提高业务水平和管理能力，要经常深入网点，走访客户，抓好大户目标管理，做好客户维护，加大产品营销力度，积极拓展优良客户，抓好不良贷款清收，切实提高我行信贷资产质量，提高我行的综合实力。</w:t>
      </w:r>
      <w:r>
        <w:rPr>
          <w:lang w:eastAsia="zh-CN"/>
        </w:rPr>
        <w:br/>
      </w:r>
      <w:r>
        <w:rPr>
          <w:lang w:eastAsia="zh-CN"/>
        </w:rPr>
        <w:t>　　3、严格要求，廉洁自律，做一名优秀客户经理。作为信贷业务的负责人，我一定要保持清醒头脑，严格要求自己，廉洁自律，绝不干有损于国家集体和人民的事情，清清白白做人，堂堂正正办事，继续保持一名优秀客户经理的本色。</w:t>
      </w:r>
      <w:r>
        <w:rPr>
          <w:lang w:eastAsia="zh-CN"/>
        </w:rPr>
        <w:br/>
      </w:r>
      <w:r>
        <w:rPr>
          <w:lang w:eastAsia="zh-CN"/>
        </w:rPr>
        <w:t xml:space="preserve">    公司的客户经理年终总结范文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在全体银行员工同努力下，咱们__银行顺利达到了这一年的工作目标，我身为银行里面的客户经理在此时自然也是感到格外地振奋，能取得这么好的成绩自然是得好好感谢一下诸位领导的指点，不然我们哪能在工作的时候找到一条适合自己的道路呢。回首全年的客户服务工作，我觉得自己在这个岗位上已经渐渐地承担起了自己应尽的职责，工作业绩相比去年得到了不小的提升，趁着新年来临前夕，我特将一年的工作情况总结如下：</w:t>
      </w:r>
      <w:r>
        <w:rPr>
          <w:lang w:eastAsia="zh-CN"/>
        </w:rPr>
        <w:br/>
      </w:r>
      <w:r>
        <w:rPr>
          <w:lang w:eastAsia="zh-CN"/>
        </w:rPr>
        <w:t>　　咱们银行的位置虽然没有处于市里，但是每天要面对的群众还是不少的，这也就要求我大力发展潜在的优质客户，如何发展客户人群是我工作中的难点以及重点。这份工作要求我必须拥有较高的银行业务知识以及良好的工作态度，我很清楚想要把自己工作做好的前提就是要融入群众之中，去感受客户们的需求，去了解他们的真实想法，然后按照需求为他们提供、推荐不同的服务。这一年下来，我前后为一千多名客户提供了专业的服务，其中包括存储方面的介绍、基金的购买以及防诈骗方面的知识，现在大家对于钱其实都挺看重的，但是如何合理地把钱给安全合理地运转起来依然还是一个难题，所以我身上的责任还是比较重的，要是能把这一方面的工作给做到位的话，那么我的个人业绩一定能得到巨大的'提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这一年里，我严格按照银行的规章制度办事，遵守各项要求，在工作中从未发生过重大失误事件，我把大部分的精力都放在了发展客户这一块，我不仅加强了对银行老客户的联系，还对发展了不少有潜力的客户，通过我的努力，我成功让更多的人选择了咱们的银行，并让客户们愿意把更多的资金交给我行进行管理和支配。虽然我在工作业绩这一块取得了较为明显的进步，但是我深知自己是万万不能骄躁的，所以我时刻都在注重自己思想这一块的磨练。由于我在工作的时候较为尽职尽责，所以全年我都没有收到客户们对我的投诉，这在往年中是很难看到的，或许这也证明了我的工作的确有了不小的改进。</w:t>
      </w:r>
      <w:r>
        <w:rPr>
          <w:lang w:eastAsia="zh-CN"/>
        </w:rPr>
        <w:br/>
      </w:r>
      <w:r>
        <w:rPr>
          <w:lang w:eastAsia="zh-CN"/>
        </w:rPr>
        <w:t>　　在新的一年里，我会继续保持好目前的工作状态，将更多的心思投入到服务民众之中，争取让更多的人选择咱们银行，信任咱们银行！</w:t>
      </w:r>
      <w:r>
        <w:rPr>
          <w:lang w:eastAsia="zh-CN"/>
        </w:rPr>
        <w:br/>
      </w:r>
      <w:r>
        <w:rPr>
          <w:lang w:eastAsia="zh-CN"/>
        </w:rPr>
        <w:t>　　20__年，对于身处改革浪潮中心的银行员工来说有许多值得回味的东西，尤其是工作在客户经理岗位上的同志，感触就更大了。年初的竞聘上岗，用自我的话说“这是工作多年来，第一次这样正式的走上讲台，来争取一份工作”，而且，出乎预料差点落选。竞争让我一开始就感到了压力，也就是从那时候起，我在心里和自我较上了劲，必须要勤奋努力，不辱使命，他是这样想的，也是这样做的。一年来，我在工作中紧跟支行领导班子的步伐，围绕支行工作重点，出色的完成了各项工作任务，用智慧和汗水，用行动和效果体现出了爱岗敬业，无私奉献的精神。</w:t>
      </w:r>
      <w:r>
        <w:rPr>
          <w:lang w:eastAsia="zh-CN"/>
        </w:rPr>
        <w:br/>
      </w:r>
      <w:r>
        <w:rPr>
          <w:lang w:eastAsia="zh-CN"/>
        </w:rPr>
        <w:t>　　截至此刻，我完成新增存款任务2415万元，完成计划的241。5%，办理承兑汇票贴现3笔，金额460万元，完成中间业务收入1万元，完成个人揽储61万元，同时也较好的完成了基金销售、信用卡、贷记卡营销等工作，完成供电公司建行网上银行系统推行上线工作，协助分行完成电费实时代收代扣系统的研发和推广。</w:t>
      </w:r>
      <w:r>
        <w:rPr>
          <w:lang w:eastAsia="zh-CN"/>
        </w:rPr>
        <w:br/>
      </w:r>
      <w:r>
        <w:rPr>
          <w:lang w:eastAsia="zh-CN"/>
        </w:rPr>
        <w:t>　　客户在第一，存款是中心。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我在工作中始终树立客户第一思想，把客户的事情当成自我的事来办，急客户之所急，想客户之所想，在工作方法上，始终做到“三勤”，勤动腿、勤动手、勤动脑，以赢得客户对我行业务的支持。我在工作中能够做一个有心人，他从某公司本资料资料财务人员一句不太起眼的话语当中捕捉到了信息，及时反馈并跟踪，最终使近2700万元资金年初到帐，实现了“开门红”，为全行的增存工作打下了良好的基础。</w:t>
      </w:r>
      <w:r>
        <w:rPr>
          <w:lang w:eastAsia="zh-CN"/>
        </w:rPr>
        <w:br/>
      </w:r>
      <w:r>
        <w:rPr>
          <w:lang w:eastAsia="zh-CN"/>
        </w:rPr>
        <w:t>　　在服务客户的过程中，我用心细致，把兄弟情、朋友意注入工作中，使简单枯燥的服务工作变得丰富而多采，真正体现了客户第一的观念。当客户在过生日时收到他送来的鲜花，必须会在惊喜中留下感动;如果客户在烦恼时收到他发来的信息趣言，也必须会暂时把不快抛到脑后，而抱以一丝谢意;而当客户不幸躺在病床，更会看到他忙前忙后，楼上楼下奔跑的身影……虽说事情都很平常、也很简单，但向陈刚那样细致的人却不多。</w:t>
      </w:r>
      <w:r>
        <w:rPr>
          <w:lang w:eastAsia="zh-CN"/>
        </w:rPr>
        <w:br/>
      </w:r>
      <w:r>
        <w:rPr>
          <w:lang w:eastAsia="zh-CN"/>
        </w:rPr>
        <w:t>　　“客户的需求就是我的工作”</w:t>
      </w:r>
      <w:r>
        <w:rPr>
          <w:lang w:eastAsia="zh-CN"/>
        </w:rPr>
        <w:br/>
      </w:r>
      <w:r>
        <w:rPr>
          <w:lang w:eastAsia="zh-CN"/>
        </w:rPr>
        <w:t>　　我在银行从事信贷、存款工作十几个春秋，具备了较全面的独立工作潜力，随着银行改革的需要，我的工作潜力和综合素质得到了较大程度的提高，业务水平和专业技能也随着建行各阶段的改革得到了更新和进步。为了不辱使命，完成上级下达的各项工作任务，我作为分管多个重点客户的客户经理，应对同业竞争不断加剧的困难局面，在支行领导和部门同事的帮忙下，大胆开拓思想，树立客户第一的思想，征对不一样客户，采取不一样的工作方式，努力为客户带给最优质的金融服务，用他自我对工作的理解就是“客户的需求就是我的工作”。</w:t>
      </w:r>
      <w:r>
        <w:rPr>
          <w:lang w:eastAsia="zh-CN"/>
        </w:rPr>
        <w:br/>
      </w:r>
      <w:r>
        <w:rPr>
          <w:lang w:eastAsia="zh-CN"/>
        </w:rPr>
        <w:t>　　开拓思路，勇于创新，创造性的开展工作。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随着我国经济体制改革和金融体制的改革，客户选取银行的趋势已经构成，同业竞争日激烈，在业务开展上，我中有你，你中有我，在竞争中求生存，求发展，如何服务好重点客户对我行的业务发展起着举足轻重的作用。</w:t>
      </w:r>
      <w:r>
        <w:rPr>
          <w:lang w:eastAsia="zh-CN"/>
        </w:rPr>
        <w:br/>
      </w:r>
      <w:r>
        <w:rPr>
          <w:lang w:eastAsia="zh-CN"/>
        </w:rPr>
        <w:t>　　我认为作为一个好的客户经理，时时刻刻地注重研究市场，注意市场动态，研究市场就是分析营销环境，在把握客观环境的前提下，研究客户，透过对客户的研究从而到达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透过多次上门联系，使得该单位下拨的基建款都在我行开立帐户。另外今年七月份在市政府要求国库集中收付预算单位账户和资金划转商业银行状况下，他用心的上门联系，成功留住某客户在我行的开户。</w:t>
      </w:r>
      <w:r>
        <w:rPr>
          <w:lang w:eastAsia="zh-CN"/>
        </w:rPr>
        <w:br/>
      </w:r>
      <w:r>
        <w:rPr>
          <w:lang w:eastAsia="zh-CN"/>
        </w:rPr>
        <w:t>　　又如以开展有益健康的健身活动为线索，与客户开展乒乓球、羽毛球活动，既把与客户的交往推向深入，又打破了传统公关模式，在工作中收到了十分好的效果。今年9月份，在与一家房地产公司相关人员进行友好切磋球技的同时，获悉客户欲对其部分房产进行拍卖，他用心的工作，使其拍卖款500万元，成功转入我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我对待工作有强烈的事业心和职责感，任劳任怨、用心工作，从不挑三拣四，避重就轻，对待每一项工作都能尽心尽力，按时保质的完成。在日常工作中，他始终坚持对自我高标准、严要求、顾全大局、不计得失，为了完成各项工作任务，不惜牺牲业余时间，放下双休和假期，利用一切时间和机会为客户服务，与客户交朋友，做客户愿意交往的朋友，我透过不懈的努力，在20__年的工作中，为自我交了一份满意的答卷。</w:t>
      </w:r>
      <w:r>
        <w:rPr>
          <w:lang w:eastAsia="zh-CN"/>
        </w:rPr>
        <w:br/>
      </w:r>
      <w:r>
        <w:rPr>
          <w:lang w:eastAsia="zh-CN"/>
        </w:rPr>
        <w:t xml:space="preserve">    公司的客户经理年终总结范文 篇11 </w:t>
      </w:r>
      <w:r>
        <w:rPr>
          <w:lang w:eastAsia="zh-CN"/>
        </w:rPr>
        <w:br/>
      </w:r>
      <w:r>
        <w:rPr>
          <w:lang w:eastAsia="zh-CN"/>
        </w:rPr>
        <w:t>　　时光如逝，岁月如梭，弹指一瞬间，20__年已经成为历史，回首这不平凡的一年，有欢笑，有泪水，有成长，有不足，细细想来，感慨颇深，在新的一年缓缓开启时，有必要将自身去年一年的工作做一个简单总结，这样才能轻装上阵，在20__年奋勇争先。</w:t>
      </w:r>
      <w:r>
        <w:rPr>
          <w:lang w:eastAsia="zh-CN"/>
        </w:rPr>
        <w:br/>
      </w:r>
      <w:r>
        <w:rPr>
          <w:lang w:eastAsia="zh-CN"/>
        </w:rPr>
        <w:t>　　20__年即将划上句号，在这一年还没有成为过去的时候，我们十分希望时间放慢脚步，让我们有充足的时间好好地梳理一下那些过往。从初出茅庐的青涩应届毕业生，到在银行工作的企业金融业务助理，这一个角色的转变使我渡过了成长的阵痛期，迎来了一个接一个的挑战，也对明天总是充满了期待。半年来，我在工作中紧跟步伐，紧紧地团结在以领导为核心的中央周围，基本完成各项工作任务，用智慧和汗水，用行动和效果体现出了爱岗敬业，无私奉献的精神，为本行的发展壮大贡献微薄之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通过向领导同事学习、向书本学习，我大致的了解了银行信贷业务知识。从人们需要借货开始，银行业的始祖们就营造出两个神，一个是父神叫信贷，一个是母神叫筹资。借货生成风险，筹资耗费成本，诚信为则，利息成桥，这种经营金钱的交易，演进升华，化为无数银行经营者的信仰。刚来到企金部门实习的时候，对公司业务和授信产品一知半解，通过半年的学习，我基本掌握了本行大部分授信产品的要素，能够通过跟客户交流，根据客户财务状况、担保状况和业务特点，为客户提出一些基本的建议和意见。本行的贷款产品名目繁多，我从基本的内部基本授信开始学起，写调查报告，办理授信项下业务，进行贷后检查，学会这些基本业务之后，我开始学习小企业易速贷，控货融资，中小企业私募债，非标债权投资等细化的业务。由于难以摆脱作为国家宏观调控的金触工具，金融信贷政策具有波动性，银行时紧时松的信贷政策表现得特别充分。此外，在熟悉业务产品的同时，我积极学习本行信贷风险控制措施。债务人信用道德的缺失和法制环境不健全增添了信贷者的心理压力。有道是贷前生信心出手成忧心此刻论收益彼时成损失今日是憧憬明天现原形。几乎使每一笔贷款都会经历一次心境的考验这些都说明成功来之不易。如果缺乏信贷经历就体会不到贷款出现风险后如负重荷的资任，触发不起收贷过程中忐忑不安的心跳也享受不到收回贷款之后的轻松。只有真正经历过这一切，才得到信贷的发言权。只有在风险中行进的人才能真实感受市场之险恶真正领略金钱增值战之不易。这是寂静的战争，温和掩饰着角力平静暗藏着风云，平坦之下有陷阱信贷充满着智力、志力、心力的博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其次，在工作过程中，认真学习、点滴积累，努力提高个人营销能力。作为一名准客户经理，其职责是服务好客户，一方面要熟悉自己的业务产品，明白自己能够给客户带来什么，另一方面，要明白客户要什么。客户经理作为全权代表银行与客户联系的大使，应积极主动并经常地与客户保持联系，发现客户的需求，引导客户的需求，并及时给予满足，为客户提供一站式服务。对现有的客户，客户经理要与之保持经常的联系，而对潜在的客户，则要积极地去开发过程中，在支行行长和各位领导同时的关心指导下，自己收获颇多，主要体现在以下几方面:</w:t>
      </w:r>
      <w:r>
        <w:rPr>
          <w:lang w:eastAsia="zh-CN"/>
        </w:rPr>
        <w:br/>
      </w:r>
      <w:r>
        <w:rPr>
          <w:lang w:eastAsia="zh-CN"/>
        </w:rPr>
        <w:t xml:space="preserve">    公司的客户经理年终总结范文 篇12 </w:t>
      </w:r>
      <w:r>
        <w:rPr>
          <w:lang w:eastAsia="zh-CN"/>
        </w:rPr>
        <w:br/>
      </w:r>
      <w:r>
        <w:rPr>
          <w:lang w:eastAsia="zh-CN"/>
        </w:rPr>
        <w:t>　　时代在变、环境在变，银行的工作也时时变化着，天天都有新的东西出现、新的情况发生，这都需要我跟着形势而改变。学习新的知识，把握新的技巧，适应四周环境的变化，提高自己的履岗能力，把自己培养成为一个业务全面的客户经理，更好地规划自己的职业生涯，是我所努力的目标。当然，在一些细节的处理和操作上我还存在一定的欠缺，我会在今后的工作、学习中磨练自己，在领导和同事的指导帮助中提高自己，发扬优点，弥补不足。今后我将努力做到以下几点，希望领导和同志们对我进行监督指导：</w:t>
      </w:r>
      <w:r>
        <w:rPr>
          <w:lang w:eastAsia="zh-CN"/>
        </w:rPr>
        <w:br/>
      </w:r>
      <w:r>
        <w:rPr>
          <w:lang w:eastAsia="zh-CN"/>
        </w:rPr>
        <w:t>　　一、道德方面。做为客户经理在品德、责任感等方面必须要有较高的道德修养，强烈的事业心，作风正派，自律严格，洁身自爱。</w:t>
      </w:r>
      <w:r>
        <w:rPr>
          <w:lang w:eastAsia="zh-CN"/>
        </w:rPr>
        <w:br/>
      </w:r>
      <w:r>
        <w:rPr>
          <w:lang w:eastAsia="zh-CN"/>
        </w:rPr>
        <w:t>　　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w:t>
      </w:r>
      <w:r>
        <w:rPr>
          <w:lang w:eastAsia="zh-CN"/>
        </w:rPr>
        <w:br/>
      </w:r>
      <w:r>
        <w:rPr>
          <w:lang w:eastAsia="zh-CN"/>
        </w:rPr>
        <w:t>　　另外，客户经理还要具备法律知识、经济知识，特别是要具备综合运用多种知识为客户提供多种可供选择的投资理财方案的能力。</w:t>
      </w:r>
      <w:r>
        <w:rPr>
          <w:lang w:eastAsia="zh-CN"/>
        </w:rPr>
        <w:br/>
      </w:r>
      <w:r>
        <w:rPr>
          <w:lang w:eastAsia="zh-CN"/>
        </w:rPr>
        <w:t>　　四、营销方面。客户经理要成为市场营销的能手。要掌握市场营销学的基本知识，又要身体力行，积极参与实践。掌握推销自我的技巧、演讲技巧、产品推介的技巧、与客户沟通的技巧、处理拒绝的技巧等。</w:t>
      </w:r>
      <w:r>
        <w:rPr>
          <w:lang w:eastAsia="zh-CN"/>
        </w:rPr>
        <w:br/>
      </w:r>
      <w:r>
        <w:rPr>
          <w:lang w:eastAsia="zh-CN"/>
        </w:rPr>
        <w:t>　　最后，在新的一年里，我将一如既往，努力使自己成为一名优秀的客户经理。做好本职工作，与全行员工一起，团结一致，为完成今年的各项目标任务作出自己应有的贡献。</w:t>
      </w:r>
      <w:r>
        <w:rPr>
          <w:lang w:eastAsia="zh-CN"/>
        </w:rPr>
        <w:br/>
      </w:r>
      <w:r>
        <w:rPr>
          <w:lang w:eastAsia="zh-CN"/>
        </w:rPr>
        <w:t xml:space="preserve">    公司的客户经理年终总结范文 篇13 </w:t>
      </w:r>
      <w:r>
        <w:rPr>
          <w:lang w:eastAsia="zh-CN"/>
        </w:rPr>
        <w:br/>
      </w:r>
      <w:r>
        <w:rPr>
          <w:lang w:eastAsia="zh-CN"/>
        </w:rPr>
        <w:t>　　时间过得真快，转眼间2_14年即将逝去，新的一年正在走来。回顾这三年来的工作历程，才发现自己一路走来并非坦坦荡荡，而是充满着坎坷和挑战。然而，这三年的客户经理工作，对于笔者而言，不但是一种磨砺，更学到了很多与人交往的道理，也在失败中不断成长。下面就个人方面以及对今年的工作做一下回顾和总结。</w:t>
      </w:r>
      <w:r>
        <w:rPr>
          <w:lang w:eastAsia="zh-CN"/>
        </w:rPr>
        <w:br/>
      </w:r>
      <w:r>
        <w:rPr>
          <w:lang w:eastAsia="zh-CN"/>
        </w:rPr>
        <w:t>　　一、2_14年度个人感悟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工作的目的并不仅仅是赚取生活的砝码，更重要的是通过工作赢得社会的尊重和认可，从而获得工作带来的成就感和满足感。然而在这个竞争激烈的环境下，能找到一个让自己发挥能力的舞台是不易的。自从进入烟草公司以来，非常感谢同事们在工作上以及生活上的帮助，更离不开广大零售户对工作的支持。然而在服务零售户方面，与其他同志相比，还有很大的一段差距;在工作任务的执行方面没有明确的侧重点;对低消费以及人均分布较稀地区的消费群体没有灵活的应对措施等种种因素的影响，通过深刻反思这段成长空间，我越发要摆正位置和心态，明年创造出更优异的成绩。</w:t>
      </w:r>
      <w:r>
        <w:rPr>
          <w:lang w:eastAsia="zh-CN"/>
        </w:rPr>
        <w:br/>
      </w:r>
      <w:r>
        <w:rPr>
          <w:lang w:eastAsia="zh-CN"/>
        </w:rPr>
        <w:t>　　二、2_14年工作回顾和总结</w:t>
      </w:r>
      <w:r>
        <w:rPr>
          <w:lang w:eastAsia="zh-CN"/>
        </w:rPr>
        <w:br/>
      </w:r>
      <w:r>
        <w:rPr>
          <w:lang w:eastAsia="zh-CN"/>
        </w:rPr>
        <w:t>　　1、随着网上订货工作的深入开展，网订客户数也逐步上升，网订客户数为141户，占总客户数的61.1%，占的比例并不高，仍有很大的发展空间。在网订客户的选取方面，主要先从乡镇街道及主干道入手，让新增入网户感受到网上订货的便捷性，以逐步吸引周边的零售户加入网上订货。这样不愿意买电脑的零售户也渐渐地开始委托其他的零售户代订，有的直接将订烟的事情交给了家中的子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2、自135工作法实施后，工作模式逐渐发生了改变，工作方向也逐步明确。随着月计划、周安排、周总结、日拜访、月总结的实施，工作模式渐渐固化，工作方向也随之明确。这五项内容大致是这样的：在月末安排好下月的工作计划，有利于工作计划的开展;每周及时的安排、总结，有利于工作的回顾;在每次走访之前事先安排好要拜访的对象，这就节约了拜访时间，有针对性的关注异常客户;而月总结则可以将发现的问题及时的归纳汇总。</w:t>
      </w:r>
      <w:r>
        <w:rPr>
          <w:lang w:eastAsia="zh-CN"/>
        </w:rPr>
        <w:br/>
      </w:r>
      <w:r>
        <w:rPr>
          <w:lang w:eastAsia="zh-CN"/>
        </w:rPr>
        <w:t>　　然而135并不是一套万能公式，它需要每个人灵活运用。通过工作让客户最大程度的满意，进而增进与客户之间的关系。良好的客情关系的最大的好处就是得到广大客户的衷心支持，最终获得良好的市场效益。比如，在拜访的过程中指导客户卷烟经营，加强与零售户的沟通，有针对性的对新品牌进行培育。否则，135可能会变成一代版的《四书》、《五经》了。</w:t>
      </w:r>
      <w:r>
        <w:rPr>
          <w:lang w:eastAsia="zh-CN"/>
        </w:rPr>
        <w:br/>
      </w:r>
      <w:r>
        <w:rPr>
          <w:lang w:eastAsia="zh-CN"/>
        </w:rPr>
        <w:t>　　3、工作中的狄德罗效应。比如当客户经理在走访市场的过程中遇到客户通常的提问：为什么有些烟别人订到，自己却订不到?、为什么有些烟自己总是比别人订的少，请不要过于笼统回答道：国家对卷烟实行计划生产之类的话了。因为客户关心的不是总体的市场环境，而是经过与别人比较后自己的切身利益，这是就有必要向客户说明不同的客户类别之间的区别了(比如在卷烟销量、卷烟陈列、柜台展示等方面)，从而让客户争相做类别高的客户群了，这就是狄德罗效应了。</w:t>
      </w:r>
      <w:r>
        <w:rPr>
          <w:lang w:eastAsia="zh-CN"/>
        </w:rPr>
        <w:br/>
      </w:r>
      <w:r>
        <w:rPr>
          <w:lang w:eastAsia="zh-CN"/>
        </w:rPr>
        <w:t>　　4、专销联动工作</w:t>
      </w:r>
      <w:r>
        <w:rPr>
          <w:lang w:eastAsia="zh-CN"/>
        </w:rPr>
        <w:br/>
      </w:r>
      <w:r>
        <w:rPr>
          <w:lang w:eastAsia="zh-CN"/>
        </w:rPr>
        <w:t>　　目前专销结合还存在的一些问题：</w:t>
      </w:r>
      <w:r>
        <w:rPr>
          <w:lang w:eastAsia="zh-CN"/>
        </w:rPr>
        <w:br/>
      </w:r>
      <w:r>
        <w:rPr>
          <w:lang w:eastAsia="zh-CN"/>
        </w:rPr>
        <w:t>　　(1)信息反馈不及时，专销双方难以达成全面的共识，专销结合效果不理想。三员缺少直接交流，信息时效性不能保证。在新的订货模式下，专卖难免在检查中与零售户发生摩擦，不利于维护烟草形象。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(2)专销日常工作缺少监督或监督不力。有时顾于情面，难免在日常工作中出现相互推委现象，很不利于专销结合工作的正常开展，也不利于专销联动工作的健康发展。</w:t>
      </w:r>
      <w:r>
        <w:rPr>
          <w:lang w:eastAsia="zh-CN"/>
        </w:rPr>
        <w:br/>
      </w:r>
      <w:r>
        <w:rPr>
          <w:lang w:eastAsia="zh-CN"/>
        </w:rPr>
        <w:t>　　有效做好专销结合应从几方面着手：</w:t>
      </w:r>
      <w:r>
        <w:rPr>
          <w:lang w:eastAsia="zh-CN"/>
        </w:rPr>
        <w:br/>
      </w:r>
      <w:r>
        <w:rPr>
          <w:lang w:eastAsia="zh-CN"/>
        </w:rPr>
        <w:t>　　(1)市场走访方面。专卖、营销两支队伍不仅要在日常工作中各司其职，而且要在日常走访中相互监督，比如每月组织一次客户经理随同市管员进行走访。市管员在市场检查中、在对违法户的打击中发现问题，要及时告知客户经理，以便在客户经理在货源上加以控制。</w:t>
      </w:r>
      <w:r>
        <w:rPr>
          <w:lang w:eastAsia="zh-CN"/>
        </w:rPr>
        <w:br/>
      </w:r>
      <w:r>
        <w:rPr>
          <w:lang w:eastAsia="zh-CN"/>
        </w:rPr>
        <w:t>　　(2)信息反馈处理方面。信息既是做好营销服务的基础也是做好专卖管理的基础，以信息共享为基础，建立一种专销共同参与的动态市场分析机制，是专销结合的核心内涵。通过综合信息平台及时传递，做到发现问题传递及时，部门即时落实，责任人限时解决。同时专卖、营销应该共同遵守规章制度，共同遵守行纪行规，保持一种良好的工作态势。</w:t>
      </w:r>
      <w:r>
        <w:rPr>
          <w:lang w:eastAsia="zh-CN"/>
        </w:rPr>
        <w:br/>
      </w:r>
      <w:r>
        <w:rPr>
          <w:lang w:eastAsia="zh-CN"/>
        </w:rPr>
        <w:t>　　5、2_14年片区卷烟销售分析</w:t>
      </w:r>
      <w:r>
        <w:rPr>
          <w:lang w:eastAsia="zh-CN"/>
        </w:rPr>
        <w:br/>
      </w:r>
      <w:r>
        <w:rPr>
          <w:lang w:eastAsia="zh-CN"/>
        </w:rPr>
        <w:t>　　(1)主要指标情况：本区域总销量与去年基本持平，省产烟需求有所增加，条均价也有所提升。2_14年共计销售卷烟977.87箱，比去年同期相比减少了30.26箱，减幅为3.00%。其中省产烟本年度销售850.13箱，与去年同期相比上升10.18%。本年度条均价为85.66元，去年同期为73.93元，增幅为15.865%。</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(2)各类烟销售情况对比：一类烟75.47箱，比去年同期增长49.18%;二类烟236.39箱，比去年同期增长21.35%;三类烟211.98箱，比去年同期相比下降1.95%;四类烟392.78，比去年同期下降7.49%;五类烟61.22箱，比去年同期下降49.782%。可见低档烟的销售数量在各类烟中占的比例是最小的，同时低档烟的降幅也是最大的。</w:t>
      </w:r>
      <w:r>
        <w:rPr>
          <w:lang w:eastAsia="zh-CN"/>
        </w:rPr>
        <w:br/>
      </w:r>
      <w:r>
        <w:rPr>
          <w:lang w:eastAsia="zh-CN"/>
        </w:rPr>
        <w:t>　　现将低档烟的下降做如下分析：</w:t>
      </w:r>
      <w:r>
        <w:rPr>
          <w:lang w:eastAsia="zh-CN"/>
        </w:rPr>
        <w:br/>
      </w:r>
      <w:r>
        <w:rPr>
          <w:lang w:eastAsia="zh-CN"/>
        </w:rPr>
        <w:t>　　(1)健康意识的提高。由于吸烟与健康问题越来越受到人们的关注，低焦油、低危害卷烟也逐步被人们所接受。然而五类烟一般不包括低焦油卷烟，出于对健康的考虑，会导致越来越多的消费者退出低档烟市场。</w:t>
      </w:r>
      <w:r>
        <w:rPr>
          <w:lang w:eastAsia="zh-CN"/>
        </w:rPr>
        <w:br/>
      </w:r>
      <w:r>
        <w:rPr>
          <w:lang w:eastAsia="zh-CN"/>
        </w:rPr>
        <w:t>　　(2)零售户无利可图。现在卷烟的批发价市场透明度过高，一般情况下无利可图，大多为了吸引客户前来购买零、副食品，所以这部分客户的售烟积极性并不高，但这部分客户却能影响周边地区的卷烟销售结构。</w:t>
      </w:r>
      <w:r>
        <w:rPr>
          <w:lang w:eastAsia="zh-CN"/>
        </w:rPr>
        <w:br/>
      </w:r>
      <w:r>
        <w:rPr>
          <w:lang w:eastAsia="zh-CN"/>
        </w:rPr>
        <w:t>　　(3)消费结构在提升。随着人民生浩水平提高，消费者在卷烟消费方面也提高了档次，如现在一般出于三线以下城市的郊区办喜事一般档次都是13元以上的卷烟，而去年用的较多的仍是10元以上价位的。</w:t>
      </w:r>
      <w:r>
        <w:rPr>
          <w:lang w:eastAsia="zh-CN"/>
        </w:rPr>
        <w:br/>
      </w:r>
      <w:r>
        <w:rPr>
          <w:lang w:eastAsia="zh-CN"/>
        </w:rPr>
        <w:t>　　三、本年度工作中存在的问题</w:t>
      </w:r>
      <w:r>
        <w:rPr>
          <w:lang w:eastAsia="zh-CN"/>
        </w:rPr>
        <w:br/>
      </w:r>
      <w:r>
        <w:rPr>
          <w:lang w:eastAsia="zh-CN"/>
        </w:rPr>
        <w:t>　　1、农村市场小户为大户代订货现象严重，影响对客户真实销量的核定，建议专卖部门加大检查力度，对代订货的小户给予取缔。</w:t>
      </w:r>
      <w:r>
        <w:rPr>
          <w:lang w:eastAsia="zh-CN"/>
        </w:rPr>
        <w:br/>
      </w:r>
      <w:r>
        <w:rPr>
          <w:lang w:eastAsia="zh-CN"/>
        </w:rPr>
        <w:t>　　2、三员之间扭曲了相互监督的实际意义，情面工作时有发生，导致很多隐藏问题的不能被发现，影响公司整体形象。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3、由卷烟供货引起的客户满意度下降，投诉率降低，但服务客户的能力有待加强。</w:t>
      </w:r>
      <w:r>
        <w:rPr>
          <w:lang w:eastAsia="zh-CN"/>
        </w:rPr>
        <w:br/>
      </w:r>
      <w:r>
        <w:rPr>
          <w:lang w:eastAsia="zh-CN"/>
        </w:rPr>
        <w:t>　　4、低档烟销售形势仍然严峻，未能实现时间过半任务过半。</w:t>
      </w:r>
      <w:r>
        <w:rPr>
          <w:lang w:eastAsia="zh-CN"/>
        </w:rPr>
        <w:br/>
      </w:r>
      <w:r>
        <w:rPr>
          <w:lang w:eastAsia="zh-CN"/>
        </w:rPr>
        <w:t>　　5、绩效考核有待进一步提高。</w:t>
      </w:r>
      <w:r>
        <w:rPr>
          <w:lang w:eastAsia="zh-CN"/>
        </w:rPr>
        <w:br/>
      </w:r>
      <w:r>
        <w:rPr>
          <w:lang w:eastAsia="zh-CN"/>
        </w:rPr>
        <w:t>　　6、未能通过初级、中级职业技能的报名。</w:t>
      </w:r>
      <w:r>
        <w:rPr>
          <w:lang w:eastAsia="zh-CN"/>
        </w:rPr>
        <w:br/>
      </w:r>
      <w:r>
        <w:rPr>
          <w:lang w:eastAsia="zh-CN"/>
        </w:rPr>
        <w:t>　　四、来年工作计划</w:t>
      </w:r>
      <w:r>
        <w:rPr>
          <w:lang w:eastAsia="zh-CN"/>
        </w:rPr>
        <w:br/>
      </w:r>
      <w:r>
        <w:rPr>
          <w:lang w:eastAsia="zh-CN"/>
        </w:rPr>
        <w:t>　　1、密切注意在新的客户评价执行后的卷烟市场动态，重点走访农村中小型客户，了解中小型客户的真实需求，提高核量准确率。</w:t>
      </w:r>
      <w:r>
        <w:rPr>
          <w:lang w:eastAsia="zh-CN"/>
        </w:rPr>
        <w:br/>
      </w:r>
      <w:r>
        <w:rPr>
          <w:lang w:eastAsia="zh-CN"/>
        </w:rPr>
        <w:t>　　2、扎实开展品牌培育。以市公司品牌为主线，重点在辖区内构建面向零售客户和消费者的营销体系，提升品牌结构，拓展品牌宽度。</w:t>
      </w:r>
      <w:r>
        <w:rPr>
          <w:lang w:eastAsia="zh-CN"/>
        </w:rPr>
        <w:br/>
      </w:r>
      <w:r>
        <w:rPr>
          <w:lang w:eastAsia="zh-CN"/>
        </w:rPr>
        <w:t>　　3、按要求逐步开展135工作法的一条主线，三个要点，和五个步骤进行工作，有针对性地开展服务营销工作，能力提高片区的卷烟销量。</w:t>
      </w:r>
      <w:r>
        <w:rPr>
          <w:lang w:eastAsia="zh-CN"/>
        </w:rPr>
        <w:br/>
      </w:r>
      <w:r>
        <w:rPr>
          <w:lang w:eastAsia="zh-CN"/>
        </w:rPr>
        <w:t>　　4、做好零售户基础信息维护工作。主要做好订单指导，让零售户尽快消化库存和维护卷烟标价。</w:t>
      </w:r>
      <w:r>
        <w:rPr>
          <w:lang w:eastAsia="zh-CN"/>
        </w:rPr>
        <w:br/>
      </w:r>
      <w:r>
        <w:rPr>
          <w:lang w:eastAsia="zh-CN"/>
        </w:rPr>
        <w:t>　　5、关注零售户的销量波动情况。对卷烟销量波动较大的零售户，及时沟通，并及时与片区专卖管理员联系，防止其违规行为。</w:t>
      </w:r>
      <w:r>
        <w:rPr>
          <w:lang w:eastAsia="zh-CN"/>
        </w:rPr>
        <w:br/>
      </w:r>
      <w:r>
        <w:rPr>
          <w:lang w:eastAsia="zh-CN"/>
        </w:rPr>
        <w:t>　　6、加强学习，重点学习卷烟职业技能相关教材，争取明年通过卷烟营销师中级考试。自觉养成勤于学习、勤于思考的良好习惯，在学习中加强自身修养，增强个人素质。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最后，由衷的感谢这一年来领导和同事们一如既往的关心和帮助，在来年的工作中笔者会加倍努力的工作，为今后烟草的可持续发展贡献一份力量。</w:t>
      </w:r>
      <w:r>
        <w:rPr>
          <w:lang w:eastAsia="zh-CN"/>
        </w:rPr>
        <w:br/>
      </w:r>
      <w:r>
        <w:rPr>
          <w:lang w:eastAsia="zh-CN"/>
        </w:rPr>
        <w:t xml:space="preserve">    公司的客户经理年终总结范文 篇14 </w:t>
      </w:r>
      <w:r>
        <w:rPr>
          <w:lang w:eastAsia="zh-CN"/>
        </w:rPr>
        <w:br/>
      </w:r>
      <w:r>
        <w:rPr>
          <w:lang w:eastAsia="zh-CN"/>
        </w:rPr>
        <w:t>　　在20__年，对于处于改革浪潮中心的银行员工，特别是在客户经理岗位上工作的同志，有许多事情值得铭记。年初，我在竞争一份工作。用我自己的话来说“这是我多年来第一次正式登上领奖台赢得工作；出乎意料的是，我差点在选举中输了。竞争一开始让我感到压力，也就是说，从那时起，我把自己和我的心相比。我必须努力工作，不辜负我的使命。他这样想，也这样做了。</w:t>
      </w:r>
      <w:r>
        <w:rPr>
          <w:lang w:eastAsia="zh-CN"/>
        </w:rPr>
        <w:br/>
      </w:r>
      <w:r>
        <w:rPr>
          <w:lang w:eastAsia="zh-CN"/>
        </w:rPr>
        <w:t>　　一年来，我在工作中紧跟支行领导的步伐，围绕支行工作重点，出色完成各项工作任务，用智慧和汗水、行动和效果体现出爱、奉献、无私奉献的精神。</w:t>
      </w:r>
      <w:r>
        <w:rPr>
          <w:lang w:eastAsia="zh-CN"/>
        </w:rPr>
        <w:br/>
      </w:r>
      <w:r>
        <w:rPr>
          <w:lang w:eastAsia="zh-CN"/>
        </w:rPr>
        <w:t>　　截至目前，我已完成新增存款2415万元的任务，完成计划的241万元。5%，办理承兑汇票贴现3笔，金额460万元，完成中间业务收入1万元，个人储蓄61万元。同时，还完成了资金销售、信用卡、信用卡营销等工作，完成了供电公司网银系统的上线实施，协助分行完成电费实时代收代扣系统的研发和推广工作。</w:t>
      </w:r>
      <w:r>
        <w:rPr>
          <w:lang w:eastAsia="zh-CN"/>
        </w:rPr>
        <w:br/>
      </w:r>
      <w:r>
        <w:rPr>
          <w:lang w:eastAsia="zh-CN"/>
        </w:rPr>
        <w:t>　　一.客户是第一位的，押金是中心。</w:t>
      </w:r>
      <w:r>
        <w:rPr>
          <w:lang w:eastAsia="zh-CN"/>
        </w:rPr>
        <w:br/>
      </w:r>
      <w:r>
        <w:rPr>
          <w:lang w:eastAsia="zh-CN"/>
        </w:rPr>
        <w:t>　　在工作中，我始终树立客户至上的理念，把客户的事情当作自己的事情来对待，担心客户的紧迫性，思考客户的想法。在工作方法上，我始终做到“三勤”，勤用腿、勤用手、勤用脑，赢得客户对我们业务的支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我能够在工作中成为一个尽责的人。他从一位公司财务人员的一句粗话中捕捉到信息，及时反馈并及时跟踪，最终使年初有将近2700万元资金到位，实现了“良好的开端”，为整个银行的存款增长打下了良好的基础。</w:t>
      </w:r>
      <w:r>
        <w:rPr>
          <w:lang w:eastAsia="zh-CN"/>
        </w:rPr>
        <w:br/>
      </w:r>
      <w:r>
        <w:rPr>
          <w:lang w:eastAsia="zh-CN"/>
        </w:rPr>
        <w:t>　　在服务客户的过程中，我将兄弟情谊和友谊精心注入到工作中，使简单枯燥的服务工作丰富多彩，真正体现了客户至上的理念。当顾客在生日那天收到他送的花时，他一定会感到惊讶。如果客户在担心的时候收到他发送的信息和有趣的评论，他必须暂时忘记自己的不快，并表示一丝感谢。当客户不幸躺在病床上时，他会在忙碌后看到身影跑上跑下。虽然事情很普通很简单，但没有多少人像陈刚那样细心。</w:t>
      </w:r>
      <w:r>
        <w:rPr>
          <w:lang w:eastAsia="zh-CN"/>
        </w:rPr>
        <w:br/>
      </w:r>
      <w:r>
        <w:rPr>
          <w:lang w:eastAsia="zh-CN"/>
        </w:rPr>
        <w:t>　　二.客户需求是我的工作</w:t>
      </w:r>
      <w:r>
        <w:rPr>
          <w:lang w:eastAsia="zh-CN"/>
        </w:rPr>
        <w:br/>
      </w:r>
      <w:r>
        <w:rPr>
          <w:lang w:eastAsia="zh-CN"/>
        </w:rPr>
        <w:t>　　我在银行从事信贷和存款工作十多年，具有更全面的独立工作潜力。随着银行改革的需要，我的工作潜力和综合素质都有了很大的提高，业务水平和专业技能也随着建行各阶段的改革得到了更新和提高。</w:t>
      </w:r>
      <w:r>
        <w:rPr>
          <w:lang w:eastAsia="zh-CN"/>
        </w:rPr>
        <w:br/>
      </w:r>
      <w:r>
        <w:rPr>
          <w:lang w:eastAsia="zh-CN"/>
        </w:rPr>
        <w:t>　　为了完成我的使命，完成上级交办的各项任务，作为负责多个重点客户的客户经理，我应对同业竞争加剧的困境，大胆开拓思路，确立了客户第一的理念，在分行领导和部门同事的帮助下，针对不同的客户采取不同的工作方法，努力为客户带来优质的金融服务，用自己对工作的理解做到“客户需求就是我的工作”。</w:t>
      </w:r>
      <w:r>
        <w:rPr>
          <w:lang w:eastAsia="zh-CN"/>
        </w:rPr>
        <w:br/>
      </w:r>
      <w:r>
        <w:rPr>
          <w:lang w:eastAsia="zh-CN"/>
        </w:rPr>
        <w:t>　　三.开拓思路，勇于创新，创造性工作。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随着中国经济体制和金融体制的改革，客户选择银行的趋势已经形成，同业竞争日趋激烈。在业务发展方面，我有你，你有我。为了在竞争中生存和发展，如何服务于关键客户对我们的业务发展起着重要的作用。</w:t>
      </w:r>
      <w:r>
        <w:rPr>
          <w:lang w:eastAsia="zh-CN"/>
        </w:rPr>
        <w:br/>
      </w:r>
      <w:r>
        <w:rPr>
          <w:lang w:eastAsia="zh-CN"/>
        </w:rPr>
        <w:t>　　我认为作为一名优秀的客户经理，我始终关注市场调查和市场动态。研究市场就是分析营销环境，在把握客观环境的前提下研究客户，通过客户研究了解客户资金的运行规律，努力跟踪客户下游资金流向我行，实现；垄断控制”从源头上整合资金，实现资金内部流动，巩固银行资本实力。</w:t>
      </w:r>
      <w:r>
        <w:rPr>
          <w:lang w:eastAsia="zh-CN"/>
        </w:rPr>
        <w:br/>
      </w:r>
      <w:r>
        <w:rPr>
          <w:lang w:eastAsia="zh-CN"/>
        </w:rPr>
        <w:t>　　今年，他负责的一位客户拥有大量资金流。为了实现资金的内部流动，他从点滴做起，以优质的服务赢得了单位的信任，逐步找到了单位的下游单位，并通过多次上门联系，在我行开立了单位拨付的基础设施资金账户。此外，今年7月，市政府要求财政部集中收付预算单位账户，并向商业银行转账时，他进行了认真的上门联系，成功地在我行保留了一个客户账户。</w:t>
      </w:r>
      <w:r>
        <w:rPr>
          <w:lang w:eastAsia="zh-CN"/>
        </w:rPr>
        <w:br/>
      </w:r>
      <w:r>
        <w:rPr>
          <w:lang w:eastAsia="zh-CN"/>
        </w:rPr>
        <w:t>　　我们以健康健身活动为主线，与客户开展乒乓球、羽毛球活动，不仅加深了与客户的沟通，也打破了传统的公关模式，在工作中取得了很好的效果。今年9月，他在与一家房地产公司的相关人员进行友好竞争时，得知该客户想拍卖其部分房地产。他努力使500万元的拍卖资金顺利转入我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我对工作有强烈的奉献精神和责任感。我努力工作，从不挑三拣四，回避重要的事情，接受光明。我可以尽我最大的努力按时、高质量地完成每一项工作。在日常工作中,他始终坚持高标准,严要求,顾全大局,不计得失。为了完成各项工作任务，他毫不犹豫地牺牲自己的业余时间，放下周末和节假日，利用一切时间和机会为客户服务，与客户交朋友，成为客户愿意联系的朋友。经过不懈的努力，在20__年的工作中，我给了自己一个满意的答案。</w:t>
      </w:r>
      <w:r>
        <w:rPr>
          <w:lang w:eastAsia="zh-CN"/>
        </w:rPr>
        <w:br/>
      </w:r>
      <w:r>
        <w:rPr>
          <w:lang w:eastAsia="zh-CN"/>
        </w:rPr>
        <w:t xml:space="preserve">    公司的客户经理年终总结范文 篇15 </w:t>
      </w:r>
      <w:r>
        <w:rPr>
          <w:lang w:eastAsia="zh-CN"/>
        </w:rPr>
        <w:br/>
      </w:r>
      <w:r>
        <w:rPr>
          <w:lang w:eastAsia="zh-CN"/>
        </w:rPr>
        <w:t>　　一、积极努力学习政治理论和科学文化知识</w:t>
      </w:r>
      <w:r>
        <w:rPr>
          <w:lang w:eastAsia="zh-CN"/>
        </w:rPr>
        <w:br/>
      </w:r>
      <w:r>
        <w:rPr>
          <w:lang w:eastAsia="zh-CN"/>
        </w:rPr>
        <w:t>　　各级领导的精心培养下和同事们的悉心照顾下，我也通过自己的努力在思想学习和工作上的收获可谓是硕果累累。</w:t>
      </w:r>
      <w:r>
        <w:rPr>
          <w:lang w:eastAsia="zh-CN"/>
        </w:rPr>
        <w:br/>
      </w:r>
      <w:r>
        <w:rPr>
          <w:lang w:eastAsia="zh-CN"/>
        </w:rPr>
        <w:t>　　思想上，坚持理论与实际相结合的观念，积极参加上几行所组织的政治学习在提高思想觉悟的同时，将理论与自身的柜面业务实际操作相结合，与生活相结合。</w:t>
      </w:r>
      <w:r>
        <w:rPr>
          <w:lang w:eastAsia="zh-CN"/>
        </w:rPr>
        <w:br/>
      </w:r>
      <w:r>
        <w:rPr>
          <w:lang w:eastAsia="zh-CN"/>
        </w:rPr>
        <w:t>　　由刚刚毕业的纪律性不强，操作不太规范化转变成为严以律己，操作遵守规章制度工作勤恳并积极良好的完成自己的本职工作，我懂得了无规矩不成方圆，勤能补拙的道理。</w:t>
      </w:r>
      <w:r>
        <w:rPr>
          <w:lang w:eastAsia="zh-CN"/>
        </w:rPr>
        <w:br/>
      </w:r>
      <w:r>
        <w:rPr>
          <w:lang w:eastAsia="zh-CN"/>
        </w:rPr>
        <w:t>　　文化上，努力学习《柜员》教材，积极参加各种考试来充实自己理论知识的缺乏，更让自己深入了解柜员的业务特性，及工作的重要性等基础知识。</w:t>
      </w:r>
      <w:r>
        <w:rPr>
          <w:lang w:eastAsia="zh-CN"/>
        </w:rPr>
        <w:br/>
      </w:r>
      <w:r>
        <w:rPr>
          <w:lang w:eastAsia="zh-CN"/>
        </w:rPr>
        <w:t>　　二、踏实认真工作，积极学习柜面业务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柜员是直接面对客户的群体战斗在一线的工作岗位，在这平凡的岗位上，虽然只有日复一日年复一年的重复那些诸如存款、取款，账务录入，收收放放，营销维护，迎来送往之类的枯燥运作和繁杂事务它的工作虽然是比较枯燥乏味的，但是把平凡的点点滴滴做到完美那就是一件伟大的事情，其实人生的价值不都体现在平凡的工作上吗?</w:t>
      </w:r>
      <w:r>
        <w:rPr>
          <w:lang w:eastAsia="zh-CN"/>
        </w:rPr>
        <w:br/>
      </w:r>
      <w:r>
        <w:rPr>
          <w:lang w:eastAsia="zh-CN"/>
        </w:rPr>
        <w:t>　　面对各类客户，柜员想要让让客户真正体会到行的优质完善的服务，所以我们就一定要有熟练地业务处理能力跟良好的职业道德操守。</w:t>
      </w:r>
      <w:r>
        <w:rPr>
          <w:lang w:eastAsia="zh-CN"/>
        </w:rPr>
        <w:br/>
      </w:r>
      <w:r>
        <w:rPr>
          <w:lang w:eastAsia="zh-CN"/>
        </w:rPr>
        <w:t>　　自从参加工作后，我学会了踏实工作，努力学习业务知识，跟很多同事请教业务技巧与知识，只有这样，才能确确实实干出能经得起时间考验的业绩。</w:t>
      </w:r>
      <w:r>
        <w:rPr>
          <w:lang w:eastAsia="zh-CN"/>
        </w:rPr>
        <w:br/>
      </w:r>
      <w:r>
        <w:rPr>
          <w:lang w:eastAsia="zh-CN"/>
        </w:rPr>
        <w:t>　　在工作生活上同事和领导给与了我无微不至的照顾让我飞快地成长着业务不断熟练。在实际办理业务时，在遵守我行各项规章制度的前提下，我能够灵活掌握营销方式，为客户提供一定灵活、快捷的优质化服务，不耽误客户时间更能改善客户对我行的印象。</w:t>
      </w:r>
      <w:r>
        <w:rPr>
          <w:lang w:eastAsia="zh-CN"/>
        </w:rPr>
        <w:br/>
      </w:r>
      <w:r>
        <w:rPr>
          <w:lang w:eastAsia="zh-CN"/>
        </w:rPr>
        <w:t>　　三、团结进取，共同营造良好的工作环境</w:t>
      </w:r>
      <w:r>
        <w:rPr>
          <w:lang w:eastAsia="zh-CN"/>
        </w:rPr>
        <w:br/>
      </w:r>
      <w:r>
        <w:rPr>
          <w:lang w:eastAsia="zh-CN"/>
        </w:rPr>
        <w:t>　　“上下同欲者胜。”孙武在孙子兵法里如是说，只有上下各级由于一样的目标团结在一起，我们才能在这竞争日益激烈的金融竞争中长盛不衰立于不败之地。</w:t>
      </w:r>
      <w:r>
        <w:rPr>
          <w:lang w:eastAsia="zh-CN"/>
        </w:rPr>
        <w:br/>
      </w:r>
      <w:r>
        <w:rPr>
          <w:lang w:eastAsia="zh-CN"/>
        </w:rPr>
        <w:t>　　团结他人，共同进取，也是我为人处世的态度。在工作中，能够团结同事，和睦相处，相互学习、相互促进；</w:t>
      </w:r>
      <w:r>
        <w:rPr>
          <w:lang w:eastAsia="zh-CN"/>
        </w:rPr>
        <w:br/>
      </w:r>
      <w:r>
        <w:rPr>
          <w:lang w:eastAsia="zh-CN"/>
        </w:rPr>
        <w:t>　　在生活中，互相帮助，互相关心，共同创造和谐的氛围。同时，不断地进行自我定位，更新观念，为了统一的目标而努力奋进。</w:t>
      </w:r>
      <w:r>
        <w:rPr>
          <w:lang w:eastAsia="zh-CN"/>
        </w:rPr>
        <w:br/>
      </w:r>
      <w:r>
        <w:rPr>
          <w:lang w:eastAsia="zh-CN"/>
        </w:rPr>
        <w:t>　　简而言之，回顾过去展望未来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这一年来，在领导和同事的关心、帮助下，我在各方面都有了长足的发展与进步，但也还存在着很多不足，如还是对某些业务不熟练，在前台遇到紧急情况机动性有待提高，对金融财会知识了解得不够，今后我会不断加强锻炼，争取在新的一年中取得更好的成绩。</w:t>
      </w:r>
      <w:r>
        <w:rPr>
          <w:lang w:eastAsia="zh-CN"/>
        </w:rPr>
        <w:br/>
      </w:r>
      <w:r>
        <w:rPr>
          <w:lang w:eastAsia="zh-CN"/>
        </w:rPr>
        <w:t>　　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r>
        <w:rPr>
          <w:lang w:eastAsia="zh-CN"/>
        </w:rPr>
        <w:br/>
      </w:r>
      <w:r>
        <w:rPr>
          <w:lang w:eastAsia="zh-CN"/>
        </w:rPr>
        <w:t xml:space="preserve">    公司的客户经理年终总结范文 篇16 </w:t>
      </w:r>
      <w:r>
        <w:rPr>
          <w:lang w:eastAsia="zh-CN"/>
        </w:rPr>
        <w:br/>
      </w:r>
      <w:r>
        <w:rPr>
          <w:lang w:eastAsia="zh-CN"/>
        </w:rPr>
        <w:t>　　20__年各项工作基本告一段落了，一年来我能始终如一的严格要求自己，严格按照行里制定的各项规章制度来进行实际操作。在我的努力下，20__年没有发生一次职责事故。完成了各项工作任务，业余揽储__万元，营销基金__万元，营销国债__万元，营销保险_万元，营销外汇理财产品__万元。营销理财金帐户__个。在那里我总结一下我在这一年中的工作状况。</w:t>
      </w:r>
      <w:r>
        <w:rPr>
          <w:lang w:eastAsia="zh-CN"/>
        </w:rPr>
        <w:br/>
      </w:r>
      <w:r>
        <w:rPr>
          <w:lang w:eastAsia="zh-CN"/>
        </w:rPr>
        <w:t>　　一、加强学习，提高自身素质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1"/>
          <w:cols w:space="425"/>
          <w:titlePg w:val="0"/>
          <w:docGrid w:type="lines" w:linePitch="312"/>
        </w:sectPr>
      </w:pPr>
      <w:r>
        <w:rPr>
          <w:lang w:eastAsia="zh-CN"/>
        </w:rPr>
        <w:t>　　一年来，我能够认真学习各项金融法律法规，积极参加行里组织的各种学习活动，不断提高自己的理论素质和业务技能。特别是之后到了个人理财中心做客户经理后，多问、多学、多练，通过学习“优质客户识别引导流程”能成功的识别优质客户。如：__月__日，_先生来我行取款，在排队等候和他的闲聊中了解到，他是我行的老客户，每一天都要来银行办理业务，并诚恳的请他为我行提意见，同时还推荐他开理财金帐户，能够享受_行优质客户的服务，他很高兴的理解了我的推荐，并留下了联系电话。我查询了他的存款在__万元左右。过了几天我打电话约他来我行开了理财金帐户。</w:t>
      </w:r>
      <w:r>
        <w:rPr>
          <w:lang w:eastAsia="zh-CN"/>
        </w:rPr>
        <w:br/>
      </w:r>
      <w:r>
        <w:rPr>
          <w:lang w:eastAsia="zh-CN"/>
        </w:rPr>
        <w:t>　　作为一名客户经理，我认为不但要善于学习，还要勤于思考。_月我做为客户对__银行、__银行、__银行、__银行等4家商业银行进行了走访，看看他们的金融产品和服务质量，回来后深有感慨。从__银行醒目的基金牌价表和各种金融产品的宣传资料、大堂经理和客户经理的优质服务、__银行的人民币理财产品、__银行为优质客户设置的绿色通道，我看到了我们行的差距，还看到了我个人知识的欠缺，回来后制订了系统的学习业务知识和理论知识的计划，同时提出了推荐把基金牌价和放宣传资料的架子尽快到位，既服务客户又起到好的营销效果。</w:t>
      </w:r>
      <w:r>
        <w:rPr>
          <w:lang w:eastAsia="zh-CN"/>
        </w:rPr>
        <w:br/>
      </w:r>
      <w:r>
        <w:rPr>
          <w:lang w:eastAsia="zh-CN"/>
        </w:rPr>
        <w:t>　　二、勤奋务实，为我行事业发展尽责尽职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2"/>
          <w:cols w:space="425"/>
          <w:titlePg w:val="0"/>
          <w:docGrid w:type="lines" w:linePitch="312"/>
        </w:sectPr>
      </w:pPr>
      <w:r>
        <w:rPr>
          <w:lang w:eastAsia="zh-CN"/>
        </w:rPr>
        <w:t>　　一年来，我先后从事储蓄员，客户经理等不一样的岗位，无论在哪一个岗位工作，我都能够立足本职、敬业爱岗、无私奉献，为我行事业发展鞠躬尽瘁。在做客户经理时能主动收集优质客户资料，补登优质客户信息记录表份。做为客户经理，我的一言一行，都代表我行的形象。所以，我对自己高标准、严要求，积极为客户着想，向客户宣传我行的新产品，新业务，新政策，扩大我行的知名度。在储蓄所工作时，能积极协同所主任搞好所内工作，利用自己所学掌握的知识，做好所内机具的保养和维修，保障业务的正常进行，营业前全面打扫所内卫生。营业终了，逐项检查好各项安全措施，关好水电等再离所。从没受到过一次外面顾客的投诉。在平时有顾客对我们的工作有不一样看法的时候，我也能把客户不明白的事情解释清楚，最终使顾客满意而归。所里经常会有外地来的工人和学生办理个人汇款，有的人连所需要的凭条都不会填写，每次我都会十分细致的为他们讲解填写的方法，一字一句的教他们，直到他们学会为止。临走时还要叮嘱他们收好所写的回单，以便下次再汇款时填写。当为他们办理完汇款业务的时候，他们都会不断的向我表示感谢。</w:t>
      </w:r>
      <w:r>
        <w:rPr>
          <w:lang w:eastAsia="zh-CN"/>
        </w:rPr>
        <w:br/>
      </w:r>
      <w:r>
        <w:rPr>
          <w:lang w:eastAsia="zh-CN"/>
        </w:rPr>
        <w:t>　　在我做好自己工作的同时，还用我多年来在储蓄工作中的经验来帮忙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忙其他人，就要使自己的业务素质提高。</w:t>
      </w:r>
      <w:r>
        <w:rPr>
          <w:lang w:eastAsia="zh-CN"/>
        </w:rPr>
        <w:br/>
      </w:r>
      <w:r>
        <w:rPr>
          <w:lang w:eastAsia="zh-CN"/>
        </w:rPr>
        <w:t>　　三、开拓市场，寻找新的增长点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3"/>
          <w:cols w:space="425"/>
          <w:titlePg w:val="0"/>
          <w:docGrid w:type="lines" w:linePitch="312"/>
        </w:sectPr>
      </w:pPr>
      <w:r>
        <w:rPr>
          <w:lang w:eastAsia="zh-CN"/>
        </w:rPr>
        <w:t>　　只有不断开发优质客户，扩展业务，增加存款，才能提高效益。从朋友那里得知，_先生是大客户，但公司帐户却开在_行，明白我们揽储任务重，叫我去宣传一下，看能否转到我行来，我主动和_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通过电话发短消息联络客户，介绍我行的新产品，并上门送宣传资料宣传我行新产品的功能和特点。收到了好的效果。_月_日利用去儿子学校的机会，给他们老师介绍了理财产品和保险业务，老师们争先询问理财产品利率状况，有个客户来我行购买了几千元美元的理财产品。</w:t>
      </w:r>
      <w:r>
        <w:rPr>
          <w:lang w:eastAsia="zh-CN"/>
        </w:rPr>
        <w:br/>
      </w:r>
      <w:r>
        <w:rPr>
          <w:lang w:eastAsia="zh-CN"/>
        </w:rPr>
        <w:t>　　新的一年里我为自己制定了新的目标，做为客户经理我计划从以下几个方面来锻炼自己，提高自己的整体素质。</w:t>
      </w:r>
      <w:r>
        <w:rPr>
          <w:lang w:eastAsia="zh-CN"/>
        </w:rPr>
        <w:br/>
      </w:r>
      <w:r>
        <w:rPr>
          <w:lang w:eastAsia="zh-CN"/>
        </w:rPr>
        <w:t>　　一、道德方面</w:t>
      </w:r>
      <w:r>
        <w:rPr>
          <w:lang w:eastAsia="zh-CN"/>
        </w:rPr>
        <w:br/>
      </w:r>
      <w:r>
        <w:rPr>
          <w:lang w:eastAsia="zh-CN"/>
        </w:rPr>
        <w:t>　　做为客户经理在品德、职责感等方面务必要有较高的道德修养，强烈的事业心，作风正派，自律严格，洁身自爱。</w:t>
      </w:r>
      <w:r>
        <w:rPr>
          <w:lang w:eastAsia="zh-CN"/>
        </w:rPr>
        <w:br/>
      </w:r>
      <w:r>
        <w:rPr>
          <w:lang w:eastAsia="zh-CN"/>
        </w:rPr>
        <w:t>　　二、心理方面</w:t>
      </w:r>
      <w:r>
        <w:rPr>
          <w:lang w:eastAsia="zh-CN"/>
        </w:rPr>
        <w:br/>
      </w:r>
      <w:r>
        <w:rPr>
          <w:lang w:eastAsia="zh-CN"/>
        </w:rPr>
        <w:t>　　客户经理心理要成熟、健康。经受过磨炼，能理智地对待挫折和失败。还要有积极主动性和开拓进取精神。同时，还要有较强的交际沟通潜力，语言、举止、形体、气质富有魅力。在性格上要热情开朗，在语言上要风趣幽默，在处理棘手问题上要灵活变通，在业务操作上要谨慎负责。</w:t>
      </w:r>
      <w:r>
        <w:rPr>
          <w:lang w:eastAsia="zh-CN"/>
        </w:rPr>
        <w:br/>
      </w:r>
      <w:r>
        <w:rPr>
          <w:lang w:eastAsia="zh-CN"/>
        </w:rPr>
        <w:t>　　三、业务方面</w:t>
      </w:r>
      <w:r>
        <w:rPr>
          <w:lang w:eastAsia="zh-CN"/>
        </w:rPr>
        <w:br/>
      </w:r>
    </w:p>
    <w:p w:rsidR="001B1F19" w14:textId="27C3F48A">
      <w:pPr>
        <w:rPr>
          <w:rFonts w:hint="eastAsia"/>
          <w:lang w:eastAsia="zh-CN"/>
        </w:rPr>
      </w:pPr>
      <w:r>
        <w:rPr>
          <w:lang w:eastAsia="zh-CN"/>
        </w:rPr>
        <w:t>　　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个性是要具备综合运用多种知识为客户带给多种可供选取的投资理财方案的潜力。</w:t>
      </w:r>
      <w:r>
        <w:rPr>
          <w:lang w:eastAsia="zh-CN"/>
        </w:rPr>
        <w:br/>
      </w:r>
      <w:r>
        <w:rPr>
          <w:lang w:eastAsia="zh-CN"/>
        </w:rPr>
        <w:t>　　四、营销方面</w:t>
      </w:r>
      <w:r>
        <w:rPr>
          <w:lang w:eastAsia="zh-CN"/>
        </w:rPr>
        <w:br/>
      </w:r>
      <w:r>
        <w:rPr>
          <w:lang w:eastAsia="zh-CN"/>
        </w:rPr>
        <w:t>　　客户经理要成为市场营销的能手。要掌握市场营销学的基本知识，又要身体力行，积极参与实践。掌握推销自己的技巧、演讲技巧、产品推介的技巧、与客户沟通的技巧、处理拒绝的技巧等。</w:t>
      </w:r>
      <w:r>
        <w:rPr>
          <w:lang w:eastAsia="zh-CN"/>
        </w:rPr>
        <w:br/>
      </w:r>
      <w:r>
        <w:rPr>
          <w:lang w:eastAsia="zh-CN"/>
        </w:rPr>
        <w:t xml:space="preserve">    公司的客户经理年终总结范文 篇17 </w:t>
      </w:r>
      <w:r>
        <w:rPr>
          <w:lang w:eastAsia="zh-CN"/>
        </w:rPr>
        <w:br/>
      </w:r>
      <w:r>
        <w:rPr>
          <w:lang w:eastAsia="zh-CN"/>
        </w:rPr>
        <w:t>　　一年来，信用社在联社的正确领导下，在各级党委、政府、人民银行及银监局的大力支持下，紧紧围绕“抓管理、树形象、创效益”的发展要求，不断创新工作思路，推出新举措，强化工作考核，充分调动全员工作积极性，在提高经营管理和自身效益方面取得了质的飞跃，各项工作取得了显著成效。</w:t>
      </w:r>
      <w:r>
        <w:rPr>
          <w:lang w:eastAsia="zh-CN"/>
        </w:rPr>
        <w:br/>
      </w:r>
      <w:r>
        <w:rPr>
          <w:lang w:eastAsia="zh-CN"/>
        </w:rPr>
        <w:t>　　一、各项业务指标完成情况</w:t>
      </w:r>
      <w:r>
        <w:rPr>
          <w:lang w:eastAsia="zh-CN"/>
        </w:rPr>
        <w:br/>
      </w:r>
      <w:r>
        <w:rPr>
          <w:lang w:eastAsia="zh-CN"/>
        </w:rPr>
        <w:t>　　1.存款方面。各项存款余额__万元，较年初增加__万元，增长%，完成计划的%。各项存款中，自然人存款__万元，占各项存款的%；对公存款__万元，占各项存款的%。</w:t>
      </w:r>
      <w:r>
        <w:rPr>
          <w:lang w:eastAsia="zh-CN"/>
        </w:rPr>
        <w:br/>
      </w:r>
      <w:r>
        <w:rPr>
          <w:lang w:eastAsia="zh-CN"/>
        </w:rPr>
        <w:t>　　2. 贷款。全年贷款投资净额__万元。各项贷款余额__万元，比上年增加__万元，增加%，其中：农业贷款__万元，占各项贷款余额%的比例；个体工商户贷款__万元，占各项贷款余额的%%；其他贷款__万元，占%，表内不良贷款__万元，比上年减少__万元，不良率%，表外不良贷款__万元，存贷比例为%，信贷资金风险得到有效控制，资产质量明显好转。</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https://d.book118.com/688112121055006042</w:t>
        </w:r>
      </w:hyperlink>
    </w:p>
    <w:p w:rsidR="001B1F19">
      <w:pPr>
        <w:rPr>
          <w:rFonts w:hint="eastAsia"/>
          <w:lang w:eastAsia="zh-CN"/>
        </w:rPr>
      </w:pPr>
    </w:p>
    <w:sectPr>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88112121055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