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rsidRPr="00937657" w14:paraId="7F7A67AA" w14:textId="0AE8485B">
      <w:pPr>
        <w:pStyle w:val="Heading1"/>
        <w:jc w:val="center"/>
        <w:rPr>
          <w:color w:val="000000" w:themeColor="text1"/>
          <w:lang w:eastAsia="zh-CN"/>
        </w:rPr>
      </w:pPr>
      <w:r>
        <w:rPr>
          <w:color w:val="000000" w:themeColor="text1"/>
          <w:sz w:val="44"/>
          <w:lang w:eastAsia="zh-CN"/>
        </w:rPr>
        <w:t>种子买卖合同书（32篇）</w:t>
      </w:r>
    </w:p>
    <w:p w:rsidR="001B1F19" w14:paraId="15E7D7A0" w14:textId="27C3F48A">
      <w:pPr>
        <w:rPr>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种子买卖合同书（通用32篇）</w:t>
      </w:r>
      <w:r>
        <w:rPr>
          <w:lang w:eastAsia="zh-CN"/>
        </w:rPr>
        <w:br/>
      </w:r>
      <w:r>
        <w:rPr>
          <w:lang w:eastAsia="zh-CN"/>
        </w:rPr>
        <w:t xml:space="preserve">    种子买卖合同书 篇1 </w:t>
      </w:r>
      <w:r>
        <w:rPr>
          <w:lang w:eastAsia="zh-CN"/>
        </w:rPr>
        <w:br/>
      </w:r>
      <w:r>
        <w:rPr>
          <w:lang w:eastAsia="zh-CN"/>
        </w:rPr>
        <w:t>　　合同编号：</w:t>
      </w:r>
      <w:r>
        <w:rPr>
          <w:lang w:eastAsia="zh-CN"/>
        </w:rPr>
        <w:br/>
      </w:r>
      <w:r>
        <w:rPr>
          <w:lang w:eastAsia="zh-CN"/>
        </w:rPr>
        <w:t>　　卖方：签订地点：</w:t>
      </w:r>
      <w:r>
        <w:rPr>
          <w:lang w:eastAsia="zh-CN"/>
        </w:rPr>
        <w:br/>
      </w:r>
      <w:r>
        <w:rPr>
          <w:lang w:eastAsia="zh-CN"/>
        </w:rPr>
        <w:t>　　买方：签订时间：______年____月____日</w:t>
      </w:r>
      <w:r>
        <w:rPr>
          <w:lang w:eastAsia="zh-CN"/>
        </w:rPr>
        <w:br/>
      </w:r>
      <w:r>
        <w:rPr>
          <w:lang w:eastAsia="zh-CN"/>
        </w:rPr>
        <w:t>　　根据有关法律、法规的规定，经双方协商一致签订本合同。</w:t>
      </w:r>
      <w:r>
        <w:rPr>
          <w:lang w:eastAsia="zh-CN"/>
        </w:rPr>
        <w:br/>
      </w:r>
      <w:r>
        <w:rPr>
          <w:lang w:eastAsia="zh-CN"/>
        </w:rPr>
        <w:t>　　第一条种子的基本情况</w:t>
      </w:r>
      <w:r>
        <w:rPr>
          <w:lang w:eastAsia="zh-CN"/>
        </w:rPr>
        <w:br/>
      </w:r>
      <w:r>
        <w:rPr>
          <w:lang w:eastAsia="zh-CN"/>
        </w:rPr>
        <w:t>　　编号</w:t>
      </w:r>
      <w:r>
        <w:rPr>
          <w:lang w:eastAsia="zh-CN"/>
        </w:rPr>
        <w:br/>
      </w:r>
      <w:r>
        <w:rPr>
          <w:lang w:eastAsia="zh-CN"/>
        </w:rPr>
        <w:t>　　农作物</w:t>
      </w:r>
      <w:r>
        <w:rPr>
          <w:lang w:eastAsia="zh-CN"/>
        </w:rPr>
        <w:br/>
      </w:r>
      <w:r>
        <w:rPr>
          <w:lang w:eastAsia="zh-CN"/>
        </w:rPr>
        <w:t>　　种类</w:t>
      </w:r>
      <w:r>
        <w:rPr>
          <w:lang w:eastAsia="zh-CN"/>
        </w:rPr>
        <w:br/>
      </w:r>
      <w:r>
        <w:rPr>
          <w:lang w:eastAsia="zh-CN"/>
        </w:rPr>
        <w:t>　　品种</w:t>
      </w:r>
      <w:r>
        <w:rPr>
          <w:lang w:eastAsia="zh-CN"/>
        </w:rPr>
        <w:br/>
      </w:r>
      <w:r>
        <w:rPr>
          <w:lang w:eastAsia="zh-CN"/>
        </w:rPr>
        <w:t>　　名称</w:t>
      </w:r>
      <w:r>
        <w:rPr>
          <w:lang w:eastAsia="zh-CN"/>
        </w:rPr>
        <w:br/>
      </w:r>
      <w:r>
        <w:rPr>
          <w:lang w:eastAsia="zh-CN"/>
        </w:rPr>
        <w:t>　　计量</w:t>
      </w:r>
      <w:r>
        <w:rPr>
          <w:lang w:eastAsia="zh-CN"/>
        </w:rPr>
        <w:br/>
      </w:r>
      <w:r>
        <w:rPr>
          <w:lang w:eastAsia="zh-CN"/>
        </w:rPr>
        <w:t>　　单位</w:t>
      </w:r>
      <w:r>
        <w:rPr>
          <w:lang w:eastAsia="zh-CN"/>
        </w:rPr>
        <w:br/>
      </w:r>
      <w:r>
        <w:rPr>
          <w:lang w:eastAsia="zh-CN"/>
        </w:rPr>
        <w:t>　　数量</w:t>
      </w:r>
      <w:r>
        <w:rPr>
          <w:lang w:eastAsia="zh-CN"/>
        </w:rPr>
        <w:br/>
      </w:r>
      <w:r>
        <w:rPr>
          <w:lang w:eastAsia="zh-CN"/>
        </w:rPr>
        <w:t>　　质量</w:t>
      </w:r>
      <w:r>
        <w:rPr>
          <w:lang w:eastAsia="zh-CN"/>
        </w:rPr>
        <w:br/>
      </w:r>
      <w:r>
        <w:rPr>
          <w:lang w:eastAsia="zh-CN"/>
        </w:rPr>
        <w:t>　　单价</w:t>
      </w:r>
      <w:r>
        <w:rPr>
          <w:lang w:eastAsia="zh-CN"/>
        </w:rPr>
        <w:br/>
      </w:r>
      <w:r>
        <w:rPr>
          <w:lang w:eastAsia="zh-CN"/>
        </w:rPr>
        <w:t>　　金额</w:t>
      </w:r>
      <w:r>
        <w:rPr>
          <w:lang w:eastAsia="zh-CN"/>
        </w:rPr>
        <w:br/>
      </w:r>
    </w:p>
    <w:p w:rsidR="001B1F19" w14:textId="27C3F48A">
      <w:pPr>
        <w:rPr>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纯度</w:t>
      </w:r>
      <w:r>
        <w:rPr>
          <w:lang w:eastAsia="zh-CN"/>
        </w:rPr>
        <w:br/>
      </w:r>
      <w:r>
        <w:rPr>
          <w:lang w:eastAsia="zh-CN"/>
        </w:rPr>
        <w:t>　　净度</w:t>
      </w:r>
      <w:r>
        <w:rPr>
          <w:lang w:eastAsia="zh-CN"/>
        </w:rPr>
        <w:br/>
      </w:r>
      <w:r>
        <w:rPr>
          <w:lang w:eastAsia="zh-CN"/>
        </w:rPr>
        <w:t>　　发芽率</w:t>
      </w:r>
      <w:r>
        <w:rPr>
          <w:lang w:eastAsia="zh-CN"/>
        </w:rPr>
        <w:br/>
      </w:r>
      <w:r>
        <w:rPr>
          <w:lang w:eastAsia="zh-CN"/>
        </w:rPr>
        <w:t>　　水分</w:t>
      </w:r>
      <w:r>
        <w:rPr>
          <w:lang w:eastAsia="zh-CN"/>
        </w:rPr>
        <w:br/>
      </w:r>
      <w:r>
        <w:rPr>
          <w:lang w:eastAsia="zh-CN"/>
        </w:rPr>
        <w:t>　　合计人民币金额：</w:t>
      </w:r>
      <w:r>
        <w:rPr>
          <w:lang w:eastAsia="zh-CN"/>
        </w:rPr>
        <w:br/>
      </w:r>
      <w:r>
        <w:rPr>
          <w:lang w:eastAsia="zh-CN"/>
        </w:rPr>
        <w:t>　　第二条付款方式及期限</w:t>
      </w:r>
      <w:r>
        <w:rPr>
          <w:lang w:eastAsia="zh-CN"/>
        </w:rPr>
        <w:br/>
      </w:r>
      <w:r>
        <w:rPr>
          <w:lang w:eastAsia="zh-CN"/>
        </w:rPr>
        <w:t>　　双方约定按以下第种方式执行：</w:t>
      </w:r>
      <w:r>
        <w:rPr>
          <w:lang w:eastAsia="zh-CN"/>
        </w:rPr>
        <w:br/>
      </w:r>
      <w:r>
        <w:rPr>
          <w:lang w:eastAsia="zh-CN"/>
        </w:rPr>
        <w:t>　　1.合同签订后，买方支付定金元;卖方交货后，买方于______年____月____日前支付价款，定金抵作价款。买方付款后，卖方应当开具销售凭证。</w:t>
      </w:r>
      <w:r>
        <w:rPr>
          <w:lang w:eastAsia="zh-CN"/>
        </w:rPr>
        <w:br/>
      </w:r>
      <w:r>
        <w:rPr>
          <w:lang w:eastAsia="zh-CN"/>
        </w:rPr>
        <w:t>　　2.合同签订后，买方在签约地点当场支付价款，卖方应当开具销售凭证。</w:t>
      </w:r>
      <w:r>
        <w:rPr>
          <w:lang w:eastAsia="zh-CN"/>
        </w:rPr>
        <w:br/>
      </w:r>
      <w:r>
        <w:rPr>
          <w:lang w:eastAsia="zh-CN"/>
        </w:rPr>
        <w:t>　　3.其他方式：。</w:t>
      </w:r>
      <w:r>
        <w:rPr>
          <w:lang w:eastAsia="zh-CN"/>
        </w:rPr>
        <w:br/>
      </w:r>
      <w:r>
        <w:rPr>
          <w:lang w:eastAsia="zh-CN"/>
        </w:rPr>
        <w:t>　　第三条交货方式及期限</w:t>
      </w:r>
      <w:r>
        <w:rPr>
          <w:lang w:eastAsia="zh-CN"/>
        </w:rPr>
        <w:br/>
      </w:r>
      <w:r>
        <w:rPr>
          <w:lang w:eastAsia="zh-CN"/>
        </w:rPr>
        <w:t>　　双方约定按以下第项方式执行：</w:t>
      </w:r>
      <w:r>
        <w:rPr>
          <w:lang w:eastAsia="zh-CN"/>
        </w:rPr>
        <w:br/>
      </w:r>
      <w:r>
        <w:rPr>
          <w:lang w:eastAsia="zh-CN"/>
        </w:rPr>
        <w:t>　　1.合同签订后，在签约地点当场交货。</w:t>
      </w:r>
      <w:r>
        <w:rPr>
          <w:lang w:eastAsia="zh-CN"/>
        </w:rPr>
        <w:br/>
      </w:r>
      <w:r>
        <w:rPr>
          <w:lang w:eastAsia="zh-CN"/>
        </w:rPr>
        <w:t>　　2.卖方于______年____月____日送货到指定地点，运费元由方承担。</w:t>
      </w:r>
      <w:r>
        <w:rPr>
          <w:lang w:eastAsia="zh-CN"/>
        </w:rPr>
        <w:br/>
      </w:r>
      <w:r>
        <w:rPr>
          <w:lang w:eastAsia="zh-CN"/>
        </w:rPr>
        <w:t>　　3.买方于______年____月____日到指定地点提货。</w:t>
      </w:r>
      <w:r>
        <w:rPr>
          <w:lang w:eastAsia="zh-CN"/>
        </w:rPr>
        <w:br/>
      </w:r>
      <w:r>
        <w:rPr>
          <w:lang w:eastAsia="zh-CN"/>
        </w:rPr>
        <w:t>　　4.其他方式：。</w:t>
      </w:r>
      <w:r>
        <w:rPr>
          <w:lang w:eastAsia="zh-CN"/>
        </w:rPr>
        <w:br/>
      </w:r>
      <w:r>
        <w:rPr>
          <w:lang w:eastAsia="zh-CN"/>
        </w:rPr>
        <w:t>　　第四条质量标准：□国家标准□行业标准□企业标准□其他标准：</w:t>
      </w:r>
      <w:r>
        <w:rPr>
          <w:lang w:eastAsia="zh-CN"/>
        </w:rPr>
        <w:br/>
      </w:r>
    </w:p>
    <w:p w:rsidR="001B1F19" w14:textId="27C3F48A">
      <w:pPr>
        <w:rPr>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第五条验收及检验、检疫</w:t>
      </w:r>
      <w:r>
        <w:rPr>
          <w:lang w:eastAsia="zh-CN"/>
        </w:rPr>
        <w:br/>
      </w:r>
      <w:r>
        <w:rPr>
          <w:lang w:eastAsia="zh-CN"/>
        </w:rPr>
        <w:t>　　1.双方约定于卖方交货后日内对种子进行验收。</w:t>
      </w:r>
      <w:r>
        <w:rPr>
          <w:lang w:eastAsia="zh-CN"/>
        </w:rPr>
        <w:br/>
      </w:r>
      <w:r>
        <w:rPr>
          <w:lang w:eastAsia="zh-CN"/>
        </w:rPr>
        <w:t>　　2.双方应严格遵照国家颁布的种子检验检疫管理办法、规程及有关规定办理农作物种子检验检疫，检验执行4404.1-1996《农作物种子检验规程》。</w:t>
      </w:r>
      <w:r>
        <w:rPr>
          <w:lang w:eastAsia="zh-CN"/>
        </w:rPr>
        <w:br/>
      </w:r>
      <w:r>
        <w:rPr>
          <w:lang w:eastAsia="zh-CN"/>
        </w:rPr>
        <w:t>　　3.双方对种子共同取样封存、分别保存，封存的样品保存至生产收获时为止。</w:t>
      </w:r>
      <w:r>
        <w:rPr>
          <w:lang w:eastAsia="zh-CN"/>
        </w:rPr>
        <w:br/>
      </w:r>
      <w:r>
        <w:rPr>
          <w:lang w:eastAsia="zh-CN"/>
        </w:rPr>
        <w:t>　　4.其他验收及检验、检疫内容</w:t>
      </w:r>
      <w:r>
        <w:rPr>
          <w:lang w:eastAsia="zh-CN"/>
        </w:rPr>
        <w:br/>
      </w:r>
      <w:r>
        <w:rPr>
          <w:lang w:eastAsia="zh-CN"/>
        </w:rPr>
        <w:t>　　第六条违约责任</w:t>
      </w:r>
      <w:r>
        <w:rPr>
          <w:lang w:eastAsia="zh-CN"/>
        </w:rPr>
        <w:br/>
      </w:r>
      <w:r>
        <w:rPr>
          <w:lang w:eastAsia="zh-CN"/>
        </w:rPr>
        <w:t>　　1.交付的种子不符合第一条规定的，买方有权要求减少价款、补足数量、换货或退货;由此给买方造成的损失，卖方应予赔偿。</w:t>
      </w:r>
      <w:r>
        <w:rPr>
          <w:lang w:eastAsia="zh-CN"/>
        </w:rPr>
        <w:br/>
      </w:r>
      <w:r>
        <w:rPr>
          <w:lang w:eastAsia="zh-CN"/>
        </w:rPr>
        <w:t>　　2.一方迟延交货或支付货款的，每日按照迟延部分价款的%向对方支付违约金。迟延超过日的，对方有权解除合同并要求迟延方赔偿损失。</w:t>
      </w:r>
      <w:r>
        <w:rPr>
          <w:lang w:eastAsia="zh-CN"/>
        </w:rPr>
        <w:br/>
      </w:r>
      <w:r>
        <w:rPr>
          <w:lang w:eastAsia="zh-CN"/>
        </w:rPr>
        <w:t>　　3.因种子质量问题给买方造成损失的，卖方应予赔偿。</w:t>
      </w:r>
      <w:r>
        <w:rPr>
          <w:lang w:eastAsia="zh-CN"/>
        </w:rPr>
        <w:br/>
      </w:r>
      <w:r>
        <w:rPr>
          <w:lang w:eastAsia="zh-CN"/>
        </w:rPr>
        <w:t>　　4.其他违约责任。</w:t>
      </w:r>
      <w:r>
        <w:rPr>
          <w:lang w:eastAsia="zh-CN"/>
        </w:rPr>
        <w:br/>
      </w:r>
      <w:r>
        <w:rPr>
          <w:lang w:eastAsia="zh-CN"/>
        </w:rPr>
        <w:t>　　第七条合同争议的解决方式</w:t>
      </w:r>
      <w:r>
        <w:rPr>
          <w:lang w:eastAsia="zh-CN"/>
        </w:rPr>
        <w:br/>
      </w:r>
      <w:r>
        <w:rPr>
          <w:lang w:eastAsia="zh-CN"/>
        </w:rPr>
        <w:t>　　本合同在履行过程中发生的争议，由双方当事人协商或申请调解解决;协商或调解不成的，按下列种方式解决：</w:t>
      </w:r>
      <w:r>
        <w:rPr>
          <w:lang w:eastAsia="zh-CN"/>
        </w:rPr>
        <w:br/>
      </w:r>
      <w:r>
        <w:rPr>
          <w:lang w:eastAsia="zh-CN"/>
        </w:rPr>
        <w:t>　　1.提交重庆仲裁委员会仲裁;</w:t>
      </w:r>
      <w:r>
        <w:rPr>
          <w:lang w:eastAsia="zh-CN"/>
        </w:rPr>
        <w:br/>
      </w:r>
      <w:r>
        <w:rPr>
          <w:lang w:eastAsia="zh-CN"/>
        </w:rPr>
        <w:t>　　2.依法向人民法院起诉。</w:t>
      </w:r>
      <w:r>
        <w:rPr>
          <w:lang w:eastAsia="zh-CN"/>
        </w:rPr>
        <w:br/>
      </w:r>
    </w:p>
    <w:p w:rsidR="001B1F19" w14:textId="27C3F48A">
      <w:pPr>
        <w:rPr>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第八条本合同自双方签字盖章之日起生效。本合同正本一式份，卖买双方各执份，具有同等法律效力。</w:t>
      </w:r>
      <w:r>
        <w:rPr>
          <w:lang w:eastAsia="zh-CN"/>
        </w:rPr>
        <w:br/>
      </w:r>
      <w:r>
        <w:rPr>
          <w:lang w:eastAsia="zh-CN"/>
        </w:rPr>
        <w:t>　　第九条其他约定事项：</w:t>
      </w:r>
      <w:r>
        <w:rPr>
          <w:lang w:eastAsia="zh-CN"/>
        </w:rPr>
        <w:br/>
      </w:r>
      <w:r>
        <w:rPr>
          <w:lang w:eastAsia="zh-CN"/>
        </w:rPr>
        <w:t>　　卖方：</w:t>
      </w:r>
      <w:r>
        <w:rPr>
          <w:lang w:eastAsia="zh-CN"/>
        </w:rPr>
        <w:br/>
      </w:r>
      <w:r>
        <w:rPr>
          <w:lang w:eastAsia="zh-CN"/>
        </w:rPr>
        <w:t>　　买方：</w:t>
      </w:r>
      <w:r>
        <w:rPr>
          <w:lang w:eastAsia="zh-CN"/>
        </w:rPr>
        <w:br/>
      </w:r>
      <w:r>
        <w:rPr>
          <w:lang w:eastAsia="zh-CN"/>
        </w:rPr>
        <w:t>　　______年____月____日______年____月____日</w:t>
      </w:r>
      <w:r>
        <w:rPr>
          <w:lang w:eastAsia="zh-CN"/>
        </w:rPr>
        <w:br/>
      </w:r>
      <w:r>
        <w:rPr>
          <w:lang w:eastAsia="zh-CN"/>
        </w:rPr>
        <w:t xml:space="preserve">    种子买卖合同书 篇2 </w:t>
      </w:r>
      <w:r>
        <w:rPr>
          <w:lang w:eastAsia="zh-CN"/>
        </w:rPr>
        <w:br/>
      </w:r>
      <w:r>
        <w:rPr>
          <w:lang w:eastAsia="zh-CN"/>
        </w:rPr>
        <w:t>　　买方：_______________________</w:t>
      </w:r>
      <w:r>
        <w:rPr>
          <w:lang w:eastAsia="zh-CN"/>
        </w:rPr>
        <w:br/>
      </w:r>
      <w:r>
        <w:rPr>
          <w:lang w:eastAsia="zh-CN"/>
        </w:rPr>
        <w:t>　　卖方：_______________________</w:t>
      </w:r>
      <w:r>
        <w:rPr>
          <w:lang w:eastAsia="zh-CN"/>
        </w:rPr>
        <w:br/>
      </w:r>
      <w:r>
        <w:rPr>
          <w:lang w:eastAsia="zh-CN"/>
        </w:rPr>
        <w:t>　　签订地点：___________________</w:t>
      </w:r>
      <w:r>
        <w:rPr>
          <w:lang w:eastAsia="zh-CN"/>
        </w:rPr>
        <w:br/>
      </w:r>
      <w:r>
        <w:rPr>
          <w:lang w:eastAsia="zh-CN"/>
        </w:rPr>
        <w:t>　　签订时间：___________________</w:t>
      </w:r>
      <w:r>
        <w:rPr>
          <w:lang w:eastAsia="zh-CN"/>
        </w:rPr>
        <w:br/>
      </w:r>
      <w:r>
        <w:rPr>
          <w:lang w:eastAsia="zh-CN"/>
        </w:rPr>
        <w:t>　　提示：本合同适用于种子生产商与销售商之间，或经销商与种植户之间进行的大额交易。根据《中华人民共和国种子法》、《中华人民共和国民法典》及相关法规的规定，为明确双方的权利义务，经双方协商一致，签订本合同。</w:t>
      </w:r>
      <w:r>
        <w:rPr>
          <w:lang w:eastAsia="zh-CN"/>
        </w:rPr>
        <w:br/>
      </w:r>
      <w:r>
        <w:rPr>
          <w:lang w:eastAsia="zh-CN"/>
        </w:rPr>
        <w:t>　　一、农作物种子种类、品种、质量、数量、金额</w:t>
      </w:r>
      <w:r>
        <w:rPr>
          <w:lang w:eastAsia="zh-CN"/>
        </w:rPr>
        <w:br/>
      </w:r>
      <w:r>
        <w:rPr>
          <w:lang w:eastAsia="zh-CN"/>
        </w:rPr>
        <w:t>　　农作物种类品种名称计量单位数量质量单价金额纯度净度发芽率水份合计人民币金额：万仟佰拾元角分注：种子质量标准执行国家、行业或地方标准，没有国家、行业或地方标准的，由双方协商签订。</w:t>
      </w:r>
      <w:r>
        <w:rPr>
          <w:lang w:eastAsia="zh-CN"/>
        </w:rPr>
        <w:br/>
      </w:r>
      <w:r>
        <w:rPr>
          <w:lang w:eastAsia="zh-CN"/>
        </w:rPr>
        <w:t>　　二、卖方应提供的相关证件：卖方应出示《农作物种子经营许可证》和《营业执照》复印件，所提供的农作物种子必须经植物检疫机构检疫合格，并提供相应的检疫证明。</w:t>
      </w:r>
      <w:r>
        <w:rPr>
          <w:lang w:eastAsia="zh-CN"/>
        </w:rPr>
        <w:br/>
      </w:r>
    </w:p>
    <w:p w:rsidR="001B1F19" w14:textId="27C3F48A">
      <w:pPr>
        <w:rPr>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三、农作物种子的检验及检疫：买卖双方应严格按国家颁布的种子检验检疫管理办法、规程及有关规定办理农作物种子检验检疫。</w:t>
      </w:r>
      <w:r>
        <w:rPr>
          <w:lang w:eastAsia="zh-CN"/>
        </w:rPr>
        <w:br/>
      </w:r>
      <w:r>
        <w:rPr>
          <w:lang w:eastAsia="zh-CN"/>
        </w:rPr>
        <w:t>　　1.买方收货后复检，发芽率、净度、水分三项指标在收货后两个发芽周期内复检完毕，纯度在收货后该作物第一个生产周期内复检完毕，发现问题应及时通知对方，逾期视为种子合格。</w:t>
      </w:r>
      <w:r>
        <w:rPr>
          <w:lang w:eastAsia="zh-CN"/>
        </w:rPr>
        <w:br/>
      </w:r>
      <w:r>
        <w:rPr>
          <w:lang w:eastAsia="zh-CN"/>
        </w:rPr>
        <w:t>　　2.买卖双方对经销的每批种子必须同时取样分别封存，以备种子复检和鉴定，样品保存至该批种子用于生产收获以后。</w:t>
      </w:r>
      <w:r>
        <w:rPr>
          <w:lang w:eastAsia="zh-CN"/>
        </w:rPr>
        <w:br/>
      </w:r>
      <w:r>
        <w:rPr>
          <w:lang w:eastAsia="zh-CN"/>
        </w:rPr>
        <w:t>　　3.申请种子检验、检疫和鉴定的，其费用由______负担。</w:t>
      </w:r>
      <w:r>
        <w:rPr>
          <w:lang w:eastAsia="zh-CN"/>
        </w:rPr>
        <w:br/>
      </w:r>
      <w:r>
        <w:rPr>
          <w:lang w:eastAsia="zh-CN"/>
        </w:rPr>
        <w:t>　　四、超幅度损耗及计算方法：种子量的验收，采取由合同双方共同抽样过秤的办法，以实际过秤量综合计算为准，最后实行多不退、少补足的办法。</w:t>
      </w:r>
      <w:r>
        <w:rPr>
          <w:lang w:eastAsia="zh-CN"/>
        </w:rPr>
        <w:br/>
      </w:r>
      <w:r>
        <w:rPr>
          <w:lang w:eastAsia="zh-CN"/>
        </w:rPr>
        <w:t>　　五、包装要求及包装费用负担：种子应经过精选、加工、分级，用_______包装，每袋标准重量为_________公斤，袋内外附有标签，标签须写明作物种类、种子类别、品种名称、品种审定编号、产地、质量指标、检疫证明编号、种子生产及经营许可证编号或者进口审批文号、生产日期、生产商及其地址等事项。包装费用由______方负担。</w:t>
      </w:r>
      <w:r>
        <w:rPr>
          <w:lang w:eastAsia="zh-CN"/>
        </w:rPr>
        <w:br/>
      </w:r>
      <w:r>
        <w:rPr>
          <w:lang w:eastAsia="zh-CN"/>
        </w:rPr>
        <w:t>　　六、交货时间、地点：交货时间为_____年_____月_____日至_____年_____月_____日，交货地点为______________</w:t>
      </w:r>
      <w:r>
        <w:rPr>
          <w:lang w:eastAsia="zh-CN"/>
        </w:rPr>
        <w:br/>
      </w:r>
      <w:r>
        <w:rPr>
          <w:lang w:eastAsia="zh-CN"/>
        </w:rPr>
        <w:t>　　七、发运方式、运费负担：用______________运输，运费由______方负担。</w:t>
      </w:r>
      <w:r>
        <w:rPr>
          <w:lang w:eastAsia="zh-CN"/>
        </w:rPr>
        <w:br/>
      </w:r>
    </w:p>
    <w:p w:rsidR="001B1F19" w14:textId="27C3F48A">
      <w:pPr>
        <w:rPr>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八、付款方式及期限：买方应在______年_____月_____日前以向卖方支付______元，剩余价款应在______年______月______日前付清。</w:t>
      </w:r>
      <w:r>
        <w:rPr>
          <w:lang w:eastAsia="zh-CN"/>
        </w:rPr>
        <w:br/>
      </w:r>
      <w:r>
        <w:rPr>
          <w:lang w:eastAsia="zh-CN"/>
        </w:rPr>
        <w:t>　　九、双方一般责任</w:t>
      </w:r>
      <w:r>
        <w:rPr>
          <w:lang w:eastAsia="zh-CN"/>
        </w:rPr>
        <w:br/>
      </w:r>
      <w:r>
        <w:rPr>
          <w:lang w:eastAsia="zh-CN"/>
        </w:rPr>
        <w:t>　　卖方：保证所供种子品种、数量、质量达到合同约定条款规定，并按合同约定的时间、地点交付买方或由卖方代办托运手续或依约定代送。</w:t>
      </w:r>
      <w:r>
        <w:rPr>
          <w:lang w:eastAsia="zh-CN"/>
        </w:rPr>
        <w:br/>
      </w:r>
      <w:r>
        <w:rPr>
          <w:lang w:eastAsia="zh-CN"/>
        </w:rPr>
        <w:t>　　买方：按合同约定时间交付定金，保证按时接收卖方提供的符合本合同要求的种子，并按时付清货款。</w:t>
      </w:r>
      <w:r>
        <w:rPr>
          <w:lang w:eastAsia="zh-CN"/>
        </w:rPr>
        <w:br/>
      </w:r>
      <w:r>
        <w:rPr>
          <w:lang w:eastAsia="zh-CN"/>
        </w:rPr>
        <w:t>　　十、因不可抗力因素造成种子数量或质量达不到本合同约定条款的，卖方应及时通知买方进行实地考查，并提供具有法律效力的有关资料，由双方协商解决或者按《种子法》、《民法典》等国家有关规定处理。</w:t>
      </w:r>
      <w:r>
        <w:rPr>
          <w:lang w:eastAsia="zh-CN"/>
        </w:rPr>
        <w:br/>
      </w:r>
      <w:r>
        <w:rPr>
          <w:lang w:eastAsia="zh-CN"/>
        </w:rPr>
        <w:t>　　十一、违约责任：_____________________________________________________</w:t>
      </w:r>
      <w:r>
        <w:rPr>
          <w:lang w:eastAsia="zh-CN"/>
        </w:rPr>
        <w:br/>
      </w:r>
      <w:r>
        <w:rPr>
          <w:lang w:eastAsia="zh-CN"/>
        </w:rPr>
        <w:t>　　十二、种子质量发生纠纷，由法定机构进行技术质量鉴定，检验和鉴定的费用由申请人垫付，最终由责任方负担。</w:t>
      </w:r>
      <w:r>
        <w:rPr>
          <w:lang w:eastAsia="zh-CN"/>
        </w:rPr>
        <w:br/>
      </w:r>
      <w:r>
        <w:rPr>
          <w:lang w:eastAsia="zh-CN"/>
        </w:rPr>
        <w:t>　　本合同在履行中发生纠纷，由当事人协商解决协商不成的，按下列第________条方式解决：</w:t>
      </w:r>
      <w:r>
        <w:rPr>
          <w:lang w:eastAsia="zh-CN"/>
        </w:rPr>
        <w:br/>
      </w:r>
      <w:r>
        <w:rPr>
          <w:lang w:eastAsia="zh-CN"/>
        </w:rPr>
        <w:t>　　提交______________仲裁委员会仲裁：</w:t>
      </w:r>
      <w:r>
        <w:rPr>
          <w:lang w:eastAsia="zh-CN"/>
        </w:rPr>
        <w:br/>
      </w:r>
      <w:r>
        <w:rPr>
          <w:lang w:eastAsia="zh-CN"/>
        </w:rPr>
        <w:t>　　依法向人民法院起诉。</w:t>
      </w:r>
      <w:r>
        <w:rPr>
          <w:lang w:eastAsia="zh-CN"/>
        </w:rPr>
        <w:br/>
      </w:r>
      <w:r>
        <w:rPr>
          <w:lang w:eastAsia="zh-CN"/>
        </w:rPr>
        <w:t>　　十三、双方协商的其它条款：___________________________________________</w:t>
      </w:r>
      <w:r>
        <w:rPr>
          <w:lang w:eastAsia="zh-CN"/>
        </w:rPr>
        <w:br/>
      </w:r>
    </w:p>
    <w:p w:rsidR="001B1F19" w14:textId="27C3F48A">
      <w:pPr>
        <w:rPr>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十四、本合同自双方签字盖章之日起生效。本合同未尽事宜，按照《种子法》、《民法典》等国家有关规定，经合同双方协商，作出补充规定附后。如需提供担保，另立《合同担保书》，作为本合同附件。</w:t>
      </w:r>
      <w:r>
        <w:rPr>
          <w:lang w:eastAsia="zh-CN"/>
        </w:rPr>
        <w:br/>
      </w:r>
      <w:r>
        <w:rPr>
          <w:lang w:eastAsia="zh-CN"/>
        </w:rPr>
        <w:t>　　本合同一式二份，合同双方各执一份合同副本一份，送________________案。</w:t>
      </w:r>
      <w:r>
        <w:rPr>
          <w:lang w:eastAsia="zh-CN"/>
        </w:rPr>
        <w:br/>
      </w:r>
      <w:r>
        <w:rPr>
          <w:lang w:eastAsia="zh-CN"/>
        </w:rPr>
        <w:t xml:space="preserve">    种子买卖合同书 篇3 </w:t>
      </w:r>
      <w:r>
        <w:rPr>
          <w:lang w:eastAsia="zh-CN"/>
        </w:rPr>
        <w:br/>
      </w:r>
      <w:r>
        <w:rPr>
          <w:lang w:eastAsia="zh-CN"/>
        </w:rPr>
        <w:t>　　卖方：_________合同编号：_________</w:t>
      </w:r>
      <w:r>
        <w:rPr>
          <w:lang w:eastAsia="zh-CN"/>
        </w:rPr>
        <w:br/>
      </w:r>
      <w:r>
        <w:rPr>
          <w:lang w:eastAsia="zh-CN"/>
        </w:rPr>
        <w:t>　　买方：_________签订时间：_________</w:t>
      </w:r>
      <w:r>
        <w:rPr>
          <w:lang w:eastAsia="zh-CN"/>
        </w:rPr>
        <w:br/>
      </w:r>
      <w:r>
        <w:rPr>
          <w:lang w:eastAsia="zh-CN"/>
        </w:rPr>
        <w:t>　　根据《中华人民共和国种子法》及有关规定，为明确双方的权利义务，经双方协商一致签订本合同。</w:t>
      </w:r>
      <w:r>
        <w:rPr>
          <w:lang w:eastAsia="zh-CN"/>
        </w:rPr>
        <w:br/>
      </w:r>
      <w:r>
        <w:rPr>
          <w:lang w:eastAsia="zh-CN"/>
        </w:rPr>
        <w:t>　　一、农作物种子的种类、品种、质量、数量、金额：</w:t>
      </w:r>
      <w:r>
        <w:rPr>
          <w:lang w:eastAsia="zh-CN"/>
        </w:rPr>
        <w:br/>
      </w:r>
      <w:r>
        <w:rPr>
          <w:lang w:eastAsia="zh-CN"/>
        </w:rPr>
        <w:t>　　二、种子生产许可证号：_________　种子经营许可证号：_________</w:t>
      </w:r>
      <w:r>
        <w:rPr>
          <w:lang w:eastAsia="zh-CN"/>
        </w:rPr>
        <w:br/>
      </w:r>
      <w:r>
        <w:rPr>
          <w:lang w:eastAsia="zh-CN"/>
        </w:rPr>
        <w:t>　　种子检疫证书号：_________</w:t>
      </w:r>
      <w:r>
        <w:rPr>
          <w:lang w:eastAsia="zh-CN"/>
        </w:rPr>
        <w:br/>
      </w:r>
      <w:r>
        <w:rPr>
          <w:lang w:eastAsia="zh-CN"/>
        </w:rPr>
        <w:t>　　三、主要栽培技术要求：_________</w:t>
      </w:r>
      <w:r>
        <w:rPr>
          <w:lang w:eastAsia="zh-CN"/>
        </w:rPr>
        <w:br/>
      </w:r>
      <w:r>
        <w:rPr>
          <w:lang w:eastAsia="zh-CN"/>
        </w:rPr>
        <w:t>　　四、交货时间、地点、方式：_________</w:t>
      </w:r>
      <w:r>
        <w:rPr>
          <w:lang w:eastAsia="zh-CN"/>
        </w:rPr>
        <w:br/>
      </w:r>
      <w:r>
        <w:rPr>
          <w:lang w:eastAsia="zh-CN"/>
        </w:rPr>
        <w:t>　　五、结算方式、期限：_________</w:t>
      </w:r>
      <w:r>
        <w:rPr>
          <w:lang w:eastAsia="zh-CN"/>
        </w:rPr>
        <w:br/>
      </w:r>
      <w:r>
        <w:rPr>
          <w:lang w:eastAsia="zh-CN"/>
        </w:rPr>
        <w:t>　　六、买卖批量种子，当事人(是) (否)取样封存，封存期限为_________。</w:t>
      </w:r>
      <w:r>
        <w:rPr>
          <w:lang w:eastAsia="zh-CN"/>
        </w:rPr>
        <w:br/>
      </w:r>
      <w:r>
        <w:rPr>
          <w:lang w:eastAsia="zh-CN"/>
        </w:rPr>
        <w:t>　　七、违约责任：</w:t>
      </w:r>
      <w:r>
        <w:rPr>
          <w:lang w:eastAsia="zh-CN"/>
        </w:rPr>
        <w:br/>
      </w:r>
    </w:p>
    <w:p w:rsidR="001B1F19" w14:textId="27C3F48A">
      <w:pPr>
        <w:rPr>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1.买方应当按照种子主要栽培技术要求种植，因买方过错或者不可抗力造成损失的，卖方不承担责任。</w:t>
      </w:r>
      <w:r>
        <w:rPr>
          <w:lang w:eastAsia="zh-CN"/>
        </w:rPr>
        <w:br/>
      </w:r>
      <w:r>
        <w:rPr>
          <w:lang w:eastAsia="zh-CN"/>
        </w:rPr>
        <w:t>　　2.因种子质量问题造成损失或者可能造成损失的，买方应当及时通知卖方，并到有关部门申报，否则造成无法勘验损失程度或者造成损失扩大的，卖方不承担责任。</w:t>
      </w:r>
      <w:r>
        <w:rPr>
          <w:lang w:eastAsia="zh-CN"/>
        </w:rPr>
        <w:br/>
      </w:r>
      <w:r>
        <w:rPr>
          <w:lang w:eastAsia="zh-CN"/>
        </w:rPr>
        <w:t>　　3.卖方保证提供合格种子，因种子质量问题造成损失的，由卖方承担责任。</w:t>
      </w:r>
      <w:r>
        <w:rPr>
          <w:lang w:eastAsia="zh-CN"/>
        </w:rPr>
        <w:br/>
      </w:r>
      <w:r>
        <w:rPr>
          <w:lang w:eastAsia="zh-CN"/>
        </w:rPr>
        <w:t>　　4.在发生争议时，卖方应当及时协助买方到有关部门解决。</w:t>
      </w:r>
      <w:r>
        <w:rPr>
          <w:lang w:eastAsia="zh-CN"/>
        </w:rPr>
        <w:br/>
      </w:r>
      <w:r>
        <w:rPr>
          <w:lang w:eastAsia="zh-CN"/>
        </w:rPr>
        <w:t>　　八、争议解决方式：</w:t>
      </w:r>
      <w:r>
        <w:rPr>
          <w:lang w:eastAsia="zh-CN"/>
        </w:rPr>
        <w:br/>
      </w:r>
      <w:r>
        <w:rPr>
          <w:lang w:eastAsia="zh-CN"/>
        </w:rPr>
        <w:t>　　(1)协商解决;</w:t>
      </w:r>
      <w:r>
        <w:rPr>
          <w:lang w:eastAsia="zh-CN"/>
        </w:rPr>
        <w:br/>
      </w:r>
      <w:r>
        <w:rPr>
          <w:lang w:eastAsia="zh-CN"/>
        </w:rPr>
        <w:t>　　(2)调解解决;</w:t>
      </w:r>
      <w:r>
        <w:rPr>
          <w:lang w:eastAsia="zh-CN"/>
        </w:rPr>
        <w:br/>
      </w:r>
      <w:r>
        <w:rPr>
          <w:lang w:eastAsia="zh-CN"/>
        </w:rPr>
        <w:t>　　(3)由_________仲裁解决;</w:t>
      </w:r>
      <w:r>
        <w:rPr>
          <w:lang w:eastAsia="zh-CN"/>
        </w:rPr>
        <w:br/>
      </w:r>
      <w:r>
        <w:rPr>
          <w:lang w:eastAsia="zh-CN"/>
        </w:rPr>
        <w:t>　　(4)诉讼解决。</w:t>
      </w:r>
      <w:r>
        <w:rPr>
          <w:lang w:eastAsia="zh-CN"/>
        </w:rPr>
        <w:br/>
      </w:r>
      <w:r>
        <w:rPr>
          <w:lang w:eastAsia="zh-CN"/>
        </w:rPr>
        <w:t>　　九、其他约定：_________</w:t>
      </w:r>
      <w:r>
        <w:rPr>
          <w:lang w:eastAsia="zh-CN"/>
        </w:rPr>
        <w:br/>
      </w:r>
      <w:r>
        <w:rPr>
          <w:lang w:eastAsia="zh-CN"/>
        </w:rPr>
        <w:t>　　本合同一式两联，双方各执一联。 签订地点：_________</w:t>
      </w:r>
      <w:r>
        <w:rPr>
          <w:lang w:eastAsia="zh-CN"/>
        </w:rPr>
        <w:br/>
      </w:r>
      <w:r>
        <w:rPr>
          <w:lang w:eastAsia="zh-CN"/>
        </w:rPr>
        <w:t>　　卖方：签字_________ 买方：签字_________</w:t>
      </w:r>
      <w:r>
        <w:rPr>
          <w:lang w:eastAsia="zh-CN"/>
        </w:rPr>
        <w:br/>
      </w:r>
      <w:r>
        <w:rPr>
          <w:lang w:eastAsia="zh-CN"/>
        </w:rPr>
        <w:t>　　盖章盖章</w:t>
      </w:r>
      <w:r>
        <w:rPr>
          <w:lang w:eastAsia="zh-CN"/>
        </w:rPr>
        <w:br/>
      </w:r>
      <w:r>
        <w:rPr>
          <w:lang w:eastAsia="zh-CN"/>
        </w:rPr>
        <w:t>　　买卖合同范文(二)</w:t>
      </w:r>
      <w:r>
        <w:rPr>
          <w:lang w:eastAsia="zh-CN"/>
        </w:rPr>
        <w:br/>
      </w:r>
      <w:r>
        <w:rPr>
          <w:lang w:eastAsia="zh-CN"/>
        </w:rPr>
        <w:t>　　公司(以下称买受方)</w:t>
      </w:r>
      <w:r>
        <w:rPr>
          <w:lang w:eastAsia="zh-CN"/>
        </w:rPr>
        <w:br/>
      </w:r>
      <w:r>
        <w:rPr>
          <w:lang w:eastAsia="zh-CN"/>
        </w:rPr>
        <w:t>　　公司(以下称为出卖方)经友好协商，特此订立以下条款：</w:t>
      </w:r>
      <w:r>
        <w:rPr>
          <w:lang w:eastAsia="zh-CN"/>
        </w:rPr>
        <w:br/>
      </w:r>
      <w:r>
        <w:rPr>
          <w:lang w:eastAsia="zh-CN"/>
        </w:rPr>
        <w:t>　　第1条 定义</w:t>
      </w:r>
      <w:r>
        <w:rPr>
          <w:lang w:eastAsia="zh-CN"/>
        </w:rPr>
        <w:br/>
      </w:r>
      <w:r>
        <w:rPr>
          <w:lang w:eastAsia="zh-CN"/>
        </w:rPr>
        <w:t>　　“验收手册”是指由出卖方提供并由双方确认，供双方检验设备是否符合技术规格和规定资料标准所用的一种文件。</w:t>
      </w:r>
      <w:r>
        <w:rPr>
          <w:lang w:eastAsia="zh-CN"/>
        </w:rPr>
        <w:br/>
      </w:r>
    </w:p>
    <w:p w:rsidR="001B1F19" w14:textId="27C3F48A">
      <w:pPr>
        <w:rPr>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“规定资料”是指与本系统相关的、执行本协议所必需的图纸、数据和其他资料。</w:t>
      </w:r>
      <w:r>
        <w:rPr>
          <w:lang w:eastAsia="zh-CN"/>
        </w:rPr>
        <w:br/>
      </w:r>
      <w:r>
        <w:rPr>
          <w:lang w:eastAsia="zh-CN"/>
        </w:rPr>
        <w:t>　　“缺陷或瑕疵”是指设备(结构或性能)不符合验收手册有关规定之处。</w:t>
      </w:r>
      <w:r>
        <w:rPr>
          <w:lang w:eastAsia="zh-CN"/>
        </w:rPr>
        <w:br/>
      </w:r>
      <w:r>
        <w:rPr>
          <w:lang w:eastAsia="zh-CN"/>
        </w:rPr>
        <w:t>　　“现场验收”是指买受方按照验收手册对出卖方安装的设备所作的最后验收。</w:t>
      </w:r>
      <w:r>
        <w:rPr>
          <w:lang w:eastAsia="zh-CN"/>
        </w:rPr>
        <w:br/>
      </w:r>
      <w:r>
        <w:rPr>
          <w:lang w:eastAsia="zh-CN"/>
        </w:rPr>
        <w:t>　　“技术规格”是指本协议附表a。</w:t>
      </w:r>
      <w:r>
        <w:rPr>
          <w:lang w:eastAsia="zh-CN"/>
        </w:rPr>
        <w:br/>
      </w:r>
      <w:r>
        <w:rPr>
          <w:lang w:eastAsia="zh-CN"/>
        </w:rPr>
        <w:t>　　第2条 销售主体事项</w:t>
      </w:r>
      <w:r>
        <w:rPr>
          <w:lang w:eastAsia="zh-CN"/>
        </w:rPr>
        <w:br/>
      </w:r>
      <w:r>
        <w:rPr>
          <w:lang w:eastAsia="zh-CN"/>
        </w:rPr>
        <w:t>　　出卖方愿意出售，买受方愿意购买下列设备：</w:t>
      </w:r>
      <w:r>
        <w:rPr>
          <w:lang w:eastAsia="zh-CN"/>
        </w:rPr>
        <w:br/>
      </w:r>
      <w:r>
        <w:rPr>
          <w:lang w:eastAsia="zh-CN"/>
        </w:rPr>
        <w:t>　　设备技术要求</w:t>
      </w:r>
      <w:r>
        <w:rPr>
          <w:lang w:eastAsia="zh-CN"/>
        </w:rPr>
        <w:br/>
      </w:r>
      <w:r>
        <w:rPr>
          <w:lang w:eastAsia="zh-CN"/>
        </w:rPr>
        <w:t>　　设备性能必须符合所规定的性能，达到技术规格和规定数据的标准，并提交全部适用的，必要的图纸、数据和其他技术资料。</w:t>
      </w:r>
      <w:r>
        <w:rPr>
          <w:lang w:eastAsia="zh-CN"/>
        </w:rPr>
        <w:br/>
      </w:r>
      <w:r>
        <w:rPr>
          <w:lang w:eastAsia="zh-CN"/>
        </w:rPr>
        <w:t>　　出卖方应于__年9月 日之前准备且提交给买受方验收手册草案副本2份。由买受方在 日内审议和批准验收手册。</w:t>
      </w:r>
      <w:r>
        <w:rPr>
          <w:lang w:eastAsia="zh-CN"/>
        </w:rPr>
        <w:br/>
      </w:r>
      <w:r>
        <w:rPr>
          <w:lang w:eastAsia="zh-CN"/>
        </w:rPr>
        <w:t>　　本协议正文规定如与附件规定相抵触，以本协议正文规定为准。验收手册若与技术规格或规定资料相悖，则以技术规格和规定资料为准。</w:t>
      </w:r>
      <w:r>
        <w:rPr>
          <w:lang w:eastAsia="zh-CN"/>
        </w:rPr>
        <w:br/>
      </w:r>
      <w:r>
        <w:rPr>
          <w:lang w:eastAsia="zh-CN"/>
        </w:rPr>
        <w:t>　　第3条 价格</w:t>
      </w:r>
      <w:r>
        <w:rPr>
          <w:lang w:eastAsia="zh-CN"/>
        </w:rPr>
        <w:br/>
      </w:r>
      <w:r>
        <w:rPr>
          <w:lang w:eastAsia="zh-CN"/>
        </w:rPr>
        <w:t>　　……</w:t>
      </w:r>
      <w:r>
        <w:rPr>
          <w:lang w:eastAsia="zh-CN"/>
        </w:rPr>
        <w:br/>
      </w:r>
      <w:r>
        <w:rPr>
          <w:lang w:eastAsia="zh-CN"/>
        </w:rPr>
        <w:t>　　第4条 支付</w:t>
      </w:r>
      <w:r>
        <w:rPr>
          <w:lang w:eastAsia="zh-CN"/>
        </w:rPr>
        <w:br/>
      </w:r>
      <w:r>
        <w:rPr>
          <w:lang w:eastAsia="zh-CN"/>
        </w:rPr>
        <w:t>　　买受方在收到出卖方的发票后，必须按下列期限付给出卖方款项：</w:t>
      </w:r>
      <w:r>
        <w:rPr>
          <w:lang w:eastAsia="zh-CN"/>
        </w:rPr>
        <w:br/>
      </w:r>
    </w:p>
    <w:p w:rsidR="001B1F19" w14:textId="27C3F48A">
      <w:pPr>
        <w:rPr>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4.1 签约后支付总价30%的定金;</w:t>
      </w:r>
      <w:r>
        <w:rPr>
          <w:lang w:eastAsia="zh-CN"/>
        </w:rPr>
        <w:br/>
      </w:r>
      <w:r>
        <w:rPr>
          <w:lang w:eastAsia="zh-CN"/>
        </w:rPr>
        <w:t>　　4.2 买受方处交付设备并安装调试后，支付总价的60%的货款;</w:t>
      </w:r>
      <w:r>
        <w:rPr>
          <w:lang w:eastAsia="zh-CN"/>
        </w:rPr>
        <w:br/>
      </w:r>
      <w:r>
        <w:rPr>
          <w:lang w:eastAsia="zh-CN"/>
        </w:rPr>
        <w:t>　　4.3 验收保留款为总价10%的货款，在设备调试合格后第12月内支付</w:t>
      </w:r>
      <w:r>
        <w:rPr>
          <w:lang w:eastAsia="zh-CN"/>
        </w:rPr>
        <w:br/>
      </w:r>
      <w:r>
        <w:rPr>
          <w:lang w:eastAsia="zh-CN"/>
        </w:rPr>
        <w:t>　　第5条 交货与验收</w:t>
      </w:r>
      <w:r>
        <w:rPr>
          <w:lang w:eastAsia="zh-CN"/>
        </w:rPr>
        <w:br/>
      </w:r>
      <w:r>
        <w:rPr>
          <w:lang w:eastAsia="zh-CN"/>
        </w:rPr>
        <w:t>　　出卖方应在__年11月25日前完成设备的安装和调试工作;并完成验收手册所规定的各项检测;同时，出卖方须在设备验收单证上签字，证明业已完成检测。验收单证上应注明双方认可的，且应由出卖方在双方议定的期间内校正的仍可能存在的缺陷。</w:t>
      </w:r>
      <w:r>
        <w:rPr>
          <w:lang w:eastAsia="zh-CN"/>
        </w:rPr>
        <w:br/>
      </w:r>
      <w:r>
        <w:rPr>
          <w:lang w:eastAsia="zh-CN"/>
        </w:rPr>
        <w:t>　　现场验收应在__年11月26日起进行。</w:t>
      </w:r>
      <w:r>
        <w:rPr>
          <w:lang w:eastAsia="zh-CN"/>
        </w:rPr>
        <w:br/>
      </w:r>
      <w:r>
        <w:rPr>
          <w:lang w:eastAsia="zh-CN"/>
        </w:rPr>
        <w:t>　　第6条 更改</w:t>
      </w:r>
      <w:r>
        <w:rPr>
          <w:lang w:eastAsia="zh-CN"/>
        </w:rPr>
        <w:br/>
      </w:r>
      <w:r>
        <w:rPr>
          <w:lang w:eastAsia="zh-CN"/>
        </w:rPr>
        <w:t>　　自本合同生效之日起，对本合同正文或附表作任何更改，必须作成书面形式，详细说明更改对技术规格、价格、性能、设计、验收日期、已交付或即将交付备件的更换性能以及本合同的其他重大事项的影响，而且应由双方公司签字。</w:t>
      </w:r>
      <w:r>
        <w:rPr>
          <w:lang w:eastAsia="zh-CN"/>
        </w:rPr>
        <w:br/>
      </w:r>
      <w:r>
        <w:rPr>
          <w:lang w:eastAsia="zh-CN"/>
        </w:rPr>
        <w:t>　　为修补瑕疵或改善设备，出卖方可适当对技术规格作微小的更改或校正，只要这种更改不会严重影响总买价、功能特性、性能、备件的更换性能。</w:t>
      </w:r>
      <w:r>
        <w:rPr>
          <w:lang w:eastAsia="zh-CN"/>
        </w:rPr>
        <w:br/>
      </w:r>
      <w:r>
        <w:rPr>
          <w:lang w:eastAsia="zh-CN"/>
        </w:rPr>
        <w:t>　　第7条 保修</w:t>
      </w:r>
      <w:r>
        <w:rPr>
          <w:lang w:eastAsia="zh-CN"/>
        </w:rPr>
        <w:br/>
      </w:r>
      <w:r>
        <w:rPr>
          <w:lang w:eastAsia="zh-CN"/>
        </w:rPr>
        <w:t>　　出卖方保证不会因设备材料和工艺方面的缺陷，以及设计不完善而导致设备达不到技术规格要求。</w:t>
      </w:r>
      <w:r>
        <w:rPr>
          <w:lang w:eastAsia="zh-CN"/>
        </w:rPr>
        <w:br/>
      </w:r>
    </w:p>
    <w:p w:rsidR="001B1F19" w14:textId="27C3F48A">
      <w:pPr>
        <w:rPr>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该设备及部件，从签署现场验收合格之日起，如在1年之内出现故障，出卖方负责在收到台新公司通知7日内进行调换或修理，由此发生的费用均由出卖方承担。如出卖方不履行上述保修义务，则应承担买受方由此而引起的一切损失。</w:t>
      </w:r>
      <w:r>
        <w:rPr>
          <w:lang w:eastAsia="zh-CN"/>
        </w:rPr>
        <w:br/>
      </w:r>
      <w:r>
        <w:rPr>
          <w:lang w:eastAsia="zh-CN"/>
        </w:rPr>
        <w:t>　　第8条 其它</w:t>
      </w:r>
      <w:r>
        <w:rPr>
          <w:lang w:eastAsia="zh-CN"/>
        </w:rPr>
        <w:br/>
      </w:r>
      <w:r>
        <w:rPr>
          <w:lang w:eastAsia="zh-CN"/>
        </w:rPr>
        <w:t>　　本合同为双方的完整协议，以前协议双方或其代理人就本协议适用或涉及的任何事项或事物所作的一切陈述、谈判、信函、承诺、协议、协商和合同，无论是书面的还是口头的，均作废。</w:t>
      </w:r>
      <w:r>
        <w:rPr>
          <w:lang w:eastAsia="zh-CN"/>
        </w:rPr>
        <w:br/>
      </w:r>
      <w:r>
        <w:rPr>
          <w:lang w:eastAsia="zh-CN"/>
        </w:rPr>
        <w:t>　　卖方</w:t>
      </w:r>
      <w:r>
        <w:rPr>
          <w:lang w:eastAsia="zh-CN"/>
        </w:rPr>
        <w:br/>
      </w:r>
      <w:r>
        <w:rPr>
          <w:lang w:eastAsia="zh-CN"/>
        </w:rPr>
        <w:t>　　买方</w:t>
      </w:r>
      <w:r>
        <w:rPr>
          <w:lang w:eastAsia="zh-CN"/>
        </w:rPr>
        <w:br/>
      </w:r>
      <w:r>
        <w:rPr>
          <w:lang w:eastAsia="zh-CN"/>
        </w:rPr>
        <w:t xml:space="preserve">    种子买卖合同书 篇4 </w:t>
      </w:r>
      <w:r>
        <w:rPr>
          <w:lang w:eastAsia="zh-CN"/>
        </w:rPr>
        <w:br/>
      </w:r>
      <w:r>
        <w:rPr>
          <w:lang w:eastAsia="zh-CN"/>
        </w:rPr>
        <w:t>　　卖方(甲方)：法定代表人：联系电话：</w:t>
      </w:r>
      <w:r>
        <w:rPr>
          <w:lang w:eastAsia="zh-CN"/>
        </w:rPr>
        <w:br/>
      </w:r>
      <w:r>
        <w:rPr>
          <w:lang w:eastAsia="zh-CN"/>
        </w:rPr>
        <w:t>　　买方(乙方)：法定代表人：联系电话：</w:t>
      </w:r>
      <w:r>
        <w:rPr>
          <w:lang w:eastAsia="zh-CN"/>
        </w:rPr>
        <w:br/>
      </w:r>
      <w:r>
        <w:rPr>
          <w:lang w:eastAsia="zh-CN"/>
        </w:rPr>
        <w:t>　　根据《中华人民共和国民法典》、《中华人民共和国种子法》及相关法律法规规定，为明确双方权利义务，经双方协商一致，达成如下协议。数量、价款要明确，包括数额的计量单位，大多数事项应由双方协定，同时需要标出标的物的单价、总价，币种、支付方式及程序等，各项须明确填写，不得含糊。</w:t>
      </w:r>
      <w:r>
        <w:rPr>
          <w:lang w:eastAsia="zh-CN"/>
        </w:rPr>
        <w:br/>
      </w:r>
      <w:r>
        <w:rPr>
          <w:lang w:eastAsia="zh-CN"/>
        </w:rPr>
        <w:t>　　第一条：标的、数量、价款产品名称：数量：价款：</w:t>
      </w:r>
      <w:r>
        <w:rPr>
          <w:lang w:eastAsia="zh-CN"/>
        </w:rPr>
        <w:br/>
      </w:r>
    </w:p>
    <w:p w:rsidR="001B1F19" w14:textId="27C3F48A">
      <w:pPr>
        <w:rPr>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第二条：检验检疫双方应按照国家颁布的种子检验检疫管理办法、规程及有关规定办理种子检验检疫。同样的合同履行地点不明也会容易引发争议。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r>
        <w:rPr>
          <w:lang w:eastAsia="zh-CN"/>
        </w:rPr>
        <w:br/>
      </w:r>
      <w:r>
        <w:rPr>
          <w:lang w:eastAsia="zh-CN"/>
        </w:rPr>
        <w:t>　　第三条：交货方式及期限选择下列第________种方式执行：如：在合同中约定交货地点为卖方的仓库，则意味着该货物一旦出库，其毁损、灭失的风险则转移到买方处，因此，在签订合同时，对于交货地点的选择上，应慎重对待。年月日送货到指定地点____________，运费由______方承担。乙方于______年______月______日到指定地点______________提货。其他交货方式及期限__________________________________。</w:t>
      </w:r>
      <w:r>
        <w:rPr>
          <w:lang w:eastAsia="zh-CN"/>
        </w:rPr>
        <w:br/>
      </w:r>
      <w:r>
        <w:rPr>
          <w:lang w:eastAsia="zh-CN"/>
        </w:rPr>
        <w:t>　　第四条：包装与运输年月日支付价款，定金抵作价款或者返还。</w:t>
      </w:r>
      <w:r>
        <w:rPr>
          <w:lang w:eastAsia="zh-CN"/>
        </w:rPr>
        <w:br/>
      </w:r>
      <w:r>
        <w:rPr>
          <w:lang w:eastAsia="zh-CN"/>
        </w:rPr>
        <w:t>　　乙方付款后，甲方应当开具销售凭证。</w:t>
      </w:r>
      <w:r>
        <w:rPr>
          <w:lang w:eastAsia="zh-CN"/>
        </w:rPr>
        <w:br/>
      </w:r>
      <w:r>
        <w:rPr>
          <w:lang w:eastAsia="zh-CN"/>
        </w:rPr>
        <w:t>　　买方(甲方)：</w:t>
      </w:r>
      <w:r>
        <w:rPr>
          <w:lang w:eastAsia="zh-CN"/>
        </w:rPr>
        <w:br/>
      </w:r>
      <w:r>
        <w:rPr>
          <w:lang w:eastAsia="zh-CN"/>
        </w:rPr>
        <w:t>　　买方(乙方)：</w:t>
      </w:r>
      <w:r>
        <w:rPr>
          <w:lang w:eastAsia="zh-CN"/>
        </w:rPr>
        <w:br/>
      </w:r>
      <w:r>
        <w:rPr>
          <w:lang w:eastAsia="zh-CN"/>
        </w:rPr>
        <w:t>　　法定代表人：</w:t>
      </w:r>
      <w:r>
        <w:rPr>
          <w:lang w:eastAsia="zh-CN"/>
        </w:rPr>
        <w:br/>
      </w:r>
      <w:r>
        <w:rPr>
          <w:lang w:eastAsia="zh-CN"/>
        </w:rPr>
        <w:t>　　________年______月_____日</w:t>
      </w:r>
      <w:r>
        <w:rPr>
          <w:lang w:eastAsia="zh-CN"/>
        </w:rPr>
        <w:br/>
      </w:r>
      <w:r>
        <w:rPr>
          <w:lang w:eastAsia="zh-CN"/>
        </w:rPr>
        <w:t xml:space="preserve">    种子买卖合同书 篇5 </w:t>
      </w:r>
      <w:r>
        <w:rPr>
          <w:lang w:eastAsia="zh-CN"/>
        </w:rPr>
        <w:br/>
      </w:r>
      <w:r>
        <w:rPr>
          <w:lang w:eastAsia="zh-CN"/>
        </w:rPr>
        <w:t>　　合同编号</w:t>
      </w:r>
      <w:r>
        <w:rPr>
          <w:lang w:eastAsia="zh-CN"/>
        </w:rPr>
        <w:br/>
      </w:r>
      <w:r>
        <w:rPr>
          <w:lang w:eastAsia="zh-CN"/>
        </w:rPr>
        <w:t>　　出卖人签订地点</w:t>
      </w:r>
      <w:r>
        <w:rPr>
          <w:lang w:eastAsia="zh-CN"/>
        </w:rPr>
        <w:br/>
      </w:r>
      <w:r>
        <w:rPr>
          <w:lang w:eastAsia="zh-CN"/>
        </w:rPr>
        <w:t>　　买受人签订时间</w:t>
      </w:r>
      <w:r>
        <w:rPr>
          <w:lang w:eastAsia="zh-CN"/>
        </w:rPr>
        <w:br/>
      </w:r>
    </w:p>
    <w:p w:rsidR="001B1F19" w14:textId="27C3F48A">
      <w:pPr>
        <w:rPr>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根据《中华人民共和国民法典》的有关规定，为加快发展农村经济，保护合同交易双方当事人的合法权益，确保农业种植增产增收，本着公平、公正、诚实信用和互惠互利的原则，经双方协商，订立本农业作物种子买卖合同。</w:t>
      </w:r>
      <w:r>
        <w:rPr>
          <w:lang w:eastAsia="zh-CN"/>
        </w:rPr>
        <w:br/>
      </w:r>
      <w:r>
        <w:rPr>
          <w:lang w:eastAsia="zh-CN"/>
        </w:rPr>
        <w:t>　　第一条：标的、数量及价款</w:t>
      </w:r>
      <w:r>
        <w:rPr>
          <w:lang w:eastAsia="zh-CN"/>
        </w:rPr>
        <w:br/>
      </w:r>
      <w:r>
        <w:rPr>
          <w:lang w:eastAsia="zh-CN"/>
        </w:rPr>
        <w:t>　　标的名称</w:t>
      </w:r>
      <w:r>
        <w:rPr>
          <w:lang w:eastAsia="zh-CN"/>
        </w:rPr>
        <w:br/>
      </w:r>
      <w:r>
        <w:rPr>
          <w:lang w:eastAsia="zh-CN"/>
        </w:rPr>
        <w:t>　　牌号商标</w:t>
      </w:r>
      <w:r>
        <w:rPr>
          <w:lang w:eastAsia="zh-CN"/>
        </w:rPr>
        <w:br/>
      </w:r>
      <w:r>
        <w:rPr>
          <w:lang w:eastAsia="zh-CN"/>
        </w:rPr>
        <w:t>　　生产单位</w:t>
      </w:r>
      <w:r>
        <w:rPr>
          <w:lang w:eastAsia="zh-CN"/>
        </w:rPr>
        <w:br/>
      </w:r>
      <w:r>
        <w:rPr>
          <w:lang w:eastAsia="zh-CN"/>
        </w:rPr>
        <w:t>　　规格</w:t>
      </w:r>
      <w:r>
        <w:rPr>
          <w:lang w:eastAsia="zh-CN"/>
        </w:rPr>
        <w:br/>
      </w:r>
      <w:r>
        <w:rPr>
          <w:lang w:eastAsia="zh-CN"/>
        </w:rPr>
        <w:t>　　等级</w:t>
      </w:r>
      <w:r>
        <w:rPr>
          <w:lang w:eastAsia="zh-CN"/>
        </w:rPr>
        <w:br/>
      </w:r>
      <w:r>
        <w:rPr>
          <w:lang w:eastAsia="zh-CN"/>
        </w:rPr>
        <w:t>　　计量单位</w:t>
      </w:r>
      <w:r>
        <w:rPr>
          <w:lang w:eastAsia="zh-CN"/>
        </w:rPr>
        <w:br/>
      </w:r>
      <w:r>
        <w:rPr>
          <w:lang w:eastAsia="zh-CN"/>
        </w:rPr>
        <w:t>　　数量</w:t>
      </w:r>
      <w:r>
        <w:rPr>
          <w:lang w:eastAsia="zh-CN"/>
        </w:rPr>
        <w:br/>
      </w:r>
      <w:r>
        <w:rPr>
          <w:lang w:eastAsia="zh-CN"/>
        </w:rPr>
        <w:t>　　单价</w:t>
      </w:r>
      <w:r>
        <w:rPr>
          <w:lang w:eastAsia="zh-CN"/>
        </w:rPr>
        <w:br/>
      </w:r>
      <w:r>
        <w:rPr>
          <w:lang w:eastAsia="zh-CN"/>
        </w:rPr>
        <w:t>　　金 额</w:t>
      </w:r>
      <w:r>
        <w:rPr>
          <w:lang w:eastAsia="zh-CN"/>
        </w:rPr>
        <w:br/>
      </w:r>
      <w:r>
        <w:rPr>
          <w:lang w:eastAsia="zh-CN"/>
        </w:rPr>
        <w:t>　　合计人民币金额(大写)： 小写</w:t>
      </w:r>
      <w:r>
        <w:rPr>
          <w:lang w:eastAsia="zh-CN"/>
        </w:rPr>
        <w:br/>
      </w:r>
      <w:r>
        <w:rPr>
          <w:lang w:eastAsia="zh-CN"/>
        </w:rPr>
        <w:t>　　第二条：质量标准</w:t>
      </w:r>
      <w:r>
        <w:rPr>
          <w:lang w:eastAsia="zh-CN"/>
        </w:rPr>
        <w:br/>
      </w:r>
      <w:r>
        <w:rPr>
          <w:lang w:eastAsia="zh-CN"/>
        </w:rPr>
        <w:t>　　第三条：出卖人对质量负责的内容及期限</w:t>
      </w:r>
      <w:r>
        <w:rPr>
          <w:lang w:eastAsia="zh-CN"/>
        </w:rPr>
        <w:br/>
      </w:r>
      <w:r>
        <w:rPr>
          <w:lang w:eastAsia="zh-CN"/>
        </w:rPr>
        <w:t>　　第四条：合理损耗标准及计算方法</w:t>
      </w:r>
      <w:r>
        <w:rPr>
          <w:lang w:eastAsia="zh-CN"/>
        </w:rPr>
        <w:br/>
      </w:r>
      <w:r>
        <w:rPr>
          <w:lang w:eastAsia="zh-CN"/>
        </w:rPr>
        <w:t>　　第五条：结算方式、时间及地点：</w:t>
      </w:r>
      <w:r>
        <w:rPr>
          <w:lang w:eastAsia="zh-CN"/>
        </w:rPr>
        <w:br/>
      </w:r>
      <w:r>
        <w:rPr>
          <w:lang w:eastAsia="zh-CN"/>
        </w:rPr>
        <w:t>　　第六条：标的物所有权自 时起转移，买受人未履行全额支付价款义务的，标的物属于 所有。</w:t>
      </w:r>
      <w:r>
        <w:rPr>
          <w:lang w:eastAsia="zh-CN"/>
        </w:rPr>
        <w:br/>
      </w:r>
      <w:r>
        <w:rPr>
          <w:lang w:eastAsia="zh-CN"/>
        </w:rPr>
        <w:t>　　第七条：检验标准、方法，地点及期限</w:t>
      </w:r>
      <w:r>
        <w:rPr>
          <w:lang w:eastAsia="zh-CN"/>
        </w:rPr>
        <w:br/>
      </w:r>
      <w:r>
        <w:rPr>
          <w:lang w:eastAsia="zh-CN"/>
        </w:rPr>
        <w:t>　　第八条：担保方式：</w:t>
      </w:r>
      <w:r>
        <w:rPr>
          <w:lang w:eastAsia="zh-CN"/>
        </w:rPr>
        <w:br/>
      </w:r>
      <w:r>
        <w:rPr>
          <w:lang w:eastAsia="zh-CN"/>
        </w:rPr>
        <w:t>　　第九条：违约责任：</w:t>
      </w:r>
      <w:r>
        <w:rPr>
          <w:lang w:eastAsia="zh-CN"/>
        </w:rPr>
        <w:br/>
      </w:r>
    </w:p>
    <w:p w:rsidR="001B1F19" w14:textId="27C3F48A">
      <w:pPr>
        <w:rPr>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第十条：合同争议的解决方式：本合同在履行过程中发生的争议，由双方当事人协商解决;也可由当地工商行政管理部门调解;协商和调解不成的，按下列第</w:t>
      </w:r>
      <w:r>
        <w:rPr>
          <w:lang w:eastAsia="zh-CN"/>
        </w:rPr>
        <w:t xml:space="preserve"> 种方式解决;</w:t>
      </w:r>
      <w:r>
        <w:rPr>
          <w:lang w:eastAsia="zh-CN"/>
        </w:rPr>
        <w:br/>
      </w:r>
      <w:r>
        <w:rPr>
          <w:lang w:eastAsia="zh-CN"/>
        </w:rPr>
        <w:t>　　(一)提交 仲裁委员会仲裁;</w:t>
      </w:r>
      <w:r>
        <w:rPr>
          <w:lang w:eastAsia="zh-CN"/>
        </w:rPr>
        <w:br/>
      </w:r>
      <w:r>
        <w:rPr>
          <w:lang w:eastAsia="zh-CN"/>
        </w:rPr>
        <w:t>　　(二)依法向 人民法院提起诉讼。</w:t>
      </w:r>
      <w:r>
        <w:rPr>
          <w:lang w:eastAsia="zh-CN"/>
        </w:rPr>
        <w:br/>
      </w:r>
      <w:r>
        <w:rPr>
          <w:lang w:eastAsia="zh-CN"/>
        </w:rPr>
        <w:t>　　第十一条：本合同自 年 月 日双方当事人签字盖章后生效;合同履行完毕后失效。</w:t>
      </w:r>
      <w:r>
        <w:rPr>
          <w:lang w:eastAsia="zh-CN"/>
        </w:rPr>
        <w:br/>
      </w:r>
      <w:r>
        <w:rPr>
          <w:lang w:eastAsia="zh-CN"/>
        </w:rPr>
        <w:t>　　第十二条：双方当事人需要约定的其他事项</w:t>
      </w:r>
      <w:r>
        <w:rPr>
          <w:lang w:eastAsia="zh-CN"/>
        </w:rPr>
        <w:br/>
      </w:r>
      <w:r>
        <w:rPr>
          <w:lang w:eastAsia="zh-CN"/>
        </w:rPr>
        <w:t>　　出卖人： 签字</w:t>
      </w:r>
      <w:r>
        <w:rPr>
          <w:lang w:eastAsia="zh-CN"/>
        </w:rPr>
        <w:br/>
      </w:r>
      <w:r>
        <w:rPr>
          <w:lang w:eastAsia="zh-CN"/>
        </w:rPr>
        <w:t>　　(盖章)</w:t>
      </w:r>
      <w:r>
        <w:rPr>
          <w:lang w:eastAsia="zh-CN"/>
        </w:rPr>
        <w:br/>
      </w:r>
      <w:r>
        <w:rPr>
          <w:lang w:eastAsia="zh-CN"/>
        </w:rPr>
        <w:t>　　单位地址：</w:t>
      </w:r>
      <w:r>
        <w:rPr>
          <w:lang w:eastAsia="zh-CN"/>
        </w:rPr>
        <w:br/>
      </w:r>
      <w:r>
        <w:rPr>
          <w:lang w:eastAsia="zh-CN"/>
        </w:rPr>
        <w:t>　　法定代表人签字 (盖章)</w:t>
      </w:r>
      <w:r>
        <w:rPr>
          <w:lang w:eastAsia="zh-CN"/>
        </w:rPr>
        <w:br/>
      </w:r>
      <w:r>
        <w:rPr>
          <w:lang w:eastAsia="zh-CN"/>
        </w:rPr>
        <w:t>　　居民身份证号码：</w:t>
      </w:r>
      <w:r>
        <w:rPr>
          <w:lang w:eastAsia="zh-CN"/>
        </w:rPr>
        <w:br/>
      </w:r>
      <w:r>
        <w:rPr>
          <w:lang w:eastAsia="zh-CN"/>
        </w:rPr>
        <w:t>　　开户银行：</w:t>
      </w:r>
      <w:r>
        <w:rPr>
          <w:lang w:eastAsia="zh-CN"/>
        </w:rPr>
        <w:br/>
      </w:r>
      <w:r>
        <w:rPr>
          <w:lang w:eastAsia="zh-CN"/>
        </w:rPr>
        <w:t>　　银行帐号：</w:t>
      </w:r>
      <w:r>
        <w:rPr>
          <w:lang w:eastAsia="zh-CN"/>
        </w:rPr>
        <w:br/>
      </w:r>
      <w:r>
        <w:rPr>
          <w:lang w:eastAsia="zh-CN"/>
        </w:rPr>
        <w:t>　　联系电话：</w:t>
      </w:r>
      <w:r>
        <w:rPr>
          <w:lang w:eastAsia="zh-CN"/>
        </w:rPr>
        <w:br/>
      </w:r>
      <w:r>
        <w:rPr>
          <w:lang w:eastAsia="zh-CN"/>
        </w:rPr>
        <w:t>　　传真：</w:t>
      </w:r>
      <w:r>
        <w:rPr>
          <w:lang w:eastAsia="zh-CN"/>
        </w:rPr>
        <w:br/>
      </w:r>
      <w:r>
        <w:rPr>
          <w:lang w:eastAsia="zh-CN"/>
        </w:rPr>
        <w:t>　　邮编：</w:t>
      </w:r>
      <w:r>
        <w:rPr>
          <w:lang w:eastAsia="zh-CN"/>
        </w:rPr>
        <w:br/>
      </w:r>
      <w:r>
        <w:rPr>
          <w:lang w:eastAsia="zh-CN"/>
        </w:rPr>
        <w:t>　　买受人</w:t>
      </w:r>
      <w:r>
        <w:rPr>
          <w:lang w:eastAsia="zh-CN"/>
        </w:rPr>
        <w:br/>
      </w:r>
      <w:r>
        <w:rPr>
          <w:lang w:eastAsia="zh-CN"/>
        </w:rPr>
        <w:t>　　买受人： 签字</w:t>
      </w:r>
      <w:r>
        <w:rPr>
          <w:lang w:eastAsia="zh-CN"/>
        </w:rPr>
        <w:br/>
      </w:r>
      <w:r>
        <w:rPr>
          <w:lang w:eastAsia="zh-CN"/>
        </w:rPr>
        <w:t>　　(盖章)</w:t>
      </w:r>
      <w:r>
        <w:rPr>
          <w:lang w:eastAsia="zh-CN"/>
        </w:rPr>
        <w:br/>
      </w:r>
      <w:r>
        <w:rPr>
          <w:lang w:eastAsia="zh-CN"/>
        </w:rPr>
        <w:t>　　居民身份证号码：</w:t>
      </w:r>
      <w:r>
        <w:rPr>
          <w:lang w:eastAsia="zh-CN"/>
        </w:rPr>
        <w:br/>
      </w:r>
      <w:r>
        <w:rPr>
          <w:lang w:eastAsia="zh-CN"/>
        </w:rPr>
        <w:t>　　住所地址：</w:t>
      </w:r>
      <w:r>
        <w:rPr>
          <w:lang w:eastAsia="zh-CN"/>
        </w:rPr>
        <w:br/>
      </w:r>
    </w:p>
    <w:p w:rsidR="001B1F19" w14:textId="27C3F48A">
      <w:pPr>
        <w:rPr>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联系电话 ：</w:t>
      </w:r>
      <w:r>
        <w:rPr>
          <w:lang w:eastAsia="zh-CN"/>
        </w:rPr>
        <w:br/>
      </w:r>
      <w:r>
        <w:rPr>
          <w:lang w:eastAsia="zh-CN"/>
        </w:rPr>
        <w:t>　　邮编：</w:t>
      </w:r>
      <w:r>
        <w:rPr>
          <w:lang w:eastAsia="zh-CN"/>
        </w:rPr>
        <w:br/>
      </w:r>
      <w:r>
        <w:rPr>
          <w:lang w:eastAsia="zh-CN"/>
        </w:rPr>
        <w:t>　　签订日期：</w:t>
      </w:r>
      <w:r>
        <w:rPr>
          <w:lang w:eastAsia="zh-CN"/>
        </w:rPr>
        <w:br/>
      </w:r>
      <w:r>
        <w:rPr>
          <w:lang w:eastAsia="zh-CN"/>
        </w:rPr>
        <w:t xml:space="preserve">    种子买卖合同书 篇6 </w:t>
      </w:r>
      <w:r>
        <w:rPr>
          <w:lang w:eastAsia="zh-CN"/>
        </w:rPr>
        <w:br/>
      </w:r>
      <w:r>
        <w:rPr>
          <w:lang w:eastAsia="zh-CN"/>
        </w:rPr>
        <w:t>　　甲方：___________</w:t>
      </w:r>
      <w:r>
        <w:rPr>
          <w:lang w:eastAsia="zh-CN"/>
        </w:rPr>
        <w:br/>
      </w:r>
      <w:r>
        <w:rPr>
          <w:lang w:eastAsia="zh-CN"/>
        </w:rPr>
        <w:t>　　乙方：________________</w:t>
      </w:r>
      <w:r>
        <w:rPr>
          <w:lang w:eastAsia="zh-CN"/>
        </w:rPr>
        <w:br/>
      </w:r>
      <w:r>
        <w:rPr>
          <w:lang w:eastAsia="zh-CN"/>
        </w:rPr>
        <w:t>　　根据甲乙双方共同协商，乙方愿意帮甲方种植__________有机高梁，为了维护甲乙双方的共同利益，经双方协商一致，特作如下合同条款规定，供双方共同遵守执行</w:t>
      </w:r>
      <w:r>
        <w:rPr>
          <w:lang w:eastAsia="zh-CN"/>
        </w:rPr>
        <w:br/>
      </w:r>
      <w:r>
        <w:rPr>
          <w:lang w:eastAsia="zh-CN"/>
        </w:rPr>
        <w:t>　　一、乙方于________年种植红缨子有机高梁__________亩，甲方负责提供红缨子有机高梁种子，由乙方购买该种子进行种植</w:t>
      </w:r>
      <w:r>
        <w:rPr>
          <w:lang w:eastAsia="zh-CN"/>
        </w:rPr>
        <w:br/>
      </w:r>
      <w:r>
        <w:rPr>
          <w:lang w:eastAsia="zh-CN"/>
        </w:rPr>
        <w:t>　　二、乙方种植生产出的红缨子有机高梁，必须脱粒，及时晒干、风净，且无杂质、无虫蛀、霉烂</w:t>
      </w:r>
      <w:r>
        <w:rPr>
          <w:lang w:eastAsia="zh-CN"/>
        </w:rPr>
        <w:br/>
      </w:r>
      <w:r>
        <w:rPr>
          <w:lang w:eastAsia="zh-CN"/>
        </w:rPr>
        <w:t>　　三、乙方交售的高梁必须在能通5吨车的公路或自行运至能通5吨车的公路上交售，且帮助甲方装上车</w:t>
      </w:r>
      <w:r>
        <w:rPr>
          <w:lang w:eastAsia="zh-CN"/>
        </w:rPr>
        <w:br/>
      </w:r>
      <w:r>
        <w:rPr>
          <w:lang w:eastAsia="zh-CN"/>
        </w:rPr>
        <w:t>　　四、乙方交售的高梁必须是甲方供给的红缨子有机高梁种子种植的高梁，不能把自己在其他地方、或自己原有的高梁种子种植的高梁充当甲方种子种植的高梁来出售给甲方也不允许用甲方高梁种子种植生产出的高梁卖给他人一旦发现乙方有上述行为，甲方可以拒绝收购若甲方未在规定的时间内进行收购，乙方可以将高梁卖给第三方</w:t>
      </w:r>
      <w:r>
        <w:rPr>
          <w:lang w:eastAsia="zh-CN"/>
        </w:rPr>
        <w:br/>
      </w:r>
    </w:p>
    <w:p w:rsidR="001B1F19" w14:textId="27C3F48A">
      <w:pPr>
        <w:rPr>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五、甲方收购的高梁保护价为元/斤，若市场价高于保护价则按市场价收购，若市场收购价低于保护价时，甲方则按保护价收购乙方种植的红缨子高梁</w:t>
      </w:r>
      <w:r>
        <w:rPr>
          <w:lang w:eastAsia="zh-CN"/>
        </w:rPr>
        <w:br/>
      </w:r>
      <w:r>
        <w:rPr>
          <w:lang w:eastAsia="zh-CN"/>
        </w:rPr>
        <w:t>　　六、甲、乙双方的任何一方由于不可抗力的原因不能履行或不完全履行合同时，应尽快向对方通报情况，在提供相关证据后，可根据情况部分或全部免除违约责任，乙方由于遇自然灾害等不可抗力造成产品质量不符合约定的，不承担违约责任</w:t>
      </w:r>
      <w:r>
        <w:rPr>
          <w:lang w:eastAsia="zh-CN"/>
        </w:rPr>
        <w:br/>
      </w:r>
      <w:r>
        <w:rPr>
          <w:lang w:eastAsia="zh-CN"/>
        </w:rPr>
        <w:t>　　七、合同在履行过程中发生争议，由双方当事人协商解决，协商或调解不成的，可以提交仲裁委员会仲裁或依法向人民法院起诉</w:t>
      </w:r>
      <w:r>
        <w:rPr>
          <w:lang w:eastAsia="zh-CN"/>
        </w:rPr>
        <w:br/>
      </w:r>
      <w:r>
        <w:rPr>
          <w:lang w:eastAsia="zh-CN"/>
        </w:rPr>
        <w:t>　　八、本合同一式贰份甲乙双方各执一份，合同自双方签字之日起至高梁收购后自行终止,合同具备法律效力</w:t>
      </w:r>
      <w:r>
        <w:rPr>
          <w:lang w:eastAsia="zh-CN"/>
        </w:rPr>
        <w:br/>
      </w:r>
      <w:r>
        <w:rPr>
          <w:lang w:eastAsia="zh-CN"/>
        </w:rPr>
        <w:t>　　甲方：__________</w:t>
      </w:r>
      <w:r>
        <w:rPr>
          <w:lang w:eastAsia="zh-CN"/>
        </w:rPr>
        <w:br/>
      </w:r>
      <w:r>
        <w:rPr>
          <w:lang w:eastAsia="zh-CN"/>
        </w:rPr>
        <w:t>　　乙方：__________</w:t>
      </w:r>
      <w:r>
        <w:rPr>
          <w:lang w:eastAsia="zh-CN"/>
        </w:rPr>
        <w:br/>
      </w:r>
      <w:r>
        <w:rPr>
          <w:lang w:eastAsia="zh-CN"/>
        </w:rPr>
        <w:t>　　__________年_______月____日</w:t>
      </w:r>
      <w:r>
        <w:rPr>
          <w:lang w:eastAsia="zh-CN"/>
        </w:rPr>
        <w:br/>
      </w:r>
      <w:r>
        <w:rPr>
          <w:lang w:eastAsia="zh-CN"/>
        </w:rPr>
        <w:t>　　___________年_____月______日</w:t>
      </w:r>
      <w:r>
        <w:rPr>
          <w:lang w:eastAsia="zh-CN"/>
        </w:rPr>
        <w:br/>
      </w:r>
      <w:r>
        <w:rPr>
          <w:lang w:eastAsia="zh-CN"/>
        </w:rPr>
        <w:t xml:space="preserve">    种子买卖合同书 篇7 </w:t>
      </w:r>
      <w:r>
        <w:rPr>
          <w:lang w:eastAsia="zh-CN"/>
        </w:rPr>
        <w:br/>
      </w:r>
      <w:r>
        <w:rPr>
          <w:lang w:eastAsia="zh-CN"/>
        </w:rPr>
        <w:t>　　江苏省农作物种子买卖合同书</w:t>
      </w:r>
      <w:r>
        <w:rPr>
          <w:lang w:eastAsia="zh-CN"/>
        </w:rPr>
        <w:br/>
      </w:r>
      <w:r>
        <w:rPr>
          <w:lang w:eastAsia="zh-CN"/>
        </w:rPr>
        <w:t>　　出卖人：_________________________</w:t>
      </w:r>
      <w:r>
        <w:rPr>
          <w:lang w:eastAsia="zh-CN"/>
        </w:rPr>
        <w:br/>
      </w:r>
      <w:r>
        <w:rPr>
          <w:lang w:eastAsia="zh-CN"/>
        </w:rPr>
        <w:t>　　营业执照注册号：_________________</w:t>
      </w:r>
      <w:r>
        <w:rPr>
          <w:lang w:eastAsia="zh-CN"/>
        </w:rPr>
        <w:br/>
      </w:r>
      <w:r>
        <w:rPr>
          <w:lang w:eastAsia="zh-CN"/>
        </w:rPr>
        <w:t>　　种子经营许可证号：_______________</w:t>
      </w:r>
      <w:r>
        <w:rPr>
          <w:lang w:eastAsia="zh-CN"/>
        </w:rPr>
        <w:br/>
      </w:r>
      <w:r>
        <w:rPr>
          <w:lang w:eastAsia="zh-CN"/>
        </w:rPr>
        <w:t>　　种子代销委托单位：_______________</w:t>
      </w:r>
      <w:r>
        <w:rPr>
          <w:lang w:eastAsia="zh-CN"/>
        </w:rPr>
        <w:br/>
      </w:r>
      <w:r>
        <w:rPr>
          <w:lang w:eastAsia="zh-CN"/>
        </w:rPr>
        <w:t>　　委托书编号：_____________________</w:t>
      </w:r>
      <w:r>
        <w:rPr>
          <w:lang w:eastAsia="zh-CN"/>
        </w:rPr>
        <w:br/>
      </w:r>
      <w:r>
        <w:rPr>
          <w:lang w:eastAsia="zh-CN"/>
        </w:rPr>
        <w:t>　　买受人：_________________________</w:t>
      </w:r>
      <w:r>
        <w:rPr>
          <w:lang w:eastAsia="zh-CN"/>
        </w:rPr>
        <w:br/>
      </w:r>
    </w:p>
    <w:p w:rsidR="001B1F19" w14:textId="27C3F48A">
      <w:pPr>
        <w:rPr>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地址：___________________________根据《中华人民共和国民法典》、《中华人民共和国种子法》及有关规定，为明确双方的权利义务，经双方协商一致，签定本合同。</w:t>
      </w:r>
      <w:r>
        <w:rPr>
          <w:lang w:eastAsia="zh-CN"/>
        </w:rPr>
        <w:br/>
      </w:r>
      <w:r>
        <w:rPr>
          <w:lang w:eastAsia="zh-CN"/>
        </w:rPr>
        <w:t>　　一、农作物种子种类、品种、质量、数量、金额：</w:t>
      </w:r>
      <w:r>
        <w:rPr>
          <w:lang w:eastAsia="zh-CN"/>
        </w:rPr>
        <w:br/>
      </w:r>
      <w:r>
        <w:rPr>
          <w:lang w:eastAsia="zh-CN"/>
        </w:rPr>
        <w:t>　　农作物种类品种名称计量单位数量质量(%)单价(元)总金额(元)纯度净度发芽率水份</w:t>
      </w:r>
      <w:r>
        <w:rPr>
          <w:lang w:eastAsia="zh-CN"/>
        </w:rPr>
        <w:br/>
      </w:r>
      <w:r>
        <w:rPr>
          <w:lang w:eastAsia="zh-CN"/>
        </w:rPr>
        <w:t>　　合计金额人民币金额(大写)(注：空格如不够用，可以另接)</w:t>
      </w:r>
      <w:r>
        <w:rPr>
          <w:lang w:eastAsia="zh-CN"/>
        </w:rPr>
        <w:br/>
      </w:r>
      <w:r>
        <w:rPr>
          <w:lang w:eastAsia="zh-CN"/>
        </w:rPr>
        <w:t>　　(提示：需要填写下列条款中的□时，请打√。)</w:t>
      </w:r>
      <w:r>
        <w:rPr>
          <w:lang w:eastAsia="zh-CN"/>
        </w:rPr>
        <w:br/>
      </w:r>
      <w:r>
        <w:rPr>
          <w:lang w:eastAsia="zh-CN"/>
        </w:rPr>
        <w:t>　　二、质量标准：□国家标准□企业标准种子标准号：</w:t>
      </w:r>
      <w:r>
        <w:rPr>
          <w:lang w:eastAsia="zh-CN"/>
        </w:rPr>
        <w:br/>
      </w:r>
      <w:r>
        <w:rPr>
          <w:lang w:eastAsia="zh-CN"/>
        </w:rPr>
        <w:t>　　三、出卖人对质量负责的条件：因种子质量问题给买受人造成损失，出卖人按《江苏省种子条例》规定予以赔偿。</w:t>
      </w:r>
      <w:r>
        <w:rPr>
          <w:lang w:eastAsia="zh-CN"/>
        </w:rPr>
        <w:br/>
      </w:r>
      <w:r>
        <w:rPr>
          <w:lang w:eastAsia="zh-CN"/>
        </w:rPr>
        <w:t>　　四、出卖人交付种子时，应向买受人提供种子的简要性状、主要栽培措施、使用条件(包括适宜种植区域)说明等资料及相关服务;同时，向买受人交付书面的种子来源、产地、商标或品牌、质量标准、有效期限等简要说明。买受人应按出卖人提供资料中的要求栽培、种植。</w:t>
      </w:r>
      <w:r>
        <w:rPr>
          <w:lang w:eastAsia="zh-CN"/>
        </w:rPr>
        <w:br/>
      </w:r>
      <w:r>
        <w:rPr>
          <w:lang w:eastAsia="zh-CN"/>
        </w:rPr>
        <w:t>　　五、买卖双方现场对种子交付、验收。</w:t>
      </w:r>
      <w:r>
        <w:rPr>
          <w:lang w:eastAsia="zh-CN"/>
        </w:rPr>
        <w:br/>
      </w:r>
      <w:r>
        <w:rPr>
          <w:lang w:eastAsia="zh-CN"/>
        </w:rPr>
        <w:t>　　六、买卖双方对种子抽样封存的约定：_________.(提示：种子样品应按种子存放的要求保存)</w:t>
      </w:r>
      <w:r>
        <w:rPr>
          <w:lang w:eastAsia="zh-CN"/>
        </w:rPr>
        <w:br/>
      </w:r>
      <w:r>
        <w:rPr>
          <w:lang w:eastAsia="zh-CN"/>
        </w:rPr>
        <w:t>　　七、结算方式：□货款已付。货款_________月_________日前支付。出卖人应向买受人开具销售凭证。</w:t>
      </w:r>
      <w:r>
        <w:rPr>
          <w:lang w:eastAsia="zh-CN"/>
        </w:rPr>
        <w:br/>
      </w:r>
    </w:p>
    <w:p w:rsidR="001B1F19" w14:textId="27C3F48A">
      <w:pPr>
        <w:rPr>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八、双方在上述条款履行中，如有一方违约，违约方按本合同总价款_________%向对方支付违约金。</w:t>
      </w:r>
      <w:r>
        <w:rPr>
          <w:lang w:eastAsia="zh-CN"/>
        </w:rPr>
        <w:br/>
      </w:r>
      <w:r>
        <w:rPr>
          <w:lang w:eastAsia="zh-CN"/>
        </w:rPr>
        <w:t>　　九、本合同在履行过程中发生纠纷，由当事人协商解决，协商不成时，因种子质量出现问题由当地农业行政管理主管部门或工商行政管理机关处理;其他争议可向当地工商行政管理机关合同调解组织申请调解;也可直接向当地人民法院(法庭)起诉。</w:t>
      </w:r>
      <w:r>
        <w:rPr>
          <w:lang w:eastAsia="zh-CN"/>
        </w:rPr>
        <w:br/>
      </w:r>
      <w:r>
        <w:rPr>
          <w:lang w:eastAsia="zh-CN"/>
        </w:rPr>
        <w:t>　　十、本合同一式二份，合同双方各执一份本合同经双方签字或盖章后生效，有效期至种子种植收获之后。</w:t>
      </w:r>
      <w:r>
        <w:rPr>
          <w:lang w:eastAsia="zh-CN"/>
        </w:rPr>
        <w:br/>
      </w:r>
      <w:r>
        <w:rPr>
          <w:lang w:eastAsia="zh-CN"/>
        </w:rPr>
        <w:t xml:space="preserve">    种子买卖合同书 篇8 </w:t>
      </w:r>
      <w:r>
        <w:rPr>
          <w:lang w:eastAsia="zh-CN"/>
        </w:rPr>
        <w:br/>
      </w:r>
      <w:r>
        <w:rPr>
          <w:lang w:eastAsia="zh-CN"/>
        </w:rPr>
        <w:t>　　甲方：___________</w:t>
      </w:r>
      <w:r>
        <w:rPr>
          <w:lang w:eastAsia="zh-CN"/>
        </w:rPr>
        <w:br/>
      </w:r>
      <w:r>
        <w:rPr>
          <w:lang w:eastAsia="zh-CN"/>
        </w:rPr>
        <w:t>　　乙方： _____________</w:t>
      </w:r>
      <w:r>
        <w:rPr>
          <w:lang w:eastAsia="zh-CN"/>
        </w:rPr>
        <w:br/>
      </w:r>
      <w:r>
        <w:rPr>
          <w:lang w:eastAsia="zh-CN"/>
        </w:rPr>
        <w:t>　　为推广大面积种植榨菜。确保种植户与收购企业的经济效益。甲方有偿提供榨菜种子给乙方种植并报价收购。为明确甲乙双方权利、义务，就相关事宜经双方协商一致，特订立本合同，以资共同信守。</w:t>
      </w:r>
      <w:r>
        <w:rPr>
          <w:lang w:eastAsia="zh-CN"/>
        </w:rPr>
        <w:br/>
      </w:r>
      <w:r>
        <w:rPr>
          <w:lang w:eastAsia="zh-CN"/>
        </w:rPr>
        <w:t>　　一、合同期限：(_________年_月——__________年_月)</w:t>
      </w:r>
      <w:r>
        <w:rPr>
          <w:lang w:eastAsia="zh-CN"/>
        </w:rPr>
        <w:br/>
      </w:r>
      <w:r>
        <w:rPr>
          <w:lang w:eastAsia="zh-CN"/>
        </w:rPr>
        <w:t>　　二、种植地点、面积和确保交售的数量________。</w:t>
      </w:r>
      <w:r>
        <w:rPr>
          <w:lang w:eastAsia="zh-CN"/>
        </w:rPr>
        <w:br/>
      </w:r>
      <w:r>
        <w:rPr>
          <w:lang w:eastAsia="zh-CN"/>
        </w:rPr>
        <w:t>　　1、地点位于__________村。种植面积为 _________ 亩。</w:t>
      </w:r>
      <w:r>
        <w:rPr>
          <w:lang w:eastAsia="zh-CN"/>
        </w:rPr>
        <w:br/>
      </w:r>
      <w:r>
        <w:rPr>
          <w:lang w:eastAsia="zh-CN"/>
        </w:rPr>
        <w:t>　　2、交售数量：甲方提供给乙方种植的榨菜种所产出的合格榨菜如数地将其全部交售给甲方。</w:t>
      </w:r>
      <w:r>
        <w:rPr>
          <w:lang w:eastAsia="zh-CN"/>
        </w:rPr>
        <w:br/>
      </w:r>
      <w:r>
        <w:rPr>
          <w:lang w:eastAsia="zh-CN"/>
        </w:rPr>
        <w:t>　　三、成品的结算</w:t>
      </w:r>
      <w:r>
        <w:rPr>
          <w:lang w:eastAsia="zh-CN"/>
        </w:rPr>
        <w:br/>
      </w:r>
      <w:r>
        <w:rPr>
          <w:lang w:eastAsia="zh-CN"/>
        </w:rPr>
        <w:t>　　乙方将成品交售给甲方，验收过磅后，即结算款项。</w:t>
      </w:r>
      <w:r>
        <w:rPr>
          <w:lang w:eastAsia="zh-CN"/>
        </w:rPr>
        <w:br/>
      </w:r>
      <w:r>
        <w:rPr>
          <w:lang w:eastAsia="zh-CN"/>
        </w:rPr>
        <w:t>　　四、甲方对乙方进行扶持种植</w:t>
      </w:r>
      <w:r>
        <w:rPr>
          <w:lang w:eastAsia="zh-CN"/>
        </w:rPr>
        <w:br/>
      </w:r>
    </w:p>
    <w:p w:rsidR="001B1F19" w14:textId="27C3F48A">
      <w:pPr>
        <w:rPr>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1、甲方有偿提供种子，甲方按每亩_________元种子发放，该种子款在乙方交售成品后，甲方从乙方得款中扣付。</w:t>
      </w:r>
      <w:r>
        <w:rPr>
          <w:lang w:eastAsia="zh-CN"/>
        </w:rPr>
        <w:br/>
      </w:r>
      <w:r>
        <w:rPr>
          <w:lang w:eastAsia="zh-CN"/>
        </w:rPr>
        <w:t>　　2、甲方提供种植信息，对乙方进行种植指导。如乙方有特殊要求，甲方可派员上门技术指导。</w:t>
      </w:r>
      <w:r>
        <w:rPr>
          <w:lang w:eastAsia="zh-CN"/>
        </w:rPr>
        <w:br/>
      </w:r>
      <w:r>
        <w:rPr>
          <w:lang w:eastAsia="zh-CN"/>
        </w:rPr>
        <w:t>　　3、甲方保底收购乙方的成品。保底价格为________元/公斤。遇市场收购价高于保底价的，甲方则按合同外挂牌市场收购价回收。</w:t>
      </w:r>
      <w:r>
        <w:rPr>
          <w:lang w:eastAsia="zh-CN"/>
        </w:rPr>
        <w:br/>
      </w:r>
      <w:r>
        <w:rPr>
          <w:lang w:eastAsia="zh-CN"/>
        </w:rPr>
        <w:t>　　4、为维护市场稳定，当市场价低于保护价时，甲方对乙方收购标准每亩__________公斤。</w:t>
      </w:r>
      <w:r>
        <w:rPr>
          <w:lang w:eastAsia="zh-CN"/>
        </w:rPr>
        <w:br/>
      </w:r>
      <w:r>
        <w:rPr>
          <w:lang w:eastAsia="zh-CN"/>
        </w:rPr>
        <w:t>　　五、违约责任</w:t>
      </w:r>
      <w:r>
        <w:rPr>
          <w:lang w:eastAsia="zh-CN"/>
        </w:rPr>
        <w:br/>
      </w:r>
      <w:r>
        <w:rPr>
          <w:lang w:eastAsia="zh-CN"/>
        </w:rPr>
        <w:t>　　乙方产出的成品全部交售给甲方;甲方拒收乙方合格的成品，则以每亩_________公斤成品果产量按市场价折款赔偿给乙方的损失。</w:t>
      </w:r>
      <w:r>
        <w:rPr>
          <w:lang w:eastAsia="zh-CN"/>
        </w:rPr>
        <w:br/>
      </w:r>
      <w:r>
        <w:rPr>
          <w:lang w:eastAsia="zh-CN"/>
        </w:rPr>
        <w:t>　　六、未尽事宜和争议处理：</w:t>
      </w:r>
      <w:r>
        <w:rPr>
          <w:lang w:eastAsia="zh-CN"/>
        </w:rPr>
        <w:br/>
      </w:r>
      <w:r>
        <w:rPr>
          <w:lang w:eastAsia="zh-CN"/>
        </w:rPr>
        <w:t>　　本合同未尽事宜和执行过程中发生争议纠纷，由甲乙双方协商解决，协商未果的，通过诉讼途径解决。</w:t>
      </w:r>
      <w:r>
        <w:rPr>
          <w:lang w:eastAsia="zh-CN"/>
        </w:rPr>
        <w:br/>
      </w:r>
      <w:r>
        <w:rPr>
          <w:lang w:eastAsia="zh-CN"/>
        </w:rPr>
        <w:t>　　七、合同生效</w:t>
      </w:r>
      <w:r>
        <w:rPr>
          <w:lang w:eastAsia="zh-CN"/>
        </w:rPr>
        <w:br/>
      </w:r>
      <w:r>
        <w:rPr>
          <w:lang w:eastAsia="zh-CN"/>
        </w:rPr>
        <w:t>　　本合同一式两份，甲乙双方各执一份，并自双方代表签字盖章之日起生效。</w:t>
      </w:r>
      <w:r>
        <w:rPr>
          <w:lang w:eastAsia="zh-CN"/>
        </w:rPr>
        <w:br/>
      </w:r>
      <w:r>
        <w:rPr>
          <w:lang w:eastAsia="zh-CN"/>
        </w:rPr>
        <w:t>　　甲方：___________</w:t>
      </w:r>
      <w:r>
        <w:rPr>
          <w:lang w:eastAsia="zh-CN"/>
        </w:rPr>
        <w:br/>
      </w:r>
      <w:r>
        <w:rPr>
          <w:lang w:eastAsia="zh-CN"/>
        </w:rPr>
        <w:t>　　乙方： ____________</w:t>
      </w:r>
      <w:r>
        <w:rPr>
          <w:lang w:eastAsia="zh-CN"/>
        </w:rPr>
        <w:br/>
      </w:r>
      <w:r>
        <w:rPr>
          <w:lang w:eastAsia="zh-CN"/>
        </w:rPr>
        <w:t>　　授权代表人：_________________</w:t>
      </w:r>
      <w:r>
        <w:rPr>
          <w:lang w:eastAsia="zh-CN"/>
        </w:rPr>
        <w:br/>
      </w:r>
      <w:r>
        <w:rPr>
          <w:lang w:eastAsia="zh-CN"/>
        </w:rPr>
        <w:t>　　签订日期：_________年 _______ 月_________ 日</w:t>
      </w:r>
      <w:r>
        <w:rPr>
          <w:lang w:eastAsia="zh-CN"/>
        </w:rPr>
        <w:br/>
      </w:r>
      <w:r>
        <w:rPr>
          <w:lang w:eastAsia="zh-CN"/>
        </w:rPr>
        <w:t xml:space="preserve">    种子买卖合同书 篇9 </w:t>
      </w:r>
      <w:r>
        <w:rPr>
          <w:lang w:eastAsia="zh-CN"/>
        </w:rPr>
        <w:br/>
      </w:r>
    </w:p>
    <w:p w:rsidR="001B1F19" w14:textId="27C3F48A">
      <w:pPr>
        <w:rPr>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合同编号：____________</w:t>
      </w:r>
      <w:r>
        <w:rPr>
          <w:lang w:eastAsia="zh-CN"/>
        </w:rPr>
        <w:br/>
      </w:r>
      <w:r>
        <w:rPr>
          <w:lang w:eastAsia="zh-CN"/>
        </w:rPr>
        <w:t>　　卖方：______________</w:t>
      </w:r>
      <w:r>
        <w:rPr>
          <w:lang w:eastAsia="zh-CN"/>
        </w:rPr>
        <w:br/>
      </w:r>
      <w:r>
        <w:rPr>
          <w:lang w:eastAsia="zh-CN"/>
        </w:rPr>
        <w:t>　　买方：______________</w:t>
      </w:r>
      <w:r>
        <w:rPr>
          <w:lang w:eastAsia="zh-CN"/>
        </w:rPr>
        <w:br/>
      </w:r>
      <w:r>
        <w:rPr>
          <w:lang w:eastAsia="zh-CN"/>
        </w:rPr>
        <w:t>　　签订时间：____________</w:t>
      </w:r>
      <w:r>
        <w:rPr>
          <w:lang w:eastAsia="zh-CN"/>
        </w:rPr>
        <w:br/>
      </w:r>
      <w:r>
        <w:rPr>
          <w:lang w:eastAsia="zh-CN"/>
        </w:rPr>
        <w:t>　　根据《中华人民共和国民法典》、《中华人民共和国种子法》及有关规定，为明确双方的权利义务，经双方协商一致签订本合同。</w:t>
      </w:r>
      <w:r>
        <w:rPr>
          <w:lang w:eastAsia="zh-CN"/>
        </w:rPr>
        <w:br/>
      </w:r>
      <w:r>
        <w:rPr>
          <w:lang w:eastAsia="zh-CN"/>
        </w:rPr>
        <w:t>　　一、农作物种子的种类、品种、质量、数量、金额</w:t>
      </w:r>
      <w:r>
        <w:rPr>
          <w:lang w:eastAsia="zh-CN"/>
        </w:rPr>
        <w:br/>
      </w:r>
      <w:r>
        <w:rPr>
          <w:lang w:eastAsia="zh-CN"/>
        </w:rPr>
        <w:t>　　品种名称：____________</w:t>
      </w:r>
      <w:r>
        <w:rPr>
          <w:lang w:eastAsia="zh-CN"/>
        </w:rPr>
        <w:br/>
      </w:r>
      <w:r>
        <w:rPr>
          <w:lang w:eastAsia="zh-CN"/>
        </w:rPr>
        <w:t>　　数量：____________</w:t>
      </w:r>
      <w:r>
        <w:rPr>
          <w:lang w:eastAsia="zh-CN"/>
        </w:rPr>
        <w:br/>
      </w:r>
      <w:r>
        <w:rPr>
          <w:lang w:eastAsia="zh-CN"/>
        </w:rPr>
        <w:t>　　计量单位：____________</w:t>
      </w:r>
      <w:r>
        <w:rPr>
          <w:lang w:eastAsia="zh-CN"/>
        </w:rPr>
        <w:br/>
      </w:r>
      <w:r>
        <w:rPr>
          <w:lang w:eastAsia="zh-CN"/>
        </w:rPr>
        <w:t>　　单价：____________(元)</w:t>
      </w:r>
      <w:r>
        <w:rPr>
          <w:lang w:eastAsia="zh-CN"/>
        </w:rPr>
        <w:br/>
      </w:r>
      <w:r>
        <w:rPr>
          <w:lang w:eastAsia="zh-CN"/>
        </w:rPr>
        <w:t>　　总金额：____________(元)</w:t>
      </w:r>
      <w:r>
        <w:rPr>
          <w:lang w:eastAsia="zh-CN"/>
        </w:rPr>
        <w:br/>
      </w:r>
      <w:r>
        <w:rPr>
          <w:lang w:eastAsia="zh-CN"/>
        </w:rPr>
        <w:t>　　纯度：____________</w:t>
      </w:r>
      <w:r>
        <w:rPr>
          <w:lang w:eastAsia="zh-CN"/>
        </w:rPr>
        <w:br/>
      </w:r>
      <w:r>
        <w:rPr>
          <w:lang w:eastAsia="zh-CN"/>
        </w:rPr>
        <w:t>　　净度：____________</w:t>
      </w:r>
      <w:r>
        <w:rPr>
          <w:lang w:eastAsia="zh-CN"/>
        </w:rPr>
        <w:br/>
      </w:r>
      <w:r>
        <w:rPr>
          <w:lang w:eastAsia="zh-CN"/>
        </w:rPr>
        <w:t>　　发芽率：____________</w:t>
      </w:r>
      <w:r>
        <w:rPr>
          <w:lang w:eastAsia="zh-CN"/>
        </w:rPr>
        <w:br/>
      </w:r>
      <w:r>
        <w:rPr>
          <w:lang w:eastAsia="zh-CN"/>
        </w:rPr>
        <w:t>　　水分：____________</w:t>
      </w:r>
      <w:r>
        <w:rPr>
          <w:lang w:eastAsia="zh-CN"/>
        </w:rPr>
        <w:br/>
      </w:r>
      <w:r>
        <w:rPr>
          <w:lang w:eastAsia="zh-CN"/>
        </w:rPr>
        <w:t>　　合计人民币金额(大写)：______________</w:t>
      </w:r>
      <w:r>
        <w:rPr>
          <w:lang w:eastAsia="zh-CN"/>
        </w:rPr>
        <w:br/>
      </w:r>
      <w:r>
        <w:rPr>
          <w:lang w:eastAsia="zh-CN"/>
        </w:rPr>
        <w:t>　　二、种子生产许可证号：_____________________</w:t>
      </w:r>
      <w:r>
        <w:rPr>
          <w:lang w:eastAsia="zh-CN"/>
        </w:rPr>
        <w:br/>
      </w:r>
      <w:r>
        <w:rPr>
          <w:lang w:eastAsia="zh-CN"/>
        </w:rPr>
        <w:t>　　经营许可证号：_____________________</w:t>
      </w:r>
      <w:r>
        <w:rPr>
          <w:lang w:eastAsia="zh-CN"/>
        </w:rPr>
        <w:br/>
      </w:r>
      <w:r>
        <w:rPr>
          <w:lang w:eastAsia="zh-CN"/>
        </w:rPr>
        <w:t>　　种子检疫证书号：_________________________</w:t>
      </w:r>
      <w:r>
        <w:rPr>
          <w:lang w:eastAsia="zh-CN"/>
        </w:rPr>
        <w:br/>
      </w:r>
      <w:r>
        <w:rPr>
          <w:lang w:eastAsia="zh-CN"/>
        </w:rPr>
        <w:t>　　三、主要栽培技术要求：_____________________________________</w:t>
      </w:r>
      <w:r>
        <w:rPr>
          <w:lang w:eastAsia="zh-CN"/>
        </w:rPr>
        <w:br/>
      </w:r>
    </w:p>
    <w:p w:rsidR="001B1F19" w14:textId="27C3F48A">
      <w:pPr>
        <w:rPr>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四、交货时间、地点、方式：__________________________________</w:t>
      </w:r>
      <w:r>
        <w:rPr>
          <w:lang w:eastAsia="zh-CN"/>
        </w:rPr>
        <w:br/>
      </w:r>
      <w:r>
        <w:rPr>
          <w:lang w:eastAsia="zh-CN"/>
        </w:rPr>
        <w:t>　　五、结算方式、期限：________________________________________</w:t>
      </w:r>
      <w:r>
        <w:rPr>
          <w:lang w:eastAsia="zh-CN"/>
        </w:rPr>
        <w:br/>
      </w:r>
      <w:r>
        <w:rPr>
          <w:lang w:eastAsia="zh-CN"/>
        </w:rPr>
        <w:t>　　六、买卖批量种子，当事人(是)(否)取样封存，封存期限为_____________</w:t>
      </w:r>
      <w:r>
        <w:rPr>
          <w:lang w:eastAsia="zh-CN"/>
        </w:rPr>
        <w:br/>
      </w:r>
      <w:r>
        <w:rPr>
          <w:lang w:eastAsia="zh-CN"/>
        </w:rPr>
        <w:t>　　七、违约责任</w:t>
      </w:r>
      <w:r>
        <w:rPr>
          <w:lang w:eastAsia="zh-CN"/>
        </w:rPr>
        <w:br/>
      </w:r>
      <w:r>
        <w:rPr>
          <w:lang w:eastAsia="zh-CN"/>
        </w:rPr>
        <w:t>　　1、买方应当按照种子主要栽培技术要求种植，因买方过错或者不可抗力造成损失的，卖方不承担责任。</w:t>
      </w:r>
      <w:r>
        <w:rPr>
          <w:lang w:eastAsia="zh-CN"/>
        </w:rPr>
        <w:br/>
      </w:r>
      <w:r>
        <w:rPr>
          <w:lang w:eastAsia="zh-CN"/>
        </w:rPr>
        <w:t>　　2.因种子质量问题造成损失或者可能造成损失的，买方应当及时通知卖方，并到有关部门申报，否则造成无法</w:t>
      </w:r>
      <w:r>
        <w:rPr>
          <w:lang w:eastAsia="zh-CN"/>
        </w:rPr>
        <w:br/>
      </w:r>
      <w:r>
        <w:rPr>
          <w:lang w:eastAsia="zh-CN"/>
        </w:rPr>
        <w:t>　　勘验损失程度或者造成损失扩大的，卖方不承担责任。</w:t>
      </w:r>
      <w:r>
        <w:rPr>
          <w:lang w:eastAsia="zh-CN"/>
        </w:rPr>
        <w:br/>
      </w:r>
      <w:r>
        <w:rPr>
          <w:lang w:eastAsia="zh-CN"/>
        </w:rPr>
        <w:t>　　3.卖方保证提供合格种子，因种子质量问题造成损失的，由卖方承担责任。</w:t>
      </w:r>
      <w:r>
        <w:rPr>
          <w:lang w:eastAsia="zh-CN"/>
        </w:rPr>
        <w:br/>
      </w:r>
      <w:r>
        <w:rPr>
          <w:lang w:eastAsia="zh-CN"/>
        </w:rPr>
        <w:t>　　4.在发生争议时，卖方应当及时协助买方到有关部门解决。</w:t>
      </w:r>
      <w:r>
        <w:rPr>
          <w:lang w:eastAsia="zh-CN"/>
        </w:rPr>
        <w:br/>
      </w:r>
      <w:r>
        <w:rPr>
          <w:lang w:eastAsia="zh-CN"/>
        </w:rPr>
        <w:t>　　八、争议解决方式</w:t>
      </w:r>
      <w:r>
        <w:rPr>
          <w:lang w:eastAsia="zh-CN"/>
        </w:rPr>
        <w:br/>
      </w:r>
      <w:r>
        <w:rPr>
          <w:lang w:eastAsia="zh-CN"/>
        </w:rPr>
        <w:t>　　(1)协商解决;</w:t>
      </w:r>
      <w:r>
        <w:rPr>
          <w:lang w:eastAsia="zh-CN"/>
        </w:rPr>
        <w:br/>
      </w:r>
      <w:r>
        <w:rPr>
          <w:lang w:eastAsia="zh-CN"/>
        </w:rPr>
        <w:t>　　(2)调解解决;</w:t>
      </w:r>
      <w:r>
        <w:rPr>
          <w:lang w:eastAsia="zh-CN"/>
        </w:rPr>
        <w:br/>
      </w:r>
      <w:r>
        <w:rPr>
          <w:lang w:eastAsia="zh-CN"/>
        </w:rPr>
        <w:t>　　(3)由________________仲裁解决;</w:t>
      </w:r>
      <w:r>
        <w:rPr>
          <w:lang w:eastAsia="zh-CN"/>
        </w:rPr>
        <w:br/>
      </w:r>
      <w:r>
        <w:rPr>
          <w:lang w:eastAsia="zh-CN"/>
        </w:rPr>
        <w:t>　　(4)诉讼解决。</w:t>
      </w:r>
      <w:r>
        <w:rPr>
          <w:lang w:eastAsia="zh-CN"/>
        </w:rPr>
        <w:br/>
      </w:r>
      <w:r>
        <w:rPr>
          <w:lang w:eastAsia="zh-CN"/>
        </w:rPr>
        <w:t>　　九、其他约定：</w:t>
      </w:r>
      <w:r>
        <w:rPr>
          <w:lang w:eastAsia="zh-CN"/>
        </w:rPr>
        <w:br/>
      </w:r>
      <w:r>
        <w:rPr>
          <w:lang w:eastAsia="zh-CN"/>
        </w:rPr>
        <w:t>　　本合同一式两联，双方各执一联。</w:t>
      </w:r>
      <w:r>
        <w:rPr>
          <w:lang w:eastAsia="zh-CN"/>
        </w:rPr>
        <w:br/>
      </w:r>
    </w:p>
    <w:p w:rsidR="001B1F19" w14:textId="27C3F48A">
      <w:pPr>
        <w:rPr>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卖方：______________</w:t>
      </w:r>
      <w:r>
        <w:rPr>
          <w:lang w:eastAsia="zh-CN"/>
        </w:rPr>
        <w:br/>
      </w:r>
      <w:r>
        <w:rPr>
          <w:lang w:eastAsia="zh-CN"/>
        </w:rPr>
        <w:t>　　买方：______________</w:t>
      </w:r>
      <w:r>
        <w:rPr>
          <w:lang w:eastAsia="zh-CN"/>
        </w:rPr>
        <w:br/>
      </w:r>
      <w:r>
        <w:rPr>
          <w:lang w:eastAsia="zh-CN"/>
        </w:rPr>
        <w:t>　　签订时间：___________</w:t>
      </w:r>
      <w:r>
        <w:rPr>
          <w:lang w:eastAsia="zh-CN"/>
        </w:rPr>
        <w:br/>
      </w:r>
      <w:r>
        <w:rPr>
          <w:lang w:eastAsia="zh-CN"/>
        </w:rPr>
        <w:t xml:space="preserve">    种子买卖合同书 篇10 </w:t>
      </w:r>
      <w:r>
        <w:rPr>
          <w:lang w:eastAsia="zh-CN"/>
        </w:rPr>
        <w:br/>
      </w:r>
      <w:r>
        <w:rPr>
          <w:lang w:eastAsia="zh-CN"/>
        </w:rPr>
        <w:t>　　卖方：______________ 合同编号：____________</w:t>
      </w:r>
      <w:r>
        <w:rPr>
          <w:lang w:eastAsia="zh-CN"/>
        </w:rPr>
        <w:br/>
      </w:r>
      <w:r>
        <w:rPr>
          <w:lang w:eastAsia="zh-CN"/>
        </w:rPr>
        <w:t>　　买方：______________ 签订时间：____________</w:t>
      </w:r>
      <w:r>
        <w:rPr>
          <w:lang w:eastAsia="zh-CN"/>
        </w:rPr>
        <w:br/>
      </w:r>
      <w:r>
        <w:rPr>
          <w:lang w:eastAsia="zh-CN"/>
        </w:rPr>
        <w:t>　　根据《中华人民共和国种子法》及有关规定，为明确双方的权利义务，经双方协商一致签订本合同。</w:t>
      </w:r>
      <w:r>
        <w:rPr>
          <w:lang w:eastAsia="zh-CN"/>
        </w:rPr>
        <w:br/>
      </w:r>
      <w:r>
        <w:rPr>
          <w:lang w:eastAsia="zh-CN"/>
        </w:rPr>
        <w:t>　　一、农作物种子的种类、品种、质量、数量、金额</w:t>
      </w:r>
      <w:r>
        <w:rPr>
          <w:lang w:eastAsia="zh-CN"/>
        </w:rPr>
        <w:br/>
      </w:r>
      <w:r>
        <w:rPr>
          <w:lang w:eastAsia="zh-CN"/>
        </w:rPr>
        <w:t>　　二、种子生产许可证号：_____________________</w:t>
      </w:r>
      <w:r>
        <w:rPr>
          <w:lang w:eastAsia="zh-CN"/>
        </w:rPr>
        <w:br/>
      </w:r>
      <w:r>
        <w:rPr>
          <w:lang w:eastAsia="zh-CN"/>
        </w:rPr>
        <w:t>　　种子经营许可证号：_____________________</w:t>
      </w:r>
      <w:r>
        <w:rPr>
          <w:lang w:eastAsia="zh-CN"/>
        </w:rPr>
        <w:br/>
      </w:r>
      <w:r>
        <w:rPr>
          <w:lang w:eastAsia="zh-CN"/>
        </w:rPr>
        <w:t>　　种子检疫证书号：_________________________</w:t>
      </w:r>
      <w:r>
        <w:rPr>
          <w:lang w:eastAsia="zh-CN"/>
        </w:rPr>
        <w:br/>
      </w:r>
      <w:r>
        <w:rPr>
          <w:lang w:eastAsia="zh-CN"/>
        </w:rPr>
        <w:t>　　三、 主要栽培技术要求：_____________________________________</w:t>
      </w:r>
      <w:r>
        <w:rPr>
          <w:lang w:eastAsia="zh-CN"/>
        </w:rPr>
        <w:br/>
      </w:r>
      <w:r>
        <w:rPr>
          <w:lang w:eastAsia="zh-CN"/>
        </w:rPr>
        <w:t>　　四、交货时间、地点、方式：__________________________________</w:t>
      </w:r>
      <w:r>
        <w:rPr>
          <w:lang w:eastAsia="zh-CN"/>
        </w:rPr>
        <w:br/>
      </w:r>
      <w:r>
        <w:rPr>
          <w:lang w:eastAsia="zh-CN"/>
        </w:rPr>
        <w:t>　　五、结算方式、期限：________________________________________</w:t>
      </w:r>
      <w:r>
        <w:rPr>
          <w:lang w:eastAsia="zh-CN"/>
        </w:rPr>
        <w:br/>
      </w:r>
      <w:r>
        <w:rPr>
          <w:lang w:eastAsia="zh-CN"/>
        </w:rPr>
        <w:t>　　六、买卖批量种子，当事人(是)(否)取样封存，封存期限为_____________</w:t>
      </w:r>
      <w:r>
        <w:rPr>
          <w:lang w:eastAsia="zh-CN"/>
        </w:rPr>
        <w:br/>
      </w:r>
      <w:r>
        <w:rPr>
          <w:lang w:eastAsia="zh-CN"/>
        </w:rPr>
        <w:t>　　七、违约责任</w:t>
      </w:r>
      <w:r>
        <w:rPr>
          <w:lang w:eastAsia="zh-CN"/>
        </w:rPr>
        <w:br/>
      </w:r>
    </w:p>
    <w:p w:rsidR="001B1F19" w14:textId="27C3F48A">
      <w:pPr>
        <w:rPr>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1.买方应当按照种子主要栽培技术要求种植，因买方过错或者不可抗力造成损失的，卖方不承担责任。</w:t>
      </w:r>
      <w:r>
        <w:rPr>
          <w:lang w:eastAsia="zh-CN"/>
        </w:rPr>
        <w:br/>
      </w:r>
      <w:r>
        <w:rPr>
          <w:lang w:eastAsia="zh-CN"/>
        </w:rPr>
        <w:t>　　2.因种子质量问题造成损失或者可能造成损失的，买方应当及时通知卖方，并到有关部门申报，否则造成无法勘验损失程度或者造成损失扩大的，卖方不承担责任。</w:t>
      </w:r>
      <w:r>
        <w:rPr>
          <w:lang w:eastAsia="zh-CN"/>
        </w:rPr>
        <w:br/>
      </w:r>
      <w:r>
        <w:rPr>
          <w:lang w:eastAsia="zh-CN"/>
        </w:rPr>
        <w:t>　　3.卖方保证提供合格种子，因种子质量问题造成损失的，由卖方承担责任。</w:t>
      </w:r>
      <w:r>
        <w:rPr>
          <w:lang w:eastAsia="zh-CN"/>
        </w:rPr>
        <w:br/>
      </w:r>
      <w:r>
        <w:rPr>
          <w:lang w:eastAsia="zh-CN"/>
        </w:rPr>
        <w:t>　　4.在发生争议时，卖方应当及时协助买方到有关部门解决。</w:t>
      </w:r>
      <w:r>
        <w:rPr>
          <w:lang w:eastAsia="zh-CN"/>
        </w:rPr>
        <w:br/>
      </w:r>
      <w:r>
        <w:rPr>
          <w:lang w:eastAsia="zh-CN"/>
        </w:rPr>
        <w:t>　　八、争议解决方式</w:t>
      </w:r>
      <w:r>
        <w:rPr>
          <w:lang w:eastAsia="zh-CN"/>
        </w:rPr>
        <w:br/>
      </w:r>
      <w:r>
        <w:rPr>
          <w:lang w:eastAsia="zh-CN"/>
        </w:rPr>
        <w:t>　　(1)协商解决;</w:t>
      </w:r>
      <w:r>
        <w:rPr>
          <w:lang w:eastAsia="zh-CN"/>
        </w:rPr>
        <w:br/>
      </w:r>
      <w:r>
        <w:rPr>
          <w:lang w:eastAsia="zh-CN"/>
        </w:rPr>
        <w:t>　　(2)调解解决;</w:t>
      </w:r>
      <w:r>
        <w:rPr>
          <w:lang w:eastAsia="zh-CN"/>
        </w:rPr>
        <w:br/>
      </w:r>
      <w:r>
        <w:rPr>
          <w:lang w:eastAsia="zh-CN"/>
        </w:rPr>
        <w:t>　　(3)由________________仲裁解决;</w:t>
      </w:r>
      <w:r>
        <w:rPr>
          <w:lang w:eastAsia="zh-CN"/>
        </w:rPr>
        <w:br/>
      </w:r>
      <w:r>
        <w:rPr>
          <w:lang w:eastAsia="zh-CN"/>
        </w:rPr>
        <w:t>　　(4)诉讼解决。</w:t>
      </w:r>
      <w:r>
        <w:rPr>
          <w:lang w:eastAsia="zh-CN"/>
        </w:rPr>
        <w:br/>
      </w:r>
      <w:r>
        <w:rPr>
          <w:lang w:eastAsia="zh-CN"/>
        </w:rPr>
        <w:t>　　九、其他约定：______________________________________________</w:t>
      </w:r>
      <w:r>
        <w:rPr>
          <w:lang w:eastAsia="zh-CN"/>
        </w:rPr>
        <w:br/>
      </w:r>
      <w:r>
        <w:rPr>
          <w:lang w:eastAsia="zh-CN"/>
        </w:rPr>
        <w:t>　　本合同一式两联，双方各执一联。</w:t>
      </w:r>
      <w:r>
        <w:rPr>
          <w:lang w:eastAsia="zh-CN"/>
        </w:rPr>
        <w:br/>
      </w:r>
      <w:r>
        <w:rPr>
          <w:lang w:eastAsia="zh-CN"/>
        </w:rPr>
        <w:t>　　签订地点：____________</w:t>
      </w:r>
      <w:r>
        <w:rPr>
          <w:lang w:eastAsia="zh-CN"/>
        </w:rPr>
        <w:br/>
      </w:r>
      <w:r>
        <w:rPr>
          <w:lang w:eastAsia="zh-CN"/>
        </w:rPr>
        <w:t>　　卖方签字：____________</w:t>
      </w:r>
      <w:r>
        <w:rPr>
          <w:lang w:eastAsia="zh-CN"/>
        </w:rPr>
        <w:br/>
      </w:r>
      <w:r>
        <w:rPr>
          <w:lang w:eastAsia="zh-CN"/>
        </w:rPr>
        <w:t>　　盖章：________________</w:t>
      </w:r>
      <w:r>
        <w:rPr>
          <w:lang w:eastAsia="zh-CN"/>
        </w:rPr>
        <w:br/>
      </w:r>
      <w:r>
        <w:rPr>
          <w:lang w:eastAsia="zh-CN"/>
        </w:rPr>
        <w:t>　　买方签字：____________</w:t>
      </w:r>
      <w:r>
        <w:rPr>
          <w:lang w:eastAsia="zh-CN"/>
        </w:rPr>
        <w:br/>
      </w:r>
      <w:r>
        <w:rPr>
          <w:lang w:eastAsia="zh-CN"/>
        </w:rPr>
        <w:t>　　盖章：________________</w:t>
      </w:r>
      <w:r>
        <w:rPr>
          <w:lang w:eastAsia="zh-CN"/>
        </w:rPr>
        <w:br/>
      </w:r>
      <w:r>
        <w:rPr>
          <w:lang w:eastAsia="zh-CN"/>
        </w:rPr>
        <w:t xml:space="preserve">    种子买卖合同书 篇11 </w:t>
      </w:r>
      <w:r>
        <w:rPr>
          <w:lang w:eastAsia="zh-CN"/>
        </w:rPr>
        <w:br/>
      </w:r>
      <w:r>
        <w:rPr>
          <w:lang w:eastAsia="zh-CN"/>
        </w:rPr>
        <w:t>　　买方：_______________________</w:t>
      </w:r>
      <w:r>
        <w:rPr>
          <w:lang w:eastAsia="zh-CN"/>
        </w:rPr>
        <w:br/>
      </w:r>
    </w:p>
    <w:p w:rsidR="001B1F19" w14:textId="27C3F48A">
      <w:pPr>
        <w:rPr>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卖方：_______________________</w:t>
      </w:r>
      <w:r>
        <w:rPr>
          <w:lang w:eastAsia="zh-CN"/>
        </w:rPr>
        <w:br/>
      </w:r>
      <w:r>
        <w:rPr>
          <w:lang w:eastAsia="zh-CN"/>
        </w:rPr>
        <w:t>　　签订地点：___________________</w:t>
      </w:r>
      <w:r>
        <w:rPr>
          <w:lang w:eastAsia="zh-CN"/>
        </w:rPr>
        <w:br/>
      </w:r>
      <w:r>
        <w:rPr>
          <w:lang w:eastAsia="zh-CN"/>
        </w:rPr>
        <w:t>　　签订时间：___________________</w:t>
      </w:r>
      <w:r>
        <w:rPr>
          <w:lang w:eastAsia="zh-CN"/>
        </w:rPr>
        <w:br/>
      </w:r>
      <w:r>
        <w:rPr>
          <w:lang w:eastAsia="zh-CN"/>
        </w:rPr>
        <w:t>　　提示：本合同适用于种子生产商与销售商之间，或经销商与种植户之间进行的大额交易。</w:t>
      </w:r>
      <w:r>
        <w:rPr>
          <w:lang w:eastAsia="zh-CN"/>
        </w:rPr>
        <w:br/>
      </w:r>
      <w:r>
        <w:rPr>
          <w:lang w:eastAsia="zh-CN"/>
        </w:rPr>
        <w:t>　　根据《中华人民共和国种子法》、《中华人民共和国民法典》及相关法规的规定，为明确双方的权利义务，经双方协商一致，签订本合同。</w:t>
      </w:r>
      <w:r>
        <w:rPr>
          <w:lang w:eastAsia="zh-CN"/>
        </w:rPr>
        <w:br/>
      </w:r>
      <w:r>
        <w:rPr>
          <w:lang w:eastAsia="zh-CN"/>
        </w:rPr>
        <w:t>　　一、农作物种子种类、品种、质量、数量、金额</w:t>
      </w:r>
      <w:r>
        <w:rPr>
          <w:lang w:eastAsia="zh-CN"/>
        </w:rPr>
        <w:br/>
      </w:r>
      <w:r>
        <w:rPr>
          <w:lang w:eastAsia="zh-CN"/>
        </w:rPr>
        <w:t>　　农作物种类：芽苗菜种子</w:t>
      </w:r>
      <w:r>
        <w:rPr>
          <w:lang w:eastAsia="zh-CN"/>
        </w:rPr>
        <w:br/>
      </w:r>
      <w:r>
        <w:rPr>
          <w:lang w:eastAsia="zh-CN"/>
        </w:rPr>
        <w:t>　　品种名称：__________________</w:t>
      </w:r>
      <w:r>
        <w:rPr>
          <w:lang w:eastAsia="zh-CN"/>
        </w:rPr>
        <w:br/>
      </w:r>
      <w:r>
        <w:rPr>
          <w:lang w:eastAsia="zh-CN"/>
        </w:rPr>
        <w:t>　　计量单位:___________________</w:t>
      </w:r>
      <w:r>
        <w:rPr>
          <w:lang w:eastAsia="zh-CN"/>
        </w:rPr>
        <w:br/>
      </w:r>
      <w:r>
        <w:rPr>
          <w:lang w:eastAsia="zh-CN"/>
        </w:rPr>
        <w:t>　　数量:______________________</w:t>
      </w:r>
      <w:r>
        <w:rPr>
          <w:lang w:eastAsia="zh-CN"/>
        </w:rPr>
        <w:br/>
      </w:r>
      <w:r>
        <w:rPr>
          <w:lang w:eastAsia="zh-CN"/>
        </w:rPr>
        <w:t>　　质量__________________(%)</w:t>
      </w:r>
      <w:r>
        <w:rPr>
          <w:lang w:eastAsia="zh-CN"/>
        </w:rPr>
        <w:br/>
      </w:r>
      <w:r>
        <w:rPr>
          <w:lang w:eastAsia="zh-CN"/>
        </w:rPr>
        <w:t>　　单价:_________________(元)</w:t>
      </w:r>
      <w:r>
        <w:rPr>
          <w:lang w:eastAsia="zh-CN"/>
        </w:rPr>
        <w:br/>
      </w:r>
      <w:r>
        <w:rPr>
          <w:lang w:eastAsia="zh-CN"/>
        </w:rPr>
        <w:t>　　金额:______________________(元)</w:t>
      </w:r>
      <w:r>
        <w:rPr>
          <w:lang w:eastAsia="zh-CN"/>
        </w:rPr>
        <w:br/>
      </w:r>
      <w:r>
        <w:rPr>
          <w:lang w:eastAsia="zh-CN"/>
        </w:rPr>
        <w:t>　　纯度:____________________</w:t>
      </w:r>
      <w:r>
        <w:rPr>
          <w:lang w:eastAsia="zh-CN"/>
        </w:rPr>
        <w:br/>
      </w:r>
      <w:r>
        <w:rPr>
          <w:lang w:eastAsia="zh-CN"/>
        </w:rPr>
        <w:t>　　净度:____________________</w:t>
      </w:r>
      <w:r>
        <w:rPr>
          <w:lang w:eastAsia="zh-CN"/>
        </w:rPr>
        <w:br/>
      </w:r>
      <w:r>
        <w:rPr>
          <w:lang w:eastAsia="zh-CN"/>
        </w:rPr>
        <w:t>　　发芽率:____________________</w:t>
      </w:r>
      <w:r>
        <w:rPr>
          <w:lang w:eastAsia="zh-CN"/>
        </w:rPr>
        <w:br/>
      </w:r>
      <w:r>
        <w:rPr>
          <w:lang w:eastAsia="zh-CN"/>
        </w:rPr>
        <w:t>　　水份:__________________</w:t>
      </w:r>
      <w:r>
        <w:rPr>
          <w:lang w:eastAsia="zh-CN"/>
        </w:rPr>
        <w:br/>
      </w:r>
      <w:r>
        <w:rPr>
          <w:lang w:eastAsia="zh-CN"/>
        </w:rPr>
        <w:t>　　合计人民币金额(大写)：________________</w:t>
      </w:r>
      <w:r>
        <w:rPr>
          <w:lang w:eastAsia="zh-CN"/>
        </w:rPr>
        <w:br/>
      </w:r>
    </w:p>
    <w:p w:rsidR="001B1F19" w14:textId="27C3F48A">
      <w:pPr>
        <w:rPr>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注：种子质量标准执行国家、行业或地方标准，没有国家、行业或地方标准的，由双方协商签订。</w:t>
      </w:r>
      <w:r>
        <w:rPr>
          <w:lang w:eastAsia="zh-CN"/>
        </w:rPr>
        <w:br/>
      </w:r>
      <w:r>
        <w:rPr>
          <w:lang w:eastAsia="zh-CN"/>
        </w:rPr>
        <w:t>　　二、卖方应提供的相关证件：卖方应出示《农作物种子经营许可证》和《营业执照》复印件，所提供的农作物种子必须经植物检疫机构检疫合格，并提供相应的检疫证明。</w:t>
      </w:r>
      <w:r>
        <w:rPr>
          <w:lang w:eastAsia="zh-CN"/>
        </w:rPr>
        <w:br/>
      </w:r>
      <w:r>
        <w:rPr>
          <w:lang w:eastAsia="zh-CN"/>
        </w:rPr>
        <w:t>　　三、农作物种子的检验及检疫：买卖双方应严格按国家颁布的种子检验检疫管理办法、规程及有关规定办理农作物种子检验检疫。</w:t>
      </w:r>
      <w:r>
        <w:rPr>
          <w:lang w:eastAsia="zh-CN"/>
        </w:rPr>
        <w:br/>
      </w:r>
      <w:r>
        <w:rPr>
          <w:lang w:eastAsia="zh-CN"/>
        </w:rPr>
        <w:t>　　1.买方收货后复检，发芽率、净度、水分三项指标在收货后两个发芽周期内复检完毕，纯度在收货后该作物第一个生产周期内复检完毕，发现问题应及时通知对方，逾期视为种子合格。</w:t>
      </w:r>
      <w:r>
        <w:rPr>
          <w:lang w:eastAsia="zh-CN"/>
        </w:rPr>
        <w:br/>
      </w:r>
      <w:r>
        <w:rPr>
          <w:lang w:eastAsia="zh-CN"/>
        </w:rPr>
        <w:t>　　2.买卖双方对经销的每批种子必须同时取样分别封存，以备种子复检和鉴定，样品保存至该批种子用于生产收获以后。</w:t>
      </w:r>
      <w:r>
        <w:rPr>
          <w:lang w:eastAsia="zh-CN"/>
        </w:rPr>
        <w:br/>
      </w:r>
      <w:r>
        <w:rPr>
          <w:lang w:eastAsia="zh-CN"/>
        </w:rPr>
        <w:t>　　3.申请种子检验、检疫和鉴定的，其费用由______负担。</w:t>
      </w:r>
      <w:r>
        <w:rPr>
          <w:lang w:eastAsia="zh-CN"/>
        </w:rPr>
        <w:br/>
      </w:r>
      <w:r>
        <w:rPr>
          <w:lang w:eastAsia="zh-CN"/>
        </w:rPr>
        <w:t>　　四、超幅度损耗及计算方法：种子量的验收，采取由合同双方共同抽样过秤的办法，以实际过秤量综合计算为准，最后实行多不退、少补足的办法。</w:t>
      </w:r>
      <w:r>
        <w:rPr>
          <w:lang w:eastAsia="zh-CN"/>
        </w:rPr>
        <w:br/>
      </w:r>
      <w:r>
        <w:rPr>
          <w:lang w:eastAsia="zh-CN"/>
        </w:rPr>
        <w:t>　　五、包装要求及包装费用负担：种子应经过精选、加工、分级，用_______包装，每袋标准重量为_________公斤，袋内外附有标签，标签须写明作物种类、种子类别、品种名称、品种审定(登记)编号、产地、质量指标、检疫证明编号、种子生产及经营许可证编号或者进口审批文号、生产日期、生产商及其地址等事项。 包装费用由______方负担。</w:t>
      </w:r>
      <w:r>
        <w:rPr>
          <w:lang w:eastAsia="zh-CN"/>
        </w:rPr>
        <w:br/>
      </w:r>
    </w:p>
    <w:p w:rsidR="001B1F19" w14:textId="27C3F48A">
      <w:pPr>
        <w:rPr>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六、交(提)货时间、地点：交(提)货时间为_____年_____月_____日至_____年_____月_____日，交货地点为______________</w:t>
      </w:r>
      <w:r>
        <w:rPr>
          <w:lang w:eastAsia="zh-CN"/>
        </w:rPr>
        <w:br/>
      </w:r>
      <w:r>
        <w:rPr>
          <w:lang w:eastAsia="zh-CN"/>
        </w:rPr>
        <w:t>　　七、发运方式、运费负担：用______________运输，运费由______方负担。</w:t>
      </w:r>
      <w:r>
        <w:rPr>
          <w:lang w:eastAsia="zh-CN"/>
        </w:rPr>
        <w:br/>
      </w:r>
      <w:r>
        <w:rPr>
          <w:lang w:eastAsia="zh-CN"/>
        </w:rPr>
        <w:t>　　八、付款方式及期限：买方应在______年_____月_____日前以 (汇款或汇票、现金)向卖方支付(□定金/□预付款)______元，剩余价款应在______年______月______日前付清。</w:t>
      </w:r>
      <w:r>
        <w:rPr>
          <w:lang w:eastAsia="zh-CN"/>
        </w:rPr>
        <w:br/>
      </w:r>
      <w:r>
        <w:rPr>
          <w:lang w:eastAsia="zh-CN"/>
        </w:rPr>
        <w:t>　　九、双方一般责任</w:t>
      </w:r>
      <w:r>
        <w:rPr>
          <w:lang w:eastAsia="zh-CN"/>
        </w:rPr>
        <w:br/>
      </w:r>
      <w:r>
        <w:rPr>
          <w:lang w:eastAsia="zh-CN"/>
        </w:rPr>
        <w:t>　　卖方：保证所供种子品种、数量、质量达到合同约定条款规定，并按合同约定的时间、地点交付买方或由卖方代办托运手续或依约定代送。</w:t>
      </w:r>
      <w:r>
        <w:rPr>
          <w:lang w:eastAsia="zh-CN"/>
        </w:rPr>
        <w:br/>
      </w:r>
      <w:r>
        <w:rPr>
          <w:lang w:eastAsia="zh-CN"/>
        </w:rPr>
        <w:t>　　买方：按合同约定时间交付定金，保证按时接收卖方提供的符合本合同要求的种子，并按时付清货款。</w:t>
      </w:r>
      <w:r>
        <w:rPr>
          <w:lang w:eastAsia="zh-CN"/>
        </w:rPr>
        <w:br/>
      </w:r>
      <w:r>
        <w:rPr>
          <w:lang w:eastAsia="zh-CN"/>
        </w:rPr>
        <w:t>　　十、因不可抗力因素造成种子数量或质量达不到本合同约定条款的，卖方应及时通知买方进行实地考查，并提供具有法律效力的有关资料，由双方协商解决或者按《种子法》、《民法典》等国家有关规定处理。</w:t>
      </w:r>
      <w:r>
        <w:rPr>
          <w:lang w:eastAsia="zh-CN"/>
        </w:rPr>
        <w:br/>
      </w:r>
      <w:r>
        <w:rPr>
          <w:lang w:eastAsia="zh-CN"/>
        </w:rPr>
        <w:t>　　十一、违约责任：_____________________________________________________</w:t>
      </w:r>
      <w:r>
        <w:rPr>
          <w:lang w:eastAsia="zh-CN"/>
        </w:rPr>
        <w:br/>
      </w:r>
      <w:r>
        <w:rPr>
          <w:lang w:eastAsia="zh-CN"/>
        </w:rPr>
        <w:t>　　十二、种子质量发生纠纷，由法定机构进行技术质量鉴定，检验和鉴定的费用由申请人垫付，最终由责任方负担。</w:t>
      </w:r>
      <w:r>
        <w:rPr>
          <w:lang w:eastAsia="zh-CN"/>
        </w:rPr>
        <w:br/>
      </w:r>
      <w:r>
        <w:rPr>
          <w:lang w:eastAsia="zh-CN"/>
        </w:rPr>
        <w:t>　　本合同在履行中发生纠纷，由当事人协商解决;协商不成的， 按下列第________条方式解决：</w:t>
      </w:r>
      <w:r>
        <w:rPr>
          <w:lang w:eastAsia="zh-CN"/>
        </w:rPr>
        <w:br/>
      </w:r>
    </w:p>
    <w:p w:rsidR="001B1F19" w14:textId="27C3F48A">
      <w:pPr>
        <w:rPr>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(一)提交______________仲裁委员会仲裁：</w:t>
      </w:r>
      <w:r>
        <w:rPr>
          <w:lang w:eastAsia="zh-CN"/>
        </w:rPr>
        <w:br/>
      </w:r>
      <w:r>
        <w:rPr>
          <w:lang w:eastAsia="zh-CN"/>
        </w:rPr>
        <w:t>　　(二)依法向人民法院起诉。</w:t>
      </w:r>
      <w:r>
        <w:rPr>
          <w:lang w:eastAsia="zh-CN"/>
        </w:rPr>
        <w:br/>
      </w:r>
      <w:r>
        <w:rPr>
          <w:lang w:eastAsia="zh-CN"/>
        </w:rPr>
        <w:t>　　十三、双方协商的其它条款：___________________________________________</w:t>
      </w:r>
      <w:r>
        <w:rPr>
          <w:lang w:eastAsia="zh-CN"/>
        </w:rPr>
        <w:br/>
      </w:r>
      <w:r>
        <w:rPr>
          <w:lang w:eastAsia="zh-CN"/>
        </w:rPr>
        <w:t>　　十四、本合同自双方签字盖章之日起生效。本合同未尽事宜，按照《种子法》、《民法典等国家有关规定，经合同双方协商，作出补充规定附后。如需提供担保，另立《合同担保书》，作为本合同附件。</w:t>
      </w:r>
      <w:r>
        <w:rPr>
          <w:lang w:eastAsia="zh-CN"/>
        </w:rPr>
        <w:br/>
      </w:r>
      <w:r>
        <w:rPr>
          <w:lang w:eastAsia="zh-CN"/>
        </w:rPr>
        <w:t>　　本合同一式二份，合同双方各执一份;合同副本一份，送________________案。</w:t>
      </w:r>
      <w:r>
        <w:rPr>
          <w:lang w:eastAsia="zh-CN"/>
        </w:rPr>
        <w:br/>
      </w:r>
      <w:r>
        <w:rPr>
          <w:lang w:eastAsia="zh-CN"/>
        </w:rPr>
        <w:t>　　买方：(签章)__________________</w:t>
      </w:r>
      <w:r>
        <w:rPr>
          <w:lang w:eastAsia="zh-CN"/>
        </w:rPr>
        <w:br/>
      </w:r>
      <w:r>
        <w:rPr>
          <w:lang w:eastAsia="zh-CN"/>
        </w:rPr>
        <w:t>　　法定代表人：____________________</w:t>
      </w:r>
      <w:r>
        <w:rPr>
          <w:lang w:eastAsia="zh-CN"/>
        </w:rPr>
        <w:br/>
      </w:r>
      <w:r>
        <w:rPr>
          <w:lang w:eastAsia="zh-CN"/>
        </w:rPr>
        <w:t>　　委托代理人：____________________</w:t>
      </w:r>
      <w:r>
        <w:rPr>
          <w:lang w:eastAsia="zh-CN"/>
        </w:rPr>
        <w:br/>
      </w:r>
      <w:r>
        <w:rPr>
          <w:lang w:eastAsia="zh-CN"/>
        </w:rPr>
        <w:t>　　住所：__________________________</w:t>
      </w:r>
      <w:r>
        <w:rPr>
          <w:lang w:eastAsia="zh-CN"/>
        </w:rPr>
        <w:br/>
      </w:r>
      <w:r>
        <w:rPr>
          <w:lang w:eastAsia="zh-CN"/>
        </w:rPr>
        <w:t>　　邮政编码：______________________</w:t>
      </w:r>
      <w:r>
        <w:rPr>
          <w:lang w:eastAsia="zh-CN"/>
        </w:rPr>
        <w:br/>
      </w:r>
      <w:r>
        <w:rPr>
          <w:lang w:eastAsia="zh-CN"/>
        </w:rPr>
        <w:t>　　电话：__________________________</w:t>
      </w:r>
      <w:r>
        <w:rPr>
          <w:lang w:eastAsia="zh-CN"/>
        </w:rPr>
        <w:br/>
      </w:r>
      <w:r>
        <w:rPr>
          <w:lang w:eastAsia="zh-CN"/>
        </w:rPr>
        <w:t>　　开户行：________________________</w:t>
      </w:r>
      <w:r>
        <w:rPr>
          <w:lang w:eastAsia="zh-CN"/>
        </w:rPr>
        <w:br/>
      </w:r>
      <w:r>
        <w:rPr>
          <w:lang w:eastAsia="zh-CN"/>
        </w:rPr>
        <w:t>　　户名：__________________________</w:t>
      </w:r>
      <w:r>
        <w:rPr>
          <w:lang w:eastAsia="zh-CN"/>
        </w:rPr>
        <w:br/>
      </w:r>
      <w:r>
        <w:rPr>
          <w:lang w:eastAsia="zh-CN"/>
        </w:rPr>
        <w:t>　　帐号：__________________________</w:t>
      </w:r>
      <w:r>
        <w:rPr>
          <w:lang w:eastAsia="zh-CN"/>
        </w:rPr>
        <w:br/>
      </w:r>
      <w:r>
        <w:rPr>
          <w:lang w:eastAsia="zh-CN"/>
        </w:rPr>
        <w:t>　　卖方：(签章)__________________</w:t>
      </w:r>
      <w:r>
        <w:rPr>
          <w:lang w:eastAsia="zh-CN"/>
        </w:rPr>
        <w:br/>
      </w:r>
      <w:r>
        <w:rPr>
          <w:lang w:eastAsia="zh-CN"/>
        </w:rPr>
        <w:t>　　法定代表人：____________________</w:t>
      </w:r>
      <w:r>
        <w:rPr>
          <w:lang w:eastAsia="zh-CN"/>
        </w:rPr>
        <w:br/>
      </w:r>
      <w:r>
        <w:rPr>
          <w:lang w:eastAsia="zh-CN"/>
        </w:rPr>
        <w:t>　　委托代理人：____________________</w:t>
      </w:r>
      <w:r>
        <w:rPr>
          <w:lang w:eastAsia="zh-CN"/>
        </w:rPr>
        <w:br/>
      </w:r>
    </w:p>
    <w:p w:rsidR="001B1F19" w14:textId="27C3F48A">
      <w:pPr>
        <w:rPr>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住所：__________________________</w:t>
      </w:r>
      <w:r>
        <w:rPr>
          <w:lang w:eastAsia="zh-CN"/>
        </w:rPr>
        <w:br/>
      </w:r>
      <w:r>
        <w:rPr>
          <w:lang w:eastAsia="zh-CN"/>
        </w:rPr>
        <w:t>　　邮政编码：______________________</w:t>
      </w:r>
      <w:r>
        <w:rPr>
          <w:lang w:eastAsia="zh-CN"/>
        </w:rPr>
        <w:br/>
      </w:r>
      <w:r>
        <w:rPr>
          <w:lang w:eastAsia="zh-CN"/>
        </w:rPr>
        <w:t>　　电话：__________________________</w:t>
      </w:r>
      <w:r>
        <w:rPr>
          <w:lang w:eastAsia="zh-CN"/>
        </w:rPr>
        <w:br/>
      </w:r>
      <w:r>
        <w:rPr>
          <w:lang w:eastAsia="zh-CN"/>
        </w:rPr>
        <w:t>　　开户行：________________________</w:t>
      </w:r>
      <w:r>
        <w:rPr>
          <w:lang w:eastAsia="zh-CN"/>
        </w:rPr>
        <w:br/>
      </w:r>
      <w:r>
        <w:rPr>
          <w:lang w:eastAsia="zh-CN"/>
        </w:rPr>
        <w:t>　　户名：__________________________</w:t>
      </w:r>
      <w:r>
        <w:rPr>
          <w:lang w:eastAsia="zh-CN"/>
        </w:rPr>
        <w:br/>
      </w:r>
      <w:r>
        <w:rPr>
          <w:lang w:eastAsia="zh-CN"/>
        </w:rPr>
        <w:t>　　帐号：__________________________</w:t>
      </w:r>
      <w:r>
        <w:rPr>
          <w:lang w:eastAsia="zh-CN"/>
        </w:rPr>
        <w:br/>
      </w:r>
      <w:r>
        <w:rPr>
          <w:lang w:eastAsia="zh-CN"/>
        </w:rPr>
        <w:t xml:space="preserve">    种子买卖合同书 篇12 </w:t>
      </w:r>
      <w:r>
        <w:rPr>
          <w:lang w:eastAsia="zh-CN"/>
        </w:rPr>
        <w:br/>
      </w:r>
      <w:r>
        <w:rPr>
          <w:lang w:eastAsia="zh-CN"/>
        </w:rPr>
        <w:t>　　卖方(甲方)_________________</w:t>
      </w:r>
      <w:r>
        <w:rPr>
          <w:lang w:eastAsia="zh-CN"/>
        </w:rPr>
        <w:br/>
      </w:r>
      <w:r>
        <w:rPr>
          <w:lang w:eastAsia="zh-CN"/>
        </w:rPr>
        <w:t>　　买方(乙方)___________________</w:t>
      </w:r>
      <w:r>
        <w:rPr>
          <w:lang w:eastAsia="zh-CN"/>
        </w:rPr>
        <w:br/>
      </w:r>
      <w:r>
        <w:rPr>
          <w:lang w:eastAsia="zh-CN"/>
        </w:rPr>
        <w:t>　　根据《中华人民共和国民法典》及相关法律、法规的规定，为明确双方权利义务，经甲乙双方充分协商，签订本合同。</w:t>
      </w:r>
      <w:r>
        <w:rPr>
          <w:lang w:eastAsia="zh-CN"/>
        </w:rPr>
        <w:br/>
      </w:r>
      <w:r>
        <w:rPr>
          <w:lang w:eastAsia="zh-CN"/>
        </w:rPr>
        <w:t>　　第一条 品种、数量及价格(可另附表)</w:t>
      </w:r>
      <w:r>
        <w:rPr>
          <w:lang w:eastAsia="zh-CN"/>
        </w:rPr>
        <w:br/>
      </w:r>
      <w:r>
        <w:rPr>
          <w:lang w:eastAsia="zh-CN"/>
        </w:rPr>
        <w:t>　　品种:娃娃菜种子</w:t>
      </w:r>
      <w:r>
        <w:rPr>
          <w:lang w:eastAsia="zh-CN"/>
        </w:rPr>
        <w:br/>
      </w:r>
      <w:r>
        <w:rPr>
          <w:lang w:eastAsia="zh-CN"/>
        </w:rPr>
        <w:t>　　规格:_______________</w:t>
      </w:r>
      <w:r>
        <w:rPr>
          <w:lang w:eastAsia="zh-CN"/>
        </w:rPr>
        <w:br/>
      </w:r>
      <w:r>
        <w:rPr>
          <w:lang w:eastAsia="zh-CN"/>
        </w:rPr>
        <w:t>　　产地:________________</w:t>
      </w:r>
      <w:r>
        <w:rPr>
          <w:lang w:eastAsia="zh-CN"/>
        </w:rPr>
        <w:br/>
      </w:r>
      <w:r>
        <w:rPr>
          <w:lang w:eastAsia="zh-CN"/>
        </w:rPr>
        <w:t>　　商标:________________</w:t>
      </w:r>
      <w:r>
        <w:rPr>
          <w:lang w:eastAsia="zh-CN"/>
        </w:rPr>
        <w:br/>
      </w:r>
      <w:r>
        <w:rPr>
          <w:lang w:eastAsia="zh-CN"/>
        </w:rPr>
        <w:t>　　交货期限:____________________</w:t>
      </w:r>
      <w:r>
        <w:rPr>
          <w:lang w:eastAsia="zh-CN"/>
        </w:rPr>
        <w:br/>
      </w:r>
      <w:r>
        <w:rPr>
          <w:lang w:eastAsia="zh-CN"/>
        </w:rPr>
        <w:t>　　数量:_______________(公斤)</w:t>
      </w:r>
      <w:r>
        <w:rPr>
          <w:lang w:eastAsia="zh-CN"/>
        </w:rPr>
        <w:br/>
      </w:r>
      <w:r>
        <w:rPr>
          <w:lang w:eastAsia="zh-CN"/>
        </w:rPr>
        <w:t>　　单价:_____________(元/公斤)</w:t>
      </w:r>
      <w:r>
        <w:rPr>
          <w:lang w:eastAsia="zh-CN"/>
        </w:rPr>
        <w:br/>
      </w:r>
      <w:r>
        <w:rPr>
          <w:lang w:eastAsia="zh-CN"/>
        </w:rPr>
        <w:t>　　金额___________________(元)</w:t>
      </w:r>
      <w:r>
        <w:rPr>
          <w:lang w:eastAsia="zh-CN"/>
        </w:rPr>
        <w:br/>
      </w:r>
      <w:r>
        <w:rPr>
          <w:lang w:eastAsia="zh-CN"/>
        </w:rPr>
        <w:t>　　日期________年___ 月___ 日— __________年__ 月 ____日</w:t>
      </w:r>
      <w:r>
        <w:rPr>
          <w:lang w:eastAsia="zh-CN"/>
        </w:rPr>
        <w:br/>
      </w:r>
      <w:r>
        <w:rPr>
          <w:lang w:eastAsia="zh-CN"/>
        </w:rPr>
        <w:t>　　合计金额(大写)：______________</w:t>
      </w:r>
      <w:r>
        <w:rPr>
          <w:lang w:eastAsia="zh-CN"/>
        </w:rPr>
        <w:br/>
      </w:r>
    </w:p>
    <w:p w:rsidR="001B1F19" w14:textId="27C3F48A">
      <w:pPr>
        <w:rPr>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第二条 质量要求</w:t>
      </w:r>
      <w:r>
        <w:rPr>
          <w:lang w:eastAsia="zh-CN"/>
        </w:rPr>
        <w:br/>
      </w:r>
      <w:r>
        <w:rPr>
          <w:lang w:eastAsia="zh-CN"/>
        </w:rPr>
        <w:t>　　娃娃菜种子的产品质量按下列第_______ 项标准执行：</w:t>
      </w:r>
      <w:r>
        <w:rPr>
          <w:lang w:eastAsia="zh-CN"/>
        </w:rPr>
        <w:br/>
      </w:r>
      <w:r>
        <w:rPr>
          <w:lang w:eastAsia="zh-CN"/>
        </w:rPr>
        <w:t>　　(一)有机食品标准。</w:t>
      </w:r>
      <w:r>
        <w:rPr>
          <w:lang w:eastAsia="zh-CN"/>
        </w:rPr>
        <w:br/>
      </w:r>
      <w:r>
        <w:rPr>
          <w:lang w:eastAsia="zh-CN"/>
        </w:rPr>
        <w:t>　　(二)绿色食品标准。</w:t>
      </w:r>
      <w:r>
        <w:rPr>
          <w:lang w:eastAsia="zh-CN"/>
        </w:rPr>
        <w:br/>
      </w:r>
      <w:r>
        <w:rPr>
          <w:lang w:eastAsia="zh-CN"/>
        </w:rPr>
        <w:t>　　(三)_____省安全卫生优质农产品地方标准。</w:t>
      </w:r>
      <w:r>
        <w:rPr>
          <w:lang w:eastAsia="zh-CN"/>
        </w:rPr>
        <w:br/>
      </w:r>
      <w:r>
        <w:rPr>
          <w:lang w:eastAsia="zh-CN"/>
        </w:rPr>
        <w:t>　　(四)无公害食品标准。</w:t>
      </w:r>
      <w:r>
        <w:rPr>
          <w:lang w:eastAsia="zh-CN"/>
        </w:rPr>
        <w:br/>
      </w:r>
      <w:r>
        <w:rPr>
          <w:lang w:eastAsia="zh-CN"/>
        </w:rPr>
        <w:t>　　(五)约定标准 。</w:t>
      </w:r>
      <w:r>
        <w:rPr>
          <w:lang w:eastAsia="zh-CN"/>
        </w:rPr>
        <w:br/>
      </w:r>
      <w:r>
        <w:rPr>
          <w:lang w:eastAsia="zh-CN"/>
        </w:rPr>
        <w:t>　　第三条 包装要求</w:t>
      </w:r>
      <w:r>
        <w:rPr>
          <w:lang w:eastAsia="zh-CN"/>
        </w:rPr>
        <w:br/>
      </w:r>
      <w:r>
        <w:rPr>
          <w:lang w:eastAsia="zh-CN"/>
        </w:rPr>
        <w:t>　　(一)包装方式及要求 。</w:t>
      </w:r>
      <w:r>
        <w:rPr>
          <w:lang w:eastAsia="zh-CN"/>
        </w:rPr>
        <w:br/>
      </w:r>
      <w:r>
        <w:rPr>
          <w:lang w:eastAsia="zh-CN"/>
        </w:rPr>
        <w:t>　　(二)包装物由 ________方提供，费用由 _________方承担。</w:t>
      </w:r>
      <w:r>
        <w:rPr>
          <w:lang w:eastAsia="zh-CN"/>
        </w:rPr>
        <w:br/>
      </w:r>
      <w:r>
        <w:rPr>
          <w:lang w:eastAsia="zh-CN"/>
        </w:rPr>
        <w:t>　　第四条 交付和货款支付</w:t>
      </w:r>
      <w:r>
        <w:rPr>
          <w:lang w:eastAsia="zh-CN"/>
        </w:rPr>
        <w:br/>
      </w:r>
      <w:r>
        <w:rPr>
          <w:lang w:eastAsia="zh-CN"/>
        </w:rPr>
        <w:t>　　(一)交付的方式按下列第 ________项执行：</w:t>
      </w:r>
      <w:r>
        <w:rPr>
          <w:lang w:eastAsia="zh-CN"/>
        </w:rPr>
        <w:br/>
      </w:r>
      <w:r>
        <w:rPr>
          <w:lang w:eastAsia="zh-CN"/>
        </w:rPr>
        <w:t>　　1.实行送货的，甲方应按合同约定的时间段送至 _______________。</w:t>
      </w:r>
      <w:r>
        <w:rPr>
          <w:lang w:eastAsia="zh-CN"/>
        </w:rPr>
        <w:br/>
      </w:r>
      <w:r>
        <w:rPr>
          <w:lang w:eastAsia="zh-CN"/>
        </w:rPr>
        <w:t>　　2.实行提货的，乙方应按合同约定的时间段至___________ 提货。</w:t>
      </w:r>
      <w:r>
        <w:rPr>
          <w:lang w:eastAsia="zh-CN"/>
        </w:rPr>
        <w:br/>
      </w:r>
      <w:r>
        <w:rPr>
          <w:lang w:eastAsia="zh-CN"/>
        </w:rPr>
        <w:t>　　(二)货款的支付按下列第_________ 项执行：</w:t>
      </w:r>
      <w:r>
        <w:rPr>
          <w:lang w:eastAsia="zh-CN"/>
        </w:rPr>
        <w:br/>
      </w:r>
      <w:r>
        <w:rPr>
          <w:lang w:eastAsia="zh-CN"/>
        </w:rPr>
        <w:t>　　1.即时结清。</w:t>
      </w:r>
      <w:r>
        <w:rPr>
          <w:lang w:eastAsia="zh-CN"/>
        </w:rPr>
        <w:br/>
      </w:r>
      <w:r>
        <w:rPr>
          <w:lang w:eastAsia="zh-CN"/>
        </w:rPr>
        <w:t>　　2.乙方应于娃娃菜种子交付之日起________ 日内支付货款。</w:t>
      </w:r>
      <w:r>
        <w:rPr>
          <w:lang w:eastAsia="zh-CN"/>
        </w:rPr>
        <w:br/>
      </w:r>
      <w:r>
        <w:rPr>
          <w:lang w:eastAsia="zh-CN"/>
        </w:rPr>
        <w:t>　　3.合同签订后，乙方支付甲方定金 _________元;甲方交付娃娃菜种子后，乙</w:t>
      </w:r>
      <w:r>
        <w:rPr>
          <w:lang w:eastAsia="zh-CN"/>
        </w:rPr>
        <w:br/>
      </w:r>
      <w:r>
        <w:rPr>
          <w:lang w:eastAsia="zh-CN"/>
        </w:rPr>
        <w:t>　　方应于娃娃菜种子交付之日起</w:t>
      </w:r>
    </w:p>
    <w:p w:rsidR="001B1F19" w14:textId="27C3F48A">
      <w:pPr>
        <w:rPr>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xml:space="preserve"> _____日内支付货款，定金抵作货款或返还。</w:t>
      </w:r>
      <w:r>
        <w:rPr>
          <w:lang w:eastAsia="zh-CN"/>
        </w:rPr>
        <w:br/>
      </w:r>
      <w:r>
        <w:rPr>
          <w:lang w:eastAsia="zh-CN"/>
        </w:rPr>
        <w:t>　　4.其他方式 。</w:t>
      </w:r>
      <w:r>
        <w:rPr>
          <w:lang w:eastAsia="zh-CN"/>
        </w:rPr>
        <w:br/>
      </w:r>
      <w:r>
        <w:rPr>
          <w:lang w:eastAsia="zh-CN"/>
        </w:rPr>
        <w:t>　　第五条 验收</w:t>
      </w:r>
      <w:r>
        <w:rPr>
          <w:lang w:eastAsia="zh-CN"/>
        </w:rPr>
        <w:br/>
      </w:r>
      <w:r>
        <w:rPr>
          <w:lang w:eastAsia="zh-CN"/>
        </w:rPr>
        <w:t>　　(一)乙方应在娃娃菜种子交付当日对娃娃菜种子进行验收(农药残留的检测除外)并将验收结果书面通知甲方。</w:t>
      </w:r>
      <w:r>
        <w:rPr>
          <w:lang w:eastAsia="zh-CN"/>
        </w:rPr>
        <w:br/>
      </w:r>
      <w:r>
        <w:rPr>
          <w:lang w:eastAsia="zh-CN"/>
        </w:rPr>
        <w:t>　　(二)乙方对娃娃菜种子农药残留进行抽检，检测结果不合格，且甲方无异议的，乙方可予以销毁。甲方对检测结果有异议，以权威检测机构出具的检验结果为准。</w:t>
      </w:r>
      <w:r>
        <w:rPr>
          <w:lang w:eastAsia="zh-CN"/>
        </w:rPr>
        <w:br/>
      </w:r>
      <w:r>
        <w:rPr>
          <w:lang w:eastAsia="zh-CN"/>
        </w:rPr>
        <w:t>　　第六条 合同的变更</w:t>
      </w:r>
      <w:r>
        <w:rPr>
          <w:lang w:eastAsia="zh-CN"/>
        </w:rPr>
        <w:br/>
      </w:r>
      <w:r>
        <w:rPr>
          <w:lang w:eastAsia="zh-CN"/>
        </w:rPr>
        <w:t>　　(一)当市场价格高于或低于合同约定价格的______ %时，双方可对娃娃菜种子价格进行重新协商。</w:t>
      </w:r>
      <w:r>
        <w:rPr>
          <w:lang w:eastAsia="zh-CN"/>
        </w:rPr>
        <w:br/>
      </w:r>
      <w:r>
        <w:rPr>
          <w:lang w:eastAsia="zh-CN"/>
        </w:rPr>
        <w:t>　　(二)因气候等因素造成无法按合同约定的时间交货的，双方可另行协商。</w:t>
      </w:r>
      <w:r>
        <w:rPr>
          <w:lang w:eastAsia="zh-CN"/>
        </w:rPr>
        <w:br/>
      </w:r>
      <w:r>
        <w:rPr>
          <w:lang w:eastAsia="zh-CN"/>
        </w:rPr>
        <w:t>　　第七条 违约责任</w:t>
      </w:r>
      <w:r>
        <w:rPr>
          <w:lang w:eastAsia="zh-CN"/>
        </w:rPr>
        <w:br/>
      </w:r>
      <w:r>
        <w:rPr>
          <w:lang w:eastAsia="zh-CN"/>
        </w:rPr>
        <w:t>　　(一)交付的娃娃菜种子、规格、产地、质量不符合合同约定的，乙方有权要求甲方调换，交付娃娃菜种子的数量不符合合同约定的，乙方有权要求甲方补齐，给乙方造成损失的，甲方应负责赔偿。</w:t>
      </w:r>
      <w:r>
        <w:rPr>
          <w:lang w:eastAsia="zh-CN"/>
        </w:rPr>
        <w:br/>
      </w:r>
      <w:r>
        <w:rPr>
          <w:lang w:eastAsia="zh-CN"/>
        </w:rPr>
        <w:t>　　(二)甲方迟延交货的，每迟延一日，应支付乙方约定批次价款额______ %的违约金;乙方逾期提货的，每迟延一日，应支付甲方约定批次价款额 ______%的违约金。</w:t>
      </w:r>
      <w:r>
        <w:rPr>
          <w:lang w:eastAsia="zh-CN"/>
        </w:rPr>
        <w:br/>
      </w:r>
      <w:r>
        <w:rPr>
          <w:lang w:eastAsia="zh-CN"/>
        </w:rPr>
        <w:t>　　(三)乙方逾期支付货款的，每迟延一日，应支付甲方迟延货款额_______ %的违约金。</w:t>
      </w:r>
      <w:r>
        <w:rPr>
          <w:lang w:eastAsia="zh-CN"/>
        </w:rPr>
        <w:br/>
      </w:r>
    </w:p>
    <w:p w:rsidR="001B1F19" w14:textId="27C3F48A">
      <w:pPr>
        <w:rPr>
          <w:lang w:eastAsia="zh-CN"/>
        </w:rPr>
        <w:sectPr>
          <w:type w:val="nextPage"/>
          <w:pgSz w:w="11906" w:h="16838"/>
          <w:pgMar w:top="1440" w:right="1800" w:bottom="1440" w:left="1800" w:header="851" w:footer="992" w:gutter="0"/>
          <w:pgNumType w:start="31"/>
          <w:cols w:space="425"/>
          <w:titlePg w:val="0"/>
          <w:docGrid w:type="lines" w:linePitch="312"/>
        </w:sectPr>
      </w:pPr>
      <w:r>
        <w:rPr>
          <w:lang w:eastAsia="zh-CN"/>
        </w:rPr>
        <w:t>　　(四)因包装物质量不符合要求造成损失的，由包装物提供方承担相应损失。</w:t>
      </w:r>
      <w:r>
        <w:rPr>
          <w:lang w:eastAsia="zh-CN"/>
        </w:rPr>
        <w:br/>
      </w:r>
      <w:r>
        <w:rPr>
          <w:lang w:eastAsia="zh-CN"/>
        </w:rPr>
        <w:t>　　(五)其他 ______________________________________________________。</w:t>
      </w:r>
      <w:r>
        <w:rPr>
          <w:lang w:eastAsia="zh-CN"/>
        </w:rPr>
        <w:br/>
      </w:r>
      <w:r>
        <w:rPr>
          <w:lang w:eastAsia="zh-CN"/>
        </w:rPr>
        <w:t>　　第八条 其他约定事项</w:t>
      </w:r>
      <w:r>
        <w:rPr>
          <w:lang w:eastAsia="zh-CN"/>
        </w:rPr>
        <w:br/>
      </w:r>
      <w:r>
        <w:rPr>
          <w:lang w:eastAsia="zh-CN"/>
        </w:rPr>
        <w:t>　　第九条　本合同一式两份，双方各一份，其他事项可另行协商。</w:t>
      </w:r>
      <w:r>
        <w:rPr>
          <w:lang w:eastAsia="zh-CN"/>
        </w:rPr>
        <w:br/>
      </w:r>
      <w:r>
        <w:rPr>
          <w:lang w:eastAsia="zh-CN"/>
        </w:rPr>
        <w:t>　　甲方(盖章)：_________ 乙方(盖章)：_________</w:t>
      </w:r>
      <w:r>
        <w:rPr>
          <w:lang w:eastAsia="zh-CN"/>
        </w:rPr>
        <w:br/>
      </w:r>
      <w:r>
        <w:rPr>
          <w:lang w:eastAsia="zh-CN"/>
        </w:rPr>
        <w:t>　　代表(签字)：_________　　代表(签字)：_________</w:t>
      </w:r>
      <w:r>
        <w:rPr>
          <w:lang w:eastAsia="zh-CN"/>
        </w:rPr>
        <w:br/>
      </w:r>
      <w:r>
        <w:rPr>
          <w:lang w:eastAsia="zh-CN"/>
        </w:rPr>
        <w:t>　　_________年____月____日　　_________年____月____日</w:t>
      </w:r>
      <w:r>
        <w:rPr>
          <w:lang w:eastAsia="zh-CN"/>
        </w:rPr>
        <w:br/>
      </w:r>
      <w:r>
        <w:rPr>
          <w:lang w:eastAsia="zh-CN"/>
        </w:rPr>
        <w:t xml:space="preserve">    种子买卖合同书 篇13 </w:t>
      </w:r>
      <w:r>
        <w:rPr>
          <w:lang w:eastAsia="zh-CN"/>
        </w:rPr>
        <w:br/>
      </w:r>
      <w:r>
        <w:rPr>
          <w:lang w:eastAsia="zh-CN"/>
        </w:rPr>
        <w:t>　　合同编号:</w:t>
      </w:r>
      <w:r>
        <w:rPr>
          <w:lang w:eastAsia="zh-CN"/>
        </w:rPr>
        <w:br/>
      </w:r>
      <w:r>
        <w:rPr>
          <w:lang w:eastAsia="zh-CN"/>
        </w:rPr>
        <w:t>　　出卖人:签订地点:</w:t>
      </w:r>
      <w:r>
        <w:rPr>
          <w:lang w:eastAsia="zh-CN"/>
        </w:rPr>
        <w:br/>
      </w:r>
      <w:r>
        <w:rPr>
          <w:lang w:eastAsia="zh-CN"/>
        </w:rPr>
        <w:t>　　买受人:签订时间:</w:t>
      </w:r>
      <w:r>
        <w:rPr>
          <w:lang w:eastAsia="zh-CN"/>
        </w:rPr>
        <w:br/>
      </w:r>
      <w:r>
        <w:rPr>
          <w:lang w:eastAsia="zh-CN"/>
        </w:rPr>
        <w:t>　　根据《中华人民共和国民法典》等有关规定，本着公平、诚实信用和互惠互利的原则，经双方协商一致，自愿订立本协议，并共同遵守以下条款。</w:t>
      </w:r>
      <w:r>
        <w:rPr>
          <w:lang w:eastAsia="zh-CN"/>
        </w:rPr>
        <w:br/>
      </w:r>
      <w:r>
        <w:rPr>
          <w:lang w:eastAsia="zh-CN"/>
        </w:rPr>
        <w:t>　　第一条标的、数量及价款</w:t>
      </w:r>
      <w:r>
        <w:rPr>
          <w:lang w:eastAsia="zh-CN"/>
        </w:rPr>
        <w:br/>
      </w:r>
      <w:r>
        <w:rPr>
          <w:lang w:eastAsia="zh-CN"/>
        </w:rPr>
        <w:t>　　第二条 种子标签标注内容:</w:t>
      </w:r>
      <w:r>
        <w:rPr>
          <w:lang w:eastAsia="zh-CN"/>
        </w:rPr>
        <w:br/>
      </w:r>
      <w:r>
        <w:rPr>
          <w:lang w:eastAsia="zh-CN"/>
        </w:rPr>
        <w:t>　　第三条出卖人对质量负责的内容及期限：</w:t>
      </w:r>
      <w:r>
        <w:rPr>
          <w:lang w:eastAsia="zh-CN"/>
        </w:rPr>
        <w:br/>
      </w:r>
      <w:r>
        <w:rPr>
          <w:lang w:eastAsia="zh-CN"/>
        </w:rPr>
        <w:t>　　第四条结算方式、时间: 。</w:t>
      </w:r>
      <w:r>
        <w:rPr>
          <w:lang w:eastAsia="zh-CN"/>
        </w:rPr>
        <w:br/>
      </w:r>
      <w:r>
        <w:rPr>
          <w:lang w:eastAsia="zh-CN"/>
        </w:rPr>
        <w:t>　　第五条标的物所有权自时起转移，买受人未履行全额支付价款义务的，标的物属于所有。</w:t>
      </w:r>
      <w:r>
        <w:rPr>
          <w:lang w:eastAsia="zh-CN"/>
        </w:rPr>
        <w:br/>
      </w:r>
    </w:p>
    <w:p w:rsidR="001B1F19" w14:textId="27C3F48A">
      <w:pPr>
        <w:rPr>
          <w:lang w:eastAsia="zh-CN"/>
        </w:rPr>
        <w:sectPr>
          <w:type w:val="nextPage"/>
          <w:pgSz w:w="11906" w:h="16838"/>
          <w:pgMar w:top="1440" w:right="1800" w:bottom="1440" w:left="1800" w:header="851" w:footer="992" w:gutter="0"/>
          <w:pgNumType w:start="32"/>
          <w:cols w:space="425"/>
          <w:titlePg w:val="0"/>
          <w:docGrid w:type="lines" w:linePitch="312"/>
        </w:sectPr>
      </w:pPr>
      <w:r>
        <w:rPr>
          <w:lang w:eastAsia="zh-CN"/>
        </w:rPr>
        <w:t>　　第六条检验检疫标准、方法、地点及期限。</w:t>
      </w:r>
      <w:r>
        <w:rPr>
          <w:lang w:eastAsia="zh-CN"/>
        </w:rPr>
        <w:br/>
      </w:r>
      <w:r>
        <w:rPr>
          <w:lang w:eastAsia="zh-CN"/>
        </w:rPr>
        <w:t>　　第七条担保方式：</w:t>
      </w:r>
      <w:r>
        <w:rPr>
          <w:lang w:eastAsia="zh-CN"/>
        </w:rPr>
        <w:br/>
      </w:r>
      <w:r>
        <w:rPr>
          <w:lang w:eastAsia="zh-CN"/>
        </w:rPr>
        <w:t>　　第八条违约责任：</w:t>
      </w:r>
      <w:r>
        <w:rPr>
          <w:lang w:eastAsia="zh-CN"/>
        </w:rPr>
        <w:br/>
      </w:r>
      <w:r>
        <w:rPr>
          <w:lang w:eastAsia="zh-CN"/>
        </w:rPr>
        <w:t>　　第九条 本合同未尽事项，可由双方约定后签订补充协议，作为本合同的附件，合同附件与合同具有同等法律效力。</w:t>
      </w:r>
      <w:r>
        <w:rPr>
          <w:lang w:eastAsia="zh-CN"/>
        </w:rPr>
        <w:br/>
      </w:r>
      <w:r>
        <w:rPr>
          <w:lang w:eastAsia="zh-CN"/>
        </w:rPr>
        <w:t>　　第十条 本协议在履行过程中发生的争议，由双方协商解决;也可以向当地工商行政管理部门申请行政调解;协商或者调解不成的，按下列种方式解决：</w:t>
      </w:r>
      <w:r>
        <w:rPr>
          <w:lang w:eastAsia="zh-CN"/>
        </w:rPr>
        <w:br/>
      </w:r>
      <w:r>
        <w:rPr>
          <w:lang w:eastAsia="zh-CN"/>
        </w:rPr>
        <w:t>　　(一)提交仲裁委员会仲裁;</w:t>
      </w:r>
      <w:r>
        <w:rPr>
          <w:lang w:eastAsia="zh-CN"/>
        </w:rPr>
        <w:br/>
      </w:r>
      <w:r>
        <w:rPr>
          <w:lang w:eastAsia="zh-CN"/>
        </w:rPr>
        <w:t>　　(二)依法向人民法院起诉。</w:t>
      </w:r>
      <w:r>
        <w:rPr>
          <w:lang w:eastAsia="zh-CN"/>
        </w:rPr>
        <w:br/>
      </w:r>
      <w:r>
        <w:rPr>
          <w:lang w:eastAsia="zh-CN"/>
        </w:rPr>
        <w:t>　　第十一条 出卖人应具有种子生产许可证和经营许可证：</w:t>
      </w:r>
      <w:r>
        <w:rPr>
          <w:lang w:eastAsia="zh-CN"/>
        </w:rPr>
        <w:br/>
      </w:r>
      <w:r>
        <w:rPr>
          <w:lang w:eastAsia="zh-CN"/>
        </w:rPr>
        <w:t>　　(一)种子生产许可证编号;</w:t>
      </w:r>
      <w:r>
        <w:rPr>
          <w:lang w:eastAsia="zh-CN"/>
        </w:rPr>
        <w:br/>
      </w:r>
      <w:r>
        <w:rPr>
          <w:lang w:eastAsia="zh-CN"/>
        </w:rPr>
        <w:t>　　(二)种子经营许可证编号;</w:t>
      </w:r>
      <w:r>
        <w:rPr>
          <w:lang w:eastAsia="zh-CN"/>
        </w:rPr>
        <w:br/>
      </w:r>
      <w:r>
        <w:rPr>
          <w:lang w:eastAsia="zh-CN"/>
        </w:rPr>
        <w:t>　　(三)其他。</w:t>
      </w:r>
      <w:r>
        <w:rPr>
          <w:lang w:eastAsia="zh-CN"/>
        </w:rPr>
        <w:br/>
      </w:r>
      <w:r>
        <w:rPr>
          <w:lang w:eastAsia="zh-CN"/>
        </w:rPr>
        <w:t>　　第十二条 其他约定事项:。</w:t>
      </w:r>
      <w:r>
        <w:rPr>
          <w:lang w:eastAsia="zh-CN"/>
        </w:rPr>
        <w:br/>
      </w:r>
      <w:r>
        <w:rPr>
          <w:lang w:eastAsia="zh-CN"/>
        </w:rPr>
        <w:t>　　第十三条 本协议一式份，双方各执份，具有同等法律效力;自双方签字盖章生效。</w:t>
      </w:r>
      <w:r>
        <w:rPr>
          <w:lang w:eastAsia="zh-CN"/>
        </w:rPr>
        <w:br/>
      </w:r>
      <w:r>
        <w:rPr>
          <w:lang w:eastAsia="zh-CN"/>
        </w:rPr>
        <w:t>　　出卖人买受人</w:t>
      </w:r>
      <w:r>
        <w:rPr>
          <w:lang w:eastAsia="zh-CN"/>
        </w:rPr>
        <w:br/>
      </w:r>
      <w:r>
        <w:rPr>
          <w:lang w:eastAsia="zh-CN"/>
        </w:rPr>
        <w:t>　　出卖人：买受人：</w:t>
      </w:r>
      <w:r>
        <w:rPr>
          <w:lang w:eastAsia="zh-CN"/>
        </w:rPr>
        <w:br/>
      </w:r>
      <w:r>
        <w:rPr>
          <w:lang w:eastAsia="zh-CN"/>
        </w:rPr>
        <w:t>　　地址：地址：</w:t>
      </w:r>
      <w:r>
        <w:rPr>
          <w:lang w:eastAsia="zh-CN"/>
        </w:rPr>
        <w:br/>
      </w:r>
      <w:r>
        <w:rPr>
          <w:lang w:eastAsia="zh-CN"/>
        </w:rPr>
        <w:t>　　法定代表人：法定代表人：</w:t>
      </w:r>
      <w:r>
        <w:rPr>
          <w:lang w:eastAsia="zh-CN"/>
        </w:rPr>
        <w:br/>
      </w:r>
      <w:r>
        <w:rPr>
          <w:lang w:eastAsia="zh-CN"/>
        </w:rPr>
        <w:t>　　居民身份证号码：居民身份证号码：</w:t>
      </w:r>
      <w:r>
        <w:rPr>
          <w:lang w:eastAsia="zh-CN"/>
        </w:rPr>
        <w:br/>
      </w:r>
    </w:p>
    <w:p w:rsidR="001B1F19" w14:textId="27C3F48A">
      <w:pPr>
        <w:rPr>
          <w:lang w:eastAsia="zh-CN"/>
        </w:rPr>
        <w:sectPr>
          <w:type w:val="nextPage"/>
          <w:pgSz w:w="11906" w:h="16838"/>
          <w:pgMar w:top="1440" w:right="1800" w:bottom="1440" w:left="1800" w:header="851" w:footer="992" w:gutter="0"/>
          <w:pgNumType w:start="33"/>
          <w:cols w:space="425"/>
          <w:titlePg w:val="0"/>
          <w:docGrid w:type="lines" w:linePitch="312"/>
        </w:sectPr>
      </w:pPr>
      <w:r>
        <w:rPr>
          <w:lang w:eastAsia="zh-CN"/>
        </w:rPr>
        <w:t>　　委托代理人委托代理人：</w:t>
      </w:r>
      <w:r>
        <w:rPr>
          <w:lang w:eastAsia="zh-CN"/>
        </w:rPr>
        <w:br/>
      </w:r>
      <w:r>
        <w:rPr>
          <w:lang w:eastAsia="zh-CN"/>
        </w:rPr>
        <w:t>　　银行帐号：银行帐号：</w:t>
      </w:r>
      <w:r>
        <w:rPr>
          <w:lang w:eastAsia="zh-CN"/>
        </w:rPr>
        <w:br/>
      </w:r>
      <w:r>
        <w:rPr>
          <w:lang w:eastAsia="zh-CN"/>
        </w:rPr>
        <w:t>　　开户银行：开户银行：</w:t>
      </w:r>
      <w:r>
        <w:rPr>
          <w:lang w:eastAsia="zh-CN"/>
        </w:rPr>
        <w:br/>
      </w:r>
      <w:r>
        <w:rPr>
          <w:lang w:eastAsia="zh-CN"/>
        </w:rPr>
        <w:t>　　联系电话：联系电话：</w:t>
      </w:r>
      <w:r>
        <w:rPr>
          <w:lang w:eastAsia="zh-CN"/>
        </w:rPr>
        <w:br/>
      </w:r>
      <w:r>
        <w:rPr>
          <w:lang w:eastAsia="zh-CN"/>
        </w:rPr>
        <w:t>　　邮政编码：邮政编码：</w:t>
      </w:r>
      <w:r>
        <w:rPr>
          <w:lang w:eastAsia="zh-CN"/>
        </w:rPr>
        <w:br/>
      </w:r>
      <w:r>
        <w:rPr>
          <w:lang w:eastAsia="zh-CN"/>
        </w:rPr>
        <w:t xml:space="preserve">    种子买卖合同书 篇14 </w:t>
      </w:r>
      <w:r>
        <w:rPr>
          <w:lang w:eastAsia="zh-CN"/>
        </w:rPr>
        <w:br/>
      </w:r>
      <w:r>
        <w:rPr>
          <w:lang w:eastAsia="zh-CN"/>
        </w:rPr>
        <w:t>　　合同编号_______________</w:t>
      </w:r>
      <w:r>
        <w:rPr>
          <w:lang w:eastAsia="zh-CN"/>
        </w:rPr>
        <w:br/>
      </w:r>
      <w:r>
        <w:rPr>
          <w:lang w:eastAsia="zh-CN"/>
        </w:rPr>
        <w:t>　　卖方(甲方)________________________</w:t>
      </w:r>
      <w:r>
        <w:rPr>
          <w:lang w:eastAsia="zh-CN"/>
        </w:rPr>
        <w:br/>
      </w:r>
      <w:r>
        <w:rPr>
          <w:lang w:eastAsia="zh-CN"/>
        </w:rPr>
        <w:t>　　买方(乙方)________________________</w:t>
      </w:r>
      <w:r>
        <w:rPr>
          <w:lang w:eastAsia="zh-CN"/>
        </w:rPr>
        <w:br/>
      </w:r>
      <w:r>
        <w:rPr>
          <w:lang w:eastAsia="zh-CN"/>
        </w:rPr>
        <w:t>　　根据《中华人民共和国民法典》、《中华人民共和国种子法》及相关法律法规规定，为明确双方权利义务，经双方协商一致，达成如下协议。</w:t>
      </w:r>
      <w:r>
        <w:rPr>
          <w:lang w:eastAsia="zh-CN"/>
        </w:rPr>
        <w:br/>
      </w:r>
      <w:r>
        <w:rPr>
          <w:lang w:eastAsia="zh-CN"/>
        </w:rPr>
        <w:t>　　第一条 标的、数量、价款：</w:t>
      </w:r>
      <w:r>
        <w:rPr>
          <w:lang w:eastAsia="zh-CN"/>
        </w:rPr>
        <w:br/>
      </w:r>
      <w:r>
        <w:rPr>
          <w:lang w:eastAsia="zh-CN"/>
        </w:rPr>
        <w:t>　　第二条 质量要求：</w:t>
      </w:r>
      <w:r>
        <w:rPr>
          <w:lang w:eastAsia="zh-CN"/>
        </w:rPr>
        <w:br/>
      </w:r>
      <w:r>
        <w:rPr>
          <w:lang w:eastAsia="zh-CN"/>
        </w:rPr>
        <w:t>　　第三条 检验检疫</w:t>
      </w:r>
      <w:r>
        <w:rPr>
          <w:lang w:eastAsia="zh-CN"/>
        </w:rPr>
        <w:br/>
      </w:r>
      <w:r>
        <w:rPr>
          <w:lang w:eastAsia="zh-CN"/>
        </w:rPr>
        <w:t>　　双方应按照国家颁布的种子检验检疫管理办法、规程及有关规定办理种子检验检疫。</w:t>
      </w:r>
      <w:r>
        <w:rPr>
          <w:lang w:eastAsia="zh-CN"/>
        </w:rPr>
        <w:br/>
      </w:r>
      <w:r>
        <w:rPr>
          <w:lang w:eastAsia="zh-CN"/>
        </w:rPr>
        <w:t>　　第四条 交货方式及期限</w:t>
      </w:r>
      <w:r>
        <w:rPr>
          <w:lang w:eastAsia="zh-CN"/>
        </w:rPr>
        <w:br/>
      </w:r>
      <w:r>
        <w:rPr>
          <w:lang w:eastAsia="zh-CN"/>
        </w:rPr>
        <w:t>　　选择下列第________种方式执行：</w:t>
      </w:r>
      <w:r>
        <w:rPr>
          <w:lang w:eastAsia="zh-CN"/>
        </w:rPr>
        <w:br/>
      </w:r>
      <w:r>
        <w:rPr>
          <w:lang w:eastAsia="zh-CN"/>
        </w:rPr>
        <w:t>　　1.合同签订后，在签约地点当场交货。</w:t>
      </w:r>
      <w:r>
        <w:rPr>
          <w:lang w:eastAsia="zh-CN"/>
        </w:rPr>
        <w:br/>
      </w:r>
      <w:r>
        <w:rPr>
          <w:lang w:eastAsia="zh-CN"/>
        </w:rPr>
        <w:t>　　2.甲方于______年______月______日送货到指定地点____________，运费由______方承担。</w:t>
      </w:r>
      <w:r>
        <w:rPr>
          <w:lang w:eastAsia="zh-CN"/>
        </w:rPr>
        <w:br/>
      </w:r>
    </w:p>
    <w:p w:rsidR="001B1F19" w14:textId="27C3F48A">
      <w:pPr>
        <w:rPr>
          <w:lang w:eastAsia="zh-CN"/>
        </w:rPr>
        <w:sectPr>
          <w:type w:val="nextPage"/>
          <w:pgSz w:w="11906" w:h="16838"/>
          <w:pgMar w:top="1440" w:right="1800" w:bottom="1440" w:left="1800" w:header="851" w:footer="992" w:gutter="0"/>
          <w:pgNumType w:start="34"/>
          <w:cols w:space="425"/>
          <w:titlePg w:val="0"/>
          <w:docGrid w:type="lines" w:linePitch="312"/>
        </w:sectPr>
      </w:pPr>
      <w:r>
        <w:rPr>
          <w:lang w:eastAsia="zh-CN"/>
        </w:rPr>
        <w:t>　　3.乙方于______年______月______日到指定地点______________提货。</w:t>
      </w:r>
      <w:r>
        <w:rPr>
          <w:lang w:eastAsia="zh-CN"/>
        </w:rPr>
        <w:br/>
      </w:r>
      <w:r>
        <w:rPr>
          <w:lang w:eastAsia="zh-CN"/>
        </w:rPr>
        <w:t>　　4.其他交货方式及期限__________________________________ 。</w:t>
      </w:r>
      <w:r>
        <w:rPr>
          <w:lang w:eastAsia="zh-CN"/>
        </w:rPr>
        <w:br/>
      </w:r>
      <w:r>
        <w:rPr>
          <w:lang w:eastAsia="zh-CN"/>
        </w:rPr>
        <w:t>　　第五条 包装与运输</w:t>
      </w:r>
      <w:r>
        <w:rPr>
          <w:lang w:eastAsia="zh-CN"/>
        </w:rPr>
        <w:br/>
      </w:r>
      <w:r>
        <w:rPr>
          <w:lang w:eastAsia="zh-CN"/>
        </w:rPr>
        <w:t>　　1.包装要求________________________________________ 。</w:t>
      </w:r>
      <w:r>
        <w:rPr>
          <w:lang w:eastAsia="zh-CN"/>
        </w:rPr>
        <w:br/>
      </w:r>
      <w:r>
        <w:rPr>
          <w:lang w:eastAsia="zh-CN"/>
        </w:rPr>
        <w:t>　　2.运输方式________________________________________ 。</w:t>
      </w:r>
      <w:r>
        <w:rPr>
          <w:lang w:eastAsia="zh-CN"/>
        </w:rPr>
        <w:br/>
      </w:r>
      <w:r>
        <w:rPr>
          <w:lang w:eastAsia="zh-CN"/>
        </w:rPr>
        <w:t>　　3. 运输费用由________方承担。</w:t>
      </w:r>
      <w:r>
        <w:rPr>
          <w:lang w:eastAsia="zh-CN"/>
        </w:rPr>
        <w:br/>
      </w:r>
      <w:r>
        <w:rPr>
          <w:lang w:eastAsia="zh-CN"/>
        </w:rPr>
        <w:t>　　第六条 付款方式及期限</w:t>
      </w:r>
      <w:r>
        <w:rPr>
          <w:lang w:eastAsia="zh-CN"/>
        </w:rPr>
        <w:br/>
      </w:r>
      <w:r>
        <w:rPr>
          <w:lang w:eastAsia="zh-CN"/>
        </w:rPr>
        <w:t>　　选择下列第________种方式执行：</w:t>
      </w:r>
      <w:r>
        <w:rPr>
          <w:lang w:eastAsia="zh-CN"/>
        </w:rPr>
        <w:br/>
      </w:r>
      <w:r>
        <w:rPr>
          <w:lang w:eastAsia="zh-CN"/>
        </w:rPr>
        <w:t>　　1.合同签订后，乙方支付甲方定金_______元;甲方交货后，乙方于_______年_____月_____日支付价款，定金抵作价款或者返还。乙方付款后，甲方应当开具销售凭证。</w:t>
      </w:r>
      <w:r>
        <w:rPr>
          <w:lang w:eastAsia="zh-CN"/>
        </w:rPr>
        <w:br/>
      </w:r>
      <w:r>
        <w:rPr>
          <w:lang w:eastAsia="zh-CN"/>
        </w:rPr>
        <w:t>　　2.合同签订后，乙方在签约地点当场支付价款，甲方应当开具销售凭证。</w:t>
      </w:r>
      <w:r>
        <w:rPr>
          <w:lang w:eastAsia="zh-CN"/>
        </w:rPr>
        <w:br/>
      </w:r>
      <w:r>
        <w:rPr>
          <w:lang w:eastAsia="zh-CN"/>
        </w:rPr>
        <w:t>　　3.其他付款方式及期限___________________________ 。</w:t>
      </w:r>
      <w:r>
        <w:rPr>
          <w:lang w:eastAsia="zh-CN"/>
        </w:rPr>
        <w:br/>
      </w:r>
      <w:r>
        <w:rPr>
          <w:lang w:eastAsia="zh-CN"/>
        </w:rPr>
        <w:t>　　第七条 验收</w:t>
      </w:r>
      <w:r>
        <w:rPr>
          <w:lang w:eastAsia="zh-CN"/>
        </w:rPr>
        <w:br/>
      </w:r>
      <w:r>
        <w:rPr>
          <w:lang w:eastAsia="zh-CN"/>
        </w:rPr>
        <w:t>　　1.乙方应对种子进行验收，如发现种子数量、质量(发芽率、净度、含水量)不符合合同约定，应在______日内提出异议;如发现种子纯度不符合合同约定，应在_______日内提出异议，甲方应在______日内处理。</w:t>
      </w:r>
      <w:r>
        <w:rPr>
          <w:lang w:eastAsia="zh-CN"/>
        </w:rPr>
        <w:br/>
      </w:r>
      <w:r>
        <w:rPr>
          <w:lang w:eastAsia="zh-CN"/>
        </w:rPr>
        <w:t>　　2.双方对种子同时取样、各自封存，样品保存至生产收获。</w:t>
      </w:r>
      <w:r>
        <w:rPr>
          <w:lang w:eastAsia="zh-CN"/>
        </w:rPr>
        <w:br/>
      </w:r>
      <w:r>
        <w:rPr>
          <w:lang w:eastAsia="zh-CN"/>
        </w:rPr>
        <w:t>　　第八条 违约责任</w:t>
      </w:r>
      <w:r>
        <w:rPr>
          <w:lang w:eastAsia="zh-CN"/>
        </w:rPr>
        <w:br/>
      </w:r>
    </w:p>
    <w:p w:rsidR="001B1F19" w14:textId="27C3F48A">
      <w:pPr>
        <w:rPr>
          <w:lang w:eastAsia="zh-CN"/>
        </w:rPr>
        <w:sectPr>
          <w:type w:val="nextPage"/>
          <w:pgSz w:w="11906" w:h="16838"/>
          <w:pgMar w:top="1440" w:right="1800" w:bottom="1440" w:left="1800" w:header="851" w:footer="992" w:gutter="0"/>
          <w:pgNumType w:start="35"/>
          <w:cols w:space="425"/>
          <w:titlePg w:val="0"/>
          <w:docGrid w:type="lines" w:linePitch="312"/>
        </w:sectPr>
      </w:pPr>
      <w:r>
        <w:rPr>
          <w:lang w:eastAsia="zh-CN"/>
        </w:rPr>
        <w:t>　　1.一方迟延交(提)货或迟延支付价款的，应当每日按照迟延部分价款的________%向对方支付违约金。</w:t>
      </w:r>
      <w:r>
        <w:rPr>
          <w:lang w:eastAsia="zh-CN"/>
        </w:rPr>
        <w:br/>
      </w:r>
      <w:r>
        <w:rPr>
          <w:lang w:eastAsia="zh-CN"/>
        </w:rPr>
        <w:t>　　2.因种子质量问题给乙方造成损失，乙方向甲方要求赔偿的，甲方应当予以赔偿。</w:t>
      </w:r>
      <w:r>
        <w:rPr>
          <w:lang w:eastAsia="zh-CN"/>
        </w:rPr>
        <w:br/>
      </w:r>
      <w:r>
        <w:rPr>
          <w:lang w:eastAsia="zh-CN"/>
        </w:rPr>
        <w:t>　　3.其他违约责任 ____________________________ 。</w:t>
      </w:r>
      <w:r>
        <w:rPr>
          <w:lang w:eastAsia="zh-CN"/>
        </w:rPr>
        <w:br/>
      </w:r>
      <w:r>
        <w:rPr>
          <w:lang w:eastAsia="zh-CN"/>
        </w:rPr>
        <w:t>　　第九条 其他约定 。</w:t>
      </w:r>
      <w:r>
        <w:rPr>
          <w:lang w:eastAsia="zh-CN"/>
        </w:rPr>
        <w:br/>
      </w:r>
      <w:r>
        <w:rPr>
          <w:lang w:eastAsia="zh-CN"/>
        </w:rPr>
        <w:t>　　第十条 争议解决</w:t>
      </w:r>
      <w:r>
        <w:rPr>
          <w:lang w:eastAsia="zh-CN"/>
        </w:rPr>
        <w:br/>
      </w:r>
      <w:r>
        <w:rPr>
          <w:lang w:eastAsia="zh-CN"/>
        </w:rPr>
        <w:t>　　发生的争议，由双方协商解决;也可以请求调解;或选择以下第_________种方式解决：</w:t>
      </w:r>
      <w:r>
        <w:rPr>
          <w:lang w:eastAsia="zh-CN"/>
        </w:rPr>
        <w:br/>
      </w:r>
      <w:r>
        <w:rPr>
          <w:lang w:eastAsia="zh-CN"/>
        </w:rPr>
        <w:t>　　1.提交上海仲裁委员会仲裁。</w:t>
      </w:r>
      <w:r>
        <w:rPr>
          <w:lang w:eastAsia="zh-CN"/>
        </w:rPr>
        <w:br/>
      </w:r>
      <w:r>
        <w:rPr>
          <w:lang w:eastAsia="zh-CN"/>
        </w:rPr>
        <w:t>　　2.依法向人民法院提起诉讼。</w:t>
      </w:r>
      <w:r>
        <w:rPr>
          <w:lang w:eastAsia="zh-CN"/>
        </w:rPr>
        <w:br/>
      </w:r>
      <w:r>
        <w:rPr>
          <w:lang w:eastAsia="zh-CN"/>
        </w:rPr>
        <w:t>　　第十一条 本合同自双方签字(盖章)之日起生效。未尽事宜，由双方共同协商签订补充协议。本合同一式_________份，甲方______份，乙方______份，具有同等法律效力。</w:t>
      </w:r>
      <w:r>
        <w:rPr>
          <w:lang w:eastAsia="zh-CN"/>
        </w:rPr>
        <w:br/>
      </w:r>
      <w:r>
        <w:rPr>
          <w:lang w:eastAsia="zh-CN"/>
        </w:rPr>
        <w:t>　　卖方(甲方)______________________   买方(乙方)______________________</w:t>
      </w:r>
      <w:r>
        <w:rPr>
          <w:lang w:eastAsia="zh-CN"/>
        </w:rPr>
        <w:br/>
      </w:r>
      <w:r>
        <w:rPr>
          <w:lang w:eastAsia="zh-CN"/>
        </w:rPr>
        <w:t>　　营业执照注册号____________________ 营业执照注册号____________________</w:t>
      </w:r>
      <w:r>
        <w:rPr>
          <w:lang w:eastAsia="zh-CN"/>
        </w:rPr>
        <w:br/>
      </w:r>
      <w:r>
        <w:rPr>
          <w:lang w:eastAsia="zh-CN"/>
        </w:rPr>
        <w:t>　　法定代表人________________________ 法定代表人________________________</w:t>
      </w:r>
      <w:r>
        <w:rPr>
          <w:lang w:eastAsia="zh-CN"/>
        </w:rPr>
        <w:br/>
      </w:r>
      <w:r>
        <w:rPr>
          <w:lang w:eastAsia="zh-CN"/>
        </w:rPr>
        <w:t>　　委托代理人________________________ 委托代理人________________________</w:t>
      </w:r>
      <w:r>
        <w:rPr>
          <w:lang w:eastAsia="zh-CN"/>
        </w:rPr>
        <w:br/>
      </w:r>
    </w:p>
    <w:p w:rsidR="001B1F19" w14:textId="27C3F48A">
      <w:pPr>
        <w:rPr>
          <w:lang w:eastAsia="zh-CN"/>
        </w:rPr>
      </w:pPr>
      <w:r>
        <w:rPr>
          <w:lang w:eastAsia="zh-CN"/>
        </w:rPr>
        <w:t>　　地 址________________________     地址(住址)______________________</w:t>
      </w:r>
      <w:r>
        <w:rPr>
          <w:lang w:eastAsia="zh-CN"/>
        </w:rPr>
        <w:br/>
      </w:r>
      <w:r>
        <w:rPr>
          <w:lang w:eastAsia="zh-CN"/>
        </w:rPr>
        <w:t>　　开户银行__________________________ 开户银行 _________________________</w:t>
      </w:r>
      <w:r>
        <w:rPr>
          <w:lang w:eastAsia="zh-CN"/>
        </w:rPr>
        <w:br/>
      </w:r>
      <w:r>
        <w:rPr>
          <w:lang w:eastAsia="zh-CN"/>
        </w:rPr>
        <w:t>　　账 号________________________     账 号________________________</w:t>
      </w:r>
      <w:r>
        <w:rPr>
          <w:lang w:eastAsia="zh-CN"/>
        </w:rPr>
        <w:br/>
      </w:r>
      <w:r>
        <w:rPr>
          <w:lang w:eastAsia="zh-CN"/>
        </w:rPr>
        <w:t>　　联系电话__________________________ 联系电话__________________________</w:t>
      </w:r>
      <w:r>
        <w:rPr>
          <w:lang w:eastAsia="zh-CN"/>
        </w:rPr>
        <w:br/>
      </w:r>
      <w:r>
        <w:rPr>
          <w:lang w:eastAsia="zh-CN"/>
        </w:rPr>
        <w:t>　　签订地点__________________________ 签订地点__________________________</w:t>
      </w:r>
      <w:r>
        <w:rPr>
          <w:lang w:eastAsia="zh-CN"/>
        </w:rPr>
        <w:br/>
      </w:r>
      <w:r>
        <w:rPr>
          <w:lang w:eastAsia="zh-CN"/>
        </w:rPr>
        <w:t>　　签订时间________年_______月_____日 签订时间_________年______月_____日</w:t>
      </w:r>
      <w:r>
        <w:rPr>
          <w:lang w:eastAsia="zh-CN"/>
        </w:rPr>
        <w:br/>
      </w:r>
      <w:r>
        <w:rPr>
          <w:lang w:eastAsia="zh-CN"/>
        </w:rPr>
        <w:t xml:space="preserve">    种子买卖合同书 篇15 </w:t>
      </w:r>
      <w:r>
        <w:rPr>
          <w:lang w:eastAsia="zh-CN"/>
        </w:rPr>
        <w:br/>
      </w:r>
      <w:r>
        <w:rPr>
          <w:lang w:eastAsia="zh-CN"/>
        </w:rPr>
        <w:t>　　购货单位：____________________以下简称甲方)</w:t>
      </w:r>
      <w:r>
        <w:rPr>
          <w:lang w:eastAsia="zh-CN"/>
        </w:rPr>
        <w:br/>
      </w:r>
      <w:r>
        <w:rPr>
          <w:lang w:eastAsia="zh-CN"/>
        </w:rPr>
        <w:t>　　供货单位： ____________________(以下简称乙方)</w:t>
      </w:r>
      <w:r>
        <w:rPr>
          <w:lang w:eastAsia="zh-CN"/>
        </w:rPr>
        <w:br/>
      </w:r>
      <w:r>
        <w:rPr>
          <w:lang w:eastAsia="zh-CN"/>
        </w:rPr>
        <w:t>　　为了增强甲乙双方的责任感，加强经济核算，提高经济效益，确保双方实现各自的经济目的，经甲乙双方充分协商，特订立本合同，以便共同遵守。</w:t>
      </w:r>
      <w:r>
        <w:rPr>
          <w:lang w:eastAsia="zh-CN"/>
        </w:rPr>
        <w:br/>
      </w:r>
      <w:r>
        <w:rPr>
          <w:lang w:eastAsia="zh-CN"/>
        </w:rPr>
        <w:t>　　第一条</w:t>
      </w:r>
      <w:r>
        <w:rPr>
          <w:lang w:eastAsia="zh-CN"/>
        </w:rPr>
        <w:br/>
      </w:r>
      <w:r>
        <w:rPr>
          <w:lang w:eastAsia="zh-CN"/>
        </w:rPr>
        <w:t>　　甲方向乙方购买如下产品：</w:t>
      </w:r>
      <w:r>
        <w:rPr>
          <w:lang w:eastAsia="zh-CN"/>
        </w:rPr>
        <w:br/>
      </w:r>
      <w:r>
        <w:rPr>
          <w:lang w:eastAsia="zh-CN"/>
        </w:rPr>
        <w:t>　　梨树种子___________斤________元/斤=_________元;大皂角______斤_______元/斤=___________元;</w:t>
      </w:r>
      <w:r>
        <w:rPr>
          <w:lang w:eastAsia="zh-CN"/>
        </w:rPr>
        <w:br/>
      </w:r>
      <w:r>
        <w:rPr>
          <w:lang w:eastAsia="zh-CN"/>
        </w:rPr>
        <w:br/>
      </w:r>
      <w:r>
        <w:rPr>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https://d.book118.com/695031101120011114</w:t>
        </w:r>
      </w:hyperlink>
    </w:p>
    <w:p w:rsidR="001B1F19">
      <w:pPr>
        <w:rPr>
          <w:lang w:eastAsia="zh-CN"/>
        </w:rPr>
      </w:pPr>
    </w:p>
    <w:sectPr>
      <w:type w:val="nextPage"/>
      <w:pgSz w:w="11906" w:h="16838"/>
      <w:pgMar w:top="1440" w:right="1800" w:bottom="1440" w:left="1800" w:header="851" w:footer="992" w:gutter="0"/>
      <w:pgNumType w:start="3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 w:val="009376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695031101120011114"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47</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6</cp:revision>
  <dcterms:created xsi:type="dcterms:W3CDTF">2024-01-11T00:28:00Z</dcterms:created>
  <dcterms:modified xsi:type="dcterms:W3CDTF">2024-02-08T13:34:00Z</dcterms:modified>
</cp:coreProperties>
</file>