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班队工作计划范文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本学期，我校本着“育人为本，德育为先”的观念，力图打造“美丽公小、文化公小、和谐公小”，重视学生行为规范教育和生存教育，整合社会资源，运用各种教育载体，突出活动和渗透，让德育因行动而精彩，在行动中求发展。加强针对性、主动性、全面性，进一步完善常规管理，从细微之处改变德育的面貌，深化德育特色，提高德育实效性。根据学校德育工作的这一思路，我班将突出三个重点：通过常规管理促养成教育；通过丰富活动培养多种能力；通过班队文化建设良好班集体。现制定本学期班队工作计划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九月份：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1、交流假期生活。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2、制订本班班队工作计划。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3、“提高交通安全意识，提高自我保护能力”交通安全教育月活动。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4、庆祝第二十二个教师节系列活动。（出一期庆祝教师节的黑板报）。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5、推荐少先队大队委候选人名单。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6、庆国庆“弘扬长征精神暨感恩的心”主题活动。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十月份：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1、组织学生参加首届“柳州创造”大中小学生科技创新竞赛。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2、组织参加校级广播操比赛。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3、组织参加校第四届“小小科技博览会”。（主题：节约能源，从我做起）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（1）拟定班级主题。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（2）攥写小论文。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（3）参加展示。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（4）出黑板报。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4、组织家长共同筹备校第三届亲子运动会。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5、召开班代会。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十一月份：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1、织参加消防安全周活动宣传。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（1）紧急疏散训练。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（2）出黑板报。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（3）组织学生参加消防演习。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2、组织队干策划本班中队主题队会。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3、组织参加第三届亲子运动会。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4、出一期宣传安全的黑板报。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5、组织班级学生开展一场篮球赛。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十二月份：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1、法制宣传日活动。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（1）参加学校活动。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（2）围绕“禁毒日”出黑板报。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2、组织参加校庆祝元旦活动。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一月份：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总结一学期班队工作。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根据学校的德育处和大队部的工作计划，结合本班学生的情况特点，充分发挥少先队德育主阵地的作用，通过形式丰富、内容多样的少先队主题教育活动，在做好常规工作的前提下，大力抓好班风班貌、学生文明礼仪，有重点的开展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班级学生现状分析：本班共有42名学生，19名女生，17名男生。每个孩子都活泼可爱，有着很强的上进心和集体荣誉感。他们纯洁善良，好奇心强，求知欲强。但是由于自制能力差，时常不能控制自己，很多行为习惯有待进一步培养。特别是特殊学生较多，有智残的周施杰和孙宇生，还有一批学习困难的等学生，需要给予更多地耐心和关心和辅导，树立他们学习的自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工作目标：充分发挥学生的主体作用，对学生的就餐、文明礼仪、纪律、两操、卫生等情况进行训导，每天晨会进行小结，形成你追我赶的良好氛围。从守纪律、站好队、做好操、扫好地、讲卫生、有礼貌、文明就餐等基础行为入手，狠抓常规管理，使学生养成“会做人、会学习、会做事、会生存”的新要求，在学校的“三比双周评”中争创“五星班级”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具体措施：1、重视养成教育：养成良好的学习习惯和生活习惯，对学生的成长进步是十分必要的，良好的行为习惯使一个人的终生发展受益匪浅。因此，在班级进行良好品德的养成教育是十分必要的。根据学生的思想实际情况，与学校的德育工作密切配合，本学期，将从不同的方面和角度对学生进行常规训练。重点落实好《小学生守则》《小学生日常行为规范》，使学生逐步形成良好的道德品质行为习惯，学习习惯和积极的学习态度，不使一个学生掉队。2、培养班级干部：推行班长轮值制，负责班级的全面工作，配合班主任处理班级当天的偶发事件。及时召开班干部会议，针对他们在工作中出现的问题，教给他们工作方法，使他们明确自己的职责，指出他们的优缺点和今后工作的努力方向。同时，还要求他们注意班干部成员之间的合作，齐心协力，拧成一股绳，尽力在同学之间树立他们的威信，创造机会，锻炼和培养他们的能力。3、加强学困生管理：面向全体学生，分类施教，加强对学困生的辅导，要从关心、爱护学生的角度出发，了解关心学生。及时了解学生的心理变化，掌握他们成长道路上的发展情况。4、及时了解学情：准确把握学生对知识的掌握，因材施教，在重点难点上下工夫，以促进全班语数外成绩的平衡平稳、扎实地上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7、抓好少先队工作：班级工作的一个重要部分，就是少先队工作，是充分发挥学生特长、张扬学生个性的有效途径。本学期将积极配合学校少先大队，结合实际搞好各项活动。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8、重视文体工作：教育学生上好所有开设的课程，积极参加体育锻炼，积极参与学校组织的文娱活动，重视各项比赛的积极参与，培养学生的参与意识。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随着新的发展形势下，教师的工作也迎接着新的挑战。如何才能将班级工作开展得有声有色呢？那就要看这个班的指挥官，班主任、辅导的工作是怎样进行的。如果说每个孩子都是一颗小星星，我愿意用真诚、热情为他们撑起一片挚爱的晴空，让他们各自闪烁出最灿烂、最动人的光辉！为了让班级充满活力与创新，为了能更好地塑造孩子们的心灵，让他们得到全面的发展，也为了使新学期班级上能有更新的气息，在新学期开始，现将班队工作计划如下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一、班级基本情况分析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我班这一学期共有48位学生，其中女生23人，男生有25人，其中大部分学生平时上课都比较认真。学生们平时活泼好动，具有爱集体，爱劳动，团结友爱等特点。但也有一些同学上课不敢大胆发言，学习主动性不强，贪玩又粗心，再加上父母的娇生惯养，因此学生的自觉性差，没有良好的生活习惯。所以，我们应该加强班干部的管理力度，并开展一些活动帮助那些学习成绩不好的同学如：王鹏炜、付添淇、何家欢等同学开展以“一帮一，多帮一”等活动，让他们把学习成绩提上去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二、指导思想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新的学期，本班将从学校工作和学生思想实际出发，抓好班级管理工作，提高学生道德素质，促进学生的全面发展。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三、班级奋斗目标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1、培养班干部的组织管理能力，指导小组开展自我管理的方法。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2、对学生进行养成习惯的培养。加强学生坐姿、走姿、行姿训练，培养爱清洁，讲卫生，勤俭节约，使用文明用语的交际能力。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3、认真学习小学生守则和小学生日常行为规范，学会认真倾听，积极发言，大声朗读，大胆的表演，大方交流，愉快合作的。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四、主要活动安排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九月份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1、制订班队工作计划。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2、净化教室，布置班容。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3、调动班干部的积极性，紧抓常规教育。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1、建立班级“一帮一”的互助活动。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2、帮助十名后进生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3、确定安全教育周，狠抓安全教育。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十一月份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1、开展丰富多彩的体育活动。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2、开展一次手抄报设计比赛。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十二月份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1、劳动节“我为学校做件事”的活动。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2、开展“我帮妈妈做家务”的活动。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五、其他方面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班级管理中还应注重个体的发展，在各项活动中挖掘各种人才及学生的潜力，使班上的每个同学都能在其中一方面得到进一步的发展。因此，在班级继续开展各种活动。如：文明小标兵评选、小书法家、小发明家、小诗人、数学小博士和爱书人等各种评比活动。在这些活动中，大力推出新人、新作，让每个孩子都敢于面对大家展示自我，充分锻炼自己，提高学生的自信心。另外，充分利用板报中的德育阵地，加强管理。还给孩子们一个金色的童年。这学期，我将会蹲下身子和学生说话，用心去交流，用欣赏的眼光寻找孩子身上的每一处闪光点。我相信，只要关爱孩子，尊重孩子，宽容孩子，我们就能找到开启学生心灵的钥匙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一、学期工作目标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1、抓好文明礼仪、日常行为规范的养成教育。加强小干部队伍建设，充分发挥其监督和示范的作用，引导学生养成良好的行为习惯。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2、积极参加学校大队部开展的“艺术节”、“体育节”，等活动，通过各类活动，提升队员的艺术素养，做一个身心健康的好队员。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3、构建特色班级文化，创设德育氛围，积极开展爱国主义等主题教育活动。整合校内外德育资源，加强交流，构建德育网络，实现全员育人。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二、具体安排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九月份：主题：新的学期新的景象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1、开学典礼。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2、制订本学期少先队工作计划，各项工作有序地开展。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3、班级环境布置。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十月份：主题：金秋十月扬帆启航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1、一年级队课及新生入队仪式。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2、中队观摩活动。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十一月份：主题：健康成长全面发展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1、体育节系列活动。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十二月份：主题：健康成长全面发展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1、公民道德教育。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2、结合庆元旦开展艺术节系列活动。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一月份：主题：奋发学习争创先进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1、少先队工作总结。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2、期末复习、考试。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3、布置寒假活动要求。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一、常规教育方面：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三年级的学生，对于学校的日常生活和学习已经比较适应，每一项规章制度对于他们来说也是比较熟悉的。但是他们正处在由中年级向高年级转化的阶段，许多地方还需要班主任在日常生活中能有序的引导，并且内容要近一点、小一点、实一点，时时处处向学生进行有针对性的常规教育。因此，我决定从以下几点入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充分利用班队会的时间学习《小学生守则》和《小学生日常行为规范》，并在日常学习的过程中让学生知道什么行为是对的，什么是不对的，使学生养成良好的学习和生活习惯。并对表现不够好的学生，及时进行点拨、指导，加强教育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2、在小学德育工作计划中重点利用升旗仪式、班会，加强学生的德育教育。通过国旗下讲话、主题班会，使学生懂得做人的道理，培养其爱国主义情感。同时，让学生在各种活动和劳动中学会合作，学会生活。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3、充分发挥各项活动中的教育阵地的作用，增强学生的荣誉感，使学生心中有他人、有集体。如：对于学生的书写读的姿势，我将采用"谁的小树长得最直"的活动进行监督，并在课堂上随时提醒与帮助。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二、班级纪律方面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一个班级，要想有良好的班风，必须要有良好的纪律才行。因而，我从以下几点入手：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1、课堂纪律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首先，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"说到就要做到。"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2、课间纪律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课间是学生轻松休息的时间，良好的课间纪律将会给整个校园带来活跃而轻松的气氛。然而，丰富多彩的课间活动，就是解决课间纪律乱的法宝。我将针对学生的年龄特点，采用师生共同参与的方式，开展"跳绳、做游戏、拍球"等活动，使学生既健体又受教育，还能增进师生之间的感情，扩大交流的空间。同时，随时提醒学生要注意的危险活动和场地，寓教于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3、路队纪律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为了让学生养成良好的行为习惯，适应集体生活，将在班级开展"路队小标兵"评比活动，使学生不仅做到快、齐、静，而且能够进行自主管理。每一个路队将分别设立一个小队长，每天定时向班级汇报路队情况，及时监督，及时管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三、卫生方面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讲究卫生很重要。俗话说，病从口入。整理好卫生，既能使身体健康，又能养成良好的生活习惯，还能创设一个良好的学习环境。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1、个人卫生：要求衣着整洁，做好"三勤"，桌洞勤清，物品勤摆，两操勤做。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四、其他方面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班级管理中还应注重个体的发展，在各项活动中挖掘各种人才及学生的潜力，使班上的每个同学都能在其中一方面得到进一步的发展。因此，在班级继续开展各种活动。如：文明小标兵评选、小书法家、小发明家、小诗人、数学小博士和爱书人等各种评比活动。在这些活动中，大力推出新人、新作，让每个孩子都敢于面对大家展示自我，充分锻炼自己，提高学生的自信心。另外，充分利用班级板报中的德育阵地，加强管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安全工作重于泰山，牵涉到每一个学生的生命安全和一生的幸福。为了确保学生的人生安全，为了让学生能够平平安安，健健康康，快快乐乐地学习，生活，成长，特拟定本学期本班安全工作计划如下：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一、认真，细致，周密地制定出本班班级安全工作必须要履行和遵守的条款如下：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1、不准拉帮结伙，不准搞帮派，不准扯皮打架，不准乱讲闲话，不准乱骂人，不准讲脏话、流话，不准讲不文明的语言，不准聚众闹事，不准围观、起轰、凑热闹。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2、不准随身携带管制刀具、打火机、火柴、游戏机和一切具有危险隐患的物品。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3、不准翻墙、翻窗或爬栏杆、爬高处。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4、不准坐在桌子上、窗台上、楼道栏杆上。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5、不准爬车、追车和在公路上设置障碍物。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6、不准在教室里、走廊上、公路上追闹、打跳。不准故意用桌子、凳子撞他人或故意放倒别人的凳子。不准用棍棒、扫把或其它物品追逐、打闹。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7、不准玩火、玩电、玩鞭炮、玩弹枪等一切具有危险的物品。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8、不准下河、下塘洗澡、游泳。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9、不准去有危险的地方游玩或做一切不安全的事情。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10、不准抽烟、喝酒、或无益的聚会。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11、不准乱买零食吃、不准吃不卫生、腐烂、有毒的食品。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12、爱护公共财产，不准无故破坏学校财产，如有损坏，自行修补或赔偿。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二、教育学生牢记安全条款，随时不得违反，时刻遵照执行，以确保自己无任何意外事故的发生，保证自己的人生安全。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三、对学生加强法律法规的认识，了解和掌握教育。经常以周边的犯罪实例为教育案例，教育学生明白违法违纪行为的严重后果，教育学生要随时遵纪守法，做一名合格的社会公民，做一名优秀的学生。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四、随时对学生加强“交通安全，防火安全，防雷安全，防水安全，用电安全，用煤气安全，饮食安全”等易患安全常识的教育，确保学生人身安全。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五、加强学生青春期的安全教育。初中时期是学生身体正在生长和发育的时期，无论是学生的身体外形，还是内心心理都在发生着巨大的变化。所以，加强学生青春期的正常心理教育很重要。只有注重学生青春期教育，才能促进学生健康地成长和发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六、加强对女学生的安全认识教育。女学生在青春发展时期，无论是身体还是心理都极容易受到意外的伤害。所以教育女学生认清自我，加强自我防范意识，学会自尊、自爱、自强、自立是很重要的大事情，因为这关系到女学生一生的幸福。因此加强对女学生成长阶段的安全教育意义非凡，十分重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总之，安全事故无小事，安全工作不容忽视。一定要时刻把安全工作视为当务之急，视为重中之重，一定要努力抓好班级安全工作，确保每一个学生健健康康，快快乐乐地茁壮成长。三年级第一学期班队工作计划20xx-2023学年班队工作计划小学班队工作计划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一、基本情况分析：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这学期，我班共有学生26人，其中26名女生，29名男生。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2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这55个孩子热爱学校、班集体，团结上进、思想端正、遵守纪律、尊敬师长、热爱劳动。他们积极参加各项活动，热爱体育锻炼、通过几年的`培养，班内小干部都能起到模范带头作用，对待工作积极热情，愿为集体服务，为同学服务，责任心比较强。因此整个班集体充满着积极向上的活力。但由于种种的原因，部分学生虽有纪律观念，但自我约束力较差，须通过集体教育、家庭教育来转化。个别小干部对工作主动性还不够，能力还需培养，需要不断提高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二、本期班级工作重点：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好习惯，益终生。加强行为规范的养成教育，培养学生良好的行为习惯在我看来永远是班主任工作的重点。通过读书学习、通过各种活动，帮助他们形成积极健康的心理；对学习、对理想有初步正确认识；培养他们热爱班级，树立较强的集体荣誉感；学会尊重他人、团结同学帮助他们养成良好的习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(一)培养良好的班风和学风：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1、抓好班干部队伍的建设和培养，切实发挥班级管理作用。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班队干部有明确的责任分工，定期召开小干部会，半期一次小干部工作评议。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2、从班主任到班集体都要关心后进生的学习和生活。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在生活中、课堂上，善于发现他们的闪光点，经常表扬鼓励他们，增强他们的自信心。互帮互助，培养团队精神，创建良好的班级学习氛围。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3、加强学生的自我管理能力，使学生学习有目标，行动有准则。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培养和发挥学生的主人翁的意识，锻炼自己管理自己的能力。这学期已修订原有的操行评分制度，小组内分别确定学习和纪律小组长，拟定每周要对学生的操行进行公布，一个学月进行一次简单的总结，以激发了孩子们的学习、纪律意识，使得他们学习有目标，行动有准则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4、借助班会、晨会形式，加强全班学生的德育教育，让学生学会怎样做人，树立公德意识，爱校意识。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让学生树立我为班级体服务光荣的集体主义精神，形成一种“人人爱班，人人管理”的现象，人人争做班级小主人。相信学生，充分发挥学生的创新意识，让更多的学生在这些时间段走上讲台，讲新闻，讲体会，提建议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三、具体措施：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(一)改变班队干部改选方式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这学期班队干部的改选将采取以下方法。首先全班学生对原有小干部进行评价，结合评价小干部做自我反省，然后对部分干部的工作做适当的调整，该学期和补选部分新干部个人演讲。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(二)完善班级管理日记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这学期班级管理日志已经在原来的基础上进行了完善，会让更多的学生参与到班级管理日记的填写中，参与到班级管理中。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(三)做好家校的沟通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进步的办法。本学期将进一步发挥家长委员会的力量，结合本班实际情况，组织各种有效的活动。同时，让更多的家长也参与到班级的管理工作中来，使班级工作更上一个新台阶。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(四)定期评比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结合“班级管理日记”和学生操行分的评定，每周有小结，月末有评比，期末有表彰。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四、活动安排：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结合学校一月一主题的德育工作安排，安排每月具体活动。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三月份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1、加强安全教育，学习《小学生日常行为规范》和《学校管理条例》。抓好学生常规，早日进入正常秩序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2、继续抓好常规教育，进行常规训练，完善《班级管日志》，确定班级卫生的劳动分工。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3、班队干部改选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4、向雷锋叔叔学习，鼓舞学生多做好事。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5、三八妇女节，“我为妈妈做一件事”；开展爱绿护绿活动。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四月份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1、进行班级讲故事比赛；对学生进行安全教育。筹备“世界水日”主题队会。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2、开展“世界水日”主题队会，培养学生的参与意识和集体主义精神。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3、读书交流活动，继续抓好纪律和学习目的教育，作文比赛。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4、进行爱国主义运动，纪念为国献身的革命者。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五月份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1、准备期中考试继续抓好法制和安全教育。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2、“我当水管家”活动启动。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3、半期总结，小干部工作评价，学校科技月活动。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六月份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1、向学生进行爱国主义教育。再次进行安全教育，尤其是夏季安全。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2、写字比赛，学生综合能力展示准备。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3、学生综合能力展示。“六一”庆祝活动准备。“我当水管家”活动总结。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4、安全教育，“六一”庆祝活动。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5、制定复习计划，鼓励学生努力学习。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6、认真复习；学生完成本期个人总结。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7、评优、期末检测。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8、召开六年级毕业班茶话会。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五年级一班班队工作计划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一、班级基本情况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本班共有34名学生，其中有14名女生，20名男生。这是一个比较特殊的班级。学生两极分化严重，因为学习认真，比较努力，学习成绩优良的学生只是个别，能按时完成作业的同学都只占少数；而学习方法不够灵活，不够努力，缺乏学习自觉性，学习成绩差的同学却占到了大多数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二、本学期基本工作要点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1、向学生进行思想品德教育，端正学习态度，明确学习目的。提高学习兴趣，使学生主动学习，提高学习成绩。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2、鼓励学生大胆创新，勇于探索，为祖国培养创新性人才。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3、向学生进行行为习惯养成教育，使学生成为有礼貌、讲文明、守纪律、讲卫生的好少年。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4、积极参加学校组织的各项活动，使学生在活动中受到教育。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5、健全班委会，明确分工，提高学生的管理能力。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三、具体措施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重视养成教育：养成良好的学习习惯和生活习惯，对学生的成长进步是十分必要的，良好的行为习惯使一个人的终生发展受益匪浅。因此，在班级进行良好品德的养成教育是十分必要的。根据学生的思想实际情况，与学校的德育工作密切配合，本学期，将从不同的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方面和角度对学生进行规律性的常规训练。重点落实好《小学生日常行为规范》，使学生逐步形成良好的道德品质，行为习惯，学习习惯和积极的学习态度，不使一个学生掉队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2、加强潜能生管理：面向全体学生，分类施教，加强对后进生的辅导，要从关心、爱护学生的角度出发，了解关心学生。及时了解学生的心理变化，掌握他们成长道路上的发展情况。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3、及时了解学情：准确把握学生对知识的掌握，因材施教，在重点难点上下工夫，以促进全班成绩的平稳、扎实地上升。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7、抓好少先队工作：班级工作的一个重要部分，就是班主任工作，是充分发挥学生特长、张扬学生个性的有效途径。本学期将积极配合学校少先大队，结合实际搞好各项活动。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8.重视文体工作：教育学生上好所有学校开设的课程，积极参加体育锻炼，积极参与学校组织的文娱活动，重视各项比赛的积极参与，培养学生的参与意识。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四、具体工作安排：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九月:浓浓尊师意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1.少先队工作计划，建立健全少先队组织。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2.队常规教育。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3.出好第一期黑板报。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4.制定读书活动方案。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5.培训红领巾监督岗值日生，恢复常规考核。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6.以“庆祝教师节”为主题，开展活动。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7.开展“推普”活动。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8.开展安全文明交通主题活动。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9.开展学生养成教育。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10、开展“弘扬生态文明，建设绿色衡阳”主题教育活动。十月:深深爱国情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1.加强养成教育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2.对学生进行安全教育。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3.第二期黑板报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4.开展“庆国庆”系列活动。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5.队干竞选。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6.召开少先队大队干部会议，进行队干上岗培训。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7.举行新生入队仪式。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十一月:拳拳感恩心，继续加强养成教育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1.召开少先队大队干部会议。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2.对学生进行安全教育活动。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3.开展“感恩”系列活动。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4.第三期黑板报。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十二月:切切遵法情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1.加强心理健康教育。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2.第四期黑板报。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3.对学生进行法制教育。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4.开展校园文化系列活动。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一月:欢天喜地迎新年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1.加强养成教育。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2.新年板报。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https://d.book118.com/695131142021011110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9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69513114202101111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