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教师师德工作总结</w:t>
      </w:r>
    </w:p>
    <w:p>
      <w:pPr>
        <w:spacing w:before="100" w:after="200" w:line="360" w:lineRule="auto"/>
        <w:ind w:firstLine="576"/>
        <w:jc w:val="left"/>
      </w:pPr>
      <w:r>
        <w:rPr>
          <w:rFonts w:ascii="宋体" w:eastAsia="宋体" w:hAnsi="宋体"/>
          <w:sz w:val="28"/>
        </w:rPr>
        <w:t>作为一名教师，本人能认真参加学校组织的政治学习，忠于人民的教育事业，模范遵守《中小学教师职业道德规范》，爱岗敬业，关心集体，乐于助人。在工作上兢兢业业，备好每一节课，上好每一堂课，批好每一份作业，教育好每一个学生，努力去做一个深受学生尊重和信赖的老师。现对个人工作总结如下。</w:t>
      </w:r>
    </w:p>
    <w:p>
      <w:pPr>
        <w:spacing w:before="100" w:after="200" w:line="360" w:lineRule="auto"/>
        <w:jc w:val="left"/>
      </w:pPr>
      <w:r>
        <w:rPr>
          <w:rFonts w:ascii="宋体 (中文正文)" w:eastAsia="宋体" w:hAnsi="宋体 (中文正文)"/>
          <w:b/>
          <w:sz w:val="28"/>
        </w:rPr>
        <w:t>一、在政治思想方面</w:t>
      </w:r>
    </w:p>
    <w:p>
      <w:pPr>
        <w:spacing w:before="100" w:after="200" w:line="360" w:lineRule="auto"/>
        <w:ind w:firstLine="576"/>
        <w:jc w:val="left"/>
      </w:pPr>
      <w:r>
        <w:rPr>
          <w:rFonts w:ascii="宋体" w:eastAsia="宋体" w:hAnsi="宋体"/>
          <w:sz w:val="28"/>
        </w:rPr>
        <w:t>本人长期坚持学习，努力提高自身的思想政治素质，学习《教育法》、《教师法》，按照《中小学教师职业道德规范》严格要求自己，奉公守法，遵守社会公德。作为一个教师，我能忠诚于人民的教育视野，做到为人师表。</w:t>
      </w:r>
    </w:p>
    <w:p>
      <w:pPr>
        <w:spacing w:before="100" w:after="200" w:line="360" w:lineRule="auto"/>
        <w:jc w:val="left"/>
      </w:pPr>
      <w:r>
        <w:rPr>
          <w:rFonts w:ascii="宋体 (中文正文)" w:eastAsia="宋体" w:hAnsi="宋体 (中文正文)"/>
          <w:b/>
          <w:sz w:val="28"/>
        </w:rPr>
        <w:t>二、在教育教学过程中</w:t>
      </w:r>
    </w:p>
    <w:p>
      <w:pPr>
        <w:spacing w:before="100" w:after="200" w:line="360" w:lineRule="auto"/>
        <w:ind w:firstLine="576"/>
        <w:jc w:val="left"/>
      </w:pPr>
      <w:r>
        <w:rPr>
          <w:rFonts w:ascii="宋体" w:eastAsia="宋体" w:hAnsi="宋体"/>
          <w:sz w:val="28"/>
        </w:rPr>
        <w:t>不断丰富自身学识，努力提高自身能力、业务水平，严格执行师德规范，有高度的事业心、责任心、爱岗敬业。坚持“一切为了学生，为了学生的一切”，树立正确的人才观，重视对每个学生的全面素质和良好个性的培养，关心每一个学生，尊重每一个学生的人格。</w:t>
      </w:r>
    </w:p>
    <w:p>
      <w:pPr>
        <w:spacing w:before="100" w:after="200" w:line="360" w:lineRule="auto"/>
        <w:jc w:val="left"/>
      </w:pPr>
      <w:r>
        <w:rPr>
          <w:rFonts w:ascii="宋体 (中文正文)" w:eastAsia="宋体" w:hAnsi="宋体 (中文正文)"/>
          <w:b/>
          <w:sz w:val="28"/>
        </w:rPr>
        <w:t>三、做一个理念新的教师</w:t>
      </w:r>
    </w:p>
    <w:p>
      <w:pPr>
        <w:spacing w:before="100" w:after="200" w:line="360" w:lineRule="auto"/>
        <w:ind w:firstLine="576"/>
        <w:jc w:val="left"/>
      </w:pPr>
      <w:r>
        <w:rPr>
          <w:rFonts w:ascii="宋体" w:eastAsia="宋体" w:hAnsi="宋体"/>
          <w:sz w:val="28"/>
        </w:rPr>
        <w:t>一轮的基础教育已经全面推开，在认真学习新课程理念的基础上，结合自己所教的学科，积极探索有效的教学方法。</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p>
    <w:p>
      <w:pPr>
        <w:spacing w:before="100" w:after="200" w:line="360" w:lineRule="auto"/>
        <w:ind w:firstLine="576"/>
        <w:jc w:val="left"/>
      </w:pPr>
      <w:r>
        <w:rPr>
          <w:rFonts w:ascii="宋体" w:eastAsia="宋体" w:hAnsi="宋体"/>
          <w:sz w:val="28"/>
        </w:rPr>
        <w:t>回顾一年来的工作，在得与失中思索，自己一直奉行踏实工作、虚心学习的原则，而这或喜或忧、或得或失的点点滴滴必将成为我生命中的绚丽色彩，点缀着我的人生，在今后的工作中我将扬长避短，争取百尺竿头更进一步。</w:t>
      </w:r>
    </w:p>
    <w:p>
      <w:pPr>
        <w:spacing w:before="100" w:after="200" w:line="360" w:lineRule="auto"/>
        <w:jc w:val="left"/>
      </w:pPr>
      <w:r>
        <w:rPr>
          <w:rFonts w:ascii="宋体 (中文正文)" w:eastAsia="宋体" w:hAnsi="宋体 (中文正文)"/>
          <w:b/>
          <w:sz w:val="28"/>
        </w:rPr>
        <w:t>四、今后的改进方向</w:t>
      </w:r>
    </w:p>
    <w:p>
      <w:pPr>
        <w:spacing w:before="100" w:after="200" w:line="360" w:lineRule="auto"/>
        <w:ind w:firstLine="576"/>
        <w:jc w:val="left"/>
      </w:pPr>
      <w:r>
        <w:rPr>
          <w:rFonts w:ascii="宋体" w:eastAsia="宋体" w:hAnsi="宋体"/>
          <w:sz w:val="28"/>
        </w:rPr>
        <w:t>要更进一步认真学习重要理论精神，及时掌握工作重点方针，从思想上行动上提高自己的工作责任心，树立一切为学生服务的思想。提高自己的钻研精神，不要遇难而退，要发挥教师的先进作用，敢于与一切困难做斗争的思想和作风。刻苦钻研业务知识，做到政治与业务两过硬。</w:t>
      </w:r>
    </w:p>
    <w:p>
      <w:pPr>
        <w:spacing w:before="100" w:after="200" w:line="360" w:lineRule="auto"/>
        <w:ind w:firstLine="576"/>
        <w:jc w:val="left"/>
      </w:pPr>
      <w:r>
        <w:rPr>
          <w:rFonts w:ascii="宋体" w:eastAsia="宋体" w:hAnsi="宋体"/>
          <w:sz w:val="28"/>
        </w:rPr>
        <w:t>我是一名小学教师，自走上工作岗位后，深感责任重大，作为一名教师不仅要教好书，还要在各方面以身作则，率先垂范。在这次全县开展师德师风的学习活动中，我更深深的感到，一个具有良好师德师风的教师会对受教育者产生多么大的春雨润无声式的影响，甚至可以使他们终身都感到受益匪浅。</w:t>
      </w:r>
    </w:p>
    <w:p>
      <w:pPr>
        <w:spacing w:before="100" w:after="200" w:line="360" w:lineRule="auto"/>
        <w:ind w:firstLine="576"/>
        <w:jc w:val="left"/>
      </w:pPr>
      <w:r>
        <w:rPr>
          <w:rFonts w:ascii="宋体" w:eastAsia="宋体" w:hAnsi="宋体"/>
          <w:sz w:val="28"/>
        </w:rPr>
        <w:t>著名的教育家陶行知先生曾说过：“学高为师，德高为范”。作为一名光荣的人民教师，不仅要具有广博的知识，更要有高尚的道德。师德师风教育活动正是改善教育发展环境，转变教育系统工作作风的内在要求，也是促进教育事业健康发展的有力保证。</w:t>
      </w:r>
    </w:p>
    <w:p>
      <w:pPr>
        <w:spacing w:before="100" w:after="200" w:line="360" w:lineRule="auto"/>
        <w:ind w:firstLine="576"/>
        <w:jc w:val="left"/>
      </w:pPr>
      <w:r>
        <w:rPr>
          <w:rFonts w:ascii="宋体" w:eastAsia="宋体" w:hAnsi="宋体"/>
          <w:sz w:val="28"/>
        </w:rPr>
        <w:t>教师该如何培养崇高的职业道德哪正如有人说的那样“要人敬的必先自敬，重师重在自重。”教师要自敬自重，必先提高自身的职业道德素养。师德师风教育活动是改善教育发展环境，转变教育系统工作作风的内在要求，也是促进教育事业健康发展的有力保证。</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p>
    <w:p>
      <w:pPr>
        <w:spacing w:before="100" w:after="200" w:line="360" w:lineRule="auto"/>
        <w:ind w:firstLine="576"/>
        <w:jc w:val="left"/>
      </w:pPr>
      <w:r>
        <w:rPr>
          <w:rFonts w:ascii="宋体" w:eastAsia="宋体" w:hAnsi="宋体"/>
          <w:sz w:val="28"/>
        </w:rPr>
        <w:t>诚信立教，首先要做到淡泊名利，敬业爱生，在为人处事上少一点名利之心，在教书育人方面多一点博爱之心;创新施教，要做到以人为本，因材施教，同时要不断加强学习，与时俱进，学习先进的教学理念和方法，更新教育观念，掌握先进的教学技术和手段。通过此次学校组织师德师风教育学习，现在就这次学习作了以下几个方面的小结：</w:t>
      </w:r>
    </w:p>
    <w:p>
      <w:pPr>
        <w:spacing w:before="100" w:after="200" w:line="360" w:lineRule="auto"/>
        <w:jc w:val="left"/>
      </w:pPr>
      <w:r>
        <w:rPr>
          <w:rFonts w:ascii="宋体 (中文正文)" w:eastAsia="宋体" w:hAnsi="宋体 (中文正文)"/>
          <w:b/>
          <w:sz w:val="28"/>
        </w:rPr>
        <w:t>一、思想及工作的基本表现：</w:t>
      </w:r>
    </w:p>
    <w:p>
      <w:pPr>
        <w:spacing w:before="100" w:after="200" w:line="360" w:lineRule="auto"/>
        <w:ind w:firstLine="576"/>
        <w:jc w:val="left"/>
      </w:pPr>
      <w:r>
        <w:rPr>
          <w:rFonts w:ascii="宋体" w:eastAsia="宋体" w:hAnsi="宋体"/>
          <w:sz w:val="28"/>
        </w:rPr>
        <w:t>自从选择了这个职业，首先，我一直爱岗敬业。热爱教育事业，要对教学工作有“鞠躬尽瘁”的决心。既然我们选择了教育事业，就要对自己的选择无怨无悔，不计名利，积极进取，开拓创新，无私奉献，力求干好自己的本职工作，尽职尽责地完成每一项教学工作，不求最好，但求更好，不断的挑战自己，超越自己。其次，我不断加强政治学习，不断提高政治素养。</w:t>
      </w:r>
    </w:p>
    <w:p>
      <w:pPr>
        <w:spacing w:before="100" w:after="200" w:line="360" w:lineRule="auto"/>
        <w:ind w:firstLine="576"/>
        <w:jc w:val="left"/>
      </w:pPr>
      <w:r>
        <w:rPr>
          <w:rFonts w:ascii="宋体" w:eastAsia="宋体" w:hAnsi="宋体"/>
          <w:sz w:val="28"/>
        </w:rPr>
        <w:t>按照《中小学教师职业道德规范》严格要求自己，奉公守法，恪尽职守，遵守社会公德，忠诚人民的教育事业，为人师表。“为教育事业奋斗终身的献身精神，”把忠诚于人民的教育事业，看成最高美德，时时激励我，要像蜡烛一样，燃烧自己，照亮别人;工作上勤勤恳恳、兢兢业业，服从领导，不打折扣，认真、完成学校领导交给的各项工作任务，并用“学为人师、行为示范”的要求来约束自己，做家长认可，学生喜欢，学校放心的“三满意”教师。</w:t>
      </w:r>
    </w:p>
    <w:p>
      <w:pPr>
        <w:spacing w:before="100" w:after="200" w:line="360" w:lineRule="auto"/>
        <w:ind w:firstLine="576"/>
        <w:jc w:val="left"/>
      </w:pPr>
      <w:r>
        <w:rPr>
          <w:rFonts w:ascii="宋体" w:eastAsia="宋体" w:hAnsi="宋体"/>
          <w:sz w:val="28"/>
        </w:rPr>
        <w:t>在平时我经常进行自我反省，时时处处对自己严格要求，查找不足，努力营造一个好老师的形象。到底怎样做才能塑造一个好老师的形象，让学生喜欢上你呢我认为教师专业水平的高低是学生喜欢的标志之一、一个优秀的教师，必须有四大支柱，有丰厚的文化底蕴支撑起教师的人性，高超的教育智慧支撑起教师的灵性，宏阔的课程视野支撑起教师的活性，远大的职业境界支撑起教师的诗性。</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p>
    <w:p>
      <w:pPr>
        <w:spacing w:before="100" w:after="200" w:line="360" w:lineRule="auto"/>
        <w:ind w:firstLine="576"/>
        <w:jc w:val="left"/>
      </w:pPr>
      <w:r>
        <w:rPr>
          <w:rFonts w:ascii="宋体" w:eastAsia="宋体" w:hAnsi="宋体"/>
          <w:sz w:val="28"/>
        </w:rPr>
        <w:t>一个没有丰厚的文化底蕴的教师，根本不可能给学生的生命铺上一层温暖的、纯净的底色。博学多才对一位教师来说是十分重要的。因为我们是直接面对学生的教育者，学生什么问题都会提出来，而且往往“打破沙锅问到底”。没有广博的知识，就不能很好地了解学生之“惑”，传为人之“道”。因此，我们这些为师者让自己的知识处于不断更新的状态，跟上时代发展趋势，不断更新教育观念，教学内容和方法，显得更为重要。否则，不去更新，不去充实，你那点知识就是一桶死水。</w:t>
      </w:r>
    </w:p>
    <w:p>
      <w:pPr>
        <w:spacing w:before="100" w:after="200" w:line="360" w:lineRule="auto"/>
        <w:ind w:firstLine="576"/>
        <w:jc w:val="left"/>
      </w:pPr>
      <w:r>
        <w:rPr>
          <w:rFonts w:ascii="宋体" w:eastAsia="宋体" w:hAnsi="宋体"/>
          <w:sz w:val="28"/>
        </w:rPr>
        <w:t>要做一个学生喜爱的老师，不论在生活上，还是在学习上，都要给予必要的关心和帮助。学生闹矛盾，我给予合理的处理;学生犯了错误，我耐心地进行教育，使学生真正认识到错误并及时改正。我还抽时间和学生谈心、交流，和学生共同活动，缩短了师生距离，增进了师生间的相互了解等等。</w:t>
      </w:r>
    </w:p>
    <w:p>
      <w:pPr>
        <w:spacing w:before="100" w:after="200" w:line="360" w:lineRule="auto"/>
        <w:ind w:firstLine="576"/>
        <w:jc w:val="left"/>
      </w:pPr>
      <w:r>
        <w:rPr>
          <w:rFonts w:ascii="宋体" w:eastAsia="宋体" w:hAnsi="宋体"/>
          <w:sz w:val="28"/>
        </w:rPr>
        <w:t>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最大的努力使他们健康成长。我们小学老师，跟学生的接触尤其多，老师的言行直接影响他们。所以我们教师既要把丰富的科学文化知识传授给学生，又要用自己的高尚人格影响学生、感化学生，使学生的身心健康地成长发展。</w:t>
      </w:r>
    </w:p>
    <w:p>
      <w:pPr>
        <w:spacing w:before="100" w:after="200" w:line="360" w:lineRule="auto"/>
        <w:jc w:val="left"/>
      </w:pPr>
      <w:r>
        <w:rPr>
          <w:rFonts w:ascii="宋体 (中文正文)" w:eastAsia="宋体" w:hAnsi="宋体 (中文正文)"/>
          <w:b/>
          <w:sz w:val="28"/>
        </w:rPr>
        <w:t>二、存在的问题及原因分析：</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r>
        <w:rPr>
          <w:rFonts w:ascii="宋体" w:eastAsia="宋体" w:hAnsi="宋体"/>
          <w:sz w:val="28"/>
        </w:rPr>
        <w:t>经过一段时间的师德师风学习，使我深深地认识到师德师风学习十分必要，这好像使我进入了一个较高的师德师风的更高境界，对今后的教学教育工作无疑是有指导意义的。但是，由于本人在学习的态度，运用学习的知识到实际中解决实际问题等方面存在不足，现将我在这次师德师风学习中存在的问题及原因分析如下：</w:t>
      </w:r>
    </w:p>
    <w:p>
      <w:pPr>
        <w:spacing w:before="100" w:after="200" w:line="360" w:lineRule="auto"/>
        <w:ind w:firstLine="576"/>
        <w:jc w:val="left"/>
      </w:pPr>
      <w:r>
        <w:rPr>
          <w:rFonts w:ascii="宋体" w:eastAsia="宋体" w:hAnsi="宋体"/>
          <w:sz w:val="28"/>
        </w:rPr>
        <w:t>1、</w:t>
      </w:r>
    </w:p>
    <w:p>
      <w:pPr>
        <w:spacing w:before="100" w:after="200" w:line="360" w:lineRule="auto"/>
        <w:ind w:firstLine="576"/>
        <w:jc w:val="left"/>
      </w:pPr>
      <w:r>
        <w:rPr>
          <w:rFonts w:ascii="宋体" w:eastAsia="宋体" w:hAnsi="宋体"/>
          <w:sz w:val="28"/>
        </w:rPr>
        <w:t>教学理论知识水平不够，学习起来不深入。平常时间没充分利用，有关教育教学的书籍看的很少。有时理论学习过后，不能及时做深入内化，加强实践、锻炼，以至于记得快、忘得也快。</w:t>
      </w:r>
    </w:p>
    <w:p>
      <w:pPr>
        <w:spacing w:before="100" w:after="200" w:line="360" w:lineRule="auto"/>
        <w:ind w:firstLine="576"/>
        <w:jc w:val="left"/>
      </w:pPr>
      <w:r>
        <w:rPr>
          <w:rFonts w:ascii="宋体" w:eastAsia="宋体" w:hAnsi="宋体"/>
          <w:sz w:val="28"/>
        </w:rPr>
        <w:t>2、教学中，我能够详细、准确的把握教材，一般不出现的知识性错误。但对于教材深处的挖掘不到位，力度不够，没把握好知识的扩散和外延。课本浅显的知识注意的比较准一些，自己钻研的劲头儿还不够，付出的精力还不多。</w:t>
      </w:r>
    </w:p>
    <w:p>
      <w:pPr>
        <w:spacing w:before="100" w:after="200" w:line="360" w:lineRule="auto"/>
        <w:ind w:firstLine="576"/>
        <w:jc w:val="left"/>
      </w:pPr>
      <w:r>
        <w:rPr>
          <w:rFonts w:ascii="宋体" w:eastAsia="宋体" w:hAnsi="宋体"/>
          <w:sz w:val="28"/>
        </w:rPr>
        <w:t>3、对学生关爱不够。本人也一直爱护学生，但对学生的关爱投入还不够，有时不能及时发现，不能及时走进学生的心灵，一有事、工作忙就会耽搁，以至于拖沓。对学生谈心、指导一次、两次，学生有没有改变，有时清楚，有时不清楚，没有转变咋办不能及时发现，总对自己信心十足，觉得这样就万事大吉了，以至于有些时候，会在学生心中留下阴影。</w:t>
      </w:r>
    </w:p>
    <w:p>
      <w:pPr>
        <w:spacing w:before="100" w:after="200" w:line="360" w:lineRule="auto"/>
        <w:jc w:val="left"/>
      </w:pPr>
      <w:r>
        <w:rPr>
          <w:rFonts w:ascii="宋体 (中文正文)" w:eastAsia="宋体" w:hAnsi="宋体 (中文正文)"/>
          <w:sz w:val="28"/>
        </w:rPr>
        <w:t>三、整改措施及方法：</w:t>
      </w:r>
    </w:p>
    <w:p>
      <w:pPr>
        <w:spacing w:before="100" w:after="200" w:line="360" w:lineRule="auto"/>
        <w:ind w:firstLine="576"/>
        <w:jc w:val="left"/>
        <w:sectPr w:rsidSect="00034616">
          <w:type w:val="nextPage"/>
          <w:pgSz w:w="11906" w:h="16838"/>
          <w:pgMar w:top="1440" w:right="1440" w:bottom="1440" w:left="1440" w:header="720" w:footer="720" w:gutter="0"/>
          <w:pgNumType w:start="5"/>
          <w:cols w:space="720"/>
          <w:titlePg w:val="0"/>
          <w:docGrid w:linePitch="360"/>
        </w:sectPr>
      </w:pPr>
      <w:r>
        <w:rPr>
          <w:rFonts w:ascii="宋体" w:eastAsia="宋体" w:hAnsi="宋体"/>
          <w:sz w:val="28"/>
        </w:rPr>
        <w:t>1、理论学习是头戏，提高自身素质是关键。坚强教育教学理论学习，不玩空架子，没有理论，那来的实践，何谈自己的课堂教育何谓有所发展那简直是一句空话，坚持一边理论，一边实践，一边钻研，坚持记教育教学笔记，以提高自身素质为重点。作为一个教育者，要不断的学习、不断充电，千万不能让自己停滞不前。否则，会满足不了学生们的需求，让我彻底明白了：在社会信息发达的今天，在新课程教改的背景下，我们的老师不再是一个有一杯水、一桶水、常流水的人，而是一位引领着学生们教会他们去找水喝的人。工作总结</w:t>
      </w:r>
    </w:p>
    <w:p>
      <w:pPr>
        <w:spacing w:before="100" w:after="200" w:line="360" w:lineRule="auto"/>
        <w:ind w:firstLine="576"/>
        <w:jc w:val="left"/>
      </w:pPr>
      <w:r>
        <w:rPr>
          <w:rFonts w:ascii="宋体" w:eastAsia="宋体" w:hAnsi="宋体"/>
          <w:sz w:val="28"/>
        </w:rPr>
        <w:t>2、教学中要刻苦、积极钻研。以教材为中心，学会思考课标，思考学情，也不仅限于死扣教材，要把知识延伸化、灵活化。尽量把工作闲谈的时间用你到勤奋钻研中，让自己的课堂充满活力，学生真正学到东西。</w:t>
      </w:r>
    </w:p>
    <w:p>
      <w:pPr>
        <w:spacing w:before="100" w:after="200" w:line="360" w:lineRule="auto"/>
        <w:ind w:firstLine="576"/>
        <w:jc w:val="left"/>
      </w:pPr>
      <w:r>
        <w:rPr>
          <w:rFonts w:ascii="宋体" w:eastAsia="宋体" w:hAnsi="宋体"/>
          <w:sz w:val="28"/>
        </w:rPr>
        <w:t>3、关爱学生，以学生发展为重。努力做到关爱每一位学生，不歧视后进生，让学生都充分得到个性上的发展，做到及时调查、发现、及时沟通、反馈。尊重学生、不打骂、体罚学生，以“循循善诱”为主要策略，要让每一位学生心中感觉到你这个教师是个可以接近的教师，是值得敬重、佩服的教师，是一位合格的教师，要让学生因你而幸运。</w:t>
      </w:r>
    </w:p>
    <w:p>
      <w:pPr>
        <w:spacing w:before="100" w:after="200" w:line="360" w:lineRule="auto"/>
        <w:ind w:firstLine="576"/>
        <w:jc w:val="left"/>
      </w:pPr>
      <w:r>
        <w:rPr>
          <w:rFonts w:ascii="宋体" w:eastAsia="宋体" w:hAnsi="宋体"/>
          <w:sz w:val="28"/>
        </w:rPr>
        <w:t>4、努力做到向课堂要质量、要效率。虚心向有经验的教师请教、学习，和他们共同钻研教学，做到共同进步，协作互助。</w:t>
      </w:r>
    </w:p>
    <w:p>
      <w:pPr>
        <w:spacing w:before="100" w:after="200" w:line="360" w:lineRule="auto"/>
        <w:ind w:firstLine="576"/>
        <w:jc w:val="left"/>
      </w:pPr>
      <w:r>
        <w:rPr>
          <w:rFonts w:ascii="宋体" w:eastAsia="宋体" w:hAnsi="宋体"/>
          <w:sz w:val="28"/>
        </w:rPr>
        <w:t>最后，我还要继续正确地对待同行教师和家长以及领导提出的各种师德师风建设的意见，从中看清自己平常没有察觉或没有引起重视的缺点和不足，虚心接受大家的意见和建议，解决好自己的师德问题。</w:t>
      </w:r>
    </w:p>
    <w:p>
      <w:pPr>
        <w:spacing w:before="100" w:after="200" w:line="360" w:lineRule="auto"/>
        <w:ind w:firstLine="576"/>
        <w:jc w:val="left"/>
      </w:pPr>
      <w:r>
        <w:rPr>
          <w:rFonts w:ascii="宋体" w:eastAsia="宋体" w:hAnsi="宋体"/>
          <w:sz w:val="28"/>
        </w:rPr>
        <w:t>新时代背景下，需要我们树立新的德育观念，与时俱进，不断创新，以顺应新时代学生发展的特点。我国著名教育家陶行知先生说：人类社会处处是创造之地，天天是创造之时，人人是创造之人。那么，作为现代教育如何发掘每一个孩子蕴藏着的无限的潜在创造力而使他们成为创造之人呢？作为教师应注意选择好每一个创造之地，把握好每一个创造之时来造就一个创造之人。小学德育作为小学教育的一个重要领域，德育对其他各育起着保证方向和保持动力的作用。因此，努力德育教学，实施创造教育是大势之趋、刻不容缓。于是我在重视继承思想品德课传统的同时，注意了创造教育与传统教育的区别，进行了德育教育中实施创造教育的教改实验的探索。</w:t>
      </w:r>
    </w:p>
    <w:p>
      <w:pPr>
        <w:spacing w:before="100" w:after="200" w:line="360" w:lineRule="auto"/>
        <w:jc w:val="left"/>
        <w:sectPr w:rsidSect="00034616">
          <w:type w:val="nextPage"/>
          <w:pgSz w:w="11906" w:h="16838"/>
          <w:pgMar w:top="1440" w:right="1440" w:bottom="1440" w:left="1440" w:header="720" w:footer="720" w:gutter="0"/>
          <w:pgNumType w:start="6"/>
          <w:cols w:space="720"/>
          <w:titlePg w:val="0"/>
          <w:docGrid w:linePitch="360"/>
        </w:sectPr>
      </w:pPr>
      <w:r>
        <w:rPr>
          <w:rFonts w:ascii="宋体 (中文正文)" w:eastAsia="宋体" w:hAnsi="宋体 (中文正文)"/>
          <w:b/>
          <w:sz w:val="28"/>
        </w:rPr>
        <w:t>一、树立“以人为本”的德育理念。</w:t>
      </w:r>
    </w:p>
    <w:p>
      <w:pPr>
        <w:spacing w:before="100" w:after="200" w:line="360" w:lineRule="auto"/>
        <w:ind w:firstLine="576"/>
        <w:jc w:val="left"/>
      </w:pPr>
      <w:r>
        <w:rPr>
          <w:rFonts w:ascii="宋体" w:eastAsia="宋体" w:hAnsi="宋体"/>
          <w:sz w:val="28"/>
        </w:rPr>
        <w:t>一切教育都必须以人为本，这是现代教育的基本价值观。我在德育工作中以尊重学生个性特点为指导思想，遵循青少年个性发展的特点，着眼于学生终身良好思想道德与行为习惯的形成，着眼于学生的全面发展，真正落实“全员德育、全面德育、全程德育、重点德育”，建立以“激励”为中心的德育管理机制，帮助学生树立自信，激励学生战胜困难。</w:t>
      </w:r>
    </w:p>
    <w:p>
      <w:pPr>
        <w:spacing w:before="100" w:after="200" w:line="360" w:lineRule="auto"/>
        <w:jc w:val="left"/>
      </w:pPr>
      <w:r>
        <w:rPr>
          <w:rFonts w:ascii="宋体 (中文正文)" w:eastAsia="宋体" w:hAnsi="宋体 (中文正文)"/>
          <w:b/>
          <w:sz w:val="28"/>
        </w:rPr>
        <w:t>二、深化教学，培养学生的创造志趣和创造能力。</w:t>
      </w:r>
    </w:p>
    <w:p>
      <w:pPr>
        <w:spacing w:before="100" w:after="200" w:line="360" w:lineRule="auto"/>
        <w:ind w:firstLine="576"/>
        <w:jc w:val="left"/>
      </w:pPr>
      <w:r>
        <w:rPr>
          <w:rFonts w:ascii="宋体" w:eastAsia="宋体" w:hAnsi="宋体"/>
          <w:sz w:val="28"/>
        </w:rPr>
        <w:t>第多斯惠说过：一个不好的教师是奉送真理，而一个好的教师则是教人发现真理。创造教育与传统教育的不同之一还表现在教学原则、教学方法的不同之上。实践证明：树立全面的教学任务观，渗透创造教育的精神，深教学活动结构的和教法，是培养小学生创造志趣和能力的主渠道。</w:t>
      </w:r>
    </w:p>
    <w:p>
      <w:pPr>
        <w:spacing w:before="100" w:after="200" w:line="360" w:lineRule="auto"/>
        <w:ind w:firstLine="576"/>
        <w:jc w:val="left"/>
      </w:pPr>
      <w:r>
        <w:rPr>
          <w:rFonts w:ascii="宋体" w:eastAsia="宋体" w:hAnsi="宋体"/>
          <w:sz w:val="28"/>
        </w:rPr>
        <w:t>在德育工作中，不断关注社会发展和教育发展趋势，加强德育科研，根据学校实际和社会的发展变化不断更新德育观念，更新德育手段。摆脱一成不变的单纯凭经验的德育管理思想，让德育工作在不断创新中焕发出新的活力。努力摆脱以说教为主的德育方式，积极开展校内外德育活动，让德育回归生活，让学生在日常生活的德育实践中体验道德与人格的魅力，使德育工作有“由外而内”，转变为“内”为主，“内”“外”结合的教育方式，让学生真正理解德育的内涵，自觉提高自身的思想品德修养。</w:t>
      </w:r>
    </w:p>
    <w:p>
      <w:pPr>
        <w:spacing w:before="100" w:after="200" w:line="360" w:lineRule="auto"/>
        <w:jc w:val="left"/>
      </w:pPr>
      <w:r>
        <w:rPr>
          <w:rFonts w:ascii="宋体 (中文正文)" w:eastAsia="宋体" w:hAnsi="宋体 (中文正文)"/>
          <w:b/>
          <w:sz w:val="28"/>
        </w:rPr>
        <w:t>三、转变角色，注重以身示范。</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p>
    <w:p>
      <w:pPr>
        <w:spacing w:before="100" w:after="200" w:line="360" w:lineRule="auto"/>
        <w:ind w:firstLine="576"/>
        <w:jc w:val="left"/>
      </w:pPr>
      <w:r>
        <w:rPr>
          <w:rFonts w:ascii="宋体" w:eastAsia="宋体" w:hAnsi="宋体"/>
          <w:sz w:val="28"/>
        </w:rPr>
        <w:t>教师如何来当好这个“首席”呢？我国著名教育家陶行之先生提出的教育思想是“千教万教教人求真，千学万学学做真人”。那么我们教师首先就要树立教人求真的思想，一要知道自己的角色位置，并认真当好这个角色，把自己融入学生之中；二是作为“首席”就要作好表率作用，加强学习，注重个人道德修养，提高个人道德素质，在各方面给学生起到模范带头作用，也就是应当辛勤耕耘，以身立教，把社会道德素质要求内化成学生的自我要求。</w:t>
      </w:r>
    </w:p>
    <w:p>
      <w:pPr>
        <w:spacing w:before="100" w:after="200" w:line="360" w:lineRule="auto"/>
        <w:jc w:val="left"/>
      </w:pPr>
      <w:r>
        <w:rPr>
          <w:rFonts w:ascii="宋体 (中文正文)" w:eastAsia="宋体" w:hAnsi="宋体 (中文正文)"/>
          <w:b/>
          <w:sz w:val="28"/>
        </w:rPr>
        <w:t>四、融于生活，活动丰富多彩。</w:t>
      </w:r>
    </w:p>
    <w:p>
      <w:pPr>
        <w:spacing w:before="100" w:after="200" w:line="360" w:lineRule="auto"/>
        <w:ind w:firstLine="576"/>
        <w:jc w:val="left"/>
      </w:pPr>
      <w:r>
        <w:rPr>
          <w:rFonts w:ascii="宋体" w:eastAsia="宋体" w:hAnsi="宋体"/>
          <w:sz w:val="28"/>
        </w:rPr>
        <w:t>记得泰戈尔说过：花的事业是富贵的，果的事业是珍贵的，那我就干叶的事业吧！因为叶总是谦逊的垂着她的绿荫。我愿用慈爱呵护纯真，用平等孕育成长，用双手默默耕耘，用心托起明天的太阳！</w:t>
      </w:r>
    </w:p>
    <w:p>
      <w:pPr>
        <w:spacing w:before="100" w:after="200" w:line="360" w:lineRule="auto"/>
        <w:ind w:firstLine="576"/>
        <w:jc w:val="left"/>
      </w:pPr>
      <w:r>
        <w:rPr>
          <w:rFonts w:ascii="宋体" w:eastAsia="宋体" w:hAnsi="宋体"/>
          <w:sz w:val="28"/>
        </w:rPr>
        <w:t>为提高我校教师的职业道德水平，努力造就忠诚党的教育事业，以热爱学生，教书育人为核心，健全考核机制，为铸造一支让人民满意的教师队伍，我校以依法执教、爱岗敬业、热爱学生、为人师表、严谨治学为主要资料；以查摆问题、自我完善、自我提高为抓手；切实解决师德师风中存在的突出问题和薄弱环节，使全体教职工在增强意识、关爱学生、服务育人等方面有所提高。现对我校开展师德建设活动作以下阶段性工作小结：</w:t>
      </w:r>
    </w:p>
    <w:p>
      <w:pPr>
        <w:spacing w:before="100" w:after="200" w:line="360" w:lineRule="auto"/>
        <w:jc w:val="left"/>
      </w:pPr>
      <w:r>
        <w:rPr>
          <w:rFonts w:ascii="宋体 (中文正文)" w:eastAsia="宋体" w:hAnsi="宋体 (中文正文)"/>
          <w:b/>
          <w:sz w:val="28"/>
        </w:rPr>
        <w:t>一、统一思想，提高认识。</w:t>
      </w:r>
    </w:p>
    <w:p>
      <w:pPr>
        <w:spacing w:before="100" w:after="200" w:line="360" w:lineRule="auto"/>
        <w:ind w:firstLine="576"/>
        <w:jc w:val="left"/>
      </w:pPr>
      <w:r>
        <w:rPr>
          <w:rFonts w:ascii="宋体" w:eastAsia="宋体" w:hAnsi="宋体"/>
          <w:sz w:val="28"/>
        </w:rPr>
        <w:t>认真领会这次师德师风自查自纠活动的重要指示精神，明白这是新形势下推进教育良好风气的必要手段，是促进依法执教、礼貌施教、创满意教育的重要保证。是教师在思想政治上、道德品质上、学风学识上适应时代要求担负起培养二十一世纪新人的历史使命。</w:t>
      </w:r>
    </w:p>
    <w:p>
      <w:pPr>
        <w:spacing w:before="100" w:after="200" w:line="360" w:lineRule="auto"/>
        <w:jc w:val="left"/>
      </w:pPr>
      <w:r>
        <w:rPr>
          <w:rFonts w:ascii="宋体 (中文正文)" w:eastAsia="宋体" w:hAnsi="宋体 (中文正文)"/>
          <w:b/>
          <w:sz w:val="28"/>
        </w:rPr>
        <w:t>二、加强领导，落实职责。</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p>
    <w:p>
      <w:pPr>
        <w:spacing w:before="100" w:after="200" w:line="360" w:lineRule="auto"/>
        <w:ind w:firstLine="576"/>
        <w:jc w:val="left"/>
      </w:pPr>
      <w:r>
        <w:rPr>
          <w:rFonts w:ascii="宋体" w:eastAsia="宋体" w:hAnsi="宋体"/>
          <w:sz w:val="28"/>
        </w:rPr>
        <w:t>我校对师德师风建设工作高度重视，把抓好师德师风建立活动作为践行社会主义荣辱观，坚持教育为人民服务，推进依法行政，从严治教，维护教育形象，建立礼貌行业，改善和优化教育发展环境的重大举措来抓。切实加强领导，建立工作机制，按“谁主管，谁负责”和“分级负责，条块结合”的原则，实施师德师风建设职责制。经过行政班子和全体教职工大会反复研究决定，我校成立了以校长为组长，教务主任、少先队辅导员和各班主任为组员的师德师风工作领导小组，做到“一把手挂帅亲自抓，副职领导具体抓”，把职责目标落实到各有关岗位及职责人；并结合学校工作实际，制定了切实可行的师德师风工作实施方案，确定了具体的实施步骤及工作措施。同时，为推进各项工作措施的具体实施，按计划落实好每一项工作。</w:t>
      </w:r>
    </w:p>
    <w:p>
      <w:pPr>
        <w:spacing w:before="100" w:after="200" w:line="360" w:lineRule="auto"/>
        <w:jc w:val="left"/>
      </w:pPr>
      <w:r>
        <w:rPr>
          <w:rFonts w:ascii="宋体 (中文正文)" w:eastAsia="宋体" w:hAnsi="宋体 (中文正文)"/>
          <w:b/>
          <w:sz w:val="28"/>
        </w:rPr>
        <w:t>三、高度重视教师职业道德建设，树立为人师表良好形象。</w:t>
      </w:r>
    </w:p>
    <w:p>
      <w:pPr>
        <w:spacing w:before="100" w:after="200" w:line="360" w:lineRule="auto"/>
        <w:ind w:firstLine="576"/>
        <w:jc w:val="left"/>
      </w:pPr>
      <w:r>
        <w:rPr>
          <w:rFonts w:ascii="宋体" w:eastAsia="宋体" w:hAnsi="宋体"/>
          <w:sz w:val="28"/>
        </w:rPr>
        <w:t>教师队伍建设是发展教育事业的关键。“百年大计，教育为本；教育大计，教师为本；教师修养，立德为本”。几年来，我们在加强教师队伍建设方面做了超多富有成效的工作，造就和构成了一支叫得响，过得硬的教职工队伍。我们要求全校教师自觉加强职业道德修养，树立良好的为人师表形象。具体做了以下三个方面：一是热爱学生，建立平等、民主，和谐的新型师生关系；二是以身作则，作为一名教师，要“衣着定位”，让学生无时无刻受到审美教育。三是自觉修身养性，淡泊名利，以德服人，以德立教，要不断塑造鲜活、生动的人格魅力；四是要面向全体学生，切实贯彻“因材施教”的原则，让每一名学生都得到充分的发展。</w:t>
      </w:r>
    </w:p>
    <w:p>
      <w:pPr>
        <w:spacing w:before="100" w:after="200" w:line="360" w:lineRule="auto"/>
        <w:jc w:val="left"/>
      </w:pPr>
      <w:r>
        <w:rPr>
          <w:rFonts w:ascii="宋体 (中文正文)" w:eastAsia="宋体" w:hAnsi="宋体 (中文正文)"/>
          <w:b/>
          <w:sz w:val="28"/>
        </w:rPr>
        <w:t>四、创设有效载体，深入开展师德师风建设活动。</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p>
    <w:p>
      <w:pPr>
        <w:spacing w:before="100" w:after="200" w:line="360" w:lineRule="auto"/>
        <w:ind w:firstLine="576"/>
        <w:jc w:val="left"/>
      </w:pPr>
      <w:r>
        <w:rPr>
          <w:rFonts w:ascii="宋体" w:eastAsia="宋体" w:hAnsi="宋体"/>
          <w:sz w:val="28"/>
        </w:rPr>
        <w:t>为进一步提高我校教师的师德师风建设，我们用心为教师创设有效载体。根据我校师德师风建设活动计划，开展了丰富的整治活动，透过活动，每位教师在师德师风建设方面都得到了提高。组织每个教职员工认真学习了《教师法》、《未成年人保护法》、《中小学教师职业道德规范》、“五条禁令”、“十要十不准”等法律法规和规范要求。从思想上明确作为一名教师应遵循的职业道德规范。比照《规范》中的八条要求严格要求自我，并开展互学互比和写自我剖析材料，逐步提高自我的认识。开展“讲礼貌，树新风，学习师德标兵”一系列活动，组织教师学习先进的人和事，鞭策激励自我。</w:t>
      </w:r>
    </w:p>
    <w:p>
      <w:pPr>
        <w:spacing w:before="100" w:after="200" w:line="360" w:lineRule="auto"/>
        <w:jc w:val="left"/>
      </w:pPr>
      <w:r>
        <w:rPr>
          <w:rFonts w:ascii="宋体 (中文正文)" w:eastAsia="宋体" w:hAnsi="宋体 (中文正文)"/>
          <w:b/>
          <w:sz w:val="28"/>
        </w:rPr>
        <w:t>五、建立考评机制和奖惩制度，调动教师的用心性。</w:t>
      </w:r>
    </w:p>
    <w:p>
      <w:pPr>
        <w:spacing w:before="100" w:after="200" w:line="360" w:lineRule="auto"/>
        <w:ind w:firstLine="576"/>
        <w:jc w:val="left"/>
      </w:pPr>
      <w:r>
        <w:rPr>
          <w:rFonts w:ascii="宋体" w:eastAsia="宋体" w:hAnsi="宋体"/>
          <w:sz w:val="28"/>
        </w:rPr>
        <w:t>一是自评，到达自我认识、自我鞭策的目的；二是互评，互相取长补短，共同进步，构成合力；三是学生评，召开学生座谈会；四是党政、社会个界及家长评，最后做出“满意”、“基本满意”、“不满意”三个等级。五是学校评。奖优罚劣，弘扬正气，在操作中重奖励，轻惩罚，增强工作透明度，充分调动教师工作进取精神。</w:t>
      </w:r>
    </w:p>
    <w:p>
      <w:pPr>
        <w:spacing w:before="100" w:after="200" w:line="360" w:lineRule="auto"/>
        <w:jc w:val="left"/>
      </w:pPr>
      <w:r>
        <w:rPr>
          <w:rFonts w:ascii="宋体 (中文正文)" w:eastAsia="宋体" w:hAnsi="宋体 (中文正文)"/>
          <w:b/>
          <w:sz w:val="28"/>
        </w:rPr>
        <w:t>六、师德师风建设结硕果。</w:t>
      </w:r>
    </w:p>
    <w:p>
      <w:pPr>
        <w:spacing w:before="100" w:after="200" w:line="360" w:lineRule="auto"/>
        <w:ind w:firstLine="576"/>
        <w:jc w:val="left"/>
      </w:pPr>
      <w:r>
        <w:rPr>
          <w:rFonts w:ascii="宋体" w:eastAsia="宋体" w:hAnsi="宋体"/>
          <w:sz w:val="28"/>
        </w:rPr>
        <w:t>经过全体师生共同努力，我校师德、师风建设结出可喜的成果：在丰富多彩的学习培训活动中，全体教师认真完成了40学时的集中学习。利用业余时间开展了20学时的自学。认真做好学习笔记，完成读书笔记8篇、读书心得2篇，有的还超额完成笔记。</w:t>
      </w:r>
    </w:p>
    <w:p>
      <w:pPr>
        <w:spacing w:before="100" w:after="200" w:line="360" w:lineRule="auto"/>
        <w:ind w:firstLine="576"/>
        <w:jc w:val="left"/>
        <w:sectPr w:rsidSect="00034616">
          <w:type w:val="nextPage"/>
          <w:pgSz w:w="11906" w:h="16838"/>
          <w:pgMar w:top="1440" w:right="1440" w:bottom="1440" w:left="1440" w:header="720" w:footer="720" w:gutter="0"/>
          <w:pgNumType w:start="10"/>
          <w:cols w:space="720"/>
          <w:titlePg w:val="0"/>
          <w:docGrid w:linePitch="360"/>
        </w:sectPr>
      </w:pPr>
      <w:r>
        <w:rPr>
          <w:rFonts w:ascii="宋体" w:eastAsia="宋体" w:hAnsi="宋体"/>
          <w:sz w:val="28"/>
        </w:rPr>
        <w:t>教育教学、平安建立、后勤社会化服务、校园文化建设等方面得到当地干群、家长及主管部门的良好评价。同时又涌现出爱岗敬业、无私奉献、爱生如子，舍小家、为大家，教书育人、刻苦钻研，精通业务等优秀典型事迹。如行政领导工作兢兢业业、主动用心、创新实干、不计得失；党员同志身先士卒、以身垂范；老同志工作用心、带病工作；年轻同志务真求实、干一项工作取一项成绩；班主任管理服务学生到位、班风学风转变提高，在新近典型的带动下，全校教职工呈现出你追我赶、争创一流工作业绩、树行业新风的良好局面。社会各界对我校师德师风建设都给予极高的评价，家长对我校的满意度都高达百分之百。多名学生家长表达对我校教师的感谢和敬佩之意！</w:t>
      </w:r>
    </w:p>
    <w:p>
      <w:pPr>
        <w:spacing w:before="100" w:after="200" w:line="360" w:lineRule="auto"/>
        <w:ind w:firstLine="576"/>
        <w:jc w:val="left"/>
      </w:pPr>
      <w:r>
        <w:rPr>
          <w:rFonts w:ascii="宋体" w:eastAsia="宋体" w:hAnsi="宋体"/>
          <w:sz w:val="28"/>
        </w:rPr>
        <w:t>透过此次师德考核，我校教师对师德有了进一步的认识，使我校全体教师在以后的教学工作中有了新的目标，为更好的做好教育教学工作打下了良好的基础，相信只要扎实工作，务求实效，我们的明天会更完美！</w:t>
      </w:r>
    </w:p>
    <w:p>
      <w:pPr>
        <w:spacing w:before="100" w:after="200" w:line="360" w:lineRule="auto"/>
        <w:ind w:firstLine="576"/>
        <w:jc w:val="left"/>
      </w:pPr>
      <w:r>
        <w:rPr>
          <w:rFonts w:ascii="宋体" w:eastAsia="宋体" w:hAnsi="宋体"/>
          <w:sz w:val="28"/>
        </w:rPr>
        <w:t>转眼间20xx年的各项工作已接近尾声，为了更好地做好今后的工作，总结经验、吸取教训，本人从德能勤绩四方面作工作小结如下：</w:t>
      </w:r>
    </w:p>
    <w:p>
      <w:pPr>
        <w:spacing w:before="100" w:after="200" w:line="360" w:lineRule="auto"/>
        <w:jc w:val="left"/>
      </w:pPr>
      <w:r>
        <w:rPr>
          <w:rFonts w:ascii="宋体 (中文正文)" w:eastAsia="宋体" w:hAnsi="宋体 (中文正文)"/>
          <w:sz w:val="28"/>
        </w:rPr>
        <w:t>一、德：</w:t>
      </w:r>
    </w:p>
    <w:p>
      <w:pPr>
        <w:spacing w:before="100" w:after="200" w:line="360" w:lineRule="auto"/>
        <w:ind w:firstLine="576"/>
        <w:jc w:val="left"/>
      </w:pPr>
      <w:r>
        <w:rPr>
          <w:rFonts w:ascii="宋体" w:eastAsia="宋体" w:hAnsi="宋体"/>
          <w:sz w:val="28"/>
        </w:rPr>
        <w:t>一年来，本人热爱党，热爱人民，坚持党的教育方针，忠诚党的教育事业。政治立场坚定，方向明确，有共产主义理想信念和辩证唯物主义世界观。思想端正，作风正派，服从领导的工作安排，办事认真负责。热爱教育事业，遵守职业道德，在学生中树立良好的教师形象。顾全大局，团结协作，顺利完成了各项任务。工作中团结同事，自觉遵守各项规章制度，正确的进行批评和自我批评；认真学习党的路线、方针和政策，时刻与党中央保持一致。</w:t>
      </w:r>
    </w:p>
    <w:p>
      <w:pPr>
        <w:spacing w:before="100" w:after="200" w:line="360" w:lineRule="auto"/>
        <w:jc w:val="left"/>
      </w:pPr>
      <w:r>
        <w:rPr>
          <w:rFonts w:ascii="宋体 (中文正文)" w:eastAsia="宋体" w:hAnsi="宋体 (中文正文)"/>
          <w:sz w:val="28"/>
        </w:rPr>
        <w:t>二、能：</w:t>
      </w:r>
    </w:p>
    <w:p>
      <w:pPr>
        <w:spacing w:before="100" w:after="200" w:line="360" w:lineRule="auto"/>
        <w:ind w:firstLine="576"/>
        <w:jc w:val="left"/>
      </w:pPr>
      <w:r>
        <w:rPr>
          <w:rFonts w:ascii="宋体" w:eastAsia="宋体" w:hAnsi="宋体"/>
          <w:sz w:val="28"/>
        </w:rPr>
        <w:t>本年度我努力学习有关知识，按照学校要求，做好教学工作。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spacing w:before="100" w:after="200" w:line="360" w:lineRule="auto"/>
        <w:jc w:val="left"/>
      </w:pPr>
      <w:r>
        <w:rPr>
          <w:rFonts w:ascii="宋体 (中文正文)" w:eastAsia="宋体" w:hAnsi="宋体 (中文正文)"/>
          <w:sz w:val="28"/>
        </w:rPr>
        <w:t>三、勤：</w:t>
      </w:r>
    </w:p>
    <w:p>
      <w:pPr>
        <w:spacing w:before="100" w:after="200" w:line="360" w:lineRule="auto"/>
        <w:ind w:firstLine="576"/>
        <w:jc w:val="left"/>
        <w:sectPr w:rsidSect="00034616">
          <w:type w:val="nextPage"/>
          <w:pgSz w:w="11906" w:h="16838"/>
          <w:pgMar w:top="1440" w:right="1440" w:bottom="1440" w:left="1440" w:header="720" w:footer="720" w:gutter="0"/>
          <w:pgNumType w:start="11"/>
          <w:cols w:space="720"/>
          <w:titlePg w:val="0"/>
          <w:docGrid w:linePitch="360"/>
        </w:sectPr>
      </w:pPr>
    </w:p>
    <w:p>
      <w:pPr>
        <w:spacing w:before="100" w:after="200" w:line="360" w:lineRule="auto"/>
        <w:ind w:firstLine="576"/>
        <w:jc w:val="left"/>
      </w:pPr>
      <w:r>
        <w:rPr>
          <w:rFonts w:ascii="宋体" w:eastAsia="宋体" w:hAnsi="宋体"/>
          <w:sz w:val="28"/>
        </w:rPr>
        <w:t>本学年，工作量饱满，出勤满，准时到校上班。积极参加各种会议，认真听课。认真参加每一次的业务学习、教研学习，并做详尽的记录，认真开展教育活动；积极参加校内外活动。在工作中勤勤恳恳，任劳任怨，从没有因为个人的原因而拉下工作，从没有旷工、旷课现象，也没有迟到早退现象。</w:t>
      </w:r>
    </w:p>
    <w:p>
      <w:pPr>
        <w:spacing w:before="100" w:after="200" w:line="360" w:lineRule="auto"/>
        <w:jc w:val="left"/>
      </w:pPr>
      <w:r>
        <w:rPr>
          <w:rFonts w:ascii="宋体 (中文正文)" w:eastAsia="宋体" w:hAnsi="宋体 (中文正文)"/>
          <w:sz w:val="28"/>
        </w:rPr>
        <w:t>四、绩：</w:t>
      </w:r>
    </w:p>
    <w:p>
      <w:pPr>
        <w:spacing w:before="100" w:after="200" w:line="360" w:lineRule="auto"/>
        <w:ind w:firstLine="576"/>
        <w:jc w:val="left"/>
      </w:pPr>
      <w:r>
        <w:rPr>
          <w:rFonts w:ascii="宋体" w:eastAsia="宋体" w:hAnsi="宋体"/>
          <w:sz w:val="28"/>
        </w:rPr>
        <w:t>由于本人的不懈努力，认真履行现任教师职责，达到任职要求的业务条件。认真履行现任岗位职责，完全胜任并出色完成所担的教育教学工作任务。工作数量饱满，工作质量好，工作效率高，服务对象满意。在今后的工作中，本人将会更加努力，争取做得更好。</w:t>
      </w:r>
    </w:p>
    <w:p>
      <w:pPr>
        <w:spacing w:before="100" w:after="200" w:line="360" w:lineRule="auto"/>
        <w:ind w:firstLine="576"/>
        <w:jc w:val="left"/>
      </w:pPr>
      <w:r>
        <w:rPr>
          <w:rFonts w:ascii="宋体" w:eastAsia="宋体" w:hAnsi="宋体"/>
          <w:sz w:val="28"/>
        </w:rPr>
        <w:t>当然，我还有这样和那样的不足，主要表现在一是吃苦精神不够，二是业务能力还有待于进一步提高。在今后的工作中，我将扬长避短，努力学习，不断提高，努力工作，再创佳绩，不负教师这个光荣称号。</w:t>
      </w:r>
    </w:p>
    <w:p>
      <w:pPr>
        <w:spacing w:before="100" w:after="200" w:line="360" w:lineRule="auto"/>
        <w:ind w:firstLine="576"/>
        <w:jc w:val="left"/>
      </w:pPr>
      <w:r>
        <w:rPr>
          <w:rFonts w:ascii="宋体" w:eastAsia="宋体" w:hAnsi="宋体"/>
          <w:sz w:val="28"/>
        </w:rPr>
        <w:t>在本学年中本着对职业负责、对专业负责、对学生负责的原则，勤勤恳恳地工作，现将一年的工作从德能勤绩廉方面总结如下：</w:t>
      </w:r>
    </w:p>
    <w:p>
      <w:pPr>
        <w:spacing w:before="100" w:after="200" w:line="360" w:lineRule="auto"/>
        <w:ind w:firstLine="576"/>
        <w:jc w:val="left"/>
      </w:pPr>
      <w:r>
        <w:rPr>
          <w:rFonts w:ascii="宋体" w:eastAsia="宋体" w:hAnsi="宋体"/>
          <w:sz w:val="28"/>
        </w:rPr>
        <w:t>一.德</w:t>
      </w:r>
    </w:p>
    <w:p>
      <w:pPr>
        <w:spacing w:before="100" w:after="200" w:line="360" w:lineRule="auto"/>
        <w:ind w:firstLine="576"/>
        <w:jc w:val="left"/>
      </w:pPr>
      <w:r>
        <w:rPr>
          <w:rFonts w:ascii="宋体" w:eastAsia="宋体" w:hAnsi="宋体"/>
          <w:sz w:val="28"/>
        </w:rPr>
        <w:t>我坚持四项基本原则，拥护中国共产党的领导，坚决贯彻党的教育方针和政策，热爱教育事业，关心学生，团结同事，为人师表，热爱祖国，关心国家大事。要想成为一名合格甚至是优秀的教师，首先需要拥有高尚的师德，我积极参加学校组织的各项活动，认真对待每一次的培训和学习，认真执行学校的各项规章制度。积极学习科学发展观，在实际的工作中寻找一条科学的发展之路。</w:t>
      </w:r>
    </w:p>
    <w:p>
      <w:pPr>
        <w:spacing w:before="100" w:after="200" w:line="360" w:lineRule="auto"/>
        <w:ind w:firstLine="576"/>
        <w:jc w:val="left"/>
      </w:pPr>
      <w:r>
        <w:rPr>
          <w:rFonts w:ascii="宋体" w:eastAsia="宋体" w:hAnsi="宋体"/>
          <w:sz w:val="28"/>
        </w:rPr>
        <w:t>二.能</w:t>
      </w:r>
    </w:p>
    <w:p>
      <w:pPr>
        <w:spacing w:before="100" w:after="200" w:line="360" w:lineRule="auto"/>
        <w:ind w:firstLine="576"/>
        <w:jc w:val="left"/>
        <w:sectPr w:rsidSect="00034616">
          <w:type w:val="nextPage"/>
          <w:pgSz w:w="11906" w:h="16838"/>
          <w:pgMar w:top="1440" w:right="1440" w:bottom="1440" w:left="1440" w:header="720" w:footer="720" w:gutter="0"/>
          <w:pgNumType w:start="12"/>
          <w:cols w:space="720"/>
          <w:titlePg w:val="0"/>
          <w:docGrid w:linePitch="360"/>
        </w:sectPr>
      </w:pPr>
    </w:p>
    <w:p>
      <w:pPr>
        <w:spacing w:before="100" w:after="200" w:line="360" w:lineRule="auto"/>
        <w:ind w:firstLine="576"/>
        <w:jc w:val="left"/>
      </w:pPr>
      <w:r>
        <w:rPr>
          <w:rFonts w:ascii="宋体" w:eastAsia="宋体" w:hAnsi="宋体"/>
          <w:sz w:val="28"/>
        </w:rPr>
        <w:t>在各位领导和老师的关心和帮助下，圆满完成本年度工作。一年来，我坚持抓好新课程理念学习和应用的同时，积极探索教育教学规律，充分运用学校现有的教育教学资源，大胆课堂教学，加大新型教学方法使用力度。努力做好教学五认真，虚心请教经验丰富的教学骨干，同时经常通过上网搜看有关教学视频和相关课件来进行研究教学设计和教学方法，从而让孩子们能轻松地获得知识，感受到学习的乐趣。积极参加学校组织的校本教研活动，通过“以研促教”来提高自己的课堂教学水平。</w:t>
      </w:r>
    </w:p>
    <w:p>
      <w:pPr>
        <w:spacing w:before="100" w:after="200" w:line="360" w:lineRule="auto"/>
        <w:jc w:val="left"/>
      </w:pPr>
      <w:r>
        <w:rPr>
          <w:rFonts w:ascii="宋体 (中文正文)" w:eastAsia="宋体" w:hAnsi="宋体 (中文正文)"/>
          <w:b/>
          <w:sz w:val="28"/>
        </w:rPr>
        <w:t>三、勤</w:t>
      </w:r>
    </w:p>
    <w:p>
      <w:pPr>
        <w:spacing w:before="100" w:after="200" w:line="360" w:lineRule="auto"/>
        <w:ind w:firstLine="576"/>
        <w:jc w:val="left"/>
      </w:pPr>
      <w:r>
        <w:rPr>
          <w:rFonts w:ascii="宋体" w:eastAsia="宋体" w:hAnsi="宋体"/>
          <w:sz w:val="28"/>
        </w:rPr>
        <w:t>坚持做到爱岗敬业，遵守学校的各项规章制度，积极参加全校教职工大会，认真学习学校下达的有关文件。每周按时参加升旗仪式，从不缺勤。</w:t>
      </w:r>
    </w:p>
    <w:p>
      <w:pPr>
        <w:spacing w:before="100" w:after="200" w:line="360" w:lineRule="auto"/>
        <w:jc w:val="left"/>
      </w:pPr>
      <w:r>
        <w:rPr>
          <w:rFonts w:ascii="宋体 (中文正文)" w:eastAsia="宋体" w:hAnsi="宋体 (中文正文)"/>
          <w:b/>
          <w:sz w:val="28"/>
        </w:rPr>
        <w:t>四、绩。</w:t>
      </w:r>
    </w:p>
    <w:p>
      <w:pPr>
        <w:spacing w:before="100" w:after="200" w:line="360" w:lineRule="auto"/>
        <w:ind w:firstLine="576"/>
        <w:jc w:val="left"/>
      </w:pPr>
      <w:r>
        <w:rPr>
          <w:rFonts w:ascii="宋体" w:eastAsia="宋体" w:hAnsi="宋体"/>
          <w:sz w:val="28"/>
        </w:rPr>
        <w:t>本年度，我担任二年级一班的班主任工作，平时认真做好班级管理，以“爱心、耐心、细心”贯穿始终去关心每一位学生。认真开展各项活动，加强学生行为习惯训练及良好心理品质的培养。关心学生的学习和生活，特别关注后进生，给予他们更多的关怀，鼓起他们学习的劲头，更好地融入班集体中。经过一年的努力，完成了学校布置的各项工作任务，基本上达到了预期效果。在镇举行的同年级教学成绩评比中，获得了同年级第一名。在这一年里，使自己受到了很好的锻炼，从面向教育的高度上，进一步理解了教育技能和专业知识对于推动学生发展所起到的重要作用。</w:t>
      </w:r>
    </w:p>
    <w:p>
      <w:pPr>
        <w:spacing w:before="100" w:after="200" w:line="360" w:lineRule="auto"/>
        <w:ind w:firstLine="576"/>
        <w:jc w:val="left"/>
      </w:pPr>
      <w:r>
        <w:rPr>
          <w:rFonts w:ascii="宋体" w:eastAsia="宋体" w:hAnsi="宋体"/>
          <w:sz w:val="28"/>
        </w:rPr>
        <w:t>这一年来，有成绩，有收获，但更发现了很多不足的地方，这些都是我在今后的工作中努力的方向。总之，这是付出与收获，汗水与成功相伴的一年，希望在以后的工作中让自己做得更好!</w:t>
      </w:r>
    </w:p>
    <w:p>
      <w:pPr>
        <w:spacing w:before="100" w:after="200" w:line="360" w:lineRule="auto"/>
        <w:ind w:firstLine="576"/>
        <w:jc w:val="left"/>
      </w:pP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https://d.book118.com/695301034243011123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69530103424301112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