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销售2024年工作总结（33篇）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销售2024年工作总结（精选33篇）</w:t>
      </w:r>
      <w:r>
        <w:rPr>
          <w:lang w:eastAsia="zh-CN"/>
        </w:rPr>
        <w:br/>
      </w:r>
      <w:r>
        <w:rPr>
          <w:lang w:eastAsia="zh-CN"/>
        </w:rPr>
        <w:t xml:space="preserve">    销售2024年工作总结 篇1 </w:t>
      </w:r>
      <w:r>
        <w:rPr>
          <w:lang w:eastAsia="zh-CN"/>
        </w:rPr>
        <w:br/>
      </w:r>
      <w:r>
        <w:rPr>
          <w:lang w:eastAsia="zh-CN"/>
        </w:rPr>
        <w:t>　　所从事电脑销售工作已经有一年多的时间了，这一年多以来我开拓了许多陌生业务，从中获得了许多宝贵的经济，现在我已经完全的融入到了这个集体里。虽然在这一年的工作中我们也有许多的不足之处，但都想尽各种办法解决了。</w:t>
      </w:r>
      <w:r>
        <w:rPr>
          <w:lang w:eastAsia="zh-CN"/>
        </w:rPr>
        <w:br/>
      </w:r>
      <w:r>
        <w:rPr>
          <w:lang w:eastAsia="zh-CN"/>
        </w:rPr>
        <w:t>　　我首先想到的是要降低成本，应该采取的主要措施有：进一步拓宽进货渠道，寻找多个供货商，进行价格、质量比较，选择质量好价格低的供货商供货;勤俭节约，节省开支、避免浪费，工程方案设计要合理;内部消耗降低，日常费用开支、水、电、日常办公耗材尤其是纸张、车辆开支要节俭等问题。</w:t>
      </w:r>
      <w:r>
        <w:rPr>
          <w:lang w:eastAsia="zh-CN"/>
        </w:rPr>
        <w:br/>
      </w:r>
      <w:r>
        <w:rPr>
          <w:lang w:eastAsia="zh-CN"/>
        </w:rPr>
        <w:t>　　其次也是ZUI重要的部分-----培养意识，服务意识的加强、竞争意识的树立、市场创造意识的培养。我们是以服务为主的公司，可以借助服务去赢得市场，赢得用户的信任。同事之间，企业之间时时刻刻竞争都存在，自己业务水平不提高会被公司淘汰，企业不发展将会被社会淘汰。近几年，耗材市场竞争比较激烈，今年形势将更加严峻。</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业务水平和员工素质的提高至关重要，关系到整个企业的发展与命运。业务水平的高低影响到办事的工作效率;员工素质的高低直接影响到企业的社会地位和社会形象。只有具有一支高素质、技术水平过硬的队伍的企业才会有进步、有发展。</w:t>
      </w:r>
      <w:r>
        <w:rPr>
          <w:lang w:eastAsia="zh-CN"/>
        </w:rPr>
        <w:br/>
      </w:r>
      <w:r>
        <w:rPr>
          <w:lang w:eastAsia="zh-CN"/>
        </w:rPr>
        <w:t>　　加大宣传力度也是市场开发一种重要手段和措施。</w:t>
      </w:r>
      <w:r>
        <w:rPr>
          <w:lang w:eastAsia="zh-CN"/>
        </w:rPr>
        <w:br/>
      </w:r>
      <w:r>
        <w:rPr>
          <w:lang w:eastAsia="zh-CN"/>
        </w:rPr>
        <w:t>　　一、销售部获得利润的途径和措施</w:t>
      </w:r>
      <w:r>
        <w:rPr>
          <w:lang w:eastAsia="zh-CN"/>
        </w:rPr>
        <w:br/>
      </w:r>
      <w:r>
        <w:rPr>
          <w:lang w:eastAsia="zh-CN"/>
        </w:rPr>
        <w:t>　　销售部利润主要来源有：计算机销售;电脑耗材;打印机耗材;打字复印;计算机网校等和计算机产业相关的业务。今年主要目标：家庭用户市场的开发、办公耗材市场的抢占。针对家庭用户加大宣传力度，办公耗材市场用价格去竞争、薄利多销。建立完善的销售档案，定期进行售后跟踪，抢占办公耗材市场，争取获得更大的利润。这里也需要我们做大量的工作，送货一定及时、售后服务一定要好，让客户信任我们、让客户真真切切的享受到上帝般的待遇。</w:t>
      </w:r>
      <w:r>
        <w:rPr>
          <w:lang w:eastAsia="zh-CN"/>
        </w:rPr>
        <w:br/>
      </w:r>
      <w:r>
        <w:rPr>
          <w:lang w:eastAsia="zh-CN"/>
        </w:rPr>
        <w:t>　　能够完成的利润指标，__元，纯利润__元。其中：打字复印__元，网校__元，计算机__元，电脑耗材及配件__元，其他：__元，人员工资__元。</w:t>
      </w:r>
      <w:r>
        <w:rPr>
          <w:lang w:eastAsia="zh-CN"/>
        </w:rPr>
        <w:br/>
      </w:r>
      <w:r>
        <w:rPr>
          <w:lang w:eastAsia="zh-CN"/>
        </w:rPr>
        <w:t>　　二、客户服务部获得的利润途径和措施</w:t>
      </w:r>
      <w:r>
        <w:rPr>
          <w:lang w:eastAsia="zh-CN"/>
        </w:rPr>
        <w:br/>
      </w:r>
      <w:r>
        <w:rPr>
          <w:lang w:eastAsia="zh-CN"/>
        </w:rPr>
        <w:t>　　客服部利润主要来源：七喜电脑维修站;打印机维修;计算机维修;电脑会员制。2_年我们被授权为七喜电脑授权维修站;实创润邦打印机连锁维修站，所以说今年主要目标是客户服务部的统一化、规范化、标准化，实现自给自足，为来年服务市场打下坚实的基础。</w:t>
      </w:r>
      <w:r>
        <w:rPr>
          <w:lang w:eastAsia="zh-CN"/>
        </w:rPr>
        <w:br/>
      </w:r>
      <w:r>
        <w:rPr>
          <w:lang w:eastAsia="zh-CN"/>
        </w:rPr>
        <w:t>　　能够完成的利润指标，利润__元。</w:t>
      </w:r>
      <w:r>
        <w:rPr>
          <w:lang w:eastAsia="zh-CN"/>
        </w:rPr>
        <w:br/>
      </w:r>
      <w:r>
        <w:rPr>
          <w:lang w:eastAsia="zh-CN"/>
        </w:rPr>
        <w:t>　　三、工程部获得的利润途径和措施</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工程部利润主要来源：计算机网络工程;无线网络工程。由于本地网络实施基本建成，无线网络一旦推广开来可以带来的利润点，便于计算机网络工程的顺利开展，还能为其他部门创造出一个切入点，便于开展相应的业务工作。今年主要目标也是利润的增长点-----无线网，和一部分的上网费预计利润在__元;单机多用户系统、集团电话、售饭系统这部分的利润__元;多功能电子教室、多媒体会议室__元;其余网络工程部分__元;新业务部分__元;电脑部分__元，人员工资____元，能够完成的利润指标，利润__元。</w:t>
      </w:r>
      <w:r>
        <w:rPr>
          <w:lang w:eastAsia="zh-CN"/>
        </w:rPr>
        <w:br/>
      </w:r>
      <w:r>
        <w:rPr>
          <w:lang w:eastAsia="zh-CN"/>
        </w:rPr>
        <w:t>　　在追求利润完成的同时必须保证工程质量，建立完善的工程验收制度，由客户服务部监督、验收，这样可以激励工程部提高工程质量，从而更好的树立公司形象。</w:t>
      </w:r>
      <w:r>
        <w:rPr>
          <w:lang w:eastAsia="zh-CN"/>
        </w:rPr>
        <w:br/>
      </w:r>
      <w:r>
        <w:rPr>
          <w:lang w:eastAsia="zh-CN"/>
        </w:rPr>
        <w:t>　　四、在管理上下大力度、严格执行公司的各项规章制度、在工作效率、服务意识上上一个层次，树立公司在社会上的形象。</w:t>
      </w:r>
      <w:r>
        <w:rPr>
          <w:lang w:eastAsia="zh-CN"/>
        </w:rPr>
        <w:br/>
      </w:r>
      <w:r>
        <w:rPr>
          <w:lang w:eastAsia="zh-CN"/>
        </w:rPr>
        <w:t>　　对那些不遵守公司规章制度、懒散的员工决不手软，损坏公司形象的一定严肃处理。</w:t>
      </w:r>
      <w:r>
        <w:rPr>
          <w:lang w:eastAsia="zh-CN"/>
        </w:rPr>
        <w:br/>
      </w:r>
      <w:r>
        <w:rPr>
          <w:lang w:eastAsia="zh-CN"/>
        </w:rPr>
        <w:t>　　五、要建立一个比较完善、健全的管理运行体系。</w:t>
      </w:r>
      <w:r>
        <w:rPr>
          <w:lang w:eastAsia="zh-CN"/>
        </w:rPr>
        <w:br/>
      </w:r>
      <w:r>
        <w:rPr>
          <w:lang w:eastAsia="zh-CN"/>
        </w:rPr>
        <w:t>　　1、从方案的设计、施工、验收、到工程的培训这一流程必须严格、坚决地贯彻执行，客户服务部要坚持不验收合格不进行维修的原则。</w:t>
      </w:r>
      <w:r>
        <w:rPr>
          <w:lang w:eastAsia="zh-CN"/>
        </w:rPr>
        <w:br/>
      </w:r>
      <w:r>
        <w:rPr>
          <w:lang w:eastAsia="zh-CN"/>
        </w:rPr>
        <w:t>　　2、尽量创造出一些固定收入群体，如计算机维修会员制、和比较完备的设备维修收费制度，把一些比较有实力、有经济基础的企事业单位、委办_成我们长期客户。</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3、对大型客户要进行定期回访，进行免费技术支持，建立一个比较友好的客户关系。要利用各种手段、媒体，如利用我们自己的主页把公司的收费标准公布出去、从领导到每位员工要贯彻执行。</w:t>
      </w:r>
      <w:r>
        <w:rPr>
          <w:lang w:eastAsia="zh-CN"/>
        </w:rPr>
        <w:br/>
      </w:r>
      <w:r>
        <w:rPr>
          <w:lang w:eastAsia="zh-CN"/>
        </w:rPr>
        <w:t>　　4、服务、维修也能创造利润。近几年工程越来越少、电脑利润越做越薄、竞争越来越激烈，我们可以从服务、维修创造利润，比较看好的有保修期以外的计算机维修市场、打印机维修市场等。</w:t>
      </w:r>
      <w:r>
        <w:rPr>
          <w:lang w:eastAsia="zh-CN"/>
        </w:rPr>
        <w:br/>
      </w:r>
      <w:r>
        <w:rPr>
          <w:lang w:eastAsia="zh-CN"/>
        </w:rPr>
        <w:t>　　六、创造学习的机会</w:t>
      </w:r>
      <w:r>
        <w:rPr>
          <w:lang w:eastAsia="zh-CN"/>
        </w:rPr>
        <w:br/>
      </w:r>
      <w:r>
        <w:rPr>
          <w:lang w:eastAsia="zh-CN"/>
        </w:rPr>
        <w:t>　　不断为员工提供或创造学习和培训的机会，内部互相学习，互相提高，努力把__司建成平谷地_算机的机构。</w:t>
      </w:r>
      <w:r>
        <w:rPr>
          <w:lang w:eastAsia="zh-CN"/>
        </w:rPr>
        <w:br/>
      </w:r>
      <w:r>
        <w:rPr>
          <w:lang w:eastAsia="zh-CN"/>
        </w:rPr>
        <w:t xml:space="preserve">    销售2024年工作总结 篇2 </w:t>
      </w:r>
      <w:r>
        <w:rPr>
          <w:lang w:eastAsia="zh-CN"/>
        </w:rPr>
        <w:br/>
      </w:r>
      <w:r>
        <w:rPr>
          <w:lang w:eastAsia="zh-CN"/>
        </w:rPr>
        <w:t>　　__年初，当我第一次来到深圳是那么迷茫！深圳也不像自己所想的那么好混！偶然李圣宗经理的招聘下进了现在的__公司！</w:t>
      </w:r>
      <w:r>
        <w:rPr>
          <w:lang w:eastAsia="zh-CN"/>
        </w:rPr>
        <w:br/>
      </w:r>
      <w:r>
        <w:rPr>
          <w:lang w:eastAsia="zh-CN"/>
        </w:rPr>
        <w:t>　　可算是我工作上另一个转折点，更是一个新的开始！不知不觉，入职已有一年了，在这一年里收获的实在太多了，说也说不完，叨不净！要多谢的不单只是一两个人，更不是一句“谢谢”就能简单了事的。</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虽说自己有开个店！也只是对自己的生活多分保障！一年了！生意刚开始！人生在改变！想的也不是单单的一个小店！理想正在慢慢实现！对于中介和售楼这个行业现在或多或少也有些了解。卖一手楼是我一直向往的工作，谢谢我的经理给了我这个发展的好机会感谢公司给了我一个可以让我实现梦的平台！踏入销售这一行列中，认识一班的好同事，姐妹兄弟！学到的东西不再是书本那枯燥无味没有一点实际点的锻炼。</w:t>
      </w:r>
      <w:r>
        <w:rPr>
          <w:lang w:eastAsia="zh-CN"/>
        </w:rPr>
        <w:br/>
      </w:r>
      <w:r>
        <w:rPr>
          <w:lang w:eastAsia="zh-CN"/>
        </w:rPr>
        <w:t>　　记得我来时的对于自己的工作什么都不懂，去了楼盘学习，没兴趣！楼盘对我来说就是一件很迷茫的事，很多同事都在开单赚钱！而自己一味的无所事事，当时我在想我要努力学习，怎么去做！不了了只！感觉有客户带去看房就行了！</w:t>
      </w:r>
      <w:r>
        <w:rPr>
          <w:lang w:eastAsia="zh-CN"/>
        </w:rPr>
        <w:br/>
      </w:r>
      <w:r>
        <w:rPr>
          <w:lang w:eastAsia="zh-CN"/>
        </w:rPr>
        <w:t>　　半知半解售楼流程不了解怎么办！能行吗，加油吧！已经晚了！换了地方工作区了美域！换了带我入行的经理！换来的只是一句你可能不适合做地产还是去做别的吧！自己并不是一个遇到困难就退缩的人！不愿意！是自己比人家笨！</w:t>
      </w:r>
      <w:r>
        <w:rPr>
          <w:lang w:eastAsia="zh-CN"/>
        </w:rPr>
        <w:br/>
      </w:r>
      <w:r>
        <w:rPr>
          <w:lang w:eastAsia="zh-CN"/>
        </w:rPr>
        <w:t>　　还是自己不如别人！好像都不是！原因呢！不够努力！是懒惰的原因！只想证明！想要证明我是能做！学到了自己想要的东西！在经理的配合下开单了，人生第一张单！当然也少不了同事之间的帮助。后来的工作之后才发现其实很多事情要做，慢慢的磨练！要让自己更加的成熟老练，销售知识永远是个无底深渊，但正因如此，我乐此不疲，喜欢挑战！同为年轻人！越来越喜欢这份工作。</w:t>
      </w:r>
      <w:r>
        <w:rPr>
          <w:lang w:eastAsia="zh-CN"/>
        </w:rPr>
        <w:br/>
      </w:r>
      <w:r>
        <w:rPr>
          <w:lang w:eastAsia="zh-CN"/>
        </w:rPr>
        <w:t>　　正式入职了！置业顾问，做好销售工作，一边学着自己接待客户。在这里，同事都很好，经理很给力！很愿意去教我知识，也很放心让我去做，去试。</w:t>
      </w:r>
      <w:r>
        <w:rPr>
          <w:lang w:eastAsia="zh-CN"/>
        </w:rPr>
        <w:br/>
      </w:r>
      <w:r>
        <w:rPr>
          <w:lang w:eastAsia="zh-CN"/>
        </w:rPr>
        <w:t>　　慢慢地，接待客户、跟踪客户、签定合同、售后工作、银行相关规定各方面都开始有一定的认识。慢慢的老练！慢慢的得心应手！简单了</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点不习惯，因为正是楼盘旺季，同事开单比较多，压力压力来了！为了什么！为什么要自己那么累！但心里不断告诉自己，不断想，付出多少，收获多少，假若自己想要车要房！要存款！现在的这些又算了些什么！</w:t>
      </w:r>
      <w:r>
        <w:rPr>
          <w:lang w:eastAsia="zh-CN"/>
        </w:rPr>
        <w:br/>
      </w:r>
      <w:r>
        <w:rPr>
          <w:lang w:eastAsia="zh-CN"/>
        </w:rPr>
        <w:t>　　这样就不行了放弃了！只是时间的问题。不想让自己的理想永远只是理想！即使往后不在这行业上工作，现在学到的这些我相信以后绝对用得上。销售，人生永远都离不开它！</w:t>
      </w:r>
      <w:r>
        <w:rPr>
          <w:lang w:eastAsia="zh-CN"/>
        </w:rPr>
        <w:br/>
      </w:r>
      <w:r>
        <w:rPr>
          <w:lang w:eastAsia="zh-CN"/>
        </w:rPr>
        <w:t>　　开始真真正正接待客户，独立一人将所有的工作完成。挑战性很大，一向带点自负的我！也充满信心。接着，不断遇到过问题，但在同事跟经理的协助下，都能顺利将工作完成。业绩嘛！这大半年来还算一般般，称不上好，对入行不久的来说还算是对自己有个马马虎虎的交代，也或者算是一种鼓励吧。</w:t>
      </w:r>
      <w:r>
        <w:rPr>
          <w:lang w:eastAsia="zh-CN"/>
        </w:rPr>
        <w:br/>
      </w:r>
      <w:r>
        <w:rPr>
          <w:lang w:eastAsia="zh-CN"/>
        </w:rPr>
        <w:t>　　其实，总的来说，太多的不足之处了，未能一一说明。但最显然而见的，销售技巧，自身的应变能力，国家政策各方面还有待加强。总之，要学得多得是，虽然自己还年轻，但心态还是要摆得正，主动点，积极点，去学，去做。</w:t>
      </w:r>
      <w:r>
        <w:rPr>
          <w:lang w:eastAsia="zh-CN"/>
        </w:rPr>
        <w:br/>
      </w:r>
      <w:r>
        <w:rPr>
          <w:lang w:eastAsia="zh-CN"/>
        </w:rPr>
        <w:t>　　记得刚入职，经理曾说过“多去问，多去做，不要怕亏，反正做了错了也可以知道自己的问题所在，</w:t>
      </w:r>
      <w:r>
        <w:rPr>
          <w:lang w:eastAsia="zh-CN"/>
        </w:rPr>
        <w:br/>
      </w:r>
      <w:r>
        <w:rPr>
          <w:lang w:eastAsia="zh-CN"/>
        </w:rPr>
        <w:t>　　__年也是新的开始。同样的，对于未来，我充满了期待，希望自己还能一如既往地用心去学，去做，希望用自己的头脑和双手赢得自己想要的一切！希望自己年薪过10万！我们同为年轻人！理应该为了自己未来而奋斗！应该为了男人应该负的责任！去做好自己应该做的事！人生永远是更精彩的人生。</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吴</w:t>
      </w:r>
      <w:r>
        <w:rPr>
          <w:lang w:eastAsia="zh-CN"/>
        </w:rPr>
        <w:br/>
      </w:r>
      <w:r>
        <w:rPr>
          <w:lang w:eastAsia="zh-CN"/>
        </w:rPr>
        <w:t>　　20___.1.6</w:t>
      </w:r>
      <w:r>
        <w:rPr>
          <w:lang w:eastAsia="zh-CN"/>
        </w:rPr>
        <w:br/>
      </w:r>
      <w:r>
        <w:rPr>
          <w:lang w:eastAsia="zh-CN"/>
        </w:rPr>
        <w:t xml:space="preserve">    销售2024年工作总结 篇3 </w:t>
      </w:r>
      <w:r>
        <w:rPr>
          <w:lang w:eastAsia="zh-CN"/>
        </w:rPr>
        <w:br/>
      </w:r>
      <w:r>
        <w:rPr>
          <w:lang w:eastAsia="zh-CN"/>
        </w:rPr>
        <w:t>　　自从我__年加入__公司以来也有一年的时间了。在这一年的工作中，我不断的挑战自我，对工作兢兢业业，严格遵守商场的规章制度，在实践中磨练了工作能力，使我的业务水平有了较大的提高。我深知工作中的进步与大家的帮助是分布开的，而且得到了商场领导的高度认可，在__年的8月让我担任柜长一职，这是对我工作的肯定。回首自己一年爱经历的风雨路程，我做出如下工作总结：</w:t>
      </w:r>
      <w:r>
        <w:rPr>
          <w:lang w:eastAsia="zh-CN"/>
        </w:rPr>
        <w:br/>
      </w:r>
      <w:r>
        <w:rPr>
          <w:lang w:eastAsia="zh-CN"/>
        </w:rPr>
        <w:t>　　一、品德素质修养及职业道德</w:t>
      </w:r>
      <w:r>
        <w:rPr>
          <w:lang w:eastAsia="zh-CN"/>
        </w:rPr>
        <w:br/>
      </w:r>
      <w:r>
        <w:rPr>
          <w:lang w:eastAsia="zh-CN"/>
        </w:rPr>
        <w:t>　　通过报纸，书籍，杂志的不断学习使自己爱岗敬业，具有强烈的责任感和事业心，工作态度端正，认真负责，加强专业知识的学习，使自己不断的充电，这是销售珠宝信心的源泉。</w:t>
      </w:r>
      <w:r>
        <w:rPr>
          <w:lang w:eastAsia="zh-CN"/>
        </w:rPr>
        <w:br/>
      </w:r>
      <w:r>
        <w:rPr>
          <w:lang w:eastAsia="zh-CN"/>
        </w:rPr>
        <w:t>　　二、工作质量成绩，效益和贡献</w:t>
      </w:r>
      <w:r>
        <w:rPr>
          <w:lang w:eastAsia="zh-CN"/>
        </w:rPr>
        <w:br/>
      </w:r>
      <w:r>
        <w:rPr>
          <w:lang w:eastAsia="zh-CN"/>
        </w:rPr>
        <w:t>　　保质保量的完成工作，工作效率高，同时在工作中学习了很多东西，也锻炼了自己，经过不懈的努力，是自己的工作业绩有了长足的提高。</w:t>
      </w:r>
      <w:r>
        <w:rPr>
          <w:lang w:eastAsia="zh-CN"/>
        </w:rPr>
        <w:br/>
      </w:r>
      <w:r>
        <w:rPr>
          <w:lang w:eastAsia="zh-CN"/>
        </w:rPr>
        <w:t>　　三、工作中的经验</w:t>
      </w:r>
      <w:r>
        <w:rPr>
          <w:lang w:eastAsia="zh-CN"/>
        </w:rPr>
        <w:br/>
      </w:r>
      <w:r>
        <w:rPr>
          <w:lang w:eastAsia="zh-CN"/>
        </w:rPr>
        <w:t>　　销售是一门艺术，作为珠宝销售员，要讲求语言的技巧，让顾客买到满意的珠宝应该时刻考虑的几个方面：</w:t>
      </w:r>
      <w:r>
        <w:rPr>
          <w:lang w:eastAsia="zh-CN"/>
        </w:rPr>
        <w:br/>
      </w:r>
      <w:r>
        <w:rPr>
          <w:lang w:eastAsia="zh-CN"/>
        </w:rPr>
        <w:t>　　1、认真的接待顾客做到3米问好，1米询问，微笑服务是关键，人为的制造一个轻松愉快的购物环境。</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2、充分展示珠宝饰品，由于多数顾客对珠宝知识缺乏了解，因此对珠宝首饰的展示十分重要，顾客对珠宝首饰的了解越多购买后的满足感越强烈，常言道；“满意|”是顾客的广告。</w:t>
      </w:r>
      <w:r>
        <w:rPr>
          <w:lang w:eastAsia="zh-CN"/>
        </w:rPr>
        <w:br/>
      </w:r>
      <w:r>
        <w:rPr>
          <w:lang w:eastAsia="zh-CN"/>
        </w:rPr>
        <w:t>　　3、促进成交，由于珠宝首饰价值相对较高，因此，顾客在最后成交前压力重重，所以要营业员采取分心的方法减轻顾客的压力。</w:t>
      </w:r>
      <w:r>
        <w:rPr>
          <w:lang w:eastAsia="zh-CN"/>
        </w:rPr>
        <w:br/>
      </w:r>
      <w:r>
        <w:rPr>
          <w:lang w:eastAsia="zh-CN"/>
        </w:rPr>
        <w:t>　　4、熟悉珠宝的佩戴，保养，使用，产地，质量。</w:t>
      </w:r>
      <w:r>
        <w:rPr>
          <w:lang w:eastAsia="zh-CN"/>
        </w:rPr>
        <w:br/>
      </w:r>
      <w:r>
        <w:rPr>
          <w:lang w:eastAsia="zh-CN"/>
        </w:rPr>
        <w:t>　　5、售后服务，当顾客购买后营业员的工作并没有结束，应该详细介绍佩戴与保养知识，最后说一些祝福的话是顾客的心情愉悦。增进与顾客的感情，期待二次消费的发生。</w:t>
      </w:r>
      <w:r>
        <w:rPr>
          <w:lang w:eastAsia="zh-CN"/>
        </w:rPr>
        <w:br/>
      </w:r>
      <w:r>
        <w:rPr>
          <w:lang w:eastAsia="zh-CN"/>
        </w:rPr>
        <w:t>　　6、抓住每一次销售的机会，以的精神状态等待顾客的到来，注重自己的外表，衣着要干净得体，每天坚持化妆。</w:t>
      </w:r>
      <w:r>
        <w:rPr>
          <w:lang w:eastAsia="zh-CN"/>
        </w:rPr>
        <w:br/>
      </w:r>
      <w:r>
        <w:rPr>
          <w:lang w:eastAsia="zh-CN"/>
        </w:rPr>
        <w:t>　　四、工作中的不足和努力方向</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总结一年来的工作，尽管有不小的进步，但还是有很多改进与不足的地方。比如，对珠宝首饰的了解还不够，还要加强学习，自己的销售技巧还应该提高，也需要学习这方面的知识，借鉴他人成功的经验很重要。有时候销售不好思想就消极，这是要不得地，消极思想是销售的敌人。对销售失败后的总结不够，每一次销售失败都有它的原因，比如对顾客推荐的珠宝是否符合顾客的需要，对顾客的态度是否生硬造成顾客的不满意。对顾客是否充分的展示了珠宝首饰？等等这些都需要想一想。作为一个柜长，就像一个带兵打仗的班长，冲在第一线影响，感染成员很重要，作为柜长首先要起到表率，模范带头作用，一个柜台就是一个集体，充分的团结才能释放能量。互相学习，互相进步。</w:t>
      </w:r>
      <w:r>
        <w:rPr>
          <w:lang w:eastAsia="zh-CN"/>
        </w:rPr>
        <w:br/>
      </w:r>
      <w:r>
        <w:rPr>
          <w:lang w:eastAsia="zh-CN"/>
        </w:rPr>
        <w:t>　　总之，在这一年里我工作并快乐着！</w:t>
      </w:r>
      <w:r>
        <w:rPr>
          <w:lang w:eastAsia="zh-CN"/>
        </w:rPr>
        <w:br/>
      </w:r>
      <w:r>
        <w:rPr>
          <w:lang w:eastAsia="zh-CN"/>
        </w:rPr>
        <w:t>　　在繁忙的工作中不知不觉又迎来了新的一年，回顾这一年的工作历程，作为销售人员工作取得了一定的成绩，基本上完成了公司的既定目标，但也存在不少的问题，为了更好的完成项目的营销工作、实现双赢，双方结成真正意义上的战略合作伙伴关系，特对阶段性的销售人员工作进行总结。</w:t>
      </w:r>
      <w:r>
        <w:rPr>
          <w:lang w:eastAsia="zh-CN"/>
        </w:rPr>
        <w:br/>
      </w:r>
      <w:r>
        <w:rPr>
          <w:lang w:eastAsia="zh-CN"/>
        </w:rPr>
        <w:t>　　刚到时，对方面的知识不是很精通，对于新环境、新事物比较陌生。在公司领导的帮助下，很快了解到公司的性质及其房__市场。作为销售部中的一员，该同志深深觉到自己身肩重任。作为企业的门面，企业的窗口，自己的一言一行也同时代表了一个企业的形象。所以更要提高自身的素质，高标准的要求自己。在高素质的基础上更要加强自己的专业知识和专业技能。</w:t>
      </w:r>
      <w:r>
        <w:rPr>
          <w:lang w:eastAsia="zh-CN"/>
        </w:rPr>
        <w:br/>
      </w:r>
      <w:r>
        <w:rPr>
          <w:lang w:eastAsia="zh-CN"/>
        </w:rPr>
        <w:t>　　此外，还要广泛了解整个__市场的动态，走在市场的前沿。经过这段时间的磨练，力争尽快成为一名合格的销售人员，并且努力做好自己的本职工作。</w:t>
      </w:r>
      <w:r>
        <w:rPr>
          <w:lang w:eastAsia="zh-CN"/>
        </w:rPr>
        <w:br/>
      </w:r>
      <w:r>
        <w:rPr>
          <w:lang w:eastAsia="zh-CN"/>
        </w:rPr>
        <w:t xml:space="preserve">    销售2024年工作总结 篇4 </w:t>
      </w:r>
      <w:r>
        <w:rPr>
          <w:lang w:eastAsia="zh-CN"/>
        </w:rPr>
        <w:br/>
      </w:r>
      <w:r>
        <w:rPr>
          <w:lang w:eastAsia="zh-CN"/>
        </w:rPr>
        <w:t>　　20__年_月_日入职公司以来，已经一个月了，一个月期间销售业绩方面虽然不明显，可是工作方面的收获很多，这与领导与同事们的帮忙是分不开的。</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入职公司的一个多月时间里，生活紧张，但又有秩序。刚进入公司，一切都是陌生而又崭新的，所有的事物都要重新去认识和了解;信心来自了解，要了解电工和照明这个行业，了解公司，了解产品;朗能产品柏睿系列的面世使到产品的优势也显而易见的，这样的平台，就看自我怎样去发挥。人生本来就是一个不断成长的过程，也许在创业这条路上的艰难险阻使得我必须暂时研究决定和谁在一齐成长!很荣幸能加入公司，在领导和同事以及客户的帮忙中能够成长;很感激领导无私的传授他们的经验给我，他们是我的教师，经过学习他们的经验和知识，能够大幅度的减少自我犯错和缩短摸索时间;在这样一个进取向上的平台上，自我这样一个新手，必须要多学，多看，多做事!</w:t>
      </w:r>
      <w:r>
        <w:rPr>
          <w:lang w:eastAsia="zh-CN"/>
        </w:rPr>
        <w:br/>
      </w:r>
      <w:r>
        <w:rPr>
          <w:lang w:eastAsia="zh-CN"/>
        </w:rPr>
        <w:t>　　这一个多月，公司没有对我做任何的要求，自我自由发挥，自我去展现自我的才能，刚刚进公司的前几天，同事小郑带我一齐去拜访客户，使我摸索和感悟了整个销售流程，此刻的我基本上能够从寻找客户、面见客户、与客户交流。每一步骤，每一环节，每一事项，都能进可能地进行分析，几天过后，我就和小郑开始独立去拓展周边业务，自我本来就是个耐不住寂寞的人，喜欢与人打交道，喜欢社交;看大家从不认识到认识，最终成为朋友;看着一个一个客户就被自我这样一点一点挖掘出来，直到做成生意，很享受这样一个过程，很喜欢挑战。虽然经验和阅历有限，但我一向坚持用心去做好每件事情!因为成功的销售人员都是敢于坚持自我的目标的人。</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这一个多月工作中成绩还是有少许的，相继开发了昆明红聚市场永聚照明店，西南建材城万家灯饰店，景洪孟腊店以及大理佳利三创立材店等经销商，接下来昆明所有的县城有待于渠道开拓，以及完善和着手家装公司的合作，大商汇仍有待开发一二家分销，还有华洋家具广场等，接下来今后的工作任重而道远，我将努力提高自身素质，克服不足，朝着以下几个方向努力：</w:t>
      </w:r>
      <w:r>
        <w:rPr>
          <w:lang w:eastAsia="zh-CN"/>
        </w:rPr>
        <w:br/>
      </w:r>
      <w:r>
        <w:rPr>
          <w:lang w:eastAsia="zh-CN"/>
        </w:rPr>
        <w:t>　　(1)必须养成学习的习惯;</w:t>
      </w:r>
      <w:r>
        <w:rPr>
          <w:lang w:eastAsia="zh-CN"/>
        </w:rPr>
        <w:br/>
      </w:r>
      <w:r>
        <w:rPr>
          <w:lang w:eastAsia="zh-CN"/>
        </w:rPr>
        <w:t>　　销售的第一产品是销售员自我;成功的销售员总是能与客户有许多共识，这与自我本身的见识和知识分不开。有多大的见识和胆识，才有多大的格局。这方面自我还很欠缺，必须不断的学习，这就是一个不断的自我总结和积累的过程。自我要有目的的去学习，不断的充实自我!</w:t>
      </w:r>
      <w:r>
        <w:rPr>
          <w:lang w:eastAsia="zh-CN"/>
        </w:rPr>
        <w:br/>
      </w:r>
      <w:r>
        <w:rPr>
          <w:lang w:eastAsia="zh-CN"/>
        </w:rPr>
        <w:t>　　(2)必须具有职责感和职业道德</w:t>
      </w:r>
      <w:r>
        <w:rPr>
          <w:lang w:eastAsia="zh-CN"/>
        </w:rPr>
        <w:br/>
      </w:r>
      <w:r>
        <w:rPr>
          <w:lang w:eastAsia="zh-CN"/>
        </w:rPr>
        <w:t>　　业务员有很多，刚进公司就犯了严重的错误，为了个人增收，利用公司给我的资源跑其他公司的产品，承蒙公司领导刘总的大度包容才既往不咎，给于我改过从新的机会，人要想在行业中有沉淀，就必须热爱自我所在的行业工作，必须诚实守信并奉行职业道德，所以在以后的工作中坚持对公司、对客户、对自我的职责感，进取、热情、认真地对待每一天!做到职责和职业道德。</w:t>
      </w:r>
      <w:r>
        <w:rPr>
          <w:lang w:eastAsia="zh-CN"/>
        </w:rPr>
        <w:br/>
      </w:r>
      <w:r>
        <w:rPr>
          <w:lang w:eastAsia="zh-CN"/>
        </w:rPr>
        <w:t>　　(3)善于总结与自我总结;</w:t>
      </w:r>
      <w:r>
        <w:rPr>
          <w:lang w:eastAsia="zh-CN"/>
        </w:rPr>
        <w:br/>
      </w:r>
      <w:r>
        <w:rPr>
          <w:lang w:eastAsia="zh-CN"/>
        </w:rPr>
        <w:t>　　此刻我工作中的市场的把握本事以及分析本事等等都还是显得稚嫩和欠缺，所以这些都需要我在日后的工作中不断总结，不断的完善，不断加强。此刻自我对于销售的认识也只是表面，对于市场的把握本事更是无从谈起，所以我必须比别人付出更多的艰辛和毅力才能不断完善自我。</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人品永远是第一位的，而人品的第一要素就是诚信，小胜凭智，大胜靠德，认真做事，诚信做人。</w:t>
      </w:r>
      <w:r>
        <w:rPr>
          <w:lang w:eastAsia="zh-CN"/>
        </w:rPr>
        <w:br/>
      </w:r>
      <w:r>
        <w:rPr>
          <w:lang w:eastAsia="zh-CN"/>
        </w:rPr>
        <w:t>　　其实业务工作就是一种态度。限度的维护双方的利益，有的时候必须站在零售商的角度去看待问题。仅有在以上几个方面好好加以体会和把握，才能在自我的销售生涯走地更好、更远。趁此刻年轻多学点东西、多做点事情，不要枉费人生。所以我要以更饱满的精神和充沛的精力投入到平时的工作和学习中去，决不辜负公司对我的信任和栽培，并且能够快速地与公司共同成长!</w:t>
      </w:r>
      <w:r>
        <w:rPr>
          <w:lang w:eastAsia="zh-CN"/>
        </w:rPr>
        <w:br/>
      </w:r>
      <w:r>
        <w:rPr>
          <w:lang w:eastAsia="zh-CN"/>
        </w:rPr>
        <w:t>　　我认为业务绝对不是无业可务而是：业精于勤于实于务。</w:t>
      </w:r>
      <w:r>
        <w:rPr>
          <w:lang w:eastAsia="zh-CN"/>
        </w:rPr>
        <w:br/>
      </w:r>
      <w:r>
        <w:rPr>
          <w:lang w:eastAsia="zh-CN"/>
        </w:rPr>
        <w:t xml:space="preserve">    销售2024年工作总结 篇5 </w:t>
      </w:r>
      <w:r>
        <w:rPr>
          <w:lang w:eastAsia="zh-CN"/>
        </w:rPr>
        <w:br/>
      </w:r>
      <w:r>
        <w:rPr>
          <w:lang w:eastAsia="zh-CN"/>
        </w:rPr>
        <w:t>　　时光如水、岁月如歌，眨眼的功夫，已经来__金店8个月了。在这半年多里，我成长成为一个专业的首饰顾问，是一次蜕变。有过高兴，也有辛酸，现将金店营业员销售工作总结如下：</w:t>
      </w:r>
      <w:r>
        <w:rPr>
          <w:lang w:eastAsia="zh-CN"/>
        </w:rPr>
        <w:br/>
      </w:r>
      <w:r>
        <w:rPr>
          <w:lang w:eastAsia="zh-CN"/>
        </w:rPr>
        <w:t>　　因为朋友的介绍，我来到了__金店这个大家庭，从没想过会接触珠宝这一行业，也没有想过__金店改变了我的人生。</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曾经的我，性格很内向，很安静，不敢跟陌生人聊天，是个非常腼腆的女孩。从毕业之后就去了药店上班，每天都重复着一样的事情，没有什么新鲜感，在店里见识了以前都不了解的中草药跟一些稀奇古怪的西药名，每天都接待不同的病人，只需要给顾客介绍药，给不同病人搭配不同的药方，除了这些整天不需要说什么话，可以用这样的话来表达“生活得头脑简单，四肢发达”，日子久了，就想要去外面见识……刚开始对这个行业非常的陌生，一大早起床就起来学化妆，因为这是我人生的第一次化妆，来__金店有了很多第一次，早上就开始了新的面貌，上班，紧挨着五一劳动节，面对人流量那么多，顿时让我不知所措。</w:t>
      </w:r>
      <w:r>
        <w:rPr>
          <w:lang w:eastAsia="zh-CN"/>
        </w:rPr>
        <w:br/>
      </w:r>
      <w:r>
        <w:rPr>
          <w:lang w:eastAsia="zh-CN"/>
        </w:rPr>
        <w:t>　　后来几天，有师傅教，教我平常上班时应该注意哪些细节的地方，一些简单的常识，又应该怎样去接待每一个顾客，应该怎样介绍首饰，应该怎样去跟一个顾客聊天。突然我觉得一下子接受不了这么多，我要学的东西好多好多。当我每次接完顾客，师傅都会跟我分析我哪里需要改进，哪里需要注意，给了我很大的帮助，有个师父真的很幸福，很开心。慢慢得，一个月过去了，我开始自己可以慢慢的一个人销售了。因为现在每天都会背资料来提升个人的专业度。</w:t>
      </w:r>
      <w:r>
        <w:rPr>
          <w:lang w:eastAsia="zh-CN"/>
        </w:rPr>
        <w:br/>
      </w:r>
      <w:r>
        <w:rPr>
          <w:lang w:eastAsia="zh-CN"/>
        </w:rPr>
        <w:t>　　就这样子，又过了十天，我渐渐地掌握了流程，店长给又我安排了一个师父，而此次的师傅就是让我去背“白问白答”。因为从小我就不怎么喜欢看书，看到一本很厚的资料，这时觉得压力挺大的，还要我每天背三道题，背不出来罚抄或者是留下来背熟，那时真的觉得好委屈，就这样每天我都会要求自己去背资料。</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有一次，有一个顾客，因为顾客是个性格很安静，很冷场的人，而我本身我同样是个性格很安静的人，再接到这么个比我很安静的顾客就更安静了，在整个销售过程中我始终调动不了顾客的氛围，整个氛围都很冷。下班后，师父找我谈话，让我以后多去配合其它同事，教怎样更好的调整氛围，这样才能更快的让自己学到更多的知识跟工作的熟练。就这样，我每次看到同事接顾客，我都会第一个过去配合，我发现到每个同事接顾客的方式都不一样，不同顾客用不同方式来接，这让我学到了很多。</w:t>
      </w:r>
      <w:r>
        <w:rPr>
          <w:lang w:eastAsia="zh-CN"/>
        </w:rPr>
        <w:br/>
      </w:r>
      <w:r>
        <w:rPr>
          <w:lang w:eastAsia="zh-CN"/>
        </w:rPr>
        <w:t>　　时间已久，感觉实际不在是个新人了，也开始大胆的叫起了顾客，但还是很不习惯上班需要这样的方式，叫了很久，终于接到了一位顾客，可是我不知道怎么介绍产品，当时完全不知所措，这时同事就过来帮忙了，看着她怎样给顾客介绍首饰，当时我完全听入迷了，觉得她说得好好，超棒的，突然间觉得__金店的女孩做销售很厉害，都是我的榜样。</w:t>
      </w:r>
      <w:r>
        <w:rPr>
          <w:lang w:eastAsia="zh-CN"/>
        </w:rPr>
        <w:br/>
      </w:r>
      <w:r>
        <w:rPr>
          <w:lang w:eastAsia="zh-CN"/>
        </w:rPr>
        <w:t>　　在这份金店营业员销售工作总结中，我非常感谢领导能给我这个销售的机会，非常感谢指导我的师傅，以及帮助我的同事，来到金店这个大家庭，给我温暖，给我关怀，也让我从一个腼腆的女孩子变成现在活泼开朗的一个女孩。</w:t>
      </w:r>
      <w:r>
        <w:rPr>
          <w:lang w:eastAsia="zh-CN"/>
        </w:rPr>
        <w:br/>
      </w:r>
      <w:r>
        <w:rPr>
          <w:lang w:eastAsia="zh-CN"/>
        </w:rPr>
        <w:t xml:space="preserve">    销售2024年工作总结 篇6 </w:t>
      </w:r>
      <w:r>
        <w:rPr>
          <w:lang w:eastAsia="zh-CN"/>
        </w:rPr>
        <w:br/>
      </w:r>
      <w:r>
        <w:rPr>
          <w:lang w:eastAsia="zh-CN"/>
        </w:rPr>
        <w:t>　　1、情况概述</w:t>
      </w:r>
      <w:r>
        <w:rPr>
          <w:lang w:eastAsia="zh-CN"/>
        </w:rPr>
        <w:br/>
      </w:r>
      <w:r>
        <w:rPr>
          <w:lang w:eastAsia="zh-CN"/>
        </w:rPr>
        <w:t>　　客观地表述任务完成情况,取得的成绩,要用数据说话。</w:t>
      </w:r>
      <w:r>
        <w:rPr>
          <w:lang w:eastAsia="zh-CN"/>
        </w:rPr>
        <w:br/>
      </w:r>
      <w:r>
        <w:rPr>
          <w:lang w:eastAsia="zh-CN"/>
        </w:rPr>
        <w:t>　　比如：今年公司下达的销售任务指标是多少，实际完成了销售任务多少，超额完成任务或离任务的差距是多少，达到人均消费者多少，与去年相比增长率是多少，各项经用开支多少，完成利润多少。市场占有率多少，与去年相比增长了多少，产品见货率多少，是提高还是降低了。经销商网络情况如何，A类、B类、C类各有几家，销售队伍情况如何等等。只报大账和特别需要说明的数据，不需报细账，否则成了数据分析报表。</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2、简要分析</w:t>
      </w:r>
      <w:r>
        <w:rPr>
          <w:lang w:eastAsia="zh-CN"/>
        </w:rPr>
        <w:br/>
      </w:r>
      <w:r>
        <w:rPr>
          <w:lang w:eastAsia="zh-CN"/>
        </w:rPr>
        <w:t>　　针对上述的事实（数据），简要分析其原因，是行业形势、竞品原因、公司政策、还是其它原因所致。</w:t>
      </w:r>
      <w:r>
        <w:rPr>
          <w:lang w:eastAsia="zh-CN"/>
        </w:rPr>
        <w:br/>
      </w:r>
      <w:r>
        <w:rPr>
          <w:lang w:eastAsia="zh-CN"/>
        </w:rPr>
        <w:t>　　3、特别说明</w:t>
      </w:r>
      <w:r>
        <w:rPr>
          <w:lang w:eastAsia="zh-CN"/>
        </w:rPr>
        <w:br/>
      </w:r>
      <w:r>
        <w:rPr>
          <w:lang w:eastAsia="zh-CN"/>
        </w:rPr>
        <w:t>　　若是成功的经验，对公司其它市场有指导意义的，需要简洁、生动的表述成功的典型案例或经验,可让公司宣传鼓舞士气或在其它市场推广。若是区域市场运作上存在明显的不足或严重的问题，需要对不足之处和问题进行深刻的剖析，如网络构建问题、销售队伍问题、新产品开发问题、消费者沟通和启动问题等，要找出问题的根本性原因，分析清楚问题出在那一个环节段上，如广告促销火候不到，差几成。</w:t>
      </w:r>
      <w:r>
        <w:rPr>
          <w:lang w:eastAsia="zh-CN"/>
        </w:rPr>
        <w:br/>
      </w:r>
      <w:r>
        <w:rPr>
          <w:lang w:eastAsia="zh-CN"/>
        </w:rPr>
        <w:t>　　年终总结要点：</w:t>
      </w:r>
      <w:r>
        <w:rPr>
          <w:lang w:eastAsia="zh-CN"/>
        </w:rPr>
        <w:br/>
      </w:r>
      <w:r>
        <w:rPr>
          <w:lang w:eastAsia="zh-CN"/>
        </w:rPr>
        <w:t>　　一、怎样的总结才能既让公司领导满意，又对来年的工作具有指导作用呢？</w:t>
      </w:r>
      <w:r>
        <w:rPr>
          <w:lang w:eastAsia="zh-CN"/>
        </w:rPr>
        <w:br/>
      </w:r>
      <w:r>
        <w:rPr>
          <w:lang w:eastAsia="zh-CN"/>
        </w:rPr>
        <w:t>　　漂亮的格式固然重要，但是一份有质量的总结应该言之有物，因此至少要包含以下几点：</w:t>
      </w:r>
      <w:r>
        <w:rPr>
          <w:lang w:eastAsia="zh-CN"/>
        </w:rPr>
        <w:br/>
      </w:r>
      <w:r>
        <w:rPr>
          <w:lang w:eastAsia="zh-CN"/>
        </w:rPr>
        <w:t>　　1.这一年来的销售状况和体会；</w:t>
      </w:r>
      <w:r>
        <w:rPr>
          <w:lang w:eastAsia="zh-CN"/>
        </w:rPr>
        <w:br/>
      </w:r>
      <w:r>
        <w:rPr>
          <w:lang w:eastAsia="zh-CN"/>
        </w:rPr>
        <w:t>　　2.个人销售中发现的问题；</w:t>
      </w:r>
      <w:r>
        <w:rPr>
          <w:lang w:eastAsia="zh-CN"/>
        </w:rPr>
        <w:br/>
      </w:r>
      <w:r>
        <w:rPr>
          <w:lang w:eastAsia="zh-CN"/>
        </w:rPr>
        <w:t>　　3.来年的目标和计划。</w:t>
      </w:r>
      <w:r>
        <w:rPr>
          <w:lang w:eastAsia="zh-CN"/>
        </w:rPr>
        <w:br/>
      </w:r>
      <w:r>
        <w:rPr>
          <w:lang w:eastAsia="zh-CN"/>
        </w:rPr>
        <w:t>　　当然，还要有4）对公司未来发展的意见和建议。无论你是基层业务员还是销售管理人员，要站到公司的角度去看问题，那么你的考核和评价才会比较高。</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二、销售工作总结的过程中随时注意以下几点：</w:t>
      </w:r>
      <w:r>
        <w:rPr>
          <w:lang w:eastAsia="zh-CN"/>
        </w:rPr>
        <w:br/>
      </w:r>
      <w:r>
        <w:rPr>
          <w:lang w:eastAsia="zh-CN"/>
        </w:rPr>
        <w:t>　　1.用事实和数据说话，客观总结；切忌空话大话，夸夸其谈；</w:t>
      </w:r>
      <w:r>
        <w:rPr>
          <w:lang w:eastAsia="zh-CN"/>
        </w:rPr>
        <w:br/>
      </w:r>
      <w:r>
        <w:rPr>
          <w:lang w:eastAsia="zh-CN"/>
        </w:rPr>
        <w:t>　　2.既有成绩也有问题，问题要分析其根本原因；</w:t>
      </w:r>
      <w:r>
        <w:rPr>
          <w:lang w:eastAsia="zh-CN"/>
        </w:rPr>
        <w:br/>
      </w:r>
      <w:r>
        <w:rPr>
          <w:lang w:eastAsia="zh-CN"/>
        </w:rPr>
        <w:t>　　3.目标和计划要分解落实，要有具体可行的方法。</w:t>
      </w:r>
      <w:r>
        <w:rPr>
          <w:lang w:eastAsia="zh-CN"/>
        </w:rPr>
        <w:br/>
      </w:r>
      <w:r>
        <w:rPr>
          <w:lang w:eastAsia="zh-CN"/>
        </w:rPr>
        <w:t>　　4.提出意见要结合建议，不要一味抱怨和找茬，目的是改善。</w:t>
      </w:r>
      <w:r>
        <w:rPr>
          <w:lang w:eastAsia="zh-CN"/>
        </w:rPr>
        <w:br/>
      </w:r>
      <w:r>
        <w:rPr>
          <w:lang w:eastAsia="zh-CN"/>
        </w:rPr>
        <w:t>　　三、最后建议：</w:t>
      </w:r>
      <w:r>
        <w:rPr>
          <w:lang w:eastAsia="zh-CN"/>
        </w:rPr>
        <w:br/>
      </w:r>
      <w:r>
        <w:rPr>
          <w:lang w:eastAsia="zh-CN"/>
        </w:rPr>
        <w:t>　　只有真正结合自己的实际情况和具体业绩，才能写出好的年终总结。最后预祝福各位营销人的总结报告都能获得好评，为自己的工作加分！</w:t>
      </w:r>
      <w:r>
        <w:rPr>
          <w:lang w:eastAsia="zh-CN"/>
        </w:rPr>
        <w:br/>
      </w:r>
      <w:r>
        <w:rPr>
          <w:lang w:eastAsia="zh-CN"/>
        </w:rPr>
        <w:t>　　销售数据分析</w:t>
      </w:r>
      <w:r>
        <w:rPr>
          <w:lang w:eastAsia="zh-CN"/>
        </w:rPr>
        <w:br/>
      </w:r>
      <w:r>
        <w:rPr>
          <w:lang w:eastAsia="zh-CN"/>
        </w:rPr>
        <w:t>　　运用科学、准确数据说话，做到有理有据，简洁、真实、有效，体现“运用科学数据,把握市场机遇”的能力。</w:t>
      </w:r>
      <w:r>
        <w:rPr>
          <w:lang w:eastAsia="zh-CN"/>
        </w:rPr>
        <w:br/>
      </w:r>
      <w:r>
        <w:rPr>
          <w:lang w:eastAsia="zh-CN"/>
        </w:rPr>
        <w:t>　　1）区域总体数据分析：作为大区经理应该通过这个数据分析，体现你的“大区”全局思维与管理（有与竞争品牌销售对比数据）。</w:t>
      </w:r>
      <w:r>
        <w:rPr>
          <w:lang w:eastAsia="zh-CN"/>
        </w:rPr>
        <w:br/>
      </w:r>
      <w:r>
        <w:rPr>
          <w:lang w:eastAsia="zh-CN"/>
        </w:rPr>
        <w:t>　　2）管辖省级数据分析：具体到每个省、地市数据分析，能够反映你了解掌握各区域，市场的市场与销售情况（有与竞争品牌销售对比数据）。</w:t>
      </w:r>
      <w:r>
        <w:rPr>
          <w:lang w:eastAsia="zh-CN"/>
        </w:rPr>
        <w:br/>
      </w:r>
      <w:r>
        <w:rPr>
          <w:lang w:eastAsia="zh-CN"/>
        </w:rPr>
        <w:t>　　3）品牌、品类数据分析：通过品牌、品类数据分析，能够反映你了解掌握各品牌、品类销售比例、市场占有率、投入与产出比等。</w:t>
      </w:r>
      <w:r>
        <w:rPr>
          <w:lang w:eastAsia="zh-CN"/>
        </w:rPr>
        <w:br/>
      </w:r>
      <w:r>
        <w:rPr>
          <w:lang w:eastAsia="zh-CN"/>
        </w:rPr>
        <w:t>　　4）终端销售数据分析：运用零售市场数据说话，能够反映你了解掌握各终端销售与经营情况（有与竞争品牌销售对比数据）。</w:t>
      </w:r>
      <w:r>
        <w:rPr>
          <w:lang w:eastAsia="zh-CN"/>
        </w:rPr>
        <w:br/>
      </w:r>
      <w:r>
        <w:rPr>
          <w:lang w:eastAsia="zh-CN"/>
        </w:rPr>
        <w:t xml:space="preserve">    销售2024年工作总结 篇7 </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时间转瞬即逝，20__年上半年，我部在社发物流总公司上级领导的高度重视和全力支持引导下，认真执行公司各项明文规定，精细化管理全局，不断提升我部各个工作人员素质与服务水平，紧密关注市场动态;积极扩大业务规模;尽心寻求新业务突破。我部员工同心同德，群策群力，确保了业务稳步发展，现将20__前期工作及工作预期作如下报告：</w:t>
      </w:r>
      <w:r>
        <w:rPr>
          <w:lang w:eastAsia="zh-CN"/>
        </w:rPr>
        <w:br/>
      </w:r>
      <w:r>
        <w:rPr>
          <w:lang w:eastAsia="zh-CN"/>
        </w:rPr>
        <w:t>　　主要业绩指标完成情况</w:t>
      </w:r>
      <w:r>
        <w:rPr>
          <w:lang w:eastAsia="zh-CN"/>
        </w:rPr>
        <w:br/>
      </w:r>
      <w:r>
        <w:rPr>
          <w:lang w:eastAsia="zh-CN"/>
        </w:rPr>
        <w:t>　　半年来，我部秉承“集思广益，多劳多得”工作作风，克服了众多困难，广开营销渠道，严控内外成本，确保利益最大化，上半年，实际运费收入14.2987万元，在平稳中求进。问问自己，今年的心愿与计划实现了多少?</w:t>
      </w:r>
      <w:r>
        <w:rPr>
          <w:lang w:eastAsia="zh-CN"/>
        </w:rPr>
        <w:br/>
      </w:r>
      <w:r>
        <w:rPr>
          <w:lang w:eastAsia="zh-CN"/>
        </w:rPr>
        <w:t>　　1.在物流配送方面：首先我部积极配合其它部门，做好了协调工作，合理分工，责任到人，经常督促我部门的员工，如何提供优质周到的服务，大家齐心协力。无论遇到怎样恶劣的天气，我部门员工从未叫苦叫累，克服重重困难，都能够及时，准确无误的把货物送到客户家中，充分的发挥了后备军的作用，在工作中，我部门员工不厌其烦的与客户进行沟通，客户的满意，就是对我们工作最大的回馈。</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在仓库货物收发管理上：我经常提醒库管人员对货物能够按不同片区，不同种类分别堆放，严格把关，堆放整齐，一目了然，严格要求上，下货轻拿轻放，爱惜货物，每月积极配合公司的全面盘查，真正做放到了帐，物相符，无任何差错，确保了整体物流体系的平稳正常运行。</w:t>
      </w:r>
      <w:r>
        <w:rPr>
          <w:lang w:eastAsia="zh-CN"/>
        </w:rPr>
        <w:br/>
      </w:r>
      <w:r>
        <w:rPr>
          <w:lang w:eastAsia="zh-CN"/>
        </w:rPr>
        <w:t>　　3.在安全管理上：我部人员各尽其责，各尽所能。货物管理者，发现问题及时汇报解决。配送人员在送货过程中，我时时刻刻提醒他们把安全第一放在首位，增强了他们的安全意识，实现了上半年来安全无隐患，把公司损失降到了最低点，顺利完成了公司下达的各项任务。</w:t>
      </w:r>
      <w:r>
        <w:rPr>
          <w:lang w:eastAsia="zh-CN"/>
        </w:rPr>
        <w:br/>
      </w:r>
      <w:r>
        <w:rPr>
          <w:lang w:eastAsia="zh-CN"/>
        </w:rPr>
        <w:t>　　下半年预期</w:t>
      </w:r>
      <w:r>
        <w:rPr>
          <w:lang w:eastAsia="zh-CN"/>
        </w:rPr>
        <w:br/>
      </w:r>
      <w:r>
        <w:rPr>
          <w:lang w:eastAsia="zh-CN"/>
        </w:rPr>
        <w:t>　　回顾上半年来取得的一点成绩，展望未来，我部全体员工满怀信心，迎接新的挑战，在今后的工作中，我们将不断的总结，不断的思索，更加的完善自己，努力使自己的工作达到更高的要求，为总公司的发展与繁荣做出自己应有的贡献，我相信，我们社发物流将会带着我们一起发展，走向世界。</w:t>
      </w:r>
      <w:r>
        <w:rPr>
          <w:lang w:eastAsia="zh-CN"/>
        </w:rPr>
        <w:br/>
      </w:r>
      <w:r>
        <w:rPr>
          <w:lang w:eastAsia="zh-CN"/>
        </w:rPr>
        <w:t xml:space="preserve">    销售2024年工作总结 篇8 </w:t>
      </w:r>
      <w:r>
        <w:rPr>
          <w:lang w:eastAsia="zh-CN"/>
        </w:rPr>
        <w:br/>
      </w:r>
      <w:r>
        <w:rPr>
          <w:lang w:eastAsia="zh-CN"/>
        </w:rPr>
        <w:t>　　一、本年度工作总结</w:t>
      </w:r>
      <w:r>
        <w:rPr>
          <w:lang w:eastAsia="zh-CN"/>
        </w:rPr>
        <w:br/>
      </w:r>
      <w:r>
        <w:rPr>
          <w:lang w:eastAsia="zh-CN"/>
        </w:rPr>
        <w:t>　　__年即将过去，在这将近半年的时间中我通过努力的工作，也有了一点收获，临近年终，我感觉有必要对自己的工作做一下总结。目的在于吸取教训，提高自己，以至于把工作做的更好，自己有信心也有决心把明年的工作做的更好。下面我对半年的工作进行简要的总结。</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是今年九月份到公司工作的，十月份开始组建市场大客户拓展部，在没有负责市场大客户拓展部部工作以前，我是没有汽车销售经验的，仅凭对销售工作的热情，而缺乏汽车行业销售经验和行业知识。为了迅速融入到这个行业中来，到公司之后，一切从零开始，一边学习产品知识，一边摸索市场，遇到销售和产品方面的难点和问题，我经常请教公司公司几位领导和其他有经验的同事，一起寻求解决问题的方案和对一些比较难缠的客户研究针对性策略，取得了良好的效果。</w:t>
      </w:r>
      <w:r>
        <w:rPr>
          <w:lang w:eastAsia="zh-CN"/>
        </w:rPr>
        <w:br/>
      </w:r>
      <w:r>
        <w:rPr>
          <w:lang w:eastAsia="zh-CN"/>
        </w:rPr>
        <w:t>　　通过不断的学习产品知识，收取同行业之间的信息和积累市场经验，现在对汽车市场有了一个大概的认识和了解。现在我逐渐可以清晰、流利的应对客户所提到的各种问题，准确的把握客户的需要，良好的与客户沟通，因此逐渐取得了客户的信任。所以经过半年的努力，我们大客户拓展部也取得了几个成功客户案例，一些优质客户也逐渐积累到了一定程度，对市场的认识也有一个比较透明的掌握。在不断的学习产品知识和积累经验的同时，各组员的能力，业务水平都比以前有了一个较大幅度的提高，针对市场的一些变化和同行业之间的竞争，现在可以拿出一个比较完整的方案应付一些突发事件。但对于一个大的项目暂时还没可以全程的操作下来。</w:t>
      </w:r>
      <w:r>
        <w:rPr>
          <w:lang w:eastAsia="zh-CN"/>
        </w:rPr>
        <w:br/>
      </w:r>
      <w:r>
        <w:rPr>
          <w:lang w:eastAsia="zh-CN"/>
        </w:rPr>
        <w:t>　　二、部门工作总结</w:t>
      </w:r>
      <w:r>
        <w:rPr>
          <w:lang w:eastAsia="zh-CN"/>
        </w:rPr>
        <w:br/>
      </w:r>
      <w:r>
        <w:rPr>
          <w:lang w:eastAsia="zh-CN"/>
        </w:rPr>
        <w:t>　　在将近半年的时间中，经过市场大客户拓展部全体组员共同的努力，使我们公司的产品知名度在深圳市的市场上渐渐被客户所认识，再加上良好的售后服务加上优良的产品品质获得了客户的一致好评，也取得了宝贵的销售经验和一些成功的客户案例。这是我认为我们做的比较好的方面，但在其他方面在工作中我们做法还是存在很大的问题。</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_科技有限公司就是一个明显的例子。</w:t>
      </w:r>
      <w:r>
        <w:rPr>
          <w:lang w:eastAsia="zh-CN"/>
        </w:rPr>
        <w:br/>
      </w:r>
      <w:r>
        <w:rPr>
          <w:lang w:eastAsia="zh-CN"/>
        </w:rPr>
        <w:t>　　工作没有一个明确的目标和详细的计划。销售人员没有养成一个写工作总结和计划的习惯，销售工作处于放任自流的心理状态，从而引发销售工作中没有一个统一的管理，工作时[FS：PAGE]间没有合理的分配，工作局面混乱等各种不良的后果。</w:t>
      </w:r>
      <w:r>
        <w:rPr>
          <w:lang w:eastAsia="zh-CN"/>
        </w:rPr>
        <w:br/>
      </w:r>
      <w:r>
        <w:rPr>
          <w:lang w:eastAsia="zh-CN"/>
        </w:rPr>
        <w:t>　　新业务的开拓不够，例如宣传车，业务增长小，个别业务员的工作责任心和工作计划性不够强，业务能力还有待提高。</w:t>
      </w:r>
      <w:r>
        <w:rPr>
          <w:lang w:eastAsia="zh-CN"/>
        </w:rPr>
        <w:br/>
      </w:r>
      <w:r>
        <w:rPr>
          <w:lang w:eastAsia="zh-CN"/>
        </w:rPr>
        <w:t>　　三、市场分析</w:t>
      </w:r>
      <w:r>
        <w:rPr>
          <w:lang w:eastAsia="zh-CN"/>
        </w:rPr>
        <w:br/>
      </w:r>
      <w:r>
        <w:rPr>
          <w:lang w:eastAsia="zh-CN"/>
        </w:rPr>
        <w:t>　　现在汽车市场品牌很多，但主要也就是那十来个品种，现在我们公司的产品从产品质量，功能上属于中等的产品。在价格上是卖得较为合适的价位，面对小型的客户，价格不是太别重要的问题，但面对采购数量比较多时，客户对产品的价位时非常敏感的。在明年的销售工作中针对部分客户我认为产品的价格做一下适当的浮动，这样可以促进销售人员去销售。在深圳市市区域，我们公司进入市场比较晚，产品的知名度与价格都没有什么优势，在汽车开拓市场压力很大，所以我们把主要的市场拓展放在市区外，那里的市场竞争相对的来说要比市区内小一点。外界因素减少了，加上我们的销售人员的灵活性，我相信我们做的比原来更好。</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市场是良好的，形势是严峻的。据经济分析师的分析，明年的经济会比今年还要差。假如在明年一年内没有把市场做好，没有抓住这个机遇，我们很可能失去这个机会，在这个市场会丢失更多的客户。</w:t>
      </w:r>
      <w:r>
        <w:rPr>
          <w:lang w:eastAsia="zh-CN"/>
        </w:rPr>
        <w:br/>
      </w:r>
      <w:r>
        <w:rPr>
          <w:lang w:eastAsia="zh-CN"/>
        </w:rPr>
        <w:t>　　四、20__年工作计划</w:t>
      </w:r>
      <w:r>
        <w:rPr>
          <w:lang w:eastAsia="zh-CN"/>
        </w:rPr>
        <w:br/>
      </w:r>
      <w:r>
        <w:rPr>
          <w:lang w:eastAsia="zh-CN"/>
        </w:rPr>
        <w:t>　　在明年的工作规划中下面的几项工作作为主要的工作来做：</w:t>
      </w:r>
      <w:r>
        <w:rPr>
          <w:lang w:eastAsia="zh-CN"/>
        </w:rPr>
        <w:br/>
      </w:r>
      <w:r>
        <w:rPr>
          <w:lang w:eastAsia="zh-CN"/>
        </w:rPr>
        <w:t>　　1、建立一支熟悉业务，而相对稳定的销售团队。</w:t>
      </w:r>
      <w:r>
        <w:rPr>
          <w:lang w:eastAsia="zh-CN"/>
        </w:rPr>
        <w:br/>
      </w:r>
      <w:r>
        <w:rPr>
          <w:lang w:eastAsia="zh-CN"/>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lang w:eastAsia="zh-CN"/>
        </w:rPr>
        <w:br/>
      </w:r>
      <w:r>
        <w:rPr>
          <w:lang w:eastAsia="zh-CN"/>
        </w:rPr>
        <w:t>　　2、完善销售制度，建立一套明确系统的业务管理办法。</w:t>
      </w:r>
      <w:r>
        <w:rPr>
          <w:lang w:eastAsia="zh-CN"/>
        </w:rPr>
        <w:br/>
      </w:r>
      <w:r>
        <w:rPr>
          <w:lang w:eastAsia="zh-CN"/>
        </w:rPr>
        <w:t>　　销售管理是企业的老大难问题，销售人员出差，见客户处于放任自流的状态。完善销售管理制度的目的是让销售人员在工作中发挥主观能动性，对工作有高度的责任心，提高销售人员的主人翁意识。</w:t>
      </w:r>
      <w:r>
        <w:rPr>
          <w:lang w:eastAsia="zh-CN"/>
        </w:rPr>
        <w:br/>
      </w:r>
      <w:r>
        <w:rPr>
          <w:lang w:eastAsia="zh-CN"/>
        </w:rPr>
        <w:t>　　3、培养销售人员发现问题，总结问题，不断自我提高的习惯。</w:t>
      </w:r>
      <w:r>
        <w:rPr>
          <w:lang w:eastAsia="zh-CN"/>
        </w:rPr>
        <w:br/>
      </w:r>
      <w:r>
        <w:rPr>
          <w:lang w:eastAsia="zh-CN"/>
        </w:rPr>
        <w:t>　　培养销售人员发现问题，总结问题目的在于提高销售人员综合素质，在工作中能发现问题总结问题并能提出自己的看法和建议，业务能力提高到一个新的档次。</w:t>
      </w:r>
      <w:r>
        <w:rPr>
          <w:lang w:eastAsia="zh-CN"/>
        </w:rPr>
        <w:br/>
      </w:r>
      <w:r>
        <w:rPr>
          <w:lang w:eastAsia="zh-CN"/>
        </w:rPr>
        <w:t>　　4、在地区市建立销售，服务网点。(建议试行)</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根据今年在出差过程中遇到的一系列的问题，约好的客户突然改变行程，毁约，车辆不在家的情况，使计划好的行程被打乱，不能顺利完成出差的目的。造成时间，资金上的浪费。</w:t>
      </w:r>
      <w:r>
        <w:rPr>
          <w:lang w:eastAsia="zh-CN"/>
        </w:rPr>
        <w:br/>
      </w:r>
      <w:r>
        <w:rPr>
          <w:lang w:eastAsia="zh-CN"/>
        </w:rPr>
        <w:t>　　5、销售目标</w:t>
      </w:r>
      <w:r>
        <w:rPr>
          <w:lang w:eastAsia="zh-CN"/>
        </w:rPr>
        <w:br/>
      </w:r>
      <w:r>
        <w:rPr>
          <w:lang w:eastAsia="zh-CN"/>
        </w:rPr>
        <w:t>　　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w:t>
      </w:r>
      <w:r>
        <w:rPr>
          <w:lang w:eastAsia="zh-CN"/>
        </w:rPr>
        <w:br/>
      </w:r>
      <w:r>
        <w:rPr>
          <w:lang w:eastAsia="zh-CN"/>
        </w:rPr>
        <w:t>　　我认为公司明年的发展是与整个公司的员工综合素质，公司的指导方针，团队的建设是分不开的。提高执行力的标准，建立一个良好的销售团队和有一个好的工作模式与工作环境是工作的关键。</w:t>
      </w:r>
      <w:r>
        <w:rPr>
          <w:lang w:eastAsia="zh-CN"/>
        </w:rPr>
        <w:br/>
      </w:r>
      <w:r>
        <w:rPr>
          <w:lang w:eastAsia="zh-CN"/>
        </w:rPr>
        <w:t>　　以上是我的一些不成熟的建议和看法，如有不妥之处敬请谅解。</w:t>
      </w:r>
      <w:r>
        <w:rPr>
          <w:lang w:eastAsia="zh-CN"/>
        </w:rPr>
        <w:br/>
      </w:r>
      <w:r>
        <w:rPr>
          <w:lang w:eastAsia="zh-CN"/>
        </w:rPr>
        <w:t xml:space="preserve">    销售2024年工作总结 篇9 </w:t>
      </w:r>
      <w:r>
        <w:rPr>
          <w:lang w:eastAsia="zh-CN"/>
        </w:rPr>
        <w:br/>
      </w:r>
      <w:r>
        <w:rPr>
          <w:lang w:eastAsia="zh-CN"/>
        </w:rPr>
        <w:t>　　针对六月份销售情况，为扩大七月份销售，主要计划以下几点：</w:t>
      </w:r>
      <w:r>
        <w:rPr>
          <w:lang w:eastAsia="zh-CN"/>
        </w:rPr>
        <w:br/>
      </w:r>
      <w:r>
        <w:rPr>
          <w:lang w:eastAsia="zh-CN"/>
        </w:rPr>
        <w:t>　　一、 稳定业务，努力开发新客户源</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从六月份销售情况看，一些不稳定因素突显出来，将在七月份加大对客户走访力度，以稳定七月份正常销售。走访客户，了解其投诉质量情况，以稳定七月份正常销售力争七月份不低于合同约定量，回款不低于60万元。走访客户，对前期提出质量原因给解释，并对其去年全年销售要求返点事宜拿出促销方案，争取七月份销售在20万元。加强与上海客户联系，尽量解决其产品在进入商超前期质量不稳定原因，争取七月份销售不低于8万元，新客户因多在七月份回款不能确定，主要以客情关系维护为主。结合公司政策，认真做好客户每一阶段活动的解释说明工作，确保发货回款正常进行。从今年销售来看，销量提升空间不大，与其商议扩大市场的销售力度，在七月份尽快为其解决费用问题，以增强其销售信心，力争销量稳步增长。南方客户一直提出我方价格较高，去年对帐所欠差额一直未能解决，力争在七月份对其搞一次促销方案将去年问题给予解决，力争下半年发货稳定。在七月份尽力开发新客户。</w:t>
      </w:r>
      <w:r>
        <w:rPr>
          <w:lang w:eastAsia="zh-CN"/>
        </w:rPr>
        <w:br/>
      </w:r>
      <w:r>
        <w:rPr>
          <w:lang w:eastAsia="zh-CN"/>
        </w:rPr>
        <w:t>　　二、 做好网点走访调查，为下步计划顺利实施打下基础</w:t>
      </w:r>
      <w:r>
        <w:rPr>
          <w:lang w:eastAsia="zh-CN"/>
        </w:rPr>
        <w:br/>
      </w:r>
      <w:r>
        <w:rPr>
          <w:lang w:eastAsia="zh-CN"/>
        </w:rPr>
        <w:t>　　结合第一阶段走访情况，认真分析，针对每个网点情况不同，做好各地区网点的实施初步方案并及时进行第二轮的走访调查，</w:t>
      </w:r>
      <w:r>
        <w:rPr>
          <w:lang w:eastAsia="zh-CN"/>
        </w:rPr>
        <w:br/>
      </w:r>
      <w:r>
        <w:rPr>
          <w:lang w:eastAsia="zh-CN"/>
        </w:rPr>
        <w:t>　　以确保在该地区以点带面扩大产品在当地销售的影响力，也为个人销售1000万打下基础。</w:t>
      </w:r>
      <w:r>
        <w:rPr>
          <w:lang w:eastAsia="zh-CN"/>
        </w:rPr>
        <w:br/>
      </w:r>
      <w:r>
        <w:rPr>
          <w:lang w:eastAsia="zh-CN"/>
        </w:rPr>
        <w:t>　　三、 加强对市场的调查</w:t>
      </w:r>
      <w:r>
        <w:rPr>
          <w:lang w:eastAsia="zh-CN"/>
        </w:rPr>
        <w:br/>
      </w:r>
      <w:r>
        <w:rPr>
          <w:lang w:eastAsia="zh-CN"/>
        </w:rPr>
        <w:t>　　几个月来整体市场销售出现下滑状况，初步了解原因很多，销售淡季、农忙、山东地区的打假、广西市场的冲击、以及我们质量问题等等，至于下半年销量怎样提升，将在七月份进行一次市场调查，以了解市场的动态及变化稳定市场销售。</w:t>
      </w:r>
      <w:r>
        <w:rPr>
          <w:lang w:eastAsia="zh-CN"/>
        </w:rPr>
        <w:br/>
      </w:r>
      <w:r>
        <w:rPr>
          <w:lang w:eastAsia="zh-CN"/>
        </w:rPr>
        <w:t xml:space="preserve">    销售2024年工作总结 篇10 </w:t>
      </w:r>
      <w:r>
        <w:rPr>
          <w:lang w:eastAsia="zh-CN"/>
        </w:rPr>
        <w:br/>
      </w:r>
      <w:r>
        <w:rPr>
          <w:lang w:eastAsia="zh-CN"/>
        </w:rPr>
        <w:t>　　一个月时间就这样很快的结束了，想想劳动节援或者采取必要措施，减少事故损失，防止事故蔓延、扩大，或者拖延、推诿的，对负有责任的主管人员和其他直接责任人员依法给予降级或者撤职的行政处分；触犯刑律的，依照刑法关于滥用职权罪、玩忽职守罪或者其他罪的规定，依法追究刑事责任。</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危险化学品安全管理条例》第五十七条违反本条例的规定，有下列行为之一的，分别由工商行政管理部门、质检部门、负责危险化学品安全监督管理综合工作的部门依据各自的职权予以关闭或者责令停产停业整顿，责令无害化销毁国家明令禁止生产、经营、使用的危险化学品或者用剧毒化学品生产的灭鼠药以及其他可能进入人民日常生活的化学产品和日用化学品；有违法所得的，没收违法所得；违法所得10万元以上的，并处违法所得1倍以上5倍以下的罚款；没有违法所得或者违法所得不足10万元的，并处5万元以上50万元以下的罚款；触犯刑律的，对负有责任的主管人员和其他直接责任人员依照刑法关于危险物品肇事罪、非法经营罪或者其他罪的规定，依法追究刑事责任：</w:t>
      </w:r>
      <w:r>
        <w:rPr>
          <w:lang w:eastAsia="zh-CN"/>
        </w:rPr>
        <w:br/>
      </w:r>
      <w:r>
        <w:rPr>
          <w:lang w:eastAsia="zh-CN"/>
        </w:rPr>
        <w:t>　　（一）未经批准或者未经工商登记注册，擅自从事危险化学品生产、储存的；</w:t>
      </w:r>
      <w:r>
        <w:rPr>
          <w:lang w:eastAsia="zh-CN"/>
        </w:rPr>
        <w:br/>
      </w:r>
      <w:r>
        <w:rPr>
          <w:lang w:eastAsia="zh-CN"/>
        </w:rPr>
        <w:t>　　（二）未取得危险化学品生产许可证，擅自开工生产危险化学品的；</w:t>
      </w:r>
      <w:r>
        <w:rPr>
          <w:lang w:eastAsia="zh-CN"/>
        </w:rPr>
        <w:br/>
      </w:r>
      <w:r>
        <w:rPr>
          <w:lang w:eastAsia="zh-CN"/>
        </w:rPr>
        <w:t>　　（三）未经审查批准，危险化学品生产、储存企业擅自改建、扩建的；</w:t>
      </w:r>
      <w:r>
        <w:rPr>
          <w:lang w:eastAsia="zh-CN"/>
        </w:rPr>
        <w:br/>
      </w:r>
      <w:r>
        <w:rPr>
          <w:lang w:eastAsia="zh-CN"/>
        </w:rPr>
        <w:t>　　（四）未取得危险化学品经营许可证或者未经工商登记注册，擅自从事危险化学品经营的；</w:t>
      </w:r>
      <w:r>
        <w:rPr>
          <w:lang w:eastAsia="zh-CN"/>
        </w:rPr>
        <w:br/>
      </w:r>
      <w:r>
        <w:rPr>
          <w:lang w:eastAsia="zh-CN"/>
        </w:rPr>
        <w:t>　　（五）生产、经营、使用国家明令禁止的危险化学品，或者用剧毒化学品生产灭鼠药以及其他可能进入人民日常生活的化学产品和日用化学品的。</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销售2024年工作总结 篇11 </w:t>
      </w:r>
      <w:r>
        <w:rPr>
          <w:lang w:eastAsia="zh-CN"/>
        </w:rPr>
        <w:br/>
      </w:r>
      <w:r>
        <w:rPr>
          <w:lang w:eastAsia="zh-CN"/>
        </w:rPr>
        <w:t>　　20__年转眼间已经过去了，新的一年已经开始。作为__公司的一名销售员，我现将我的工作总结及心得呈现如下。希望各位予在指导建议。</w:t>
      </w:r>
      <w:r>
        <w:rPr>
          <w:lang w:eastAsia="zh-CN"/>
        </w:rPr>
        <w:br/>
      </w:r>
      <w:r>
        <w:rPr>
          <w:lang w:eastAsia="zh-CN"/>
        </w:rPr>
        <w:t>　　我来__公司工作已有几个月了，工作中学会了很多东西，更学会了用自己的头脑来开扩自己语言的不足。还有就是懂得了，作为一名销售员，要想提高自己的销售能力，就得比别人多努力。以下就是我在工作中学到的。</w:t>
      </w:r>
      <w:r>
        <w:rPr>
          <w:lang w:eastAsia="zh-CN"/>
        </w:rPr>
        <w:br/>
      </w:r>
      <w:r>
        <w:rPr>
          <w:lang w:eastAsia="zh-CN"/>
        </w:rPr>
        <w:t>　　在销售过程中，销售员有着不可比拟的作用，销售员是否能掌握销售技巧很重要。首先要注意推荐购买技巧。销售员除了将产品展示给顾客，并加以说明之外，还要向顾客推荐该种产品，以引起顾客的购买兴趣。作为营业员，不能只是随意推荐产品，推荐时更要有信心。因为只有自己本身有信心，才能让顾客对他所需要的产品有信任感。也让我懂得了，不是光推荐那么简单。还要学会配合商品的特征，每类产品有不同的特征，价格也不同。如功能，设计，品质等方面的特征。向顾客推荐时更要着重强调它的不同特征。推荐的同时，还要注意观察对方对产品的反映，以便适时促成销售。</w:t>
      </w:r>
      <w:r>
        <w:rPr>
          <w:lang w:eastAsia="zh-CN"/>
        </w:rPr>
        <w:br/>
      </w:r>
      <w:r>
        <w:rPr>
          <w:lang w:eastAsia="zh-CN"/>
        </w:rPr>
        <w:t>　　不同的顾客购买的心理也不同。同样的价格比质量，同样的质量比价格。要因人而宜，真正使顾客的心理由“比较”过渡到“信念”，最终销售成功。在极短的时间内能让顾客具有购买的信念，是销售过程中非常重要的一个环节。</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时刻要保持着营业员该有的素质。要以顾客为中心，因为只有顾客满意了，东西才能卖的出去，素质及态度也决定了你会不会拉到回头客的重要因素。谁都想买的开心，用的放心。你得让顾客高兴，愿意买你的产品才行。</w:t>
      </w:r>
      <w:r>
        <w:rPr>
          <w:lang w:eastAsia="zh-CN"/>
        </w:rPr>
        <w:br/>
      </w:r>
      <w:r>
        <w:rPr>
          <w:lang w:eastAsia="zh-CN"/>
        </w:rPr>
        <w:t>　　以上便是我在工作中的小小心得。在以后的过程中，我将做好工作计划，及时总结工作中的不足，力求将工作做到最好。</w:t>
      </w:r>
      <w:r>
        <w:rPr>
          <w:lang w:eastAsia="zh-CN"/>
        </w:rPr>
        <w:br/>
      </w:r>
      <w:r>
        <w:rPr>
          <w:lang w:eastAsia="zh-CN"/>
        </w:rPr>
        <w:t>　　作为__公司的一名员工，我深切感到信息__公司的蓬勃的态势。公司员工的拼搏向上的精神。</w:t>
      </w:r>
      <w:r>
        <w:rPr>
          <w:lang w:eastAsia="zh-CN"/>
        </w:rPr>
        <w:br/>
      </w:r>
      <w:r>
        <w:rPr>
          <w:lang w:eastAsia="zh-CN"/>
        </w:rPr>
        <w:t>　　最后，祝愿__公司在新的一年更上一层楼，更加兴旺。</w:t>
      </w:r>
      <w:r>
        <w:rPr>
          <w:lang w:eastAsia="zh-CN"/>
        </w:rPr>
        <w:br/>
      </w:r>
      <w:r>
        <w:rPr>
          <w:lang w:eastAsia="zh-CN"/>
        </w:rPr>
        <w:t xml:space="preserve">    销售2024年工作总结 篇12 </w:t>
      </w:r>
      <w:r>
        <w:rPr>
          <w:lang w:eastAsia="zh-CN"/>
        </w:rPr>
        <w:br/>
      </w:r>
      <w:r>
        <w:rPr>
          <w:lang w:eastAsia="zh-CN"/>
        </w:rPr>
        <w:t>　　总结一年来的工作，自己的工作仍存在很多问题和不足，在工作方法和技巧上有待于向其他销售经理和同行学习，0_年自己计划在去年工作得失的基础上取长补短，重点做好以下几个方面的工作：</w:t>
      </w:r>
      <w:r>
        <w:rPr>
          <w:lang w:eastAsia="zh-CN"/>
        </w:rPr>
        <w:br/>
      </w:r>
      <w:r>
        <w:rPr>
          <w:lang w:eastAsia="zh-CN"/>
        </w:rPr>
        <w:t>　　(一)、依据0_年区域销售情况和市场变化，自己计划将工作重点放在钢构厂供货渠道上，一是主要做好原有的钢构厂供货工作，挑选几个用量较大且经济条件好的做为重点;二是发展好新的大客户，三是在某些区域采用代理的形式，让利给代理商以展开销售工作。 (二)、0_年首先要积极追要往年的欠款，并想办法将欠款及时收回，及时向领导汇报，取得公司的支持。</w:t>
      </w:r>
      <w:r>
        <w:rPr>
          <w:lang w:eastAsia="zh-CN"/>
        </w:rPr>
        <w:br/>
      </w:r>
      <w:r>
        <w:rPr>
          <w:lang w:eastAsia="zh-CN"/>
        </w:rPr>
        <w:t>　　(三)、0_年自己计划更加积极搜集市场信息并及时联系，力争参加招标形成规模销售。</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(四)、为积极配合代理销售，自己计划在确定产品品种后努力学习代理产品知识及性能、用途，以利代理产品迅速走入市场并形成销售。</w:t>
      </w:r>
      <w:r>
        <w:rPr>
          <w:lang w:eastAsia="zh-CN"/>
        </w:rPr>
        <w:br/>
      </w:r>
      <w:r>
        <w:rPr>
          <w:lang w:eastAsia="zh-CN"/>
        </w:rPr>
        <w:t>　　(五)、自己在搞好业务的同时计划认真学习业务知识、技能及销售实战来完善自己的理论知识，力求不断提高自己的综合素质。</w:t>
      </w:r>
      <w:r>
        <w:rPr>
          <w:lang w:eastAsia="zh-CN"/>
        </w:rPr>
        <w:br/>
      </w:r>
      <w:r>
        <w:rPr>
          <w:lang w:eastAsia="zh-CN"/>
        </w:rPr>
        <w:t>　　(六)、为确保完成全年销售任务，自己平时就积极搜集信息并及时汇总，力争在新区域开发市场，以扩大产品市场占有额。</w:t>
      </w:r>
      <w:r>
        <w:rPr>
          <w:lang w:eastAsia="zh-CN"/>
        </w:rPr>
        <w:br/>
      </w:r>
      <w:r>
        <w:rPr>
          <w:lang w:eastAsia="zh-CN"/>
        </w:rPr>
        <w:t>　　七、 对销售管理办法的几点建议</w:t>
      </w:r>
      <w:r>
        <w:rPr>
          <w:lang w:eastAsia="zh-CN"/>
        </w:rPr>
        <w:br/>
      </w:r>
      <w:r>
        <w:rPr>
          <w:lang w:eastAsia="zh-CN"/>
        </w:rPr>
        <w:t>　　(一)、0_年销售管理办法应条款明确、言简意赅，明确业务员的区域、任务、费用、考核、奖励，对模凌两可的条款予以删除，年底对销售经理考核后按办法如数兑现。</w:t>
      </w:r>
      <w:r>
        <w:rPr>
          <w:lang w:eastAsia="zh-CN"/>
        </w:rPr>
        <w:br/>
      </w:r>
      <w:r>
        <w:rPr>
          <w:lang w:eastAsia="zh-CN"/>
        </w:rPr>
        <w:t>　　(二)、0_年应在公司、销售经理共同协商并感到满意的前提下认真修订规范统一的销售管理办法，使其适应范围广且因地制宜，每年根据市场变化只需调整出厂价格。</w:t>
      </w:r>
      <w:r>
        <w:rPr>
          <w:lang w:eastAsia="zh-CN"/>
        </w:rPr>
        <w:br/>
      </w:r>
      <w:r>
        <w:rPr>
          <w:lang w:eastAsia="zh-CN"/>
        </w:rPr>
        <w:t>　　(三)、0_年应在情况允许的前提下对销售经理松散管理,解除固定八小时工作制，采用定期汇报总结的形式，销售经理每周到公司1-2天办理事务，如出差应向领导汇报目的地及返回时间，在接领导通知后按时到公司，以便让销售经理有充足的时间进行销售策划。</w:t>
      </w:r>
      <w:r>
        <w:rPr>
          <w:lang w:eastAsia="zh-CN"/>
        </w:rPr>
        <w:br/>
      </w:r>
      <w:r>
        <w:rPr>
          <w:lang w:eastAsia="zh-CN"/>
        </w:rPr>
        <w:t>　　(四)考虑销售经理实际情况合理让销售经理负担运费，小包装费，资金占用费，减免补偿因公司产品质量等原因销售经理产生的费用和损失。</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(五)、由于区域市场萎缩、同行竞争激烈且价格下滑，0_年领导应认真考察并综合市场行情销售经理的信息反馈，上下浮动并制定出合乎公司行情、市场行情的公司出厂价格，以激发销售经理的销售热情。</w:t>
      </w:r>
      <w:r>
        <w:rPr>
          <w:lang w:eastAsia="zh-CN"/>
        </w:rPr>
        <w:br/>
      </w:r>
      <w:r>
        <w:rPr>
          <w:lang w:eastAsia="zh-CN"/>
        </w:rPr>
        <w:t>　　在过去的一年，我们公司的业绩因为全球金融危机的影响，没有出现很大的增长，不过暂时金融危机对我们公司的影响也不是很大，不过我们一定要警惕，金融危机下，没有哪一个公司是安全的，说不定今天好好的公司明天就倒闭了，所以我们一定要警惕，警惕金融危机对我们的影响。</w:t>
      </w:r>
      <w:r>
        <w:rPr>
          <w:lang w:eastAsia="zh-CN"/>
        </w:rPr>
        <w:br/>
      </w:r>
      <w:r>
        <w:rPr>
          <w:lang w:eastAsia="zh-CN"/>
        </w:rPr>
        <w:t>　　在以后的岁月里，我的工作一定会越来越努力的，尽量不会出现任何的差错，这对我是必须要要求的，我对自己的要求是最严格的，一定要做到为公司的事业尽出自己最大的努力!</w:t>
      </w:r>
      <w:r>
        <w:rPr>
          <w:lang w:eastAsia="zh-CN"/>
        </w:rPr>
        <w:br/>
      </w:r>
      <w:r>
        <w:rPr>
          <w:lang w:eastAsia="zh-CN"/>
        </w:rPr>
        <w:t>　　希望公司在新的一年能够继续发展下去，将公司的业绩提高上去，是公司的未来更加的美好!</w:t>
      </w:r>
      <w:r>
        <w:rPr>
          <w:lang w:eastAsia="zh-CN"/>
        </w:rPr>
        <w:br/>
      </w:r>
      <w:r>
        <w:rPr>
          <w:lang w:eastAsia="zh-CN"/>
        </w:rPr>
        <w:t xml:space="preserve">    销售2024年工作总结 篇13 </w:t>
      </w:r>
      <w:r>
        <w:rPr>
          <w:lang w:eastAsia="zh-CN"/>
        </w:rPr>
        <w:br/>
      </w:r>
      <w:r>
        <w:rPr>
          <w:lang w:eastAsia="zh-CN"/>
        </w:rPr>
        <w:t>　　销售工作如逆水行舟，不进则退。紧张繁忙的上半年即将过去，新的挑战又在眼前。沉思回顾，这一年我作为销售部门员工，在公司领导的指导下和同事的合作中，我积累了很多的实践经验，学习到了很多理论知识，同时，也在工作中发现了自身的一些不足。现将一年来个人工作总结报告如下：</w:t>
      </w:r>
      <w:r>
        <w:rPr>
          <w:lang w:eastAsia="zh-CN"/>
        </w:rPr>
        <w:br/>
      </w:r>
      <w:r>
        <w:rPr>
          <w:lang w:eastAsia="zh-CN"/>
        </w:rPr>
        <w:t>　　这是充实的半年。具体的工作总结如下。</w:t>
      </w:r>
      <w:r>
        <w:rPr>
          <w:lang w:eastAsia="zh-CN"/>
        </w:rPr>
        <w:br/>
      </w:r>
      <w:r>
        <w:rPr>
          <w:lang w:eastAsia="zh-CN"/>
        </w:rPr>
        <w:t>　　一、本人销售业绩统计及分析：</w:t>
      </w:r>
      <w:r>
        <w:rPr>
          <w:lang w:eastAsia="zh-CN"/>
        </w:rPr>
        <w:br/>
      </w:r>
      <w:r>
        <w:rPr>
          <w:lang w:eastAsia="zh-CN"/>
        </w:rPr>
        <w:t>　　(一)业绩统计：20__年6月开盘期间，销售商品房5套，销售总面积649.09平米，销售总房款3265219元.</w:t>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7月至今：销售商品房4套，销售总面积413.26平米，销售总房款1653040元。累计总房款：4918259元。</w:t>
      </w:r>
      <w:r>
        <w:rPr>
          <w:lang w:eastAsia="zh-CN"/>
        </w:rPr>
        <w:br/>
      </w:r>
      <w:r>
        <w:rPr>
          <w:lang w:eastAsia="zh-CN"/>
        </w:rPr>
        <w:t>　　(二)业绩分析：意向客户18批，成交9批。</w:t>
      </w:r>
      <w:r>
        <w:rPr>
          <w:lang w:eastAsia="zh-CN"/>
        </w:rPr>
        <w:br/>
      </w:r>
      <w:r>
        <w:rPr>
          <w:lang w:eastAsia="zh-CN"/>
        </w:rPr>
        <w:t>　　在实践工作中，我还学习了一些销售经验，在此我总结几点与大家分享：</w:t>
      </w:r>
      <w:r>
        <w:rPr>
          <w:lang w:eastAsia="zh-CN"/>
        </w:rPr>
        <w:br/>
      </w:r>
      <w:r>
        <w:rPr>
          <w:lang w:eastAsia="zh-CN"/>
        </w:rPr>
        <w:t>　　(一)跟客户成朋友，得到信任，那你就是最成功的销售人员了。</w:t>
      </w:r>
      <w:r>
        <w:rPr>
          <w:lang w:eastAsia="zh-CN"/>
        </w:rPr>
        <w:br/>
      </w:r>
      <w:r>
        <w:rPr>
          <w:lang w:eastAsia="zh-CN"/>
        </w:rPr>
        <w:t>　　(二)想客户之所想，站在客户立场想问题，话才能说到心坎里，因为谁都喜欢跟自己有同感的人沟通。</w:t>
      </w:r>
      <w:r>
        <w:rPr>
          <w:lang w:eastAsia="zh-CN"/>
        </w:rPr>
        <w:br/>
      </w:r>
      <w:r>
        <w:rPr>
          <w:lang w:eastAsia="zh-CN"/>
        </w:rPr>
        <w:t>　　(三)不要去回避产品劣势，明显之处，不妨坦言相告，再突出优势介绍，有时会更加有利成交。</w:t>
      </w:r>
      <w:r>
        <w:rPr>
          <w:lang w:eastAsia="zh-CN"/>
        </w:rPr>
        <w:br/>
      </w:r>
      <w:r>
        <w:rPr>
          <w:lang w:eastAsia="zh-CN"/>
        </w:rPr>
        <w:t>　　(四)增加销售量的方法——集中精力于自己的重要客户，老带新就是这么来的。</w:t>
      </w:r>
      <w:r>
        <w:rPr>
          <w:lang w:eastAsia="zh-CN"/>
        </w:rPr>
        <w:br/>
      </w:r>
      <w:r>
        <w:rPr>
          <w:lang w:eastAsia="zh-CN"/>
        </w:rPr>
        <w:t>　　(五)不要卖而是帮，卖是把东西塞给客户，帮却是为客户做事。</w:t>
      </w:r>
      <w:r>
        <w:rPr>
          <w:lang w:eastAsia="zh-CN"/>
        </w:rPr>
        <w:br/>
      </w:r>
      <w:r>
        <w:rPr>
          <w:lang w:eastAsia="zh-CN"/>
        </w:rPr>
        <w:t>　　(六)这不是一场独角戏，要与同事同心协力才能更好成交。</w:t>
      </w:r>
      <w:r>
        <w:rPr>
          <w:lang w:eastAsia="zh-CN"/>
        </w:rPr>
        <w:br/>
      </w:r>
      <w:r>
        <w:rPr>
          <w:lang w:eastAsia="zh-CN"/>
        </w:rPr>
        <w:t>　　(七)商业销售最重要的是：做好个人销售工作计划，强调好处而非特点。</w:t>
      </w:r>
      <w:r>
        <w:rPr>
          <w:lang w:eastAsia="zh-CN"/>
        </w:rPr>
        <w:br/>
      </w:r>
      <w:r>
        <w:rPr>
          <w:lang w:eastAsia="zh-CN"/>
        </w:rPr>
        <w:t>　　自己也还存在一些需要改进之处：</w:t>
      </w:r>
      <w:r>
        <w:rPr>
          <w:lang w:eastAsia="zh-CN"/>
        </w:rPr>
        <w:br/>
      </w:r>
      <w:r>
        <w:rPr>
          <w:lang w:eastAsia="zh-CN"/>
        </w:rPr>
        <w:t>　　一 、不够稳，容易被客户问题动摇，可能就会有点心虚。经验尚浅，仍需努力改进。</w:t>
      </w:r>
      <w:r>
        <w:rPr>
          <w:lang w:eastAsia="zh-CN"/>
        </w:rPr>
        <w:br/>
      </w:r>
      <w:r>
        <w:rPr>
          <w:lang w:eastAsia="zh-CN"/>
        </w:rPr>
        <w:t>　　二、有时客户需求了解不够，点不到位。</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中心广场的工作，特别是现在这个时期，我和其他几位同事每一个人都在扮演三重身份——销售代表+物业+客服。因为一个商业项目的尾盘销售，它所处的问题不仅仅只是销售，还有入住商家所遇到的一些经营问题，比如：商气未形成引起入住商家生意萧条，商家结群来售楼处反映问题，针对他们的问题，我们要加以了解每一个商家所提出的合理性建议，向领导汇报，领导根据情况批准并加以解决措施，来解决商家经营商气问题，从而带动商气。期间也曾遇到过委屈之处，但都能理解他们，也尽力去为他们解决问题。问题解决了，去广场转转，看着里面商家生意好，比自己开店都高兴，里面的商家见了我们也都很热情，有时会欣慰自己能为广场做点贡献，哪怕只是替他们去物业公司联系人员修理厕所照明灯，也是出了一点绵力。</w:t>
      </w:r>
      <w:r>
        <w:rPr>
          <w:lang w:eastAsia="zh-CN"/>
        </w:rPr>
        <w:br/>
      </w:r>
      <w:r>
        <w:rPr>
          <w:lang w:eastAsia="zh-CN"/>
        </w:rPr>
        <w:t>　　现在我已到香槟花城项目部来工作，争取做到尽快了解住宅项目知识以及商业销售到住宅销售的转变。更加完善自己，做到华夏一块“砖”，哪里需要哪里搬。在次我非常感谢领导给我的这次锻炼机会，在新的一年里，我会做好20__年个人工作计划，也会更加努力的去工作，去学习，交出自己满意的成绩单。</w:t>
      </w:r>
      <w:r>
        <w:rPr>
          <w:lang w:eastAsia="zh-CN"/>
        </w:rPr>
        <w:br/>
      </w:r>
      <w:r>
        <w:rPr>
          <w:lang w:eastAsia="zh-CN"/>
        </w:rPr>
        <w:t xml:space="preserve">    销售2024年工作总结 篇14 </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作为一名销售员，每一天要不断的反思和总结，给自己制定一个工作计划并且实施，在联系客户之前把所有的准备工作都做好，把每一天想到的问题记在本子上并做电话访客记录，把客户平常提到的问题记录在本子上，然后反复的去想怎样解答客户的问题，把重要的客户和不重要的客户区分开来，每一天看一些行业网站，晚上回家听一些进阶销售的录音和看一些有关销售或激励人生的书籍，晚上睡觉之前把当天学到的知识以及发生的事在大脑里过一遍，向老销售寻找一些做销售的方法和经验。销售的前期是十分坎坷的，必须想尽一切办法克服这些困难。目前对产品和行业的了解有很多不懂的地方，我愿意花更多的时候去学习这些知识，让自己早一点独当一面，同事都很好，都很乐于帮忙，遇到不懂的问题大家都会帮忙找到答案。在我不断的努力，学习下已渐渐融入这个大家庭。</w:t>
      </w:r>
      <w:r>
        <w:rPr>
          <w:lang w:eastAsia="zh-CN"/>
        </w:rPr>
        <w:br/>
      </w:r>
      <w:r>
        <w:rPr>
          <w:lang w:eastAsia="zh-CN"/>
        </w:rPr>
        <w:t>　　以下是我从四个方应对年的销售工作所做的总结：</w:t>
      </w:r>
      <w:r>
        <w:rPr>
          <w:lang w:eastAsia="zh-CN"/>
        </w:rPr>
        <w:br/>
      </w:r>
      <w:r>
        <w:rPr>
          <w:lang w:eastAsia="zh-CN"/>
        </w:rPr>
        <w:t>　　一、基本情景</w:t>
      </w:r>
      <w:r>
        <w:rPr>
          <w:lang w:eastAsia="zh-CN"/>
        </w:rPr>
        <w:br/>
      </w:r>
      <w:r>
        <w:rPr>
          <w:lang w:eastAsia="zh-CN"/>
        </w:rPr>
        <w:t>　　这一块主要是概括地把一年来的销售业绩如实写下来，比如：一年来总共销售了多少产品，有多少客户购买，这些客户主要分布在什么行业，总体的销售额是多少，是否完成了主管下达的销售指标等。</w:t>
      </w:r>
      <w:r>
        <w:rPr>
          <w:lang w:eastAsia="zh-CN"/>
        </w:rPr>
        <w:br/>
      </w:r>
      <w:r>
        <w:rPr>
          <w:lang w:eastAsia="zh-CN"/>
        </w:rPr>
        <w:t>　　二、主要做法</w:t>
      </w:r>
      <w:r>
        <w:rPr>
          <w:lang w:eastAsia="zh-CN"/>
        </w:rPr>
        <w:br/>
      </w:r>
      <w:r>
        <w:rPr>
          <w:lang w:eastAsia="zh-CN"/>
        </w:rPr>
        <w:t>　　这一块能够写自己一年来是怎样做销售的，采用的是什么样的方法在做销售。比如：在收集客户的资料方面做了哪些事情，采用了什么方法;在传递产品信息方面做了哪些事情，采用了什么方法。</w:t>
      </w:r>
      <w:r>
        <w:rPr>
          <w:lang w:eastAsia="zh-CN"/>
        </w:rPr>
        <w:br/>
      </w:r>
      <w:r>
        <w:rPr>
          <w:lang w:eastAsia="zh-CN"/>
        </w:rPr>
        <w:t>　　三、我的收获</w:t>
      </w:r>
      <w:r>
        <w:rPr>
          <w:lang w:eastAsia="zh-CN"/>
        </w:rPr>
        <w:br/>
      </w:r>
      <w:r>
        <w:rPr>
          <w:lang w:eastAsia="zh-CN"/>
        </w:rPr>
        <w:t>　　这一块主要是分享一下一年来自己觉得做得比较好的'地方。比如：这一年，我感觉自己与客户的关系搞得比较好，主要是每次客户生日或客户的重要日期来临时都能发信息问候;还比如：我这一年销售指标完成得比较好，主要是在客户的跟进方面做得比较好，我会把每一次与客户的交流记录都记录下来，这样下一次沟通时都能做到清晰准确，目的性很强。</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四、不足之处</w:t>
      </w:r>
      <w:r>
        <w:rPr>
          <w:lang w:eastAsia="zh-CN"/>
        </w:rPr>
        <w:br/>
      </w:r>
      <w:r>
        <w:rPr>
          <w:lang w:eastAsia="zh-CN"/>
        </w:rPr>
        <w:t>　　比如：对产品理解还不是很到位，有时候不能很准确地解答客户的疑问;又比如：客户的资料收集得比较多，见的人也不少，但因为没有做好记录和管理，所以查找时很麻烦等。</w:t>
      </w:r>
      <w:r>
        <w:rPr>
          <w:lang w:eastAsia="zh-CN"/>
        </w:rPr>
        <w:br/>
      </w:r>
      <w:r>
        <w:rPr>
          <w:lang w:eastAsia="zh-CN"/>
        </w:rPr>
        <w:t>　　以上几点供大家参考，总的体会就是要写得实实在在，不要是为了交差，认真写了才能对自己以后的销售工作有指导和帮忙作用。</w:t>
      </w:r>
      <w:r>
        <w:rPr>
          <w:lang w:eastAsia="zh-CN"/>
        </w:rPr>
        <w:br/>
      </w:r>
      <w:r>
        <w:rPr>
          <w:lang w:eastAsia="zh-CN"/>
        </w:rPr>
        <w:t xml:space="preserve">    销售2024年工作总结 篇15 </w:t>
      </w:r>
      <w:r>
        <w:rPr>
          <w:lang w:eastAsia="zh-CN"/>
        </w:rPr>
        <w:br/>
      </w:r>
      <w:r>
        <w:rPr>
          <w:lang w:eastAsia="zh-CN"/>
        </w:rPr>
        <w:t>　　本月5日、6日举行了为期2天的促销活动。本次促销活动以“咖啡可乐，快乐随行”为主题，主要是宣传娃哈哈的新产品咖啡可乐，活动举办的非常成功并使这一新品成为家喻户晓的饮品。</w:t>
      </w:r>
      <w:r>
        <w:rPr>
          <w:lang w:eastAsia="zh-CN"/>
        </w:rPr>
        <w:br/>
      </w:r>
      <w:r>
        <w:rPr>
          <w:lang w:eastAsia="zh-CN"/>
        </w:rPr>
        <w:t>　　这两天是这周以来最好的天气。难得的好天气为此次活动提供了成功的条件。在优越的条件下，我们搭建了具有咖啡可乐产品形象的大型舞台，请到丹东具有实力的乐队和舞蹈团，主持人的幽默、舞蹈者们的激情表演加大了产品的宣传，受到了消费者的好评。</w:t>
      </w:r>
      <w:r>
        <w:rPr>
          <w:lang w:eastAsia="zh-CN"/>
        </w:rPr>
        <w:br/>
      </w:r>
    </w:p>
    <w:p w:rsidR="001B1F19" w14:textId="27C3F48A">
      <w:pPr>
        <w:rPr>
          <w:lang w:eastAsia="zh-CN"/>
        </w:rPr>
      </w:pPr>
      <w:r>
        <w:rPr>
          <w:lang w:eastAsia="zh-CN"/>
        </w:rPr>
        <w:t>　　现场周围10个精致的展销台和10名着装整齐的促销员为活动增添了气氛。具有娃哈哈公司产品特点的太阳伞为顾客提供遮阳场所，方便顾客观看现场大型的表演。中心的领奖区吸引了大量消费者的目光，宣传报上标志着我们的奖品：一等奖欢乐椅一把。二等奖娃哈哈雨伞一把。三等奖娃哈哈饭盒一个。四等奖面巾纸一包。这些精美、实用的礼品为活动增加了优势，加大了消费者的购买量。促销员早早的来到促销台前，周到、热情的服务受到了消费者的高度评价，促销员们一浪接一浪的宣传也成为人潮拥挤的步行街中一道美丽的风景线。</w:t>
      </w:r>
      <w:r>
        <w:rPr>
          <w:lang w:eastAsia="zh-CN"/>
        </w:rPr>
        <w:br/>
      </w:r>
      <w:r>
        <w:rPr>
          <w:lang w:eastAsia="zh-CN"/>
        </w:rPr>
        <w:t>　　现场热烈的气氛使消费者停下脚步一边观看节目一边购买产品、饮用产品。互动活动更拉近了我们的新品与消费者之间的距离。消费者现场品尝我们的新产品，评价我们的新产品。凡是喝过新产品的消费者都连声赞美，一致认为是个成功的新品。</w:t>
      </w:r>
      <w:r>
        <w:rPr>
          <w:lang w:eastAsia="zh-CN"/>
        </w:rPr>
        <w:br/>
      </w:r>
      <w:r>
        <w:rPr>
          <w:lang w:eastAsia="zh-CN"/>
        </w:rPr>
        <w:t>　　促销员多数是大学生，为在校的大学生提供实践的机会，使大学生接触社会，了解社会，为踏入社会工作打下一定的基础。还有一部分人群来自于社会，为待业的人群提供了就业的机会。促销员的努力换取了成功的业绩，两天的销量达到了六百余箱，共收入两万余元。公司领导对促销员的业绩非常的满意，并承诺每卖出一箱给予2元的奖励，业绩突出者还有额外的奖金，此项奖励增加了促销员销售的动力，使其全身心的投入到促销工作中。</w:t>
      </w:r>
      <w:r>
        <w:rPr>
          <w:lang w:eastAsia="zh-CN"/>
        </w:rPr>
        <w:br/>
      </w:r>
      <w:r>
        <w:rPr>
          <w:lang w:eastAsia="zh-CN"/>
        </w:rPr>
        <w:t>　　活动能取得令人满意的成果有赖于领导的现场指导和活动前的策划。具有咖啡可乐特色的现场离不开领导和业务员们精心的设置，现场整体的流程井然有序。同时促销员的业绩也为活动成功打下了基础。当然，成功更离不开消费者的大力支持。但是在此活动中，存在着这样一个现象，就是没有突出产品的特点和优势。在促销活动中销量可观，活动结束后是否还会有可观的销量是值得我们考虑的。</w:t>
      </w:r>
      <w:r>
        <w:rPr>
          <w:lang w:eastAsia="zh-CN"/>
        </w:rPr>
        <w:br/>
      </w:r>
      <w:r>
        <w:rPr>
          <w:lang w:eastAsia="zh-CN"/>
        </w:rPr>
        <w:t>　　丹东地区的可口可乐和康师傅两大品牌也具有一定的实力，我们要利用产品本身的优势和大量的宣传增加产品在消费者心中的地位。不仅让消费者认识我们的产品，还要接受我们的产品。</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https://d.book118.com/696041224055010054</w:t>
        </w:r>
      </w:hyperlink>
    </w:p>
    <w:p w:rsidR="001B1F19">
      <w:pPr>
        <w:rPr>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6041224055010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