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郊区现房买卖合同（33篇）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郊区现房买卖合同（通用33篇）</w:t>
      </w:r>
      <w:r>
        <w:rPr>
          <w:lang w:eastAsia="zh-CN"/>
        </w:rPr>
        <w:br/>
      </w:r>
      <w:r>
        <w:rPr>
          <w:lang w:eastAsia="zh-CN"/>
        </w:rPr>
        <w:t xml:space="preserve">    郊区现房买卖合同 篇1 </w:t>
      </w:r>
      <w:r>
        <w:rPr>
          <w:lang w:eastAsia="zh-CN"/>
        </w:rPr>
        <w:br/>
      </w:r>
      <w:r>
        <w:rPr>
          <w:lang w:eastAsia="zh-CN"/>
        </w:rPr>
        <w:t>　　出卖方(乙方)：身份证号码：</w:t>
      </w:r>
      <w:r>
        <w:rPr>
          <w:lang w:eastAsia="zh-CN"/>
        </w:rPr>
        <w:br/>
      </w:r>
      <w:r>
        <w:rPr>
          <w:lang w:eastAsia="zh-CN"/>
        </w:rPr>
        <w:t>　　买受方(乙方)：身份证号码：</w:t>
      </w:r>
      <w:r>
        <w:rPr>
          <w:lang w:eastAsia="zh-CN"/>
        </w:rPr>
        <w:br/>
      </w:r>
      <w:r>
        <w:rPr>
          <w:lang w:eastAsia="zh-CN"/>
        </w:rPr>
        <w:t>　　甲、乙双方就房屋买卖事项在平等、真实、自愿、协商一致前提下订立本合同，以昭信守。</w:t>
      </w:r>
      <w:r>
        <w:rPr>
          <w:lang w:eastAsia="zh-CN"/>
        </w:rPr>
        <w:br/>
      </w:r>
      <w:r>
        <w:rPr>
          <w:lang w:eastAsia="zh-CN"/>
        </w:rPr>
        <w:t>　　一、甲方自愿将其位于_______________________________的房屋(建筑面积_____平方米)以人民币拾万仟佰拾元整(￥元)的价款出售给乙方，若因最终产权登记面积与此有差异的，双方互不找补。该房屋为现房，乙方在签订本合同前已现场踏勘该房屋，对房屋的相关情况已经知晓。</w:t>
      </w:r>
      <w:r>
        <w:rPr>
          <w:lang w:eastAsia="zh-CN"/>
        </w:rPr>
        <w:br/>
      </w:r>
      <w:r>
        <w:rPr>
          <w:lang w:eastAsia="zh-CN"/>
        </w:rPr>
        <w:t>　　二、乙方于该合同签订之日起三日内一次性将房款支付给甲方。</w:t>
      </w:r>
      <w:r>
        <w:rPr>
          <w:lang w:eastAsia="zh-CN"/>
        </w:rPr>
        <w:br/>
      </w:r>
      <w:r>
        <w:rPr>
          <w:lang w:eastAsia="zh-CN"/>
        </w:rPr>
        <w:t>　　三、本合同签定时，该房屋尚不具备过户条件，甲乙双方对此予以认可，且不影响甲乙双方的交易。甲方提供取得该房屋的相关资料并待乙方付清全款后交付给乙方。</w:t>
      </w:r>
      <w:r>
        <w:rPr>
          <w:lang w:eastAsia="zh-CN"/>
        </w:rPr>
        <w:br/>
      </w:r>
      <w:r>
        <w:rPr>
          <w:lang w:eastAsia="zh-CN"/>
        </w:rPr>
        <w:t>　　乙方如果交易该房屋,若有需要,甲方无条件配合。等具备过户条件时，甲方应无条件协助乙方办理房屋产权手续,界时发生的所有税费均由乙方自行承担。</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四、本合同签订后，甲方对该房屋的使用、收益、出租、担保、抵押、买卖、占有等权利一并转让给乙方。甲方不得就该房屋再与他人订立协议、合同或其它任何方式的处分。</w:t>
      </w:r>
      <w:r>
        <w:rPr>
          <w:lang w:eastAsia="zh-CN"/>
        </w:rPr>
        <w:br/>
      </w:r>
      <w:r>
        <w:rPr>
          <w:lang w:eastAsia="zh-CN"/>
        </w:rPr>
        <w:t>　　五、乙方在支付完毕所有购房款后，甲方即将该房屋交付给乙方。该房屋正式交付时，物业管理、水、电、燃气、有线电视等费用，甲方结清已发生的费用，甲方已经预缴的费用，其权益由乙方享有，双方不再另行结算。自合同签定日起之后发生的任何费用(指物业管理处增收费用以及其它相关杂费)均由乙方支付。</w:t>
      </w:r>
      <w:r>
        <w:rPr>
          <w:lang w:eastAsia="zh-CN"/>
        </w:rPr>
        <w:br/>
      </w:r>
      <w:r>
        <w:rPr>
          <w:lang w:eastAsia="zh-CN"/>
        </w:rPr>
        <w:t>　　六、违约责任</w:t>
      </w:r>
      <w:r>
        <w:rPr>
          <w:lang w:eastAsia="zh-CN"/>
        </w:rPr>
        <w:br/>
      </w:r>
      <w:r>
        <w:rPr>
          <w:lang w:eastAsia="zh-CN"/>
        </w:rPr>
        <w:t>　　1、甲方应当于乙方付清房款同时交付乙方该房屋。甲方未按时交付房屋，应支付按日计算的房价千分之一的违约金给乙方。逾期超过两个月，乙方有权解除本合同。解约时，甲方需将已收的房款即时全额退还、支付五万元违约金作为乙方损失赔偿。小产权房屋买卖合同</w:t>
      </w:r>
      <w:r>
        <w:rPr>
          <w:lang w:eastAsia="zh-CN"/>
        </w:rPr>
        <w:br/>
      </w:r>
      <w:r>
        <w:rPr>
          <w:lang w:eastAsia="zh-CN"/>
        </w:rPr>
        <w:t>　　2、乙方未按本合同规定的付款日期及方式付款的。其逾期部分应加付按日千分之一计算的违约金给甲方。逾期超过两个月时，甲方有权解除合同。解约时，甲方将已收房款即时全额退还乙方,扣除两万元作为甲方损失赔偿。</w:t>
      </w:r>
      <w:r>
        <w:rPr>
          <w:lang w:eastAsia="zh-CN"/>
        </w:rPr>
        <w:br/>
      </w:r>
      <w:r>
        <w:rPr>
          <w:lang w:eastAsia="zh-CN"/>
        </w:rPr>
        <w:t>　　3、甲方保证本房屋无查封、交易、抵押、通知拆除等现象、保证无隐瞒房屋历史或其它非善意行为。若有所列情形之一，影响到乙方权利的行使，甲方则放弃先诉抗辩权,并按所收款项双倍返还给乙方,以为违约处罚。</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4、本合同签订、房款付清后，任何一方不得擅自变更或解除合同，否则提出变更或解除方需按本房屋届时市场评估价的双倍支付给对方。</w:t>
      </w:r>
      <w:r>
        <w:rPr>
          <w:lang w:eastAsia="zh-CN"/>
        </w:rPr>
        <w:br/>
      </w:r>
      <w:r>
        <w:rPr>
          <w:lang w:eastAsia="zh-CN"/>
        </w:rPr>
        <w:t>　　5、如因政府规划部门、设计部门的原因导致房屋拆除或使用功能变更的，甲方不承担任何风险责任。</w:t>
      </w:r>
      <w:r>
        <w:rPr>
          <w:lang w:eastAsia="zh-CN"/>
        </w:rPr>
        <w:br/>
      </w:r>
      <w:r>
        <w:rPr>
          <w:lang w:eastAsia="zh-CN"/>
        </w:rPr>
        <w:t>　　七、甲方应及时将可能影响本合同或该房屋价值的任何事件(包括但不限于公司、法人、通讯方式发生改变,该房屋的查封、扣押、诉讼、仲裁或其它争议事件)通知乙方。</w:t>
      </w:r>
      <w:r>
        <w:rPr>
          <w:lang w:eastAsia="zh-CN"/>
        </w:rPr>
        <w:br/>
      </w:r>
      <w:r>
        <w:rPr>
          <w:lang w:eastAsia="zh-CN"/>
        </w:rPr>
        <w:t>　　八、本合同自各方签字或盖章之日起生效，并对双方都具有约束力，应严格履行。本房屋属拆迁统建用房，国家政策限制，合同签定生效后乙方是实际产权人和实际所有人，在不能办理房屋产权证及土地使用证前合同属有效期内，待房屋产权证及土地使用证办理后该合同自动失效。</w:t>
      </w:r>
      <w:r>
        <w:rPr>
          <w:lang w:eastAsia="zh-CN"/>
        </w:rPr>
        <w:br/>
      </w:r>
      <w:r>
        <w:rPr>
          <w:lang w:eastAsia="zh-CN"/>
        </w:rPr>
        <w:t>　　九、合同履行过程中发生争议，由双方当事人协商解决，协商不成的依法向合同签署地人民法院起诉，违约方应支付守约方因诉讼而支付的律师费、交通费等费用。</w:t>
      </w:r>
      <w:r>
        <w:rPr>
          <w:lang w:eastAsia="zh-CN"/>
        </w:rPr>
        <w:br/>
      </w:r>
      <w:r>
        <w:rPr>
          <w:lang w:eastAsia="zh-CN"/>
        </w:rPr>
        <w:t>　　十、中介方积极协调双方交易，保证此交易真实有效,否则承担连带责任。本合同签订后，中介费即付。</w:t>
      </w:r>
      <w:r>
        <w:rPr>
          <w:lang w:eastAsia="zh-CN"/>
        </w:rPr>
        <w:br/>
      </w:r>
      <w:r>
        <w:rPr>
          <w:lang w:eastAsia="zh-CN"/>
        </w:rPr>
        <w:t>　　十一、本合同一式4份，甲乙方各执一份，甲乙双方见证人各一份。</w:t>
      </w:r>
      <w:r>
        <w:rPr>
          <w:lang w:eastAsia="zh-CN"/>
        </w:rPr>
        <w:br/>
      </w:r>
      <w:r>
        <w:rPr>
          <w:lang w:eastAsia="zh-CN"/>
        </w:rPr>
        <w:t>　　十二、附件：甲乙双方身份证复印件、户口本复印件。</w:t>
      </w:r>
      <w:r>
        <w:rPr>
          <w:lang w:eastAsia="zh-CN"/>
        </w:rPr>
        <w:br/>
      </w:r>
      <w:r>
        <w:rPr>
          <w:lang w:eastAsia="zh-CN"/>
        </w:rPr>
        <w:t>　　甲方：乙方：</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联系地址：联系地址：</w:t>
      </w:r>
      <w:r>
        <w:rPr>
          <w:lang w:eastAsia="zh-CN"/>
        </w:rPr>
        <w:br/>
      </w:r>
      <w:r>
        <w:rPr>
          <w:lang w:eastAsia="zh-CN"/>
        </w:rPr>
        <w:t>　　联系电话：联系电话：</w:t>
      </w:r>
      <w:r>
        <w:rPr>
          <w:lang w:eastAsia="zh-CN"/>
        </w:rPr>
        <w:br/>
      </w:r>
      <w:r>
        <w:rPr>
          <w:lang w:eastAsia="zh-CN"/>
        </w:rPr>
        <w:t>　　年月日年月日</w:t>
      </w:r>
      <w:r>
        <w:rPr>
          <w:lang w:eastAsia="zh-CN"/>
        </w:rPr>
        <w:br/>
      </w:r>
      <w:r>
        <w:rPr>
          <w:lang w:eastAsia="zh-CN"/>
        </w:rPr>
        <w:t xml:space="preserve">    郊区现房买卖合同 篇2 </w:t>
      </w:r>
      <w:r>
        <w:rPr>
          <w:lang w:eastAsia="zh-CN"/>
        </w:rPr>
        <w:br/>
      </w:r>
      <w:r>
        <w:rPr>
          <w:lang w:eastAsia="zh-CN"/>
        </w:rPr>
        <w:t>　　出卖人：________</w:t>
      </w:r>
      <w:r>
        <w:rPr>
          <w:lang w:eastAsia="zh-CN"/>
        </w:rPr>
        <w:br/>
      </w:r>
      <w:r>
        <w:rPr>
          <w:lang w:eastAsia="zh-CN"/>
        </w:rPr>
        <w:t>　　身份证号码：________</w:t>
      </w:r>
      <w:r>
        <w:rPr>
          <w:lang w:eastAsia="zh-CN"/>
        </w:rPr>
        <w:br/>
      </w:r>
      <w:r>
        <w:rPr>
          <w:lang w:eastAsia="zh-CN"/>
        </w:rPr>
        <w:t>　　买受人：________</w:t>
      </w:r>
      <w:r>
        <w:rPr>
          <w:lang w:eastAsia="zh-CN"/>
        </w:rPr>
        <w:br/>
      </w:r>
      <w:r>
        <w:rPr>
          <w:lang w:eastAsia="zh-CN"/>
        </w:rPr>
        <w:t>　　身份证号码：</w:t>
      </w:r>
      <w:r>
        <w:rPr>
          <w:lang w:eastAsia="zh-CN"/>
        </w:rPr>
        <w:br/>
      </w:r>
      <w:r>
        <w:rPr>
          <w:lang w:eastAsia="zh-CN"/>
        </w:rPr>
        <w:t>　　甲、乙双方就房屋买卖事项在平等自愿，协商一致前提下订立本合同条款如下，以资共同遵守。</w:t>
      </w:r>
      <w:r>
        <w:rPr>
          <w:lang w:eastAsia="zh-CN"/>
        </w:rPr>
        <w:br/>
      </w:r>
      <w:r>
        <w:rPr>
          <w:lang w:eastAsia="zh-CN"/>
        </w:rPr>
        <w:t>　　一、甲方自愿将其位于以人民币________的价款出售给乙方。</w:t>
      </w:r>
      <w:r>
        <w:rPr>
          <w:lang w:eastAsia="zh-CN"/>
        </w:rPr>
        <w:br/>
      </w:r>
      <w:r>
        <w:rPr>
          <w:lang w:eastAsia="zh-CN"/>
        </w:rPr>
        <w:t>　　二、乙方支付甲方合同保证定金万元。如甲方解除本合同，双倍返还定金;如乙方解除本合同，甲方不予退还定金。</w:t>
      </w:r>
      <w:r>
        <w:rPr>
          <w:lang w:eastAsia="zh-CN"/>
        </w:rPr>
        <w:br/>
      </w:r>
      <w:r>
        <w:rPr>
          <w:lang w:eastAsia="zh-CN"/>
        </w:rPr>
        <w:t>　　三、甲方于_____年_____月_____日前一次性向乙方支付房款元。</w:t>
      </w:r>
      <w:r>
        <w:rPr>
          <w:lang w:eastAsia="zh-CN"/>
        </w:rPr>
        <w:br/>
      </w:r>
      <w:r>
        <w:rPr>
          <w:lang w:eastAsia="zh-CN"/>
        </w:rPr>
        <w:t>　　四、本合同签定时，甲乙双方都不具备过户条件。甲方提供建造</w:t>
      </w:r>
      <w:r>
        <w:rPr>
          <w:lang w:eastAsia="zh-CN"/>
        </w:rPr>
        <w:br/>
      </w:r>
      <w:r>
        <w:rPr>
          <w:lang w:eastAsia="zh-CN"/>
        </w:rPr>
        <w:t>　　本房屋的相关证明资料等作为交易依据。待过户条件成熟时，甲方应协助乙方办理房屋产权手续。本合同发生的契税，土地出让金等由乙方负担。其他税费按有关法律规定负担。</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五、本合同签订后，甲方对该房屋的使用、收益、出租、担保、抵押、买卖、占有等全部权利一并转让给乙方。甲方承诺并保证乙方对该房屋享有完全的居住权以及处分权，甲方不得就该房屋再与他人订立协议、合同或其他任何方式的处分。</w:t>
      </w:r>
      <w:r>
        <w:rPr>
          <w:lang w:eastAsia="zh-CN"/>
        </w:rPr>
        <w:br/>
      </w:r>
      <w:r>
        <w:rPr>
          <w:lang w:eastAsia="zh-CN"/>
        </w:rPr>
        <w:t>　　六、违约责任</w:t>
      </w:r>
      <w:r>
        <w:rPr>
          <w:lang w:eastAsia="zh-CN"/>
        </w:rPr>
        <w:br/>
      </w:r>
      <w:r>
        <w:rPr>
          <w:lang w:eastAsia="zh-CN"/>
        </w:rPr>
        <w:t>　　1日将该房屋交付乙方，甲方如不按合同规定的日期交付房屋，每逾期1日按房价总额千分之一向乙方支付违约金。逾期超过叁个月的，乙方有权解除本合同。合同解约后，</w:t>
      </w:r>
      <w:r>
        <w:rPr>
          <w:lang w:eastAsia="zh-CN"/>
        </w:rPr>
        <w:br/>
      </w:r>
      <w:r>
        <w:rPr>
          <w:lang w:eastAsia="zh-CN"/>
        </w:rPr>
        <w:t>　　甲方除将已收的房价款全部退还乙方外，并向乙方赔偿经济损失________元。</w:t>
      </w:r>
      <w:r>
        <w:rPr>
          <w:lang w:eastAsia="zh-CN"/>
        </w:rPr>
        <w:br/>
      </w:r>
      <w:r>
        <w:rPr>
          <w:lang w:eastAsia="zh-CN"/>
        </w:rPr>
        <w:t>　　2、如果甲方出售的房屋存在质量问题影响到乙方居住权利的行使，一切责任由甲方承担，并应赔偿乙方的损失。</w:t>
      </w:r>
      <w:r>
        <w:rPr>
          <w:lang w:eastAsia="zh-CN"/>
        </w:rPr>
        <w:br/>
      </w:r>
      <w:r>
        <w:rPr>
          <w:lang w:eastAsia="zh-CN"/>
        </w:rPr>
        <w:t>　　3、本合同签订后，任何一方不得擅自变更或解除合同。如因重大客观原因导致本合同的解除，甲方应按照市场评估价返还乙方房屋价款，并赔偿乙方的房屋装修费用。</w:t>
      </w:r>
      <w:r>
        <w:rPr>
          <w:lang w:eastAsia="zh-CN"/>
        </w:rPr>
        <w:br/>
      </w:r>
      <w:r>
        <w:rPr>
          <w:lang w:eastAsia="zh-CN"/>
        </w:rPr>
        <w:t>　　4、如因规划部门、设计部门的原因导致房屋质量和使用功能的，甲方应当通知乙方，如有补偿款发放，甲方应当全额退还乙方。</w:t>
      </w:r>
      <w:r>
        <w:rPr>
          <w:lang w:eastAsia="zh-CN"/>
        </w:rPr>
        <w:br/>
      </w:r>
      <w:r>
        <w:rPr>
          <w:lang w:eastAsia="zh-CN"/>
        </w:rPr>
        <w:t>　　七、本合同在履行过程中发生的争议，由双方当事人协商解决;协商不成的依法向买受人住所地的人民法院起诉。</w:t>
      </w:r>
      <w:r>
        <w:rPr>
          <w:lang w:eastAsia="zh-CN"/>
        </w:rPr>
        <w:br/>
      </w:r>
      <w:r>
        <w:rPr>
          <w:lang w:eastAsia="zh-CN"/>
        </w:rPr>
        <w:t>　　八、特别约定</w:t>
      </w:r>
      <w:r>
        <w:rPr>
          <w:lang w:eastAsia="zh-CN"/>
        </w:rPr>
        <w:br/>
      </w:r>
      <w:r>
        <w:rPr>
          <w:lang w:eastAsia="zh-CN"/>
        </w:rPr>
        <w:t>　　本合同生效后，甲方不得以任何方式主张合同无效，如本合同被有权机关认定为无效合同，则甲方应返还乙方所支付的全部房款，并赔偿乙方损失叁拾万元。</w:t>
      </w:r>
      <w:r>
        <w:rPr>
          <w:lang w:eastAsia="zh-CN"/>
        </w:rPr>
        <w:br/>
      </w:r>
      <w:r>
        <w:rPr>
          <w:lang w:eastAsia="zh-CN"/>
        </w:rPr>
        <w:t>　　九、本合同自双方签字或盖章之日起生效。本合同未尽事宜双方可以签定补充协议，补充协议与本合同具有同等法律效力。</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十、本合同一式两份，甲乙方各执一份。</w:t>
      </w:r>
      <w:r>
        <w:rPr>
          <w:lang w:eastAsia="zh-CN"/>
        </w:rPr>
        <w:br/>
      </w:r>
      <w:r>
        <w:rPr>
          <w:lang w:eastAsia="zh-CN"/>
        </w:rPr>
        <w:t>　　甲方：________乙方：________</w:t>
      </w:r>
      <w:r>
        <w:rPr>
          <w:lang w:eastAsia="zh-CN"/>
        </w:rPr>
        <w:br/>
      </w:r>
      <w:r>
        <w:rPr>
          <w:lang w:eastAsia="zh-CN"/>
        </w:rPr>
        <w:t>　　_____年_____月_____日_____年_____月_____日</w:t>
      </w:r>
      <w:r>
        <w:rPr>
          <w:lang w:eastAsia="zh-CN"/>
        </w:rPr>
        <w:br/>
      </w:r>
      <w:r>
        <w:rPr>
          <w:lang w:eastAsia="zh-CN"/>
        </w:rPr>
        <w:t xml:space="preserve">    郊区现房买卖合同 篇3 </w:t>
      </w:r>
      <w:r>
        <w:rPr>
          <w:lang w:eastAsia="zh-CN"/>
        </w:rPr>
        <w:br/>
      </w:r>
      <w:r>
        <w:rPr>
          <w:lang w:eastAsia="zh-CN"/>
        </w:rPr>
        <w:t>　　甲方：</w:t>
      </w:r>
      <w:r>
        <w:rPr>
          <w:lang w:eastAsia="zh-CN"/>
        </w:rPr>
        <w:br/>
      </w:r>
      <w:r>
        <w:rPr>
          <w:lang w:eastAsia="zh-CN"/>
        </w:rPr>
        <w:t>　　买方：</w:t>
      </w:r>
      <w:r>
        <w:rPr>
          <w:lang w:eastAsia="zh-CN"/>
        </w:rPr>
        <w:br/>
      </w:r>
      <w:r>
        <w:rPr>
          <w:lang w:eastAsia="zh-CN"/>
        </w:rPr>
        <w:t>　　乙方：</w:t>
      </w:r>
      <w:r>
        <w:rPr>
          <w:lang w:eastAsia="zh-CN"/>
        </w:rPr>
        <w:br/>
      </w:r>
      <w:r>
        <w:rPr>
          <w:lang w:eastAsia="zh-CN"/>
        </w:rPr>
        <w:t>　　经充分协商，甲乙双方现就房屋买卖事宜订条约如下：</w:t>
      </w:r>
      <w:r>
        <w:rPr>
          <w:lang w:eastAsia="zh-CN"/>
        </w:rPr>
        <w:br/>
      </w:r>
      <w:r>
        <w:rPr>
          <w:lang w:eastAsia="zh-CN"/>
        </w:rPr>
        <w:t>　　一、甲方自愿将下列房屋卖给乙方所有，并已收取乙方购房定金人民币.</w:t>
      </w:r>
      <w:r>
        <w:rPr>
          <w:lang w:eastAsia="zh-CN"/>
        </w:rPr>
        <w:br/>
      </w:r>
      <w:r>
        <w:rPr>
          <w:lang w:eastAsia="zh-CN"/>
        </w:rPr>
        <w:t>　　1、房屋状况</w:t>
      </w:r>
      <w:r>
        <w:rPr>
          <w:lang w:eastAsia="zh-CN"/>
        </w:rPr>
        <w:br/>
      </w:r>
      <w:r>
        <w:rPr>
          <w:lang w:eastAsia="zh-CN"/>
        </w:rPr>
        <w:t>　　2、该房屋的所有权证号为：国有土地使用权证号为：</w:t>
      </w:r>
      <w:r>
        <w:rPr>
          <w:lang w:eastAsia="zh-CN"/>
        </w:rPr>
        <w:br/>
      </w:r>
      <w:r>
        <w:rPr>
          <w:lang w:eastAsia="zh-CN"/>
        </w:rPr>
        <w:t>　　3、该房屋的土地使用权取得方式“√”：出让、划拨本合同一经签订，该房屋占用范围内的土地使用权同时转让。</w:t>
      </w:r>
      <w:r>
        <w:rPr>
          <w:lang w:eastAsia="zh-CN"/>
        </w:rPr>
        <w:br/>
      </w:r>
      <w:r>
        <w:rPr>
          <w:lang w:eastAsia="zh-CN"/>
        </w:rPr>
        <w:t>　　二、甲乙双方商定成交价格为人民币元，大写：佰拾万仟佰拾元整，乙方在年月日前分次付清，付款方式：.乙方支付房款具体约定为：</w:t>
      </w:r>
      <w:r>
        <w:rPr>
          <w:lang w:eastAsia="zh-CN"/>
        </w:rPr>
        <w:br/>
      </w:r>
      <w:r>
        <w:rPr>
          <w:lang w:eastAsia="zh-CN"/>
        </w:rPr>
        <w:t>　　1、于前，支付甲方房款</w:t>
      </w:r>
      <w:r>
        <w:rPr>
          <w:lang w:eastAsia="zh-CN"/>
        </w:rPr>
        <w:br/>
      </w:r>
      <w:r>
        <w:rPr>
          <w:lang w:eastAsia="zh-CN"/>
        </w:rPr>
        <w:t>　　2、于前，支付甲方房款</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三、甲方于年月日前将房屋及附属物正式交付给乙方使用。甲方在房屋正式交付乙方时，应将该房屋腾空，清结该房屋已发生的水、电、煤气、电话、有线电视、物业管理等各项费用，并将付讫凭证及该房屋的钥匙交于乙方验收。</w:t>
      </w:r>
      <w:r>
        <w:rPr>
          <w:lang w:eastAsia="zh-CN"/>
        </w:rPr>
        <w:br/>
      </w:r>
      <w:r>
        <w:rPr>
          <w:lang w:eastAsia="zh-CN"/>
        </w:rPr>
        <w:t>　　四、甲方应就该房屋的所处环境、用途、内部结构、状态、设施、质量等现状、情况如实告知乙方，并无任何隐瞒。乙方对该房屋的所处环境、用途、内部结构、状态、设施、质量等现状、情况均已知悉，并无任何异议。</w:t>
      </w:r>
      <w:r>
        <w:rPr>
          <w:lang w:eastAsia="zh-CN"/>
        </w:rPr>
        <w:br/>
      </w:r>
      <w:r>
        <w:rPr>
          <w:lang w:eastAsia="zh-CN"/>
        </w:rPr>
        <w:t>　　五、甲方将户口于年月日前从该房屋迁出。</w:t>
      </w:r>
      <w:r>
        <w:rPr>
          <w:lang w:eastAsia="zh-CN"/>
        </w:rPr>
        <w:br/>
      </w:r>
      <w:r>
        <w:rPr>
          <w:lang w:eastAsia="zh-CN"/>
        </w:rPr>
        <w:t>　　六、甲方保证上述房地产权属清楚，若发生与甲方有关的产权纠纷或债权债务，概由甲方负责清理，并承担民事诉讼责任，因此给乙方造成的经济损失，甲方负责赔偿。</w:t>
      </w:r>
      <w:r>
        <w:rPr>
          <w:lang w:eastAsia="zh-CN"/>
        </w:rPr>
        <w:br/>
      </w:r>
      <w:r>
        <w:rPr>
          <w:lang w:eastAsia="zh-CN"/>
        </w:rPr>
        <w:t>　　七、乙方中途违约，乙方无权要求甲方返还定金。甲方中途违约，甲方应在违约之日起日内双倍返还定金给乙方。乙方不能按期向甲方付清购房款，或甲方不能按期向乙方交付房产，每逾期一日，由违约一方向对方给付房地产价款千分之的违约金。</w:t>
      </w:r>
      <w:r>
        <w:rPr>
          <w:lang w:eastAsia="zh-CN"/>
        </w:rPr>
        <w:br/>
      </w:r>
      <w:r>
        <w:rPr>
          <w:lang w:eastAsia="zh-CN"/>
        </w:rPr>
        <w:t>　　八、上述房地产办理过户手续所需缴纳的契税由方承担，营业税由方承担，印花税由方承担，个人所得税由方承担，向房产交易部门交纳的手续费由方承担。其它税费约定情况：</w:t>
      </w:r>
      <w:r>
        <w:rPr>
          <w:lang w:eastAsia="zh-CN"/>
        </w:rPr>
        <w:br/>
      </w:r>
      <w:r>
        <w:rPr>
          <w:lang w:eastAsia="zh-CN"/>
        </w:rPr>
        <w:t>　　九、本合同在履行中若发生争议，双方应采取协商办法解决。协商不成，任何一方均可向有管辖权的人民法院起诉。</w:t>
      </w:r>
      <w:r>
        <w:rPr>
          <w:lang w:eastAsia="zh-CN"/>
        </w:rPr>
        <w:br/>
      </w:r>
      <w:r>
        <w:rPr>
          <w:lang w:eastAsia="zh-CN"/>
        </w:rPr>
        <w:t>　　十、本合同经双方签章即生效，须共同遵守。本合同未尽事项，可另行议定，其补充协议经双方签章后与本契约具有同等效力。</w:t>
      </w:r>
      <w:r>
        <w:rPr>
          <w:lang w:eastAsia="zh-CN"/>
        </w:rPr>
        <w:br/>
      </w:r>
      <w:r>
        <w:rPr>
          <w:lang w:eastAsia="zh-CN"/>
        </w:rPr>
        <w:t>　　十一、本合同一式叁份，甲、乙双方各执一份，市房地产交易管理部门一份。</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十二、甲乙双方约定随之转让的附属装修设施为</w:t>
      </w:r>
      <w:r>
        <w:rPr>
          <w:lang w:eastAsia="zh-CN"/>
        </w:rPr>
        <w:br/>
      </w:r>
      <w:r>
        <w:rPr>
          <w:lang w:eastAsia="zh-CN"/>
        </w:rPr>
        <w:t>　　十三、其它约定事项：</w:t>
      </w:r>
      <w:r>
        <w:rPr>
          <w:lang w:eastAsia="zh-CN"/>
        </w:rPr>
        <w:br/>
      </w:r>
      <w:r>
        <w:rPr>
          <w:lang w:eastAsia="zh-CN"/>
        </w:rPr>
        <w:t>　　甲方：</w:t>
      </w:r>
      <w:r>
        <w:rPr>
          <w:lang w:eastAsia="zh-CN"/>
        </w:rPr>
        <w:br/>
      </w:r>
      <w:r>
        <w:rPr>
          <w:lang w:eastAsia="zh-CN"/>
        </w:rPr>
        <w:t>　　地址：联系电话：</w:t>
      </w:r>
      <w:r>
        <w:rPr>
          <w:lang w:eastAsia="zh-CN"/>
        </w:rPr>
        <w:br/>
      </w:r>
      <w:r>
        <w:rPr>
          <w:lang w:eastAsia="zh-CN"/>
        </w:rPr>
        <w:t>　　乙方：</w:t>
      </w:r>
      <w:r>
        <w:rPr>
          <w:lang w:eastAsia="zh-CN"/>
        </w:rPr>
        <w:br/>
      </w:r>
      <w:r>
        <w:rPr>
          <w:lang w:eastAsia="zh-CN"/>
        </w:rPr>
        <w:t>　　共有权人：</w:t>
      </w:r>
      <w:r>
        <w:rPr>
          <w:lang w:eastAsia="zh-CN"/>
        </w:rPr>
        <w:br/>
      </w:r>
      <w:r>
        <w:rPr>
          <w:lang w:eastAsia="zh-CN"/>
        </w:rPr>
        <w:t>　　地址：联系电话：</w:t>
      </w:r>
      <w:r>
        <w:rPr>
          <w:lang w:eastAsia="zh-CN"/>
        </w:rPr>
        <w:br/>
      </w:r>
      <w:r>
        <w:rPr>
          <w:lang w:eastAsia="zh-CN"/>
        </w:rPr>
        <w:t>　　年月日</w:t>
      </w:r>
      <w:r>
        <w:rPr>
          <w:lang w:eastAsia="zh-CN"/>
        </w:rPr>
        <w:br/>
      </w:r>
      <w:r>
        <w:rPr>
          <w:lang w:eastAsia="zh-CN"/>
        </w:rPr>
        <w:t xml:space="preserve">    郊区现房买卖合同 篇4 </w:t>
      </w:r>
      <w:r>
        <w:rPr>
          <w:lang w:eastAsia="zh-CN"/>
        </w:rPr>
        <w:br/>
      </w:r>
      <w:r>
        <w:rPr>
          <w:lang w:eastAsia="zh-CN"/>
        </w:rPr>
        <w:t>　　立合同双方：</w:t>
      </w:r>
      <w:r>
        <w:rPr>
          <w:lang w:eastAsia="zh-CN"/>
        </w:rPr>
        <w:br/>
      </w:r>
      <w:r>
        <w:rPr>
          <w:lang w:eastAsia="zh-CN"/>
        </w:rPr>
        <w:t>　　出售人：(以下简称甲方)</w:t>
      </w:r>
      <w:r>
        <w:rPr>
          <w:lang w:eastAsia="zh-CN"/>
        </w:rPr>
        <w:br/>
      </w:r>
      <w:r>
        <w:rPr>
          <w:lang w:eastAsia="zh-CN"/>
        </w:rPr>
        <w:t>　　代理人：(以下简称乙方)</w:t>
      </w:r>
      <w:r>
        <w:rPr>
          <w:lang w:eastAsia="zh-CN"/>
        </w:rPr>
        <w:br/>
      </w:r>
      <w:r>
        <w:rPr>
          <w:lang w:eastAsia="zh-CN"/>
        </w:rPr>
        <w:t>　　买受人：</w:t>
      </w:r>
      <w:r>
        <w:rPr>
          <w:lang w:eastAsia="zh-CN"/>
        </w:rPr>
        <w:br/>
      </w:r>
      <w:r>
        <w:rPr>
          <w:lang w:eastAsia="zh-CN"/>
        </w:rPr>
        <w:t>　　双方根据《上海市优惠价房出售管理办法》的有关规定，签订本合同。</w:t>
      </w:r>
      <w:r>
        <w:rPr>
          <w:lang w:eastAsia="zh-CN"/>
        </w:rPr>
        <w:br/>
      </w:r>
      <w:r>
        <w:rPr>
          <w:lang w:eastAsia="zh-CN"/>
        </w:rPr>
        <w:t>　　第一条甲方同意将坐落在上海市区(县)街道(镇)路(弄)支弄号室计建筑面积平方米的房屋以优惠价出售给乙方。</w:t>
      </w:r>
      <w:r>
        <w:rPr>
          <w:lang w:eastAsia="zh-CN"/>
        </w:rPr>
        <w:br/>
      </w:r>
      <w:r>
        <w:rPr>
          <w:lang w:eastAsia="zh-CN"/>
        </w:rPr>
        <w:t>　　第二条上述房屋按住房综合造价的%年每平方米建筑面积__元计价，另计房屋地段、层次、朝向、设施因素计算，每平方米建筑面积售价__元，共计售价(大写) __元。</w:t>
      </w:r>
      <w:r>
        <w:rPr>
          <w:lang w:eastAsia="zh-CN"/>
        </w:rPr>
        <w:br/>
      </w:r>
      <w:r>
        <w:rPr>
          <w:lang w:eastAsia="zh-CN"/>
        </w:rPr>
        <w:t>　　第三条乙方在合同签订时交纳定金300元整。</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第四条乙方在合同签订后30天内一次付清购房款，甲方给予%优惠，乙方实付价款(大写)</w:t>
      </w:r>
      <w:r>
        <w:rPr>
          <w:lang w:eastAsia="zh-CN"/>
        </w:rPr>
        <w:t xml:space="preserve"> __元。</w:t>
      </w:r>
      <w:r>
        <w:rPr>
          <w:lang w:eastAsia="zh-CN"/>
        </w:rPr>
        <w:br/>
      </w:r>
      <w:r>
        <w:rPr>
          <w:lang w:eastAsia="zh-CN"/>
        </w:rPr>
        <w:t>　　第五条乙方要求分期付款，必须征得甲方同意。首期付款占应付款%，计(大写)__元。余额计(大写)__元，分__年付清，月利率‰，余额款本息共计(大写)，每月月底前交付(大写)__元，最后在__年__月底前全部付清。合同签订后30天内交付首期购房款。</w:t>
      </w:r>
      <w:r>
        <w:rPr>
          <w:lang w:eastAsia="zh-CN"/>
        </w:rPr>
        <w:br/>
      </w:r>
      <w:r>
        <w:rPr>
          <w:lang w:eastAsia="zh-CN"/>
        </w:rPr>
        <w:t>　　第六条乙方分期付款而逾期交付，已交购房款作违约金由甲方收取，从未交款当月起向甲方缴付按公房租金标准计价的临时使用费，补交住宅建设债券。预付维修费按已支出的维修费用结算，多退少补。</w:t>
      </w:r>
      <w:r>
        <w:rPr>
          <w:lang w:eastAsia="zh-CN"/>
        </w:rPr>
        <w:br/>
      </w:r>
      <w:r>
        <w:rPr>
          <w:lang w:eastAsia="zh-CN"/>
        </w:rPr>
        <w:t>　　第七条乙方购房款未付清前调离本市、出国定居或去世，由其代理人或继承人付款。如乙方去世又无继承人，房屋由所在地区、县房管局根据《继承法》向法院申请按绝产接管，未付清的购房款由接管单位补交。</w:t>
      </w:r>
      <w:r>
        <w:rPr>
          <w:lang w:eastAsia="zh-CN"/>
        </w:rPr>
        <w:br/>
      </w:r>
      <w:r>
        <w:rPr>
          <w:lang w:eastAsia="zh-CN"/>
        </w:rPr>
        <w:t>　　第八条甲方收到乙方购房款、维修费，在合同签订30天内交割房屋。</w:t>
      </w:r>
      <w:r>
        <w:rPr>
          <w:lang w:eastAsia="zh-CN"/>
        </w:rPr>
        <w:br/>
      </w:r>
      <w:r>
        <w:rPr>
          <w:lang w:eastAsia="zh-CN"/>
        </w:rPr>
        <w:t>　　第九条甲乙双方按规定办理有关手续，交付有关手续费和产权登记费。乙方分期付款则要购房款全部付清后方可取得房屋所有权证。</w:t>
      </w:r>
      <w:r>
        <w:rPr>
          <w:lang w:eastAsia="zh-CN"/>
        </w:rPr>
        <w:br/>
      </w:r>
      <w:r>
        <w:rPr>
          <w:lang w:eastAsia="zh-CN"/>
        </w:rPr>
        <w:t>　　第十条甲乙双方在合同签订后30天内预付住房售后维修费。甲方按住房综合造价多层住宅%(高层住宅%)，提取维修费(大写) __元，连同乙方按住房综合造价多层住宅%(高层住宅%)预付维修费(大写) __元，落实维修单位，负责修理房屋的'共用部位和共用设施。</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第十一条上述房屋的基地和园地属国家所有，乙方不得擅自改建或搭建;公用部位设施属同幢所有权人共有，乙方保证不侵占使用。</w:t>
      </w:r>
      <w:r>
        <w:rPr>
          <w:lang w:eastAsia="zh-CN"/>
        </w:rPr>
        <w:br/>
      </w:r>
      <w:r>
        <w:rPr>
          <w:lang w:eastAsia="zh-CN"/>
        </w:rPr>
        <w:t>　　第十二条乙方保证遵守国家和本市有关土地、私房、建筑管理等的各项法规和规定，按时向提供售后服务和管理的管房单位或组织交纳管理费用。</w:t>
      </w:r>
      <w:r>
        <w:rPr>
          <w:lang w:eastAsia="zh-CN"/>
        </w:rPr>
        <w:br/>
      </w:r>
      <w:r>
        <w:rPr>
          <w:lang w:eastAsia="zh-CN"/>
        </w:rPr>
        <w:t>　　第十三条本合同签订之日起生效。乙方履行合同，定金抵付购房款，未履行合同，定金不予返还;甲方不履行合同，定金双倍偿还乙方。</w:t>
      </w:r>
      <w:r>
        <w:rPr>
          <w:lang w:eastAsia="zh-CN"/>
        </w:rPr>
        <w:br/>
      </w:r>
      <w:r>
        <w:rPr>
          <w:lang w:eastAsia="zh-CN"/>
        </w:rPr>
        <w:t>　　第十四条本契约一式四份。甲乙双方各执一份，房屋所在地管房部门或组织，房产交易所各执一份存证。</w:t>
      </w:r>
      <w:r>
        <w:rPr>
          <w:lang w:eastAsia="zh-CN"/>
        </w:rPr>
        <w:br/>
      </w:r>
      <w:r>
        <w:rPr>
          <w:lang w:eastAsia="zh-CN"/>
        </w:rPr>
        <w:t>　　甲方(签章)：</w:t>
      </w:r>
      <w:r>
        <w:rPr>
          <w:lang w:eastAsia="zh-CN"/>
        </w:rPr>
        <w:br/>
      </w:r>
      <w:r>
        <w:rPr>
          <w:lang w:eastAsia="zh-CN"/>
        </w:rPr>
        <w:t>　　乙方(签章)：</w:t>
      </w:r>
      <w:r>
        <w:rPr>
          <w:lang w:eastAsia="zh-CN"/>
        </w:rPr>
        <w:br/>
      </w:r>
      <w:r>
        <w:rPr>
          <w:lang w:eastAsia="zh-CN"/>
        </w:rPr>
        <w:t>　　代表人(签章)：</w:t>
      </w:r>
      <w:r>
        <w:rPr>
          <w:lang w:eastAsia="zh-CN"/>
        </w:rPr>
        <w:br/>
      </w:r>
      <w:r>
        <w:rPr>
          <w:lang w:eastAsia="zh-CN"/>
        </w:rPr>
        <w:t>　　代表人(签章)：</w:t>
      </w:r>
      <w:r>
        <w:rPr>
          <w:lang w:eastAsia="zh-CN"/>
        </w:rPr>
        <w:br/>
      </w:r>
      <w:r>
        <w:rPr>
          <w:lang w:eastAsia="zh-CN"/>
        </w:rPr>
        <w:t>　　20__年__月__日</w:t>
      </w:r>
      <w:r>
        <w:rPr>
          <w:lang w:eastAsia="zh-CN"/>
        </w:rPr>
        <w:br/>
      </w:r>
      <w:r>
        <w:rPr>
          <w:lang w:eastAsia="zh-CN"/>
        </w:rPr>
        <w:t xml:space="preserve">    郊区现房买卖合同 篇5 </w:t>
      </w:r>
      <w:r>
        <w:rPr>
          <w:lang w:eastAsia="zh-CN"/>
        </w:rPr>
        <w:br/>
      </w:r>
      <w:r>
        <w:rPr>
          <w:lang w:eastAsia="zh-CN"/>
        </w:rPr>
        <w:t>　　卖方（甲方）：__________身份证号码：__________</w:t>
      </w:r>
      <w:r>
        <w:rPr>
          <w:lang w:eastAsia="zh-CN"/>
        </w:rPr>
        <w:br/>
      </w:r>
      <w:r>
        <w:rPr>
          <w:lang w:eastAsia="zh-CN"/>
        </w:rPr>
        <w:t>　　买方（乙方）：__________身份证号码：__________</w:t>
      </w:r>
      <w:r>
        <w:rPr>
          <w:lang w:eastAsia="zh-CN"/>
        </w:rPr>
        <w:br/>
      </w:r>
      <w:r>
        <w:rPr>
          <w:lang w:eastAsia="zh-CN"/>
        </w:rPr>
        <w:t>　　甲、乙双方在平等、自愿、协商一致的基础上达成以下协议：</w:t>
      </w:r>
      <w:r>
        <w:rPr>
          <w:lang w:eastAsia="zh-CN"/>
        </w:rPr>
        <w:br/>
      </w:r>
      <w:r>
        <w:rPr>
          <w:lang w:eastAsia="zh-CN"/>
        </w:rPr>
        <w:t>　　一、甲方自愿将其位于________________号杂物房出售给乙方，该房屋所有权证号为邕房权证字第__________号，产权证面积为_______平方米。</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二、甲、乙双方约定上述杂物房的`成交总价为人民币____________元整（￥________）。房款由乙方在办理完相关手续当日通过转帐方式支付给甲方。</w:t>
      </w:r>
      <w:r>
        <w:rPr>
          <w:lang w:eastAsia="zh-CN"/>
        </w:rPr>
        <w:br/>
      </w:r>
      <w:r>
        <w:rPr>
          <w:lang w:eastAsia="zh-CN"/>
        </w:rPr>
        <w:t>　　三、该房屋在移交前所发生的各项费用，由甲方负责在移交前结清，甲方还应积极配合乙方办理相关手续。</w:t>
      </w:r>
      <w:r>
        <w:rPr>
          <w:lang w:eastAsia="zh-CN"/>
        </w:rPr>
        <w:br/>
      </w:r>
      <w:r>
        <w:rPr>
          <w:lang w:eastAsia="zh-CN"/>
        </w:rPr>
        <w:t>　　四、甲方应保证该杂物房权属清楚，无产权纠纷，符合买卖条件。该杂物房若发生与甲方有关的产权纠纷与债权债务的，概由甲方负责处理，并承担相应的法律责任，由此给乙方造成的损失，由甲方赔偿。</w:t>
      </w:r>
      <w:r>
        <w:rPr>
          <w:lang w:eastAsia="zh-CN"/>
        </w:rPr>
        <w:br/>
      </w:r>
      <w:r>
        <w:rPr>
          <w:lang w:eastAsia="zh-CN"/>
        </w:rPr>
        <w:t>　　五、若开发商向乙方收回或封存该杂物房，由甲方将房款全额退还给乙方、</w:t>
      </w:r>
      <w:r>
        <w:rPr>
          <w:lang w:eastAsia="zh-CN"/>
        </w:rPr>
        <w:br/>
      </w:r>
      <w:r>
        <w:rPr>
          <w:lang w:eastAsia="zh-CN"/>
        </w:rPr>
        <w:t>　　六、本合同在履行过程中发生争议的，同合同当事人协商解决；协商不成的，可以向南宁仲裁委员会申请仲裁，也可以直接向人民法院起诉。</w:t>
      </w:r>
      <w:r>
        <w:rPr>
          <w:lang w:eastAsia="zh-CN"/>
        </w:rPr>
        <w:br/>
      </w:r>
      <w:r>
        <w:rPr>
          <w:lang w:eastAsia="zh-CN"/>
        </w:rPr>
        <w:t>　　七、本合同一式两份，甲、乙方各执一份，自双方签字盖章之日起生效。</w:t>
      </w:r>
      <w:r>
        <w:rPr>
          <w:lang w:eastAsia="zh-CN"/>
        </w:rPr>
        <w:br/>
      </w:r>
      <w:r>
        <w:rPr>
          <w:lang w:eastAsia="zh-CN"/>
        </w:rPr>
        <w:t>　　甲方：__________乙方：__________</w:t>
      </w:r>
      <w:r>
        <w:rPr>
          <w:lang w:eastAsia="zh-CN"/>
        </w:rPr>
        <w:br/>
      </w:r>
      <w:r>
        <w:rPr>
          <w:lang w:eastAsia="zh-CN"/>
        </w:rPr>
        <w:t>　　联系电话：__________联系电话：__________</w:t>
      </w:r>
      <w:r>
        <w:rPr>
          <w:lang w:eastAsia="zh-CN"/>
        </w:rPr>
        <w:br/>
      </w:r>
      <w:r>
        <w:rPr>
          <w:lang w:eastAsia="zh-CN"/>
        </w:rPr>
        <w:t>　　现住址：__________现住址：__________</w:t>
      </w:r>
      <w:r>
        <w:rPr>
          <w:lang w:eastAsia="zh-CN"/>
        </w:rPr>
        <w:br/>
      </w:r>
      <w:r>
        <w:rPr>
          <w:lang w:eastAsia="zh-CN"/>
        </w:rPr>
        <w:t>　　签约日期：_____年_____月_____日签约日期：_____年_____月_____日</w:t>
      </w:r>
      <w:r>
        <w:rPr>
          <w:lang w:eastAsia="zh-CN"/>
        </w:rPr>
        <w:br/>
      </w:r>
      <w:r>
        <w:rPr>
          <w:lang w:eastAsia="zh-CN"/>
        </w:rPr>
        <w:t xml:space="preserve">    郊区现房买卖合同 篇6 </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甲方（出卖人）：</w:t>
      </w:r>
      <w:r>
        <w:rPr>
          <w:lang w:eastAsia="zh-CN"/>
        </w:rPr>
        <w:br/>
      </w:r>
      <w:r>
        <w:rPr>
          <w:lang w:eastAsia="zh-CN"/>
        </w:rPr>
        <w:t>　　身份证号码：</w:t>
      </w:r>
      <w:r>
        <w:rPr>
          <w:lang w:eastAsia="zh-CN"/>
        </w:rPr>
        <w:br/>
      </w:r>
      <w:r>
        <w:rPr>
          <w:lang w:eastAsia="zh-CN"/>
        </w:rPr>
        <w:t>　　乙方（买受人）：</w:t>
      </w:r>
      <w:r>
        <w:rPr>
          <w:lang w:eastAsia="zh-CN"/>
        </w:rPr>
        <w:br/>
      </w:r>
      <w:r>
        <w:rPr>
          <w:lang w:eastAsia="zh-CN"/>
        </w:rPr>
        <w:t>　　身份证号码：</w:t>
      </w:r>
      <w:r>
        <w:rPr>
          <w:lang w:eastAsia="zh-CN"/>
        </w:rPr>
        <w:br/>
      </w:r>
      <w:r>
        <w:rPr>
          <w:lang w:eastAsia="zh-CN"/>
        </w:rPr>
        <w:t>　　根据国家和本省（市）法律、法规和有关规定，甲、乙双方在平等、自愿、协商一致的基础上就下列房地产买卖达成如下协议：</w:t>
      </w:r>
      <w:r>
        <w:rPr>
          <w:lang w:eastAsia="zh-CN"/>
        </w:rPr>
        <w:br/>
      </w:r>
      <w:r>
        <w:rPr>
          <w:lang w:eastAsia="zh-CN"/>
        </w:rPr>
        <w:t>　　第一条 房屋的基本情况 甲方房屋（以下简称该房屋）坐落于___________；位于第_____层，共_________（套/间），房屋结构为_________，建筑面积_______平方米（其中实际建筑面积_________平方米，公共部位与公用房屋分摊建筑面积_________平方米），房屋用途为 _________； （房屋所有权证号、土地使用权证号/房地产权证号）为 __________________。</w:t>
      </w:r>
      <w:r>
        <w:rPr>
          <w:lang w:eastAsia="zh-CN"/>
        </w:rPr>
        <w:br/>
      </w:r>
      <w:r>
        <w:rPr>
          <w:lang w:eastAsia="zh-CN"/>
        </w:rPr>
        <w:t>　　第二条 房屋面积的特殊约定</w:t>
      </w:r>
      <w:r>
        <w:rPr>
          <w:lang w:eastAsia="zh-CN"/>
        </w:rPr>
        <w:br/>
      </w:r>
      <w:r>
        <w:rPr>
          <w:lang w:eastAsia="zh-CN"/>
        </w:rPr>
        <w:t>　　本合同第一条所约定的面积为产权登记机关实际测定面积。</w:t>
      </w:r>
      <w:r>
        <w:rPr>
          <w:lang w:eastAsia="zh-CN"/>
        </w:rPr>
        <w:br/>
      </w:r>
      <w:r>
        <w:rPr>
          <w:lang w:eastAsia="zh-CN"/>
        </w:rPr>
        <w:t>　　第三条 价格</w:t>
      </w:r>
      <w:r>
        <w:rPr>
          <w:lang w:eastAsia="zh-CN"/>
        </w:rPr>
        <w:br/>
      </w:r>
      <w:r>
        <w:rPr>
          <w:lang w:eastAsia="zh-CN"/>
        </w:rPr>
        <w:t>　　按总建筑面积计算，该房屋售价为（_________币）每平方米_________元，总金额为（_________币）_________元整。</w:t>
      </w:r>
      <w:r>
        <w:rPr>
          <w:lang w:eastAsia="zh-CN"/>
        </w:rPr>
        <w:br/>
      </w:r>
      <w:r>
        <w:rPr>
          <w:lang w:eastAsia="zh-CN"/>
        </w:rPr>
        <w:t>　　第四条 付款方式</w:t>
      </w:r>
      <w:r>
        <w:rPr>
          <w:lang w:eastAsia="zh-CN"/>
        </w:rPr>
        <w:br/>
      </w:r>
      <w:r>
        <w:rPr>
          <w:lang w:eastAsia="zh-CN"/>
        </w:rPr>
        <w:t>　　乙方应于本合同生效之日向甲方支付定金（_________币）_________元整，并应于本合同生效之日起_____日内将该房屋全部价款付给甲方。</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2、已付定金将在最后一期付款时冲抵，支付方式为以下第______种：</w:t>
      </w:r>
      <w:r>
        <w:rPr>
          <w:lang w:eastAsia="zh-CN"/>
        </w:rPr>
        <w:t xml:space="preserve"> （1）现金_________；</w:t>
      </w:r>
      <w:r>
        <w:rPr>
          <w:lang w:eastAsia="zh-CN"/>
        </w:rPr>
        <w:br/>
      </w:r>
      <w:r>
        <w:rPr>
          <w:lang w:eastAsia="zh-CN"/>
        </w:rPr>
        <w:t>　　（2）支票_________；</w:t>
      </w:r>
      <w:r>
        <w:rPr>
          <w:lang w:eastAsia="zh-CN"/>
        </w:rPr>
        <w:br/>
      </w:r>
      <w:r>
        <w:rPr>
          <w:lang w:eastAsia="zh-CN"/>
        </w:rPr>
        <w:t>　　（3）汇款_________。</w:t>
      </w:r>
      <w:r>
        <w:rPr>
          <w:lang w:eastAsia="zh-CN"/>
        </w:rPr>
        <w:br/>
      </w:r>
      <w:r>
        <w:rPr>
          <w:lang w:eastAsia="zh-CN"/>
        </w:rPr>
        <w:t>　　第五条 交付期限</w:t>
      </w:r>
      <w:r>
        <w:rPr>
          <w:lang w:eastAsia="zh-CN"/>
        </w:rPr>
        <w:br/>
      </w:r>
      <w:r>
        <w:rPr>
          <w:lang w:eastAsia="zh-CN"/>
        </w:rPr>
        <w:t>　　甲方应于本合同生效之日起_____日内，将该房屋的产权证书交给乙方，并应收到该房屋全部价款之日起_____日内，将该房屋付给乙方。</w:t>
      </w:r>
      <w:r>
        <w:rPr>
          <w:lang w:eastAsia="zh-CN"/>
        </w:rPr>
        <w:br/>
      </w:r>
      <w:r>
        <w:rPr>
          <w:lang w:eastAsia="zh-CN"/>
        </w:rPr>
        <w:t>　　第六条 乙方逾期付款的违约责任</w:t>
      </w:r>
      <w:r>
        <w:rPr>
          <w:lang w:eastAsia="zh-CN"/>
        </w:rPr>
        <w:br/>
      </w:r>
      <w:r>
        <w:rPr>
          <w:lang w:eastAsia="zh-CN"/>
        </w:rPr>
        <w:t>　　乙方如未按本合同第四条规定的时间付款，甲方对乙方的逾期付款有权追究违约利息。自本合同规定的应付款限期之第二天起至实际付款之日止，月利息按_____计算。</w:t>
      </w:r>
      <w:r>
        <w:rPr>
          <w:lang w:eastAsia="zh-CN"/>
        </w:rPr>
        <w:br/>
      </w:r>
      <w:r>
        <w:rPr>
          <w:lang w:eastAsia="zh-CN"/>
        </w:rPr>
        <w:t>　　逾期超过_____天后，即视为乙方不履行本合同。届时，甲方有权按下述第_____种约定，追究乙方的违约责任。</w:t>
      </w:r>
      <w:r>
        <w:rPr>
          <w:lang w:eastAsia="zh-CN"/>
        </w:rPr>
        <w:br/>
      </w:r>
      <w:r>
        <w:rPr>
          <w:lang w:eastAsia="zh-CN"/>
        </w:rPr>
        <w:t>　　（1）终止合同，乙方按累计应付款的_____%向甲方支付违约金。甲方实际经济损失超过乙方支付的违约金时，实际经济损失与违约金的差额部分由乙方据实赔偿。</w:t>
      </w:r>
      <w:r>
        <w:rPr>
          <w:lang w:eastAsia="zh-CN"/>
        </w:rPr>
        <w:br/>
      </w:r>
      <w:r>
        <w:rPr>
          <w:lang w:eastAsia="zh-CN"/>
        </w:rPr>
        <w:t>　　（2）乙方按累计应付款的._____%向甲方支付违约金，合同继续履行。</w:t>
      </w:r>
      <w:r>
        <w:rPr>
          <w:lang w:eastAsia="zh-CN"/>
        </w:rPr>
        <w:br/>
      </w:r>
      <w:r>
        <w:rPr>
          <w:lang w:eastAsia="zh-CN"/>
        </w:rPr>
        <w:t>　　第七条 甲方逾期交付房屋的违约责任</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除人力不可抗拒的自然灾害等特殊情况外，甲方如未按本合同第五条规定的期限将该房屋交给乙方使用，乙方有权按已交付的房价款向甲方追究违约利息。按本合同规定的交付期限的第二天起至实际交付之日止，按_____%向乙方支付违约金。</w:t>
      </w:r>
      <w:r>
        <w:rPr>
          <w:lang w:eastAsia="zh-CN"/>
        </w:rPr>
        <w:br/>
      </w:r>
      <w:r>
        <w:rPr>
          <w:lang w:eastAsia="zh-CN"/>
        </w:rPr>
        <w:t>　　逾期超过____个月，则视为甲方不履行本合同，乙方有权按下列第_____种约定，追究甲方的违约责任。</w:t>
      </w:r>
      <w:r>
        <w:rPr>
          <w:lang w:eastAsia="zh-CN"/>
        </w:rPr>
        <w:br/>
      </w:r>
      <w:r>
        <w:rPr>
          <w:lang w:eastAsia="zh-CN"/>
        </w:rPr>
        <w:t>　　（1）终止合同，甲方按乙方累计已付款的_____%向乙方支付违约金。乙方实际经济损失超过甲方支付的违约金时，实际经济损失与违约金的差额部分由甲方据实赔偿。</w:t>
      </w:r>
      <w:r>
        <w:rPr>
          <w:lang w:eastAsia="zh-CN"/>
        </w:rPr>
        <w:br/>
      </w:r>
      <w:r>
        <w:rPr>
          <w:lang w:eastAsia="zh-CN"/>
        </w:rPr>
        <w:t>　　（2）甲方按乙方累计已付款的_____%向乙方支付违约金，合同继续履行。</w:t>
      </w:r>
      <w:r>
        <w:rPr>
          <w:lang w:eastAsia="zh-CN"/>
        </w:rPr>
        <w:br/>
      </w:r>
      <w:r>
        <w:rPr>
          <w:lang w:eastAsia="zh-CN"/>
        </w:rPr>
        <w:t>　　第八条 关于产权登记的约定</w:t>
      </w:r>
      <w:r>
        <w:rPr>
          <w:lang w:eastAsia="zh-CN"/>
        </w:rPr>
        <w:br/>
      </w:r>
      <w:r>
        <w:rPr>
          <w:lang w:eastAsia="zh-CN"/>
        </w:rPr>
        <w:t>　　在乙方实际接收该房屋之日起，甲方协助乙方在房地产产权登记机关规定的期限内向房地产产权登记机关办理权属登记手续。如因甲方的过失造成乙方不能在双方实际交接之日起___天内取得房地产权属证书，乙方有权提出退房，甲方须在乙方提出退房要求之日起_____天内将乙方已付款退还给乙方，并按已付款的_____%赔偿乙方损失。</w:t>
      </w:r>
      <w:r>
        <w:rPr>
          <w:lang w:eastAsia="zh-CN"/>
        </w:rPr>
        <w:br/>
      </w:r>
      <w:r>
        <w:rPr>
          <w:lang w:eastAsia="zh-CN"/>
        </w:rPr>
        <w:t>　　第九条 保证</w:t>
      </w:r>
      <w:r>
        <w:rPr>
          <w:lang w:eastAsia="zh-CN"/>
        </w:rPr>
        <w:br/>
      </w:r>
      <w:r>
        <w:rPr>
          <w:lang w:eastAsia="zh-CN"/>
        </w:rPr>
        <w:t>　　甲方保证在交易时该房屋没有产权纠纷，有关按揭、抵押债务，甲方均在交易前办妥。</w:t>
      </w:r>
      <w:r>
        <w:rPr>
          <w:lang w:eastAsia="zh-CN"/>
        </w:rPr>
        <w:br/>
      </w:r>
      <w:r>
        <w:rPr>
          <w:lang w:eastAsia="zh-CN"/>
        </w:rPr>
        <w:t>　　第十条 税费的交纳</w:t>
      </w:r>
      <w:r>
        <w:rPr>
          <w:lang w:eastAsia="zh-CN"/>
        </w:rPr>
        <w:br/>
      </w:r>
      <w:r>
        <w:rPr>
          <w:lang w:eastAsia="zh-CN"/>
        </w:rPr>
        <w:t>　　因本房屋所有权转移所发生的所有费用均由乙方缴纳。</w:t>
      </w:r>
      <w:r>
        <w:rPr>
          <w:lang w:eastAsia="zh-CN"/>
        </w:rPr>
        <w:br/>
      </w:r>
      <w:r>
        <w:rPr>
          <w:lang w:eastAsia="zh-CN"/>
        </w:rPr>
        <w:t>　　第十一条 声明及保证</w:t>
      </w:r>
      <w:r>
        <w:rPr>
          <w:lang w:eastAsia="zh-CN"/>
        </w:rPr>
        <w:br/>
      </w:r>
      <w:r>
        <w:rPr>
          <w:lang w:eastAsia="zh-CN"/>
        </w:rPr>
        <w:t>　　甲方：</w:t>
      </w:r>
      <w:r>
        <w:rPr>
          <w:lang w:eastAsia="zh-CN"/>
        </w:rPr>
        <w:t xml:space="preserve"> 1、甲方有权签署并有能力履行本合同。</w:t>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2、在签署本合同时，任何法院、仲裁机构、行政机关或监管机构均未作出任何足以对甲方履行本合同产生重大不利影响的判决、裁定、裁决或具体行政行为。</w:t>
      </w:r>
      <w:r>
        <w:rPr>
          <w:lang w:eastAsia="zh-CN"/>
        </w:rPr>
        <w:br/>
      </w:r>
      <w:r>
        <w:rPr>
          <w:lang w:eastAsia="zh-CN"/>
        </w:rPr>
        <w:t>　　乙方： 1、乙方有权签署并有能力履行本合同。 2、在签署本合同时，任何法院、仲裁机构、行政机关或监管机构均未作出任何足以对乙方履行本合同产生重大不利影响的判决、裁定、裁决或具体行政行为。</w:t>
      </w:r>
      <w:r>
        <w:rPr>
          <w:lang w:eastAsia="zh-CN"/>
        </w:rPr>
        <w:br/>
      </w:r>
      <w:r>
        <w:rPr>
          <w:lang w:eastAsia="zh-CN"/>
        </w:rPr>
        <w:t>　　第十二条 保密</w:t>
      </w:r>
      <w:r>
        <w:rPr>
          <w:lang w:eastAsia="zh-CN"/>
        </w:rPr>
        <w:br/>
      </w:r>
      <w:r>
        <w:rPr>
          <w:lang w:eastAsia="zh-CN"/>
        </w:rPr>
        <w:t>　　甲乙双方保证对在讨论、签订、执行本协议过程中所获悉的属于对方的且无法自公开渠道获得的文件及资料（包括商业秘密、公司计划、运营活动、财务信息、技术信息、经营信息及其他商业秘密）予以保密。未经该资料和文件的原提供方同意，另一方不得向任何第三方泄露该商业秘密的全部或部分内容。但法律、法规另有规定或双方另有约定的除外。</w:t>
      </w:r>
      <w:r>
        <w:rPr>
          <w:lang w:eastAsia="zh-CN"/>
        </w:rPr>
        <w:br/>
      </w:r>
      <w:r>
        <w:rPr>
          <w:lang w:eastAsia="zh-CN"/>
        </w:rPr>
        <w:t>　　第十三条</w:t>
      </w:r>
      <w:r>
        <w:rPr>
          <w:lang w:eastAsia="zh-CN"/>
        </w:rPr>
        <w:br/>
      </w:r>
      <w:r>
        <w:rPr>
          <w:lang w:eastAsia="zh-CN"/>
        </w:rPr>
        <w:t>　　合同的变更 本合同履行期间，发生特殊情况时，甲、乙任何一方需变更本合同的，要求变更一方应及时书面通知对方，征得对方同意后，双方在规定的时限内（书面通知发出 ____天内）签订书面变更协议，该协议将成为合同不可分割的部分。未经双方签署书面文件，任何一方无权变更本合同，否则，由此造成对方的经济损失，由责任方承担。 第十四条 争议的处理</w:t>
      </w:r>
      <w:r>
        <w:rPr>
          <w:lang w:eastAsia="zh-CN"/>
        </w:rPr>
        <w:br/>
      </w:r>
      <w:r>
        <w:rPr>
          <w:lang w:eastAsia="zh-CN"/>
        </w:rPr>
        <w:t>　　1、本合同受中华人民共和国法律管辖并按其进行解释。</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2、本合同在履行过程中发生的争议，由双方当事人协商解决，也可由有关部门调解；协商或调解不成的，按下列第____种方式解决：</w:t>
      </w:r>
      <w:r>
        <w:rPr>
          <w:lang w:eastAsia="zh-CN"/>
        </w:rPr>
        <w:br/>
      </w:r>
      <w:r>
        <w:rPr>
          <w:lang w:eastAsia="zh-CN"/>
        </w:rPr>
        <w:t>　　（1）提交_________仲裁委员会仲裁；</w:t>
      </w:r>
      <w:r>
        <w:rPr>
          <w:lang w:eastAsia="zh-CN"/>
        </w:rPr>
        <w:br/>
      </w:r>
      <w:r>
        <w:rPr>
          <w:lang w:eastAsia="zh-CN"/>
        </w:rPr>
        <w:t>　　（2）依法向人民法院起诉。</w:t>
      </w:r>
      <w:r>
        <w:rPr>
          <w:lang w:eastAsia="zh-CN"/>
        </w:rPr>
        <w:br/>
      </w:r>
      <w:r>
        <w:rPr>
          <w:lang w:eastAsia="zh-CN"/>
        </w:rPr>
        <w:t>　　第十五条 合同的效力</w:t>
      </w:r>
      <w:r>
        <w:rPr>
          <w:lang w:eastAsia="zh-CN"/>
        </w:rPr>
        <w:br/>
      </w:r>
      <w:r>
        <w:rPr>
          <w:lang w:eastAsia="zh-CN"/>
        </w:rPr>
        <w:t>　　1、本合同自双方法定代表人签字盖单之日起生效。</w:t>
      </w:r>
      <w:r>
        <w:rPr>
          <w:lang w:eastAsia="zh-CN"/>
        </w:rPr>
        <w:br/>
      </w:r>
      <w:r>
        <w:rPr>
          <w:lang w:eastAsia="zh-CN"/>
        </w:rPr>
        <w:t>　　2、本协议一式_________份，甲方、乙方各_________份，具有同等法律效力。</w:t>
      </w:r>
      <w:r>
        <w:rPr>
          <w:lang w:eastAsia="zh-CN"/>
        </w:rPr>
        <w:br/>
      </w:r>
      <w:r>
        <w:rPr>
          <w:lang w:eastAsia="zh-CN"/>
        </w:rPr>
        <w:t>　　甲方：________</w:t>
      </w:r>
      <w:r>
        <w:rPr>
          <w:lang w:eastAsia="zh-CN"/>
        </w:rPr>
        <w:br/>
      </w:r>
      <w:r>
        <w:rPr>
          <w:lang w:eastAsia="zh-CN"/>
        </w:rPr>
        <w:t>　　乙方：________</w:t>
      </w:r>
      <w:r>
        <w:rPr>
          <w:lang w:eastAsia="zh-CN"/>
        </w:rPr>
        <w:br/>
      </w:r>
      <w:r>
        <w:rPr>
          <w:lang w:eastAsia="zh-CN"/>
        </w:rPr>
        <w:t>　　签订时间：________</w:t>
      </w:r>
      <w:r>
        <w:rPr>
          <w:lang w:eastAsia="zh-CN"/>
        </w:rPr>
        <w:br/>
      </w:r>
      <w:r>
        <w:rPr>
          <w:lang w:eastAsia="zh-CN"/>
        </w:rPr>
        <w:t xml:space="preserve">    郊区现房买卖合同 篇7 </w:t>
      </w:r>
      <w:r>
        <w:rPr>
          <w:lang w:eastAsia="zh-CN"/>
        </w:rPr>
        <w:br/>
      </w:r>
      <w:r>
        <w:rPr>
          <w:lang w:eastAsia="zh-CN"/>
        </w:rPr>
        <w:t>　　甲方：_______________</w:t>
      </w:r>
      <w:r>
        <w:rPr>
          <w:lang w:eastAsia="zh-CN"/>
        </w:rPr>
        <w:br/>
      </w:r>
      <w:r>
        <w:rPr>
          <w:lang w:eastAsia="zh-CN"/>
        </w:rPr>
        <w:t>　　乙方：_______________</w:t>
      </w:r>
      <w:r>
        <w:rPr>
          <w:lang w:eastAsia="zh-CN"/>
        </w:rPr>
        <w:br/>
      </w:r>
      <w:r>
        <w:rPr>
          <w:lang w:eastAsia="zh-CN"/>
        </w:rPr>
        <w:t>　　甲乙双方为购销___渡假村商品房事宜，经洽商签订合同条款如下，以便共同遵守。</w:t>
      </w:r>
      <w:r>
        <w:rPr>
          <w:lang w:eastAsia="zh-CN"/>
        </w:rPr>
        <w:br/>
      </w:r>
      <w:r>
        <w:rPr>
          <w:lang w:eastAsia="zh-CN"/>
        </w:rPr>
        <w:t>　　一、乙方向甲方购买座落在____渡假村____组团内____楼房____栋。建筑面积为____平方米。其面积以____省《建筑面积计算规则》为准。</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二、商品房售价为人民币____元。其中包括配套的配电室、临时锅炉房、道路、绿化等工程设施的费用，但不包括建筑税和公证费。</w:t>
      </w:r>
      <w:r>
        <w:rPr>
          <w:lang w:eastAsia="zh-CN"/>
        </w:rPr>
        <w:br/>
      </w:r>
      <w:r>
        <w:rPr>
          <w:lang w:eastAsia="zh-CN"/>
        </w:rPr>
        <w:t>　　三、付款办法：</w:t>
      </w:r>
      <w:r>
        <w:rPr>
          <w:lang w:eastAsia="zh-CN"/>
        </w:rPr>
        <w:br/>
      </w:r>
      <w:r>
        <w:rPr>
          <w:lang w:eastAsia="zh-CN"/>
        </w:rPr>
        <w:t>　　预购房屋按房屋暂定价先付购房款40%，计人民币____元，(其中10%为定金)。待房屋建设工作量完成一半时再预付30%。房屋竣工交付乙方时按实际售价结清尾款。房屋建筑税款由甲方代收代缴。</w:t>
      </w:r>
      <w:r>
        <w:rPr>
          <w:lang w:eastAsia="zh-CN"/>
        </w:rPr>
        <w:br/>
      </w:r>
      <w:r>
        <w:rPr>
          <w:lang w:eastAsia="zh-CN"/>
        </w:rPr>
        <w:t>　　四、交房时间：</w:t>
      </w:r>
      <w:r>
        <w:rPr>
          <w:lang w:eastAsia="zh-CN"/>
        </w:rPr>
        <w:br/>
      </w:r>
      <w:r>
        <w:rPr>
          <w:lang w:eastAsia="zh-CN"/>
        </w:rPr>
        <w:t>　　甲方应于一九__年__月将验收合格的房屋交付乙方。</w:t>
      </w:r>
      <w:r>
        <w:rPr>
          <w:lang w:eastAsia="zh-CN"/>
        </w:rPr>
        <w:br/>
      </w:r>
      <w:r>
        <w:rPr>
          <w:lang w:eastAsia="zh-CN"/>
        </w:rPr>
        <w:t>　　五、乙方在接到甲方接房通知后的十天内将购房款结清。届时乙方若不能验收接管时，须委托甲方代管，并付甲方代管费(按房价的万分之一/日计取)。</w:t>
      </w:r>
      <w:r>
        <w:rPr>
          <w:lang w:eastAsia="zh-CN"/>
        </w:rPr>
        <w:br/>
      </w:r>
      <w:r>
        <w:rPr>
          <w:lang w:eastAsia="zh-CN"/>
        </w:rPr>
        <w:t>　　六、乙方从接管所购房屋之日起，甲方按照国家规定，对房屋质量问题实行保修(土建工程保修一年，水电半年，暖气一个采暖期)。</w:t>
      </w:r>
      <w:r>
        <w:rPr>
          <w:lang w:eastAsia="zh-CN"/>
        </w:rPr>
        <w:br/>
      </w:r>
      <w:r>
        <w:rPr>
          <w:lang w:eastAsia="zh-CN"/>
        </w:rPr>
        <w:t>　　七、违约责任：</w:t>
      </w:r>
      <w:r>
        <w:rPr>
          <w:lang w:eastAsia="zh-CN"/>
        </w:rPr>
        <w:br/>
      </w:r>
      <w:r>
        <w:rPr>
          <w:lang w:eastAsia="zh-CN"/>
        </w:rPr>
        <w:t>　　1.本合同生效后，如乙方违约，乙方已缴定金不退;如甲方违约，则应双倍退还定金。</w:t>
      </w:r>
      <w:r>
        <w:rPr>
          <w:lang w:eastAsia="zh-CN"/>
        </w:rPr>
        <w:br/>
      </w:r>
      <w:r>
        <w:rPr>
          <w:lang w:eastAsia="zh-CN"/>
        </w:rPr>
        <w:t>　　2.甲方如不能按期交付乙方所购房屋时(除人力不可抗拒原因外)，每逾期一天，甲方向乙方承担应交房屋售价万分之一的罚金。甲方通过努力交付房屋，乙方又同意提前接管时，以同等条件由乙方付给甲方作为奖励。</w:t>
      </w:r>
      <w:r>
        <w:rPr>
          <w:lang w:eastAsia="zh-CN"/>
        </w:rPr>
        <w:br/>
      </w:r>
      <w:r>
        <w:rPr>
          <w:lang w:eastAsia="zh-CN"/>
        </w:rPr>
        <w:t>　　八、乙方需要安装电话，由甲方解决，费用由乙方承担。</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九、乙方对所购房屋享有所有权，但必须遵守国家有关房屋管理规定及渡假村管理办法。</w:t>
      </w:r>
      <w:r>
        <w:rPr>
          <w:lang w:eastAsia="zh-CN"/>
        </w:rPr>
        <w:br/>
      </w:r>
      <w:r>
        <w:rPr>
          <w:lang w:eastAsia="zh-CN"/>
        </w:rPr>
        <w:t>　　十、甲乙双方如在执行本合同过程中发生争执，应首先通过友好协商解决，如双方不能达成一致意见时，应提交有关仲裁机关进行仲裁。</w:t>
      </w:r>
      <w:r>
        <w:rPr>
          <w:lang w:eastAsia="zh-CN"/>
        </w:rPr>
        <w:br/>
      </w:r>
      <w:r>
        <w:rPr>
          <w:lang w:eastAsia="zh-CN"/>
        </w:rPr>
        <w:t>　　十一、本合同一式九份，正本两份，双方各执一份;副本六份，双方各执三份，正副两本具有同等法律约束力。</w:t>
      </w:r>
      <w:r>
        <w:rPr>
          <w:lang w:eastAsia="zh-CN"/>
        </w:rPr>
        <w:br/>
      </w:r>
      <w:r>
        <w:rPr>
          <w:lang w:eastAsia="zh-CN"/>
        </w:rPr>
        <w:t>　　十二、本合同双方签字盖章经公证后生效。本合同未尽事宜另行协商。</w:t>
      </w:r>
      <w:r>
        <w:rPr>
          <w:lang w:eastAsia="zh-CN"/>
        </w:rPr>
        <w:br/>
      </w:r>
      <w:r>
        <w:rPr>
          <w:lang w:eastAsia="zh-CN"/>
        </w:rPr>
        <w:t>　　甲方：(盖章)</w:t>
      </w:r>
      <w:r>
        <w:rPr>
          <w:lang w:eastAsia="zh-CN"/>
        </w:rPr>
        <w:br/>
      </w:r>
      <w:r>
        <w:rPr>
          <w:lang w:eastAsia="zh-CN"/>
        </w:rPr>
        <w:t>　　代表：</w:t>
      </w:r>
      <w:r>
        <w:rPr>
          <w:lang w:eastAsia="zh-CN"/>
        </w:rPr>
        <w:br/>
      </w:r>
      <w:r>
        <w:rPr>
          <w:lang w:eastAsia="zh-CN"/>
        </w:rPr>
        <w:t>　　乙方：(盖章)</w:t>
      </w:r>
      <w:r>
        <w:rPr>
          <w:lang w:eastAsia="zh-CN"/>
        </w:rPr>
        <w:br/>
      </w:r>
      <w:r>
        <w:rPr>
          <w:lang w:eastAsia="zh-CN"/>
        </w:rPr>
        <w:t>　　代表：</w:t>
      </w:r>
      <w:r>
        <w:rPr>
          <w:lang w:eastAsia="zh-CN"/>
        </w:rPr>
        <w:br/>
      </w:r>
      <w:r>
        <w:rPr>
          <w:lang w:eastAsia="zh-CN"/>
        </w:rPr>
        <w:t xml:space="preserve">    郊区现房买卖合同 篇8 </w:t>
      </w:r>
      <w:r>
        <w:rPr>
          <w:lang w:eastAsia="zh-CN"/>
        </w:rPr>
        <w:br/>
      </w:r>
      <w:r>
        <w:rPr>
          <w:lang w:eastAsia="zh-CN"/>
        </w:rPr>
        <w:t>　　出卖人：身份证：</w:t>
      </w:r>
      <w:r>
        <w:rPr>
          <w:lang w:eastAsia="zh-CN"/>
        </w:rPr>
        <w:br/>
      </w:r>
      <w:r>
        <w:rPr>
          <w:lang w:eastAsia="zh-CN"/>
        </w:rPr>
        <w:t>　　买受人：身份证：</w:t>
      </w:r>
      <w:r>
        <w:rPr>
          <w:lang w:eastAsia="zh-CN"/>
        </w:rPr>
        <w:br/>
      </w:r>
      <w:r>
        <w:rPr>
          <w:lang w:eastAsia="zh-CN"/>
        </w:rPr>
        <w:t>　　甲乙双方就房屋买卖事宜，依据相关法律法规，并经双方友好协商，达成如下合同条款：</w:t>
      </w:r>
      <w:r>
        <w:rPr>
          <w:lang w:eastAsia="zh-CN"/>
        </w:rPr>
        <w:br/>
      </w:r>
      <w:r>
        <w:rPr>
          <w:lang w:eastAsia="zh-CN"/>
        </w:rPr>
        <w:t>　　一、甲方自愿将坐落于合肥市区路小区号楼单元室房地产出卖给乙方，并将与所出卖该房产的相关的土地使用权同时出卖给乙方。</w:t>
      </w:r>
      <w:r>
        <w:rPr>
          <w:lang w:eastAsia="zh-CN"/>
        </w:rPr>
        <w:br/>
      </w:r>
      <w:r>
        <w:rPr>
          <w:lang w:eastAsia="zh-CN"/>
        </w:rPr>
        <w:t>　　二、双方议定上述房地产及附属建筑物总价款为人民币大写。</w:t>
      </w:r>
      <w:r>
        <w:rPr>
          <w:lang w:eastAsia="zh-CN"/>
        </w:rPr>
        <w:br/>
      </w:r>
      <w:r>
        <w:rPr>
          <w:lang w:eastAsia="zh-CN"/>
        </w:rPr>
        <w:t>　　三、乙方在签订本合同时，支付甲方房款元。</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四、甲方保证该房产合法、权属清楚，不得有任何除甲方以外的第三人主张该房产的合法权利，并不得在本合同签订后又与其他方签订关于本合同所记载的房屋的买卖合同并办理过户手续。</w:t>
      </w:r>
      <w:r>
        <w:rPr>
          <w:lang w:eastAsia="zh-CN"/>
        </w:rPr>
        <w:br/>
      </w:r>
      <w:r>
        <w:rPr>
          <w:lang w:eastAsia="zh-CN"/>
        </w:rPr>
        <w:t>　　五、自本合同签订之日起三个月内，甲方须将房屋过户给乙方，如遇特殊情况，双方协商后可延期，但延期不得超过一个月。</w:t>
      </w:r>
      <w:r>
        <w:rPr>
          <w:lang w:eastAsia="zh-CN"/>
        </w:rPr>
        <w:br/>
      </w:r>
      <w:r>
        <w:rPr>
          <w:lang w:eastAsia="zh-CN"/>
        </w:rPr>
        <w:t>　　六、房屋的相关产权证明办理完过户手续后十日内，甲方应将将水、电、气、有线电视等相关附属设施过户给乙方。</w:t>
      </w:r>
      <w:r>
        <w:rPr>
          <w:lang w:eastAsia="zh-CN"/>
        </w:rPr>
        <w:br/>
      </w:r>
      <w:r>
        <w:rPr>
          <w:lang w:eastAsia="zh-CN"/>
        </w:rPr>
        <w:t>　　七、办理房产证过户所应缴纳的税、费均由乙方承担，但不包含甲方房屋贷款费用，且过户前甲方必须结清该房屋银行剩余贷款。</w:t>
      </w:r>
      <w:r>
        <w:rPr>
          <w:lang w:eastAsia="zh-CN"/>
        </w:rPr>
        <w:br/>
      </w:r>
      <w:r>
        <w:rPr>
          <w:lang w:eastAsia="zh-CN"/>
        </w:rPr>
        <w:t>　　八、双方约定，自本合同签订之日起三日内，甲方即将该房屋交由乙方占有使用，同时，甲方须将水、电、气、有线电视等附属设施的费用结清。</w:t>
      </w:r>
      <w:r>
        <w:rPr>
          <w:lang w:eastAsia="zh-CN"/>
        </w:rPr>
        <w:br/>
      </w:r>
      <w:r>
        <w:rPr>
          <w:lang w:eastAsia="zh-CN"/>
        </w:rPr>
        <w:t>　　九、违约责任：甲乙双方应自本合同签订之日起，严格履行本合同，不得违约。如甲方违约，则须双倍返还乙方已付定金，同时返还乙方所支付的预付款，乙方违约，则甲方有权没收乙方所付定金。</w:t>
      </w:r>
      <w:r>
        <w:rPr>
          <w:lang w:eastAsia="zh-CN"/>
        </w:rPr>
        <w:br/>
      </w:r>
      <w:r>
        <w:rPr>
          <w:lang w:eastAsia="zh-CN"/>
        </w:rPr>
        <w:t>　　十、双方约定其他事项：</w:t>
      </w:r>
      <w:r>
        <w:rPr>
          <w:lang w:eastAsia="zh-CN"/>
        </w:rPr>
        <w:br/>
      </w:r>
      <w:r>
        <w:rPr>
          <w:lang w:eastAsia="zh-CN"/>
        </w:rPr>
        <w:t>　　十一、本合同未尽事宜，甲、乙双方可以合同附件形式另行约定，约定条款与本合同具有同等效力。</w:t>
      </w:r>
      <w:r>
        <w:rPr>
          <w:lang w:eastAsia="zh-CN"/>
        </w:rPr>
        <w:br/>
      </w:r>
      <w:r>
        <w:rPr>
          <w:lang w:eastAsia="zh-CN"/>
        </w:rPr>
        <w:t>　　十二、本合同履行中如发生争议，双方应通过协商解决，协商解决不成，可向合肥市瑶海区人民法院起诉。</w:t>
      </w:r>
      <w:r>
        <w:rPr>
          <w:lang w:eastAsia="zh-CN"/>
        </w:rPr>
        <w:br/>
      </w:r>
      <w:r>
        <w:rPr>
          <w:lang w:eastAsia="zh-CN"/>
        </w:rPr>
        <w:t>　　十三、本合同正本一式三份，甲方执一份，乙方执一份，房地产管理部门一份自双方签字之日起生效。</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甲方：乙方：</w:t>
      </w:r>
      <w:r>
        <w:rPr>
          <w:lang w:eastAsia="zh-CN"/>
        </w:rPr>
        <w:br/>
      </w:r>
      <w:r>
        <w:rPr>
          <w:lang w:eastAsia="zh-CN"/>
        </w:rPr>
        <w:t>　　电话：电话：</w:t>
      </w:r>
      <w:r>
        <w:rPr>
          <w:lang w:eastAsia="zh-CN"/>
        </w:rPr>
        <w:br/>
      </w:r>
      <w:r>
        <w:rPr>
          <w:lang w:eastAsia="zh-CN"/>
        </w:rPr>
        <w:t>　　年月日年月日</w:t>
      </w:r>
      <w:r>
        <w:rPr>
          <w:lang w:eastAsia="zh-CN"/>
        </w:rPr>
        <w:br/>
      </w:r>
      <w:r>
        <w:rPr>
          <w:lang w:eastAsia="zh-CN"/>
        </w:rPr>
        <w:t xml:space="preserve">    郊区现房买卖合同 篇9 </w:t>
      </w:r>
      <w:r>
        <w:rPr>
          <w:lang w:eastAsia="zh-CN"/>
        </w:rPr>
        <w:br/>
      </w:r>
      <w:r>
        <w:rPr>
          <w:lang w:eastAsia="zh-CN"/>
        </w:rPr>
        <w:t>　　房买卖合同</w:t>
      </w:r>
      <w:r>
        <w:rPr>
          <w:lang w:eastAsia="zh-CN"/>
        </w:rPr>
        <w:br/>
      </w:r>
      <w:r>
        <w:rPr>
          <w:lang w:eastAsia="zh-CN"/>
        </w:rPr>
        <w:t>　　出卖人：</w:t>
      </w:r>
      <w:r>
        <w:rPr>
          <w:lang w:eastAsia="zh-CN"/>
        </w:rPr>
        <w:br/>
      </w:r>
      <w:r>
        <w:rPr>
          <w:lang w:eastAsia="zh-CN"/>
        </w:rPr>
        <w:t>　　买受人：</w:t>
      </w:r>
      <w:r>
        <w:rPr>
          <w:lang w:eastAsia="zh-CN"/>
        </w:rPr>
        <w:br/>
      </w:r>
      <w:r>
        <w:rPr>
          <w:lang w:eastAsia="zh-CN"/>
        </w:rPr>
        <w:t>　　出卖人：（以下简称甲方）</w:t>
      </w:r>
      <w:r>
        <w:rPr>
          <w:lang w:eastAsia="zh-CN"/>
        </w:rPr>
        <w:br/>
      </w:r>
      <w:r>
        <w:rPr>
          <w:lang w:eastAsia="zh-CN"/>
        </w:rPr>
        <w:t>　　身份证：</w:t>
      </w:r>
      <w:r>
        <w:rPr>
          <w:lang w:eastAsia="zh-CN"/>
        </w:rPr>
        <w:br/>
      </w:r>
      <w:r>
        <w:rPr>
          <w:lang w:eastAsia="zh-CN"/>
        </w:rPr>
        <w:t>　　地址：</w:t>
      </w:r>
      <w:r>
        <w:rPr>
          <w:lang w:eastAsia="zh-CN"/>
        </w:rPr>
        <w:br/>
      </w:r>
      <w:r>
        <w:rPr>
          <w:lang w:eastAsia="zh-CN"/>
        </w:rPr>
        <w:t>　　买受人：（以下简称乙方）</w:t>
      </w:r>
      <w:r>
        <w:rPr>
          <w:lang w:eastAsia="zh-CN"/>
        </w:rPr>
        <w:br/>
      </w:r>
      <w:r>
        <w:rPr>
          <w:lang w:eastAsia="zh-CN"/>
        </w:rPr>
        <w:t>　　身份证：</w:t>
      </w:r>
      <w:r>
        <w:rPr>
          <w:lang w:eastAsia="zh-CN"/>
        </w:rPr>
        <w:br/>
      </w:r>
      <w:r>
        <w:rPr>
          <w:lang w:eastAsia="zh-CN"/>
        </w:rPr>
        <w:t>　　地址：</w:t>
      </w:r>
      <w:r>
        <w:rPr>
          <w:lang w:eastAsia="zh-CN"/>
        </w:rPr>
        <w:br/>
      </w:r>
      <w:r>
        <w:rPr>
          <w:lang w:eastAsia="zh-CN"/>
        </w:rPr>
        <w:t>　　根据《中华人民共和国民法典》及相关法律规定，甲、乙双方在平等、自愿的基础上，为明确双方权利义务，就乙方向甲方购买房屋签订本合同，以资双方共同信守执行：</w:t>
      </w:r>
      <w:r>
        <w:rPr>
          <w:lang w:eastAsia="zh-CN"/>
        </w:rPr>
        <w:br/>
      </w:r>
      <w:r>
        <w:rPr>
          <w:lang w:eastAsia="zh-CN"/>
        </w:rPr>
        <w:t>　　第一条甲方应对所出卖的房屋享有完全的处分权并保证符合国家有关规定，而且没有产权纠纷和债权债务纠纷。</w:t>
      </w:r>
      <w:r>
        <w:rPr>
          <w:lang w:eastAsia="zh-CN"/>
        </w:rPr>
        <w:br/>
      </w:r>
      <w:r>
        <w:rPr>
          <w:lang w:eastAsia="zh-CN"/>
        </w:rPr>
        <w:t>　　第二条房屋的坐落、面积情况：</w:t>
      </w:r>
      <w:r>
        <w:rPr>
          <w:lang w:eastAsia="zh-CN"/>
        </w:rPr>
        <w:br/>
      </w:r>
      <w:r>
        <w:rPr>
          <w:lang w:eastAsia="zh-CN"/>
        </w:rPr>
        <w:t>　　1、本合同所称标的房屋是指位于贵州省遵义市海尔大道锦城花苑某幢某单元某层某号房屋。</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2、该房屋建筑面积共154.03平方米，其中套内建筑面积为136.65平方米，公共部位与公用房屋分摊建筑面积为17.38平方米。</w:t>
      </w:r>
      <w:r>
        <w:rPr>
          <w:lang w:eastAsia="zh-CN"/>
        </w:rPr>
        <w:br/>
      </w:r>
      <w:r>
        <w:rPr>
          <w:lang w:eastAsia="zh-CN"/>
        </w:rPr>
        <w:t>　　3、本合同项下房屋相应的土地使用权随房屋一并转让。</w:t>
      </w:r>
      <w:r>
        <w:rPr>
          <w:lang w:eastAsia="zh-CN"/>
        </w:rPr>
        <w:br/>
      </w:r>
      <w:r>
        <w:rPr>
          <w:lang w:eastAsia="zh-CN"/>
        </w:rPr>
        <w:t>　　第三条计价方式与价款：</w:t>
      </w:r>
      <w:r>
        <w:rPr>
          <w:lang w:eastAsia="zh-CN"/>
        </w:rPr>
        <w:br/>
      </w:r>
      <w:r>
        <w:rPr>
          <w:lang w:eastAsia="zh-CN"/>
        </w:rPr>
        <w:t>　　房屋的交易总价为：人民币381994元整（大写：叁拾捌万壹仟玖佰玖拾肆元整）。</w:t>
      </w:r>
      <w:r>
        <w:rPr>
          <w:lang w:eastAsia="zh-CN"/>
        </w:rPr>
        <w:br/>
      </w:r>
      <w:r>
        <w:rPr>
          <w:lang w:eastAsia="zh-CN"/>
        </w:rPr>
        <w:t>　　第四条付款方式及期限：</w:t>
      </w:r>
      <w:r>
        <w:rPr>
          <w:lang w:eastAsia="zh-CN"/>
        </w:rPr>
        <w:br/>
      </w:r>
      <w:r>
        <w:rPr>
          <w:lang w:eastAsia="zh-CN"/>
        </w:rPr>
        <w:t>　　乙方在本协议签订之日起2个月内先向甲方支付首付款30万元，剩余房款81994元应当在办理过户登记前全部付清。</w:t>
      </w:r>
      <w:r>
        <w:rPr>
          <w:lang w:eastAsia="zh-CN"/>
        </w:rPr>
        <w:br/>
      </w:r>
      <w:r>
        <w:rPr>
          <w:lang w:eastAsia="zh-CN"/>
        </w:rPr>
        <w:t>　　第五条房屋交付及产权登记的约定：</w:t>
      </w:r>
      <w:r>
        <w:rPr>
          <w:lang w:eastAsia="zh-CN"/>
        </w:rPr>
        <w:br/>
      </w:r>
      <w:r>
        <w:rPr>
          <w:lang w:eastAsia="zh-CN"/>
        </w:rPr>
        <w:t>　　1、甲方应于本合同签订之日起30天内将本合同项下房屋全部交付给乙方。</w:t>
      </w:r>
      <w:r>
        <w:rPr>
          <w:lang w:eastAsia="zh-CN"/>
        </w:rPr>
        <w:br/>
      </w:r>
      <w:r>
        <w:rPr>
          <w:lang w:eastAsia="zh-CN"/>
        </w:rPr>
        <w:t>　　2、由于房开商还未将该房屋产权证办理完成，甲方现未取得房地产权属证书（指房屋的《房屋所有权证》或《土地使用权证》）。甲方应当在取得房地产权属证书之后，及时协助乙方将房屋权属登记过户至乙方名下。</w:t>
      </w:r>
      <w:r>
        <w:rPr>
          <w:lang w:eastAsia="zh-CN"/>
        </w:rPr>
        <w:br/>
      </w:r>
      <w:r>
        <w:rPr>
          <w:lang w:eastAsia="zh-CN"/>
        </w:rPr>
        <w:t>　　第六条税费分担约定：</w:t>
      </w:r>
      <w:r>
        <w:rPr>
          <w:lang w:eastAsia="zh-CN"/>
        </w:rPr>
        <w:br/>
      </w:r>
      <w:r>
        <w:rPr>
          <w:lang w:eastAsia="zh-CN"/>
        </w:rPr>
        <w:t>　　1、甲方办理房地产权属证书所需要的税费、产权登记费、交易手续费等一切税费由甲方承担。</w:t>
      </w:r>
      <w:r>
        <w:rPr>
          <w:lang w:eastAsia="zh-CN"/>
        </w:rPr>
        <w:br/>
      </w:r>
      <w:r>
        <w:rPr>
          <w:lang w:eastAsia="zh-CN"/>
        </w:rPr>
        <w:t>　　2、甲方将房地产过户至乙方名下所花费的交易税费、产权登记费、交易手续费等一切税费由乙方承担。</w:t>
      </w:r>
      <w:r>
        <w:rPr>
          <w:lang w:eastAsia="zh-CN"/>
        </w:rPr>
        <w:br/>
      </w:r>
      <w:r>
        <w:rPr>
          <w:lang w:eastAsia="zh-CN"/>
        </w:rPr>
        <w:t>　　第七条违约责任：</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1、乙方如未按本合同规定的时间付款，自本合同规定的应付款期限届满的次日起至实际全额支付应付款之日止，乙方按日向甲方支付逾期应付款万分之三的违约金。</w:t>
      </w:r>
      <w:r>
        <w:rPr>
          <w:lang w:eastAsia="zh-CN"/>
        </w:rPr>
        <w:br/>
      </w:r>
      <w:r>
        <w:rPr>
          <w:lang w:eastAsia="zh-CN"/>
        </w:rPr>
        <w:t>　　2、甲方如未按本合同规定的期限将该房屋交付，自本合同规定的交付期限届满的次日起起至实际交付之日止，甲方按日向乙方已支付房款万分之三的违约金。</w:t>
      </w:r>
      <w:r>
        <w:rPr>
          <w:lang w:eastAsia="zh-CN"/>
        </w:rPr>
        <w:br/>
      </w:r>
      <w:r>
        <w:rPr>
          <w:lang w:eastAsia="zh-CN"/>
        </w:rPr>
        <w:t>　　第八条争议的解决方式：</w:t>
      </w:r>
      <w:r>
        <w:rPr>
          <w:lang w:eastAsia="zh-CN"/>
        </w:rPr>
        <w:br/>
      </w:r>
      <w:r>
        <w:rPr>
          <w:lang w:eastAsia="zh-CN"/>
        </w:rPr>
        <w:t>　　本合同在履行过程中发生的争议，由双方当事人协商解决；协商不成的，依法向合同签订地人民法院起诉。</w:t>
      </w:r>
      <w:r>
        <w:rPr>
          <w:lang w:eastAsia="zh-CN"/>
        </w:rPr>
        <w:br/>
      </w:r>
      <w:r>
        <w:rPr>
          <w:lang w:eastAsia="zh-CN"/>
        </w:rPr>
        <w:t>　　第九条特别约定：</w:t>
      </w:r>
      <w:r>
        <w:rPr>
          <w:lang w:eastAsia="zh-CN"/>
        </w:rPr>
        <w:br/>
      </w:r>
      <w:r>
        <w:rPr>
          <w:lang w:eastAsia="zh-CN"/>
        </w:rPr>
        <w:t>　　房屋办理过户登记后，如发生房屋征收或拆迁等对房屋及相应土地的补偿，由乙方所有。</w:t>
      </w:r>
      <w:r>
        <w:rPr>
          <w:lang w:eastAsia="zh-CN"/>
        </w:rPr>
        <w:br/>
      </w:r>
      <w:r>
        <w:rPr>
          <w:lang w:eastAsia="zh-CN"/>
        </w:rPr>
        <w:t>　　第十条免责条件：</w:t>
      </w:r>
      <w:r>
        <w:rPr>
          <w:lang w:eastAsia="zh-CN"/>
        </w:rPr>
        <w:br/>
      </w:r>
      <w:r>
        <w:rPr>
          <w:lang w:eastAsia="zh-CN"/>
        </w:rPr>
        <w:t>　　1、因不可抗力原因致使本合同不能继续履行或造成的损失，甲、乙双方互不承担损失赔偿责任；</w:t>
      </w:r>
      <w:r>
        <w:rPr>
          <w:lang w:eastAsia="zh-CN"/>
        </w:rPr>
        <w:br/>
      </w:r>
      <w:r>
        <w:rPr>
          <w:lang w:eastAsia="zh-CN"/>
        </w:rPr>
        <w:t>　　2、不可抗力系指“不能预见、不能避免并不能克服的客观情况”。</w:t>
      </w:r>
      <w:r>
        <w:rPr>
          <w:lang w:eastAsia="zh-CN"/>
        </w:rPr>
        <w:br/>
      </w:r>
      <w:r>
        <w:rPr>
          <w:lang w:eastAsia="zh-CN"/>
        </w:rPr>
        <w:t>　　第十一条陈述和承诺条款：</w:t>
      </w:r>
      <w:r>
        <w:rPr>
          <w:lang w:eastAsia="zh-CN"/>
        </w:rPr>
        <w:br/>
      </w:r>
      <w:r>
        <w:rPr>
          <w:lang w:eastAsia="zh-CN"/>
        </w:rPr>
        <w:t>　　1、甲方承诺：甲方拥有对本合同项下房屋完全的处分权</w:t>
      </w:r>
      <w:r>
        <w:rPr>
          <w:lang w:eastAsia="zh-CN"/>
        </w:rPr>
        <w:br/>
      </w:r>
      <w:r>
        <w:rPr>
          <w:lang w:eastAsia="zh-CN"/>
        </w:rPr>
        <w:t>　　2、乙方承诺：真实地愿意购买本合同项下的房屋。</w:t>
      </w:r>
      <w:r>
        <w:rPr>
          <w:lang w:eastAsia="zh-CN"/>
        </w:rPr>
        <w:br/>
      </w:r>
      <w:r>
        <w:rPr>
          <w:lang w:eastAsia="zh-CN"/>
        </w:rPr>
        <w:t>　　第十二条本合同签订地为贵州省大方县，合同一式两份，甲乙双方各执一份，具有同等法律效力，自双方签字后生效。</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第十三条本合同未尽事宜，甲乙双方可另行约定，其补充约定经双方签章与本合同具有同等法律效力。</w:t>
      </w:r>
      <w:r>
        <w:rPr>
          <w:lang w:eastAsia="zh-CN"/>
        </w:rPr>
        <w:br/>
      </w:r>
      <w:r>
        <w:rPr>
          <w:lang w:eastAsia="zh-CN"/>
        </w:rPr>
        <w:t>　　出卖人(甲方)：</w:t>
      </w:r>
      <w:r>
        <w:rPr>
          <w:lang w:eastAsia="zh-CN"/>
        </w:rPr>
        <w:br/>
      </w:r>
      <w:r>
        <w:rPr>
          <w:lang w:eastAsia="zh-CN"/>
        </w:rPr>
        <w:t>　　身份证号码：</w:t>
      </w:r>
      <w:r>
        <w:rPr>
          <w:lang w:eastAsia="zh-CN"/>
        </w:rPr>
        <w:br/>
      </w:r>
      <w:r>
        <w:rPr>
          <w:lang w:eastAsia="zh-CN"/>
        </w:rPr>
        <w:t>　　地址：</w:t>
      </w:r>
      <w:r>
        <w:rPr>
          <w:lang w:eastAsia="zh-CN"/>
        </w:rPr>
        <w:br/>
      </w:r>
      <w:r>
        <w:rPr>
          <w:lang w:eastAsia="zh-CN"/>
        </w:rPr>
        <w:t>　　联系电话：</w:t>
      </w:r>
      <w:r>
        <w:rPr>
          <w:lang w:eastAsia="zh-CN"/>
        </w:rPr>
        <w:br/>
      </w:r>
      <w:r>
        <w:rPr>
          <w:lang w:eastAsia="zh-CN"/>
        </w:rPr>
        <w:t>　　买受人(乙方)：</w:t>
      </w:r>
      <w:r>
        <w:rPr>
          <w:lang w:eastAsia="zh-CN"/>
        </w:rPr>
        <w:br/>
      </w:r>
      <w:r>
        <w:rPr>
          <w:lang w:eastAsia="zh-CN"/>
        </w:rPr>
        <w:t>　　身份证号码：</w:t>
      </w:r>
      <w:r>
        <w:rPr>
          <w:lang w:eastAsia="zh-CN"/>
        </w:rPr>
        <w:br/>
      </w:r>
      <w:r>
        <w:rPr>
          <w:lang w:eastAsia="zh-CN"/>
        </w:rPr>
        <w:t>　　地址：</w:t>
      </w:r>
      <w:r>
        <w:rPr>
          <w:lang w:eastAsia="zh-CN"/>
        </w:rPr>
        <w:br/>
      </w:r>
      <w:r>
        <w:rPr>
          <w:lang w:eastAsia="zh-CN"/>
        </w:rPr>
        <w:t>　　联系电话：</w:t>
      </w:r>
      <w:r>
        <w:rPr>
          <w:lang w:eastAsia="zh-CN"/>
        </w:rPr>
        <w:br/>
      </w:r>
      <w:r>
        <w:rPr>
          <w:lang w:eastAsia="zh-CN"/>
        </w:rPr>
        <w:t>　　见证人：</w:t>
      </w:r>
      <w:r>
        <w:rPr>
          <w:lang w:eastAsia="zh-CN"/>
        </w:rPr>
        <w:br/>
      </w:r>
      <w:r>
        <w:rPr>
          <w:lang w:eastAsia="zh-CN"/>
        </w:rPr>
        <w:t>　　身份证号：</w:t>
      </w:r>
      <w:r>
        <w:rPr>
          <w:lang w:eastAsia="zh-CN"/>
        </w:rPr>
        <w:br/>
      </w:r>
      <w:r>
        <w:rPr>
          <w:lang w:eastAsia="zh-CN"/>
        </w:rPr>
        <w:t>　　联系电话：</w:t>
      </w:r>
      <w:r>
        <w:rPr>
          <w:lang w:eastAsia="zh-CN"/>
        </w:rPr>
        <w:br/>
      </w:r>
      <w:r>
        <w:rPr>
          <w:lang w:eastAsia="zh-CN"/>
        </w:rPr>
        <w:t>　　签订时间：20__年6月9日</w:t>
      </w:r>
      <w:r>
        <w:rPr>
          <w:lang w:eastAsia="zh-CN"/>
        </w:rPr>
        <w:br/>
      </w:r>
      <w:r>
        <w:rPr>
          <w:lang w:eastAsia="zh-CN"/>
        </w:rPr>
        <w:t xml:space="preserve">    郊区现房买卖合同 篇10 </w:t>
      </w:r>
      <w:r>
        <w:rPr>
          <w:lang w:eastAsia="zh-CN"/>
        </w:rPr>
        <w:br/>
      </w:r>
      <w:r>
        <w:rPr>
          <w:lang w:eastAsia="zh-CN"/>
        </w:rPr>
        <w:t>　　甲方： 住址：矣六街道办事处渔村社区一组 号 身份证号：</w:t>
      </w:r>
      <w:r>
        <w:rPr>
          <w:lang w:eastAsia="zh-CN"/>
        </w:rPr>
        <w:br/>
      </w:r>
      <w:r>
        <w:rPr>
          <w:lang w:eastAsia="zh-CN"/>
        </w:rPr>
        <w:t>　　乙方： 住址：矣六街道办事处渔村社区一组 号 身份证号：</w:t>
      </w:r>
      <w:r>
        <w:rPr>
          <w:lang w:eastAsia="zh-CN"/>
        </w:rPr>
        <w:br/>
      </w:r>
      <w:r>
        <w:rPr>
          <w:lang w:eastAsia="zh-CN"/>
        </w:rPr>
        <w:t>　　甲乙双方本着公平、平正原则，双方经过反复协商自愿达成如下房屋买卖合同条款：</w:t>
      </w:r>
      <w:r>
        <w:rPr>
          <w:lang w:eastAsia="zh-CN"/>
        </w:rPr>
        <w:br/>
      </w:r>
      <w:r>
        <w:rPr>
          <w:lang w:eastAsia="zh-CN"/>
        </w:rPr>
        <w:t>　　一、甲方将坐落在矣六街道办事处渔村社区一组 号，房屋面积平方米，卖给己方居住使用。</w:t>
      </w:r>
      <w:r>
        <w:rPr>
          <w:lang w:eastAsia="zh-CN"/>
        </w:rPr>
        <w:br/>
      </w:r>
      <w:r>
        <w:rPr>
          <w:lang w:eastAsia="zh-CN"/>
        </w:rPr>
        <w:t>　　二、房屋价款为：人民币__元。</w:t>
      </w:r>
      <w:r>
        <w:rPr>
          <w:lang w:eastAsia="zh-CN"/>
        </w:rPr>
        <w:br/>
      </w:r>
      <w:r>
        <w:rPr>
          <w:lang w:eastAsia="zh-CN"/>
        </w:rPr>
        <w:t>　　此价款含房地合一价。</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三、付款办法：双方签订房屋买卖合同之日起，乙方一次性付清房价款人民币__元。</w:t>
      </w:r>
      <w:r>
        <w:rPr>
          <w:lang w:eastAsia="zh-CN"/>
        </w:rPr>
        <w:br/>
      </w:r>
      <w:r>
        <w:rPr>
          <w:lang w:eastAsia="zh-CN"/>
        </w:rPr>
        <w:t>　　四、房屋款全部付清后，即日起甲方将房屋交给乙方管理居住使用，房屋所有权也随之转移，今后若遇国家占用或城中村改造，房屋拆迁赔偿款归乙方所有及回迁安置房政策。</w:t>
      </w:r>
      <w:r>
        <w:rPr>
          <w:lang w:eastAsia="zh-CN"/>
        </w:rPr>
        <w:br/>
      </w:r>
      <w:r>
        <w:rPr>
          <w:lang w:eastAsia="zh-CN"/>
        </w:rPr>
        <w:t>　　五、乙方使用该房屋后所产生的一切费用由乙方自行承担。</w:t>
      </w:r>
      <w:r>
        <w:rPr>
          <w:lang w:eastAsia="zh-CN"/>
        </w:rPr>
        <w:br/>
      </w:r>
      <w:r>
        <w:rPr>
          <w:lang w:eastAsia="zh-CN"/>
        </w:rPr>
        <w:t>　　六、今后社区及小组对该房屋的一切事项均由乙方全权办理，甲方不得干涉。</w:t>
      </w:r>
      <w:r>
        <w:rPr>
          <w:lang w:eastAsia="zh-CN"/>
        </w:rPr>
        <w:br/>
      </w:r>
      <w:r>
        <w:rPr>
          <w:lang w:eastAsia="zh-CN"/>
        </w:rPr>
        <w:t>　　七、本合同双方遵守执行，不得反悔违约，否则惩违约方房屋买卖价款的双倍违约金20__00元，还应承担由此引起的经济损失及法律责任。</w:t>
      </w:r>
      <w:r>
        <w:rPr>
          <w:lang w:eastAsia="zh-CN"/>
        </w:rPr>
        <w:br/>
      </w:r>
      <w:r>
        <w:rPr>
          <w:lang w:eastAsia="zh-CN"/>
        </w:rPr>
        <w:t>　　八、本合同条款双方认可无争议，双方签字后生效。</w:t>
      </w:r>
      <w:r>
        <w:rPr>
          <w:lang w:eastAsia="zh-CN"/>
        </w:rPr>
        <w:br/>
      </w:r>
      <w:r>
        <w:rPr>
          <w:lang w:eastAsia="zh-CN"/>
        </w:rPr>
        <w:t>　　甲方：</w:t>
      </w:r>
      <w:r>
        <w:rPr>
          <w:lang w:eastAsia="zh-CN"/>
        </w:rPr>
        <w:br/>
      </w:r>
      <w:r>
        <w:rPr>
          <w:lang w:eastAsia="zh-CN"/>
        </w:rPr>
        <w:t>　　乙方：</w:t>
      </w:r>
      <w:r>
        <w:rPr>
          <w:lang w:eastAsia="zh-CN"/>
        </w:rPr>
        <w:br/>
      </w:r>
      <w:r>
        <w:rPr>
          <w:lang w:eastAsia="zh-CN"/>
        </w:rPr>
        <w:t>　　中证人：</w:t>
      </w:r>
      <w:r>
        <w:rPr>
          <w:lang w:eastAsia="zh-CN"/>
        </w:rPr>
        <w:br/>
      </w:r>
      <w:r>
        <w:rPr>
          <w:lang w:eastAsia="zh-CN"/>
        </w:rPr>
        <w:t>　　__年 月 日</w:t>
      </w:r>
      <w:r>
        <w:rPr>
          <w:lang w:eastAsia="zh-CN"/>
        </w:rPr>
        <w:br/>
      </w:r>
      <w:r>
        <w:rPr>
          <w:lang w:eastAsia="zh-CN"/>
        </w:rPr>
        <w:t xml:space="preserve">    郊区现房买卖合同 篇11 </w:t>
      </w:r>
      <w:r>
        <w:rPr>
          <w:lang w:eastAsia="zh-CN"/>
        </w:rPr>
        <w:br/>
      </w:r>
      <w:r>
        <w:rPr>
          <w:lang w:eastAsia="zh-CN"/>
        </w:rPr>
        <w:t>　　甲方(卖方)：</w:t>
      </w:r>
      <w:r>
        <w:rPr>
          <w:lang w:eastAsia="zh-CN"/>
        </w:rPr>
        <w:br/>
      </w:r>
      <w:r>
        <w:rPr>
          <w:lang w:eastAsia="zh-CN"/>
        </w:rPr>
        <w:t>　　乙方(买方)：</w:t>
      </w:r>
      <w:r>
        <w:rPr>
          <w:lang w:eastAsia="zh-CN"/>
        </w:rPr>
        <w:br/>
      </w:r>
      <w:r>
        <w:rPr>
          <w:lang w:eastAsia="zh-CN"/>
        </w:rPr>
        <w:t>　　丙方(担保方)：</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根据中华人民共和国有关法律、法规及本市有关规定，甲、乙、丙三方遵循自愿公平和诚实信用的原则，为订立房屋买卖合同事宜，经协商一致同意订立本合同，以资共同遵守。</w:t>
      </w:r>
      <w:r>
        <w:rPr>
          <w:lang w:eastAsia="zh-CN"/>
        </w:rPr>
        <w:br/>
      </w:r>
      <w:r>
        <w:rPr>
          <w:lang w:eastAsia="zh-CN"/>
        </w:rPr>
        <w:t>　　第一条房屋位置及基本情况</w:t>
      </w:r>
      <w:r>
        <w:rPr>
          <w:lang w:eastAsia="zh-CN"/>
        </w:rPr>
        <w:br/>
      </w:r>
      <w:r>
        <w:rPr>
          <w:lang w:eastAsia="zh-CN"/>
        </w:rPr>
        <w:t>　　1、甲乙双方通过友好协商，甲方愿将其顶账的位于住房，建筑面积_______平方米的房屋一套出售给乙方。</w:t>
      </w:r>
      <w:r>
        <w:rPr>
          <w:lang w:eastAsia="zh-CN"/>
        </w:rPr>
        <w:br/>
      </w:r>
      <w:r>
        <w:rPr>
          <w:lang w:eastAsia="zh-CN"/>
        </w:rPr>
        <w:t>　　2、甲方如实陈述房地产权属状况和相关关系，保证出售的房屋权属真实，并符合国家及银川市房屋上市交易的政策法规及有关规定，且房屋财产的共有人对出售房屋无异议，乙方对甲方上述出售的房地产具体状况充分了解，并自愿买卖该房地产。</w:t>
      </w:r>
      <w:r>
        <w:rPr>
          <w:lang w:eastAsia="zh-CN"/>
        </w:rPr>
        <w:br/>
      </w:r>
      <w:r>
        <w:rPr>
          <w:lang w:eastAsia="zh-CN"/>
        </w:rPr>
        <w:t>　　第二条房屋价款和交易方式</w:t>
      </w:r>
      <w:r>
        <w:rPr>
          <w:lang w:eastAsia="zh-CN"/>
        </w:rPr>
        <w:br/>
      </w:r>
      <w:r>
        <w:rPr>
          <w:lang w:eastAsia="zh-CN"/>
        </w:rPr>
        <w:t>　　1、经甲、乙双方协商一致，同意上述房地产转让总价款为人民币：元整(￥：元整)。</w:t>
      </w:r>
      <w:r>
        <w:rPr>
          <w:lang w:eastAsia="zh-CN"/>
        </w:rPr>
        <w:br/>
      </w:r>
      <w:r>
        <w:rPr>
          <w:lang w:eastAsia="zh-CN"/>
        </w:rPr>
        <w:t>　　2、付款方式：</w:t>
      </w:r>
      <w:r>
        <w:rPr>
          <w:lang w:eastAsia="zh-CN"/>
        </w:rPr>
        <w:br/>
      </w:r>
      <w:r>
        <w:rPr>
          <w:lang w:eastAsia="zh-CN"/>
        </w:rPr>
        <w:t>　　⑴在甲乙双方《房屋买卖协议》后付定金￥：元整，大写：元整。</w:t>
      </w:r>
      <w:r>
        <w:rPr>
          <w:lang w:eastAsia="zh-CN"/>
        </w:rPr>
        <w:br/>
      </w:r>
      <w:r>
        <w:rPr>
          <w:lang w:eastAsia="zh-CN"/>
        </w:rPr>
        <w:t>　　⑵甲方配合乙方在接受该房产付款后办理正规售房合同及房屋产权证。</w:t>
      </w:r>
      <w:r>
        <w:rPr>
          <w:lang w:eastAsia="zh-CN"/>
        </w:rPr>
        <w:br/>
      </w:r>
      <w:r>
        <w:rPr>
          <w:lang w:eastAsia="zh-CN"/>
        </w:rPr>
        <w:t>　　⑶乙方在接到房产证书后以一月期限为准，付清尾款￥：元整，大写：元整。</w:t>
      </w:r>
      <w:r>
        <w:rPr>
          <w:lang w:eastAsia="zh-CN"/>
        </w:rPr>
        <w:br/>
      </w:r>
      <w:r>
        <w:rPr>
          <w:lang w:eastAsia="zh-CN"/>
        </w:rPr>
        <w:t>　　第三条违约责任</w:t>
      </w:r>
      <w:r>
        <w:rPr>
          <w:lang w:eastAsia="zh-CN"/>
        </w:rPr>
        <w:br/>
      </w:r>
      <w:r>
        <w:rPr>
          <w:lang w:eastAsia="zh-CN"/>
        </w:rPr>
        <w:t>　　乙方中途违约，向甲方支付该房总价万的20%的'违约金。</w:t>
      </w:r>
      <w:r>
        <w:rPr>
          <w:lang w:eastAsia="zh-CN"/>
        </w:rPr>
        <w:br/>
      </w:r>
      <w:r>
        <w:rPr>
          <w:lang w:eastAsia="zh-CN"/>
        </w:rPr>
        <w:t>　　第四条其他条款</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1、甲方保证出售的房屋全属真实，没有产权纠纷和债务纠纷，若因此给乙方造成损失的，向甲方承担全部责任并负责赔偿损失。</w:t>
      </w:r>
      <w:r>
        <w:rPr>
          <w:lang w:eastAsia="zh-CN"/>
        </w:rPr>
        <w:br/>
      </w:r>
      <w:r>
        <w:rPr>
          <w:lang w:eastAsia="zh-CN"/>
        </w:rPr>
        <w:t>　　2、此房_____年___月___日之前所产生的暖气费、物业费等属于甲方承担;_____年___月___日之后的费用由乙方承担，之后入住费用由乙方承担。</w:t>
      </w:r>
      <w:r>
        <w:rPr>
          <w:lang w:eastAsia="zh-CN"/>
        </w:rPr>
        <w:br/>
      </w:r>
      <w:r>
        <w:rPr>
          <w:lang w:eastAsia="zh-CN"/>
        </w:rPr>
        <w:t>　　3、本合同自双方签字或盖章之日起生效，本合同一式两份，甲乙双方各执一份，具有同样的法律效力。</w:t>
      </w:r>
      <w:r>
        <w:rPr>
          <w:lang w:eastAsia="zh-CN"/>
        </w:rPr>
        <w:br/>
      </w:r>
      <w:r>
        <w:rPr>
          <w:lang w:eastAsia="zh-CN"/>
        </w:rPr>
        <w:t>　　甲方签名：</w:t>
      </w:r>
      <w:r>
        <w:rPr>
          <w:lang w:eastAsia="zh-CN"/>
        </w:rPr>
        <w:br/>
      </w:r>
      <w:r>
        <w:rPr>
          <w:lang w:eastAsia="zh-CN"/>
        </w:rPr>
        <w:t>　　身份证号：</w:t>
      </w:r>
      <w:r>
        <w:rPr>
          <w:lang w:eastAsia="zh-CN"/>
        </w:rPr>
        <w:br/>
      </w:r>
      <w:r>
        <w:rPr>
          <w:lang w:eastAsia="zh-CN"/>
        </w:rPr>
        <w:t>　　乙方签名：</w:t>
      </w:r>
      <w:r>
        <w:rPr>
          <w:lang w:eastAsia="zh-CN"/>
        </w:rPr>
        <w:br/>
      </w:r>
      <w:r>
        <w:rPr>
          <w:lang w:eastAsia="zh-CN"/>
        </w:rPr>
        <w:t>　　身份证号：</w:t>
      </w:r>
      <w:r>
        <w:rPr>
          <w:lang w:eastAsia="zh-CN"/>
        </w:rPr>
        <w:br/>
      </w:r>
      <w:r>
        <w:rPr>
          <w:lang w:eastAsia="zh-CN"/>
        </w:rPr>
        <w:t>　　_____年___月___日</w:t>
      </w:r>
      <w:r>
        <w:rPr>
          <w:lang w:eastAsia="zh-CN"/>
        </w:rPr>
        <w:br/>
      </w:r>
      <w:r>
        <w:rPr>
          <w:lang w:eastAsia="zh-CN"/>
        </w:rPr>
        <w:t xml:space="preserve">    郊区现房买卖合同 篇12 </w:t>
      </w:r>
      <w:r>
        <w:rPr>
          <w:lang w:eastAsia="zh-CN"/>
        </w:rPr>
        <w:br/>
      </w:r>
      <w:r>
        <w:rPr>
          <w:lang w:eastAsia="zh-CN"/>
        </w:rPr>
        <w:t>　　合同编号：</w:t>
      </w:r>
      <w:r>
        <w:rPr>
          <w:lang w:eastAsia="zh-CN"/>
        </w:rPr>
        <w:br/>
      </w:r>
      <w:r>
        <w:rPr>
          <w:lang w:eastAsia="zh-CN"/>
        </w:rPr>
        <w:t>　　填写说明：本合同条款中带“□”的内容供填写时选择使用，请打“√”选择,打_删除,;空白部分三方不作约定时，应以划线删除。每一条款中有数个选项的，只能选择一项。</w:t>
      </w:r>
      <w:r>
        <w:rPr>
          <w:lang w:eastAsia="zh-CN"/>
        </w:rPr>
        <w:br/>
      </w:r>
      <w:r>
        <w:rPr>
          <w:lang w:eastAsia="zh-CN"/>
        </w:rPr>
        <w:t>　　本合同签订于 年 月 日</w:t>
      </w:r>
      <w:r>
        <w:rPr>
          <w:lang w:eastAsia="zh-CN"/>
        </w:rPr>
        <w:br/>
      </w:r>
      <w:r>
        <w:rPr>
          <w:lang w:eastAsia="zh-CN"/>
        </w:rPr>
        <w:t>　　合同之第一方(以下简称“卖方”)：</w:t>
      </w:r>
      <w:r>
        <w:rPr>
          <w:lang w:eastAsia="zh-CN"/>
        </w:rPr>
        <w:br/>
      </w:r>
      <w:r>
        <w:rPr>
          <w:lang w:eastAsia="zh-CN"/>
        </w:rPr>
        <w:t>　　卖 方： 身份证号码：</w:t>
      </w:r>
      <w:r>
        <w:rPr>
          <w:lang w:eastAsia="zh-CN"/>
        </w:rPr>
        <w:br/>
      </w:r>
      <w:r>
        <w:rPr>
          <w:lang w:eastAsia="zh-CN"/>
        </w:rPr>
        <w:t>　　通讯地址：</w:t>
      </w:r>
      <w:r>
        <w:rPr>
          <w:lang w:eastAsia="zh-CN"/>
        </w:rPr>
        <w:br/>
      </w:r>
      <w:r>
        <w:rPr>
          <w:lang w:eastAsia="zh-CN"/>
        </w:rPr>
        <w:t>　　委托代理人： 身份证号码：</w:t>
      </w:r>
      <w:r>
        <w:rPr>
          <w:lang w:eastAsia="zh-CN"/>
        </w:rPr>
        <w:br/>
      </w:r>
      <w:r>
        <w:rPr>
          <w:lang w:eastAsia="zh-CN"/>
        </w:rPr>
        <w:t>　　通讯地址：</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合同之第二方(以下简称“买方”)：</w:t>
      </w:r>
      <w:r>
        <w:rPr>
          <w:lang w:eastAsia="zh-CN"/>
        </w:rPr>
        <w:br/>
      </w:r>
      <w:r>
        <w:rPr>
          <w:lang w:eastAsia="zh-CN"/>
        </w:rPr>
        <w:t>　　买 方： 身份证号码：</w:t>
      </w:r>
      <w:r>
        <w:rPr>
          <w:lang w:eastAsia="zh-CN"/>
        </w:rPr>
        <w:br/>
      </w:r>
      <w:r>
        <w:rPr>
          <w:lang w:eastAsia="zh-CN"/>
        </w:rPr>
        <w:t>　　通讯地址：</w:t>
      </w:r>
      <w:r>
        <w:rPr>
          <w:lang w:eastAsia="zh-CN"/>
        </w:rPr>
        <w:br/>
      </w:r>
      <w:r>
        <w:rPr>
          <w:lang w:eastAsia="zh-CN"/>
        </w:rPr>
        <w:t>　　委托代理人： 身份证号码：</w:t>
      </w:r>
      <w:r>
        <w:rPr>
          <w:lang w:eastAsia="zh-CN"/>
        </w:rPr>
        <w:br/>
      </w:r>
      <w:r>
        <w:rPr>
          <w:lang w:eastAsia="zh-CN"/>
        </w:rPr>
        <w:t>　　通讯地址：</w:t>
      </w:r>
      <w:r>
        <w:rPr>
          <w:lang w:eastAsia="zh-CN"/>
        </w:rPr>
        <w:br/>
      </w:r>
      <w:r>
        <w:rPr>
          <w:lang w:eastAsia="zh-CN"/>
        </w:rPr>
        <w:t>　　合同之第三方(以下简称“经纪方”)：</w:t>
      </w:r>
      <w:r>
        <w:rPr>
          <w:lang w:eastAsia="zh-CN"/>
        </w:rPr>
        <w:br/>
      </w:r>
      <w:r>
        <w:rPr>
          <w:lang w:eastAsia="zh-CN"/>
        </w:rPr>
        <w:t>　　经纪方：    房地产置业有限公司 注册地址：</w:t>
      </w:r>
      <w:r>
        <w:rPr>
          <w:lang w:eastAsia="zh-CN"/>
        </w:rPr>
        <w:br/>
      </w:r>
      <w:r>
        <w:rPr>
          <w:lang w:eastAsia="zh-CN"/>
        </w:rPr>
        <w:t>　　买卖双方独家委托经纪方促成以下物业的买卖事宜，现合同三方本着诚实信用的原则，经友好协商一致达成如下条款：</w:t>
      </w:r>
      <w:r>
        <w:rPr>
          <w:lang w:eastAsia="zh-CN"/>
        </w:rPr>
        <w:br/>
      </w:r>
      <w:r>
        <w:rPr>
          <w:lang w:eastAsia="zh-CN"/>
        </w:rPr>
        <w:t>　　第一条 物业权属情况</w:t>
      </w:r>
      <w:r>
        <w:rPr>
          <w:lang w:eastAsia="zh-CN"/>
        </w:rPr>
        <w:br/>
      </w:r>
      <w:r>
        <w:rPr>
          <w:lang w:eastAsia="zh-CN"/>
        </w:rPr>
        <w:t>　　1、 物业地址为： (下称“该物业”)。</w:t>
      </w:r>
      <w:r>
        <w:rPr>
          <w:lang w:eastAsia="zh-CN"/>
        </w:rPr>
        <w:br/>
      </w:r>
      <w:r>
        <w:rPr>
          <w:lang w:eastAsia="zh-CN"/>
        </w:rPr>
        <w:t>　　2、该物业建筑面积为 平方米(以□房地产权证,或□ 为准)。卖方合法持有□《房地产权证》或□ ，号码为 。卖方保证对上述该物业享有完整的所有权且该物业不存在任何产权纠纷或被查封的情况，如存在隐瞒与该物业买卖有关的重要事实或提供虚假情况等违反诚实信用行为的，或因卖方原因导致该物业无法办理产权登记手续或合同目的无法实现的，卖方应赔偿由此而给买方及经纪方造成的全部损失。</w:t>
      </w:r>
      <w:r>
        <w:rPr>
          <w:lang w:eastAsia="zh-CN"/>
        </w:rPr>
        <w:br/>
      </w:r>
      <w:r>
        <w:rPr>
          <w:lang w:eastAsia="zh-CN"/>
        </w:rPr>
        <w:t>　　3、该物业以现状按套售予买方，而买方或其授权代表已全面检查和了解该物业的所有情况并无异议。该物业现状：</w:t>
      </w:r>
      <w:r>
        <w:rPr>
          <w:lang w:eastAsia="zh-CN"/>
        </w:rPr>
        <w:br/>
      </w:r>
      <w:r>
        <w:rPr>
          <w:lang w:eastAsia="zh-CN"/>
        </w:rPr>
        <w:t>　　(1)□不附带家私电器 □ 附带有家私电器(详见家私电器清单№： );</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(2)□不附带租约 □ 附带租约，卖方保证承租方已经放弃优先购买权，买方同意连同现有之租约一起购入该物业，卖方须协助买方与租户签订新的租约或继续履行原租约;□买方于交楼当天或□领取房地产证当天□或 当天开始收取该物业租金;</w:t>
      </w:r>
      <w:r>
        <w:rPr>
          <w:lang w:eastAsia="zh-CN"/>
        </w:rPr>
        <w:br/>
      </w:r>
      <w:r>
        <w:rPr>
          <w:lang w:eastAsia="zh-CN"/>
        </w:rPr>
        <w:t>　　(3)□不带户口 □带户口，卖方应 年 月 日前迁出;</w:t>
      </w:r>
      <w:r>
        <w:rPr>
          <w:lang w:eastAsia="zh-CN"/>
        </w:rPr>
        <w:br/>
      </w:r>
      <w:r>
        <w:rPr>
          <w:lang w:eastAsia="zh-CN"/>
        </w:rPr>
        <w:t>　　(4)没有抵押登记;</w:t>
      </w:r>
      <w:r>
        <w:rPr>
          <w:lang w:eastAsia="zh-CN"/>
        </w:rPr>
        <w:br/>
      </w:r>
      <w:r>
        <w:rPr>
          <w:lang w:eastAsia="zh-CN"/>
        </w:rPr>
        <w:t>　　第二条 成交价、税费和物业交割。</w:t>
      </w:r>
      <w:r>
        <w:rPr>
          <w:lang w:eastAsia="zh-CN"/>
        </w:rPr>
        <w:br/>
      </w:r>
      <w:r>
        <w:rPr>
          <w:lang w:eastAsia="zh-CN"/>
        </w:rPr>
        <w:t>　　1、该物业之成交价为人民币(大写) 佰 拾 万 仟 佰 拾 元整(小写)￥ 元整(大小写不一致时，以大写为准，下同)。此成交价包含该物业所有楼款及现有已缴交和已发生之全部杂费(包括管道煤气初装费、有线电视初装费、电话初装费及入住费用、物业维修基金等等)。买卖双方应如实申报 成交价格，否则自行承担相应的法律责任。</w:t>
      </w:r>
      <w:r>
        <w:rPr>
          <w:lang w:eastAsia="zh-CN"/>
        </w:rPr>
        <w:br/>
      </w:r>
      <w:r>
        <w:rPr>
          <w:lang w:eastAsia="zh-CN"/>
        </w:rPr>
        <w:t>　　2、买卖双方税费缴付方式：□买方全部承担 □按政府规定各付各税 □卖方全部承担。在本合同履行过程中因政府部门原因发生税费种类及标准的变化，则由：□卖方自行承担 □买方自行承担 □双方各自承担。</w:t>
      </w:r>
      <w:r>
        <w:rPr>
          <w:lang w:eastAsia="zh-CN"/>
        </w:rPr>
        <w:br/>
      </w:r>
      <w:r>
        <w:rPr>
          <w:lang w:eastAsia="zh-CN"/>
        </w:rPr>
        <w:t>　　3、买卖双方同意卖方交付该物业予买方使用之日期为：□卖方收齐全部楼款当天或□ 。</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4、卖方在交付该物业予买方使用之日期前，必须付清一切有关该物业之杂费(包括水电、煤气、管理费、电话费及有线电视费等)，卖方保证在交楼后买方无须对上述卖方欠款及应付费用负责，且卖方还需配合买方办理物业、水电等各项转名手续，否则视为卖方逾期交楼，买方有权追偿及拒绝收楼。</w:t>
      </w:r>
      <w:r>
        <w:rPr>
          <w:lang w:eastAsia="zh-CN"/>
        </w:rPr>
        <w:br/>
      </w:r>
      <w:r>
        <w:rPr>
          <w:lang w:eastAsia="zh-CN"/>
        </w:rPr>
        <w:t>　　第三条 付款方式</w:t>
      </w:r>
      <w:r>
        <w:rPr>
          <w:lang w:eastAsia="zh-CN"/>
        </w:rPr>
        <w:br/>
      </w:r>
      <w:r>
        <w:rPr>
          <w:lang w:eastAsia="zh-CN"/>
        </w:rPr>
        <w:t>　　(一)、物业无抵押登记情况适用</w:t>
      </w:r>
      <w:r>
        <w:rPr>
          <w:lang w:eastAsia="zh-CN"/>
        </w:rPr>
        <w:br/>
      </w:r>
      <w:r>
        <w:rPr>
          <w:lang w:eastAsia="zh-CN"/>
        </w:rPr>
        <w:t>　　一次性付款</w:t>
      </w:r>
      <w:r>
        <w:rPr>
          <w:lang w:eastAsia="zh-CN"/>
        </w:rPr>
        <w:br/>
      </w:r>
      <w:r>
        <w:rPr>
          <w:lang w:eastAsia="zh-CN"/>
        </w:rPr>
        <w:t>　　1、□定金 □部分定金：人民币 元整(￥ 元)，买方应在签署本合同同时自行交付卖方。</w:t>
      </w:r>
      <w:r>
        <w:rPr>
          <w:lang w:eastAsia="zh-CN"/>
        </w:rPr>
        <w:br/>
      </w:r>
      <w:r>
        <w:rPr>
          <w:lang w:eastAsia="zh-CN"/>
        </w:rPr>
        <w:t>　　买卖双方需于签署本合同后 个工作日内提供齐全办理房屋买卖交易的全部资料。</w:t>
      </w:r>
      <w:r>
        <w:rPr>
          <w:lang w:eastAsia="zh-CN"/>
        </w:rPr>
        <w:br/>
      </w:r>
      <w:r>
        <w:rPr>
          <w:lang w:eastAsia="zh-CN"/>
        </w:rPr>
        <w:t>　　2、定金余款：人民币 元整(￥ 元)，买方须在 年 月 日前自行交付卖方。</w:t>
      </w:r>
      <w:r>
        <w:rPr>
          <w:lang w:eastAsia="zh-CN"/>
        </w:rPr>
        <w:br/>
      </w:r>
      <w:r>
        <w:rPr>
          <w:lang w:eastAsia="zh-CN"/>
        </w:rPr>
        <w:t>　　3、首期楼款(不含定金)：人民币 元整(￥ 元)，买方按下列第 种方式交付;</w:t>
      </w:r>
      <w:r>
        <w:rPr>
          <w:lang w:eastAsia="zh-CN"/>
        </w:rPr>
        <w:br/>
      </w:r>
      <w:r>
        <w:rPr>
          <w:lang w:eastAsia="zh-CN"/>
        </w:rPr>
        <w:t>　　(1)买方应在 年 月 日前直接支付给卖方;</w:t>
      </w:r>
      <w:r>
        <w:rPr>
          <w:lang w:eastAsia="zh-CN"/>
        </w:rPr>
        <w:br/>
      </w:r>
      <w:r>
        <w:rPr>
          <w:lang w:eastAsia="zh-CN"/>
        </w:rPr>
        <w:t>　　(2)买卖双方到房管部门签订《梧州市房地产买卖合同》(网签合同)当天买方直接支付给卖方;</w:t>
      </w:r>
      <w:r>
        <w:rPr>
          <w:lang w:eastAsia="zh-CN"/>
        </w:rPr>
        <w:br/>
      </w:r>
      <w:r>
        <w:rPr>
          <w:lang w:eastAsia="zh-CN"/>
        </w:rPr>
        <w:t>　　4、买卖双方应在签署本合同后 年 月 日前备齐交易所需资料到房屋登记机关办理过户申请手续;</w:t>
      </w:r>
      <w:r>
        <w:rPr>
          <w:lang w:eastAsia="zh-CN"/>
        </w:rPr>
        <w:br/>
      </w:r>
      <w:r>
        <w:rPr>
          <w:lang w:eastAsia="zh-CN"/>
        </w:rPr>
        <w:t>　　5、部分楼款：人民币 元整(￥ 元)，买方按下列第 种方式交付;</w:t>
      </w:r>
      <w:r>
        <w:rPr>
          <w:lang w:eastAsia="zh-CN"/>
        </w:rPr>
        <w:br/>
      </w:r>
      <w:r>
        <w:rPr>
          <w:lang w:eastAsia="zh-CN"/>
        </w:rPr>
        <w:t>　　(1)买方应在 年 月 日前直接支付给卖方;</w:t>
      </w:r>
      <w:r>
        <w:rPr>
          <w:lang w:eastAsia="zh-CN"/>
        </w:rPr>
        <w:br/>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(2)买卖双方到房管部门签订《梧州市房地产买卖合同》(网签合同)当天买方直接支付给卖方;</w:t>
      </w:r>
      <w:r>
        <w:rPr>
          <w:lang w:eastAsia="zh-CN"/>
        </w:rPr>
        <w:br/>
      </w:r>
      <w:r>
        <w:rPr>
          <w:lang w:eastAsia="zh-CN"/>
        </w:rPr>
        <w:t>　　(3)买方应在领取不动产证回执当天直接支付给卖方;</w:t>
      </w:r>
      <w:r>
        <w:rPr>
          <w:lang w:eastAsia="zh-CN"/>
        </w:rPr>
        <w:br/>
      </w:r>
      <w:r>
        <w:rPr>
          <w:lang w:eastAsia="zh-CN"/>
        </w:rPr>
        <w:t>　　6、楼价余款：人民币 元整(￥ 元)，买方按下列第 种方式交付;</w:t>
      </w:r>
      <w:r>
        <w:rPr>
          <w:lang w:eastAsia="zh-CN"/>
        </w:rPr>
        <w:br/>
      </w:r>
      <w:r>
        <w:rPr>
          <w:lang w:eastAsia="zh-CN"/>
        </w:rPr>
        <w:t>　　(1)买方应在应在 年 月 日前直接支付给卖方;</w:t>
      </w:r>
      <w:r>
        <w:rPr>
          <w:lang w:eastAsia="zh-CN"/>
        </w:rPr>
        <w:br/>
      </w:r>
      <w:r>
        <w:rPr>
          <w:lang w:eastAsia="zh-CN"/>
        </w:rPr>
        <w:t>　　(2)买方应在领取不动产证当天直接支付给卖方;</w:t>
      </w:r>
      <w:r>
        <w:rPr>
          <w:lang w:eastAsia="zh-CN"/>
        </w:rPr>
        <w:br/>
      </w:r>
      <w:r>
        <w:rPr>
          <w:lang w:eastAsia="zh-CN"/>
        </w:rPr>
        <w:t>　　(3)买方应在领取不动产证回执当天直接支付给卖方;</w:t>
      </w:r>
      <w:r>
        <w:rPr>
          <w:lang w:eastAsia="zh-CN"/>
        </w:rPr>
        <w:br/>
      </w:r>
      <w:r>
        <w:rPr>
          <w:lang w:eastAsia="zh-CN"/>
        </w:rPr>
        <w:t>　　(二)物业无抵押登记情况适用</w:t>
      </w:r>
      <w:r>
        <w:rPr>
          <w:lang w:eastAsia="zh-CN"/>
        </w:rPr>
        <w:br/>
      </w:r>
      <w:r>
        <w:rPr>
          <w:lang w:eastAsia="zh-CN"/>
        </w:rPr>
        <w:t>　　银行按揭付款 申请贷款种类：□ 商业贷款 □公积金贷款 □组合贷款</w:t>
      </w:r>
      <w:r>
        <w:rPr>
          <w:lang w:eastAsia="zh-CN"/>
        </w:rPr>
        <w:br/>
      </w:r>
      <w:r>
        <w:rPr>
          <w:lang w:eastAsia="zh-CN"/>
        </w:rPr>
        <w:t>　　1、□定金 □部分定金：人民币 元整(￥ 元)，买方应在签署本合同同时自行交付卖方。</w:t>
      </w:r>
      <w:r>
        <w:rPr>
          <w:lang w:eastAsia="zh-CN"/>
        </w:rPr>
        <w:br/>
      </w:r>
      <w:r>
        <w:rPr>
          <w:lang w:eastAsia="zh-CN"/>
        </w:rPr>
        <w:t>　　2、定金余款：人民币 元整(￥ 元)，买方须在 年 月 日前自行交付卖方。</w:t>
      </w:r>
      <w:r>
        <w:rPr>
          <w:lang w:eastAsia="zh-CN"/>
        </w:rPr>
        <w:br/>
      </w:r>
      <w:r>
        <w:rPr>
          <w:lang w:eastAsia="zh-CN"/>
        </w:rPr>
        <w:t>　　3、首期楼款(不含定金)：人民币 元整(￥ 元)，买方按下列第 种方式交付;</w:t>
      </w:r>
      <w:r>
        <w:rPr>
          <w:lang w:eastAsia="zh-CN"/>
        </w:rPr>
        <w:br/>
      </w:r>
      <w:r>
        <w:rPr>
          <w:lang w:eastAsia="zh-CN"/>
        </w:rPr>
        <w:t>　　(1)买方应在 年 月 日前直接支付给卖方;</w:t>
      </w:r>
      <w:r>
        <w:rPr>
          <w:lang w:eastAsia="zh-CN"/>
        </w:rPr>
        <w:br/>
      </w:r>
      <w:r>
        <w:rPr>
          <w:lang w:eastAsia="zh-CN"/>
        </w:rPr>
        <w:t>　　(2)买卖双方到房管部门签订《梧州市房地产买卖合同》(网签合同)当天买方直接支付给卖方;</w:t>
      </w:r>
      <w:r>
        <w:rPr>
          <w:lang w:eastAsia="zh-CN"/>
        </w:rPr>
        <w:br/>
      </w:r>
      <w:r>
        <w:rPr>
          <w:lang w:eastAsia="zh-CN"/>
        </w:rPr>
        <w:t>　　4、买卖双方应在签署本合同后 年 月 日前备齐交易所需资料到房屋登记机关办理申请过户手续。</w:t>
      </w:r>
      <w:r>
        <w:rPr>
          <w:lang w:eastAsia="zh-CN"/>
        </w:rPr>
        <w:br/>
      </w:r>
      <w:r>
        <w:rPr>
          <w:lang w:eastAsia="zh-CN"/>
        </w:rPr>
        <w:t>　　5、买方应在出新不动产证后</w:t>
      </w:r>
    </w:p>
    <w:p w:rsidR="001B1F19" w14:textId="27C3F48A">
      <w:pPr>
        <w:rPr>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xml:space="preserve"> 个工作日内签署银行按揭文件及支付贷款所需费用，并在签署银行按揭文件后</w:t>
      </w:r>
      <w:r>
        <w:rPr>
          <w:lang w:eastAsia="zh-CN"/>
        </w:rPr>
        <w:t xml:space="preserve"> 个工作日前自行提供齐全办理银行贷款所需要的资料。并向银行申请</w:t>
      </w:r>
      <w:r>
        <w:rPr>
          <w:lang w:eastAsia="zh-CN"/>
        </w:rPr>
        <w:t xml:space="preserve"> 年</w:t>
      </w:r>
      <w:r>
        <w:rPr>
          <w:lang w:eastAsia="zh-CN"/>
        </w:rPr>
        <w:t xml:space="preserve"> 万元的银行按揭贷款(以银行批准的结果为准)。同时卖方必须提供协助。</w:t>
      </w:r>
      <w:r>
        <w:rPr>
          <w:lang w:eastAsia="zh-CN"/>
        </w:rPr>
        <w:br/>
      </w:r>
      <w:r>
        <w:rPr>
          <w:lang w:eastAsia="zh-CN"/>
        </w:rPr>
        <w:t>　　6、楼价余款(即申请贷款额)：人民币 元整(￥ 元)，由贷款银行直接划到卖方银行帐户。</w:t>
      </w:r>
      <w:r>
        <w:rPr>
          <w:lang w:eastAsia="zh-CN"/>
        </w:rPr>
        <w:br/>
      </w:r>
      <w:r>
        <w:rPr>
          <w:lang w:eastAsia="zh-CN"/>
        </w:rPr>
        <w:t>　　7、如银行批准的贷款金额少于买方申请的贷款金额，二者相差金额，买方应在贷款银行放款当天直接支付给卖方。</w:t>
      </w:r>
      <w:r>
        <w:rPr>
          <w:lang w:eastAsia="zh-CN"/>
        </w:rPr>
        <w:br/>
      </w:r>
      <w:r>
        <w:rPr>
          <w:lang w:eastAsia="zh-CN"/>
        </w:rPr>
        <w:t>　　以上各项约定:</w:t>
      </w:r>
      <w:r>
        <w:rPr>
          <w:lang w:eastAsia="zh-CN"/>
        </w:rPr>
        <w:br/>
      </w:r>
      <w:r>
        <w:rPr>
          <w:lang w:eastAsia="zh-CN"/>
        </w:rPr>
        <w:t>　　1. 凡若因银行政策调整导致银行贷款利率提高的，买方须配合银行调整相应利率或选择以一次性付款的方式进行支付，</w:t>
      </w:r>
      <w:r>
        <w:rPr>
          <w:lang w:eastAsia="zh-CN"/>
        </w:rPr>
        <w:br/>
      </w:r>
      <w:r>
        <w:rPr>
          <w:lang w:eastAsia="zh-CN"/>
        </w:rPr>
        <w:t>　　以确保卖方收取房款的权利。</w:t>
      </w:r>
      <w:r>
        <w:rPr>
          <w:lang w:eastAsia="zh-CN"/>
        </w:rPr>
        <w:br/>
      </w:r>
      <w:r>
        <w:rPr>
          <w:lang w:eastAsia="zh-CN"/>
        </w:rPr>
        <w:t>　　第四条 买卖双方的权利和义务</w:t>
      </w:r>
      <w:r>
        <w:rPr>
          <w:lang w:eastAsia="zh-CN"/>
        </w:rPr>
        <w:br/>
      </w:r>
      <w:r>
        <w:rPr>
          <w:lang w:eastAsia="zh-CN"/>
        </w:rPr>
        <w:t>　　1、 买卖双方应及时提供与该物业交易相关的完整资料(含该物业之权属证明原件、有关身份证明原件等)，及时配合经纪方签署相关文件及办理相关手续。</w:t>
      </w:r>
      <w:r>
        <w:rPr>
          <w:lang w:eastAsia="zh-CN"/>
        </w:rPr>
        <w:br/>
      </w:r>
      <w:r>
        <w:rPr>
          <w:lang w:eastAsia="zh-CN"/>
        </w:rPr>
        <w:t>　　2、卖方逾期迁出户口或交楼的，卖方应赔偿与定金同等数目之金额给买方以弥补买方之损失，不足弥补的，买方仍有权追讨。</w:t>
      </w:r>
      <w:r>
        <w:rPr>
          <w:lang w:eastAsia="zh-CN"/>
        </w:rPr>
        <w:br/>
      </w:r>
      <w:r>
        <w:rPr>
          <w:lang w:eastAsia="zh-CN"/>
        </w:rPr>
        <w:t>　　第五条 经纪方的权利和义务</w:t>
      </w:r>
      <w:r>
        <w:rPr>
          <w:lang w:eastAsia="zh-CN"/>
        </w:rPr>
        <w:br/>
      </w:r>
      <w:r>
        <w:rPr>
          <w:lang w:eastAsia="zh-CN"/>
        </w:rPr>
        <w:t>　　1、经纪方应根据诚实信用、廉洁高效、勤勉尽责的原则为买卖双方提供服务。</w:t>
      </w:r>
      <w:r>
        <w:rPr>
          <w:lang w:eastAsia="zh-CN"/>
        </w:rPr>
        <w:br/>
      </w:r>
    </w:p>
    <w:p w:rsidR="001B1F19" w14:textId="27C3F48A">
      <w:pPr>
        <w:rPr>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2、基于买卖双方独家委托经纪方提供居间服务，且经纪方已促成买卖双方签署本合同，买卖双方同意在签订本合同当天向经纪方佣金，其中</w:t>
      </w:r>
      <w:r>
        <w:rPr>
          <w:lang w:eastAsia="zh-CN"/>
        </w:rPr>
        <w:br/>
      </w:r>
      <w:r>
        <w:rPr>
          <w:lang w:eastAsia="zh-CN"/>
        </w:rPr>
        <w:t>　　(1)卖方应向经纪方支付中介代理费及咨询费人民币 元整(￥ 元)或详见《服务收费确认书》(№ );</w:t>
      </w:r>
      <w:r>
        <w:rPr>
          <w:lang w:eastAsia="zh-CN"/>
        </w:rPr>
        <w:br/>
      </w:r>
      <w:r>
        <w:rPr>
          <w:lang w:eastAsia="zh-CN"/>
        </w:rPr>
        <w:t>　　(2)买方应向经纪方支付中介代理费及咨询费人民币 元整(￥ 元)或详见《服务收费确认书》(№ )。</w:t>
      </w:r>
      <w:r>
        <w:rPr>
          <w:lang w:eastAsia="zh-CN"/>
        </w:rPr>
        <w:br/>
      </w:r>
      <w:r>
        <w:rPr>
          <w:lang w:eastAsia="zh-CN"/>
        </w:rPr>
        <w:t>　　买卖双方或其中任一方逾期支付上述中介代理费及咨询费的，每逾期一天则按应付费用的1%向经纪方支付滞纳金，</w:t>
      </w:r>
      <w:r>
        <w:rPr>
          <w:lang w:eastAsia="zh-CN"/>
        </w:rPr>
        <w:br/>
      </w:r>
      <w:r>
        <w:rPr>
          <w:lang w:eastAsia="zh-CN"/>
        </w:rPr>
        <w:t>　　直至上述中介代理费及咨询费全部支付完毕之日止。房地产买卖合同的履行与否不影响本佣金的支付。</w:t>
      </w:r>
      <w:r>
        <w:rPr>
          <w:lang w:eastAsia="zh-CN"/>
        </w:rPr>
        <w:br/>
      </w:r>
      <w:r>
        <w:rPr>
          <w:lang w:eastAsia="zh-CN"/>
        </w:rPr>
        <w:t>　　在履行合同中，任何一方不履行合同，违约方应代守约方向经纪方支付佣金。守约方已支付的，经纪方不予退还，应由违约方直接赔偿守约方。应由守约方支付而尚未支付的，经纪方有权选择向守约方或违约方任何一方要求支付，守约方垫付后可向违约方追偿。未经经纪方同意，买卖双方私下解除本合同的，由买卖双方共同对经纪方承担连带赔偿责任。</w:t>
      </w:r>
      <w:r>
        <w:rPr>
          <w:lang w:eastAsia="zh-CN"/>
        </w:rPr>
        <w:br/>
      </w:r>
      <w:r>
        <w:rPr>
          <w:lang w:eastAsia="zh-CN"/>
        </w:rPr>
        <w:t>　　第六条 违约责任</w:t>
      </w:r>
      <w:r>
        <w:rPr>
          <w:lang w:eastAsia="zh-CN"/>
        </w:rPr>
        <w:br/>
      </w:r>
      <w:r>
        <w:rPr>
          <w:lang w:eastAsia="zh-CN"/>
        </w:rPr>
        <w:t>　　1、本合同签订后，若买卖双方有以下情形之一，即视为违约。届时，守约方有权解除本合同，卖方已收之房款应于解除合同通知书发出之日起五天内退还，违约方需支付房屋成交价的10%作为违约金给守约方。</w:t>
      </w:r>
      <w:r>
        <w:rPr>
          <w:lang w:eastAsia="zh-CN"/>
        </w:rPr>
        <w:br/>
      </w:r>
      <w:r>
        <w:rPr>
          <w:lang w:eastAsia="zh-CN"/>
        </w:rPr>
        <w:t>　　(1)一方拒绝按约定收取或支付定金、楼款的;</w:t>
      </w:r>
      <w:r>
        <w:rPr>
          <w:lang w:eastAsia="zh-CN"/>
        </w:rPr>
        <w:br/>
      </w:r>
      <w:r>
        <w:rPr>
          <w:lang w:eastAsia="zh-CN"/>
        </w:rPr>
        <w:t>　　(2)一方拒绝出售或购买该物业;</w:t>
      </w:r>
      <w:r>
        <w:rPr>
          <w:lang w:eastAsia="zh-CN"/>
        </w:rPr>
        <w:br/>
      </w:r>
    </w:p>
    <w:p w:rsidR="001B1F19" w14:textId="27C3F48A">
      <w:pPr>
        <w:rPr>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(3)任何一方隐瞒或所提供的资料不真实/不完整/不合法/不准确等情形，从而导致本合同的目的不能实现;</w:t>
      </w:r>
      <w:r>
        <w:rPr>
          <w:lang w:eastAsia="zh-CN"/>
        </w:rPr>
        <w:br/>
      </w:r>
      <w:r>
        <w:rPr>
          <w:lang w:eastAsia="zh-CN"/>
        </w:rPr>
        <w:t>　　(4)在守约方、或有关政府部门、或银行等其他机构、或经纪方发出关于办理有关本次交易手续的通知后五天，仍不履</w:t>
      </w:r>
      <w:r>
        <w:rPr>
          <w:lang w:eastAsia="zh-CN"/>
        </w:rPr>
        <w:br/>
      </w:r>
      <w:r>
        <w:rPr>
          <w:lang w:eastAsia="zh-CN"/>
        </w:rPr>
        <w:t>　　行本合同之条款时;</w:t>
      </w:r>
      <w:r>
        <w:rPr>
          <w:lang w:eastAsia="zh-CN"/>
        </w:rPr>
        <w:br/>
      </w:r>
      <w:r>
        <w:rPr>
          <w:lang w:eastAsia="zh-CN"/>
        </w:rPr>
        <w:t>　　(5)违反资金托管协议及有关合同的其他补充协议的;</w:t>
      </w:r>
      <w:r>
        <w:rPr>
          <w:lang w:eastAsia="zh-CN"/>
        </w:rPr>
        <w:br/>
      </w:r>
      <w:r>
        <w:rPr>
          <w:lang w:eastAsia="zh-CN"/>
        </w:rPr>
        <w:t>　　(6)买卖一方拒不配合提供交易所需要资料或逾期办理交易、按揭、过户等买卖相关手续、逾期交付房产、逾期支付房款、逾期不迁出户口等无故不履行或怠于履行本合同项下义务超过五天的;</w:t>
      </w:r>
      <w:r>
        <w:rPr>
          <w:lang w:eastAsia="zh-CN"/>
        </w:rPr>
        <w:br/>
      </w:r>
      <w:r>
        <w:rPr>
          <w:lang w:eastAsia="zh-CN"/>
        </w:rPr>
        <w:t>　　(7)其他不履约或不完全履约之情形。</w:t>
      </w:r>
      <w:r>
        <w:rPr>
          <w:lang w:eastAsia="zh-CN"/>
        </w:rPr>
        <w:br/>
      </w:r>
      <w:r>
        <w:rPr>
          <w:lang w:eastAsia="zh-CN"/>
        </w:rPr>
        <w:t>　　合同未约定明确履行期限的，以守约方或经纪方发出敦促履行通知之日起五天为履行期限。</w:t>
      </w:r>
      <w:r>
        <w:rPr>
          <w:lang w:eastAsia="zh-CN"/>
        </w:rPr>
        <w:br/>
      </w:r>
      <w:r>
        <w:rPr>
          <w:lang w:eastAsia="zh-CN"/>
        </w:rPr>
        <w:t>　　2、若买卖双方任何一方出现本条第1点的违约行为时，违反方除应即时向经纪方支付应付而未付的中介代理费及咨询费外，还应即时赔偿因其违约给经纪方造成的损失，赔偿损失的范围包括经纪方所应收而未收的买卖双方中介代理费及咨询费。守约方已支付中介代理费及咨询费的，经纪方不退回，应由违约方赔偿给守约方。</w:t>
      </w:r>
      <w:r>
        <w:rPr>
          <w:lang w:eastAsia="zh-CN"/>
        </w:rPr>
        <w:br/>
      </w:r>
      <w:r>
        <w:rPr>
          <w:lang w:eastAsia="zh-CN"/>
        </w:rPr>
        <w:t>　　第七条 若非本合同三方中任何一方原因而导致本合同交易未能按期完成，本合同三方均同意有关交易日期相对顺延。本合同签订</w:t>
      </w:r>
      <w:r>
        <w:rPr>
          <w:lang w:eastAsia="zh-CN"/>
        </w:rPr>
        <w:br/>
      </w:r>
      <w:r>
        <w:rPr>
          <w:lang w:eastAsia="zh-CN"/>
        </w:rPr>
        <w:t>　　后，若因不可抗力或合同三方约定的原因导致本合同无法履行时，则本合同各方无须承担违约责任，由此造成的损失各自</w:t>
      </w:r>
      <w:r>
        <w:rPr>
          <w:lang w:eastAsia="zh-CN"/>
        </w:rPr>
        <w:br/>
      </w:r>
      <w:r>
        <w:rPr>
          <w:lang w:eastAsia="zh-CN"/>
        </w:rPr>
        <w:t>　　承担。</w:t>
      </w:r>
      <w:r>
        <w:rPr>
          <w:lang w:eastAsia="zh-CN"/>
        </w:rPr>
        <w:br/>
      </w:r>
    </w:p>
    <w:p w:rsidR="001B1F19" w14:textId="27C3F48A">
      <w:pPr>
        <w:rPr>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第八条 任何过往之三方在谈判中的声称、理解、承诺以及协议等书面文件均属于本合同的组成部分，有相冲突的地方以本合同</w:t>
      </w:r>
      <w:r>
        <w:rPr>
          <w:lang w:eastAsia="zh-CN"/>
        </w:rPr>
        <w:br/>
      </w:r>
      <w:r>
        <w:rPr>
          <w:lang w:eastAsia="zh-CN"/>
        </w:rPr>
        <w:t>　　为准。买卖双方签订的《存量房买卖合同》(网签合同)与本合同具同等效力，不一致时以本合同为准。</w:t>
      </w:r>
      <w:r>
        <w:rPr>
          <w:lang w:eastAsia="zh-CN"/>
        </w:rPr>
        <w:br/>
      </w:r>
      <w:r>
        <w:rPr>
          <w:lang w:eastAsia="zh-CN"/>
        </w:rPr>
        <w:t>　　经纪方已就本合同所有条款向买卖双方作出详尽解释。合同三方对上述每一条款之含义均清楚明白且并无异议。</w:t>
      </w:r>
      <w:r>
        <w:rPr>
          <w:lang w:eastAsia="zh-CN"/>
        </w:rPr>
        <w:br/>
      </w:r>
      <w:r>
        <w:rPr>
          <w:lang w:eastAsia="zh-CN"/>
        </w:rPr>
        <w:t>　　备选条款：</w:t>
      </w:r>
      <w:r>
        <w:rPr>
          <w:lang w:eastAsia="zh-CN"/>
        </w:rPr>
        <w:br/>
      </w:r>
      <w:r>
        <w:rPr>
          <w:lang w:eastAsia="zh-CN"/>
        </w:rPr>
        <w:t>　　1. 买方知悉该物业业权人 ，现业权人委托 作为代理人代为出售该物业，签订本合同。</w:t>
      </w:r>
      <w:r>
        <w:rPr>
          <w:lang w:eastAsia="zh-CN"/>
        </w:rPr>
        <w:br/>
      </w:r>
      <w:r>
        <w:rPr>
          <w:lang w:eastAsia="zh-CN"/>
        </w:rPr>
        <w:t>　　买卖双方代理人保证具有合法的代理权限，否则应按照合同约定承担相应违约责任。</w:t>
      </w:r>
      <w:r>
        <w:rPr>
          <w:lang w:eastAsia="zh-CN"/>
        </w:rPr>
        <w:br/>
      </w:r>
      <w:r>
        <w:rPr>
          <w:lang w:eastAsia="zh-CN"/>
        </w:rPr>
        <w:t>　　2. □卖方同意 / □卖方不同意，本次交易过程中，买方可指定过户到 名下或□以《指定产权人确认书》为准。</w:t>
      </w:r>
      <w:r>
        <w:rPr>
          <w:lang w:eastAsia="zh-CN"/>
        </w:rPr>
        <w:br/>
      </w:r>
      <w:r>
        <w:rPr>
          <w:lang w:eastAsia="zh-CN"/>
        </w:rPr>
        <w:t>　　第九条 在本合同执行过程中如有争议三方协商解决，协商不成三方同意按如下方式解决本合同之争议纠纷：</w:t>
      </w:r>
      <w:r>
        <w:rPr>
          <w:lang w:eastAsia="zh-CN"/>
        </w:rPr>
        <w:br/>
      </w:r>
      <w:r>
        <w:rPr>
          <w:lang w:eastAsia="zh-CN"/>
        </w:rPr>
        <w:t>　　向物业所在地法院提起诉讼</w:t>
      </w:r>
      <w:r>
        <w:rPr>
          <w:lang w:eastAsia="zh-CN"/>
        </w:rPr>
        <w:br/>
      </w:r>
      <w:r>
        <w:rPr>
          <w:lang w:eastAsia="zh-CN"/>
        </w:rPr>
        <w:t>　　第十条 本合同首页记载的各方通讯地址为所有通知、文件、资料等送达地址。上述地址如有变更，应在变更后三日内书</w:t>
      </w:r>
      <w:r>
        <w:rPr>
          <w:lang w:eastAsia="zh-CN"/>
        </w:rPr>
        <w:br/>
      </w:r>
      <w:r>
        <w:rPr>
          <w:lang w:eastAsia="zh-CN"/>
        </w:rPr>
        <w:t>　　面通知，否则一经正常投递则视为送达。合同注明由经纪方转交款项的，以经纪方划出之日期为准。</w:t>
      </w:r>
      <w:r>
        <w:rPr>
          <w:lang w:eastAsia="zh-CN"/>
        </w:rPr>
        <w:br/>
      </w:r>
      <w:r>
        <w:rPr>
          <w:lang w:eastAsia="zh-CN"/>
        </w:rPr>
        <w:t>　　第十一条 本合同共三页，一式三份，自签订之日起生效，卖方、买方及经纪方各持一份，具同等法律效力。</w:t>
      </w:r>
      <w:r>
        <w:rPr>
          <w:lang w:eastAsia="zh-CN"/>
        </w:rPr>
        <w:br/>
      </w:r>
    </w:p>
    <w:p w:rsidR="001B1F19" w14:textId="27C3F48A">
      <w:pPr>
        <w:rPr>
          <w:lang w:eastAsia="zh-CN"/>
        </w:rPr>
      </w:pPr>
      <w:r>
        <w:rPr>
          <w:lang w:eastAsia="zh-CN"/>
        </w:rPr>
        <w:t>　　第十二条 三方约定的其他事项：</w:t>
      </w:r>
      <w:r>
        <w:rPr>
          <w:lang w:eastAsia="zh-CN"/>
        </w:rPr>
        <w:br/>
      </w:r>
      <w:r>
        <w:rPr>
          <w:lang w:eastAsia="zh-CN"/>
        </w:rPr>
        <w:t>　　特别告知</w:t>
      </w:r>
      <w:r>
        <w:rPr>
          <w:lang w:eastAsia="zh-CN"/>
        </w:rPr>
        <w:br/>
      </w:r>
      <w:r>
        <w:rPr>
          <w:lang w:eastAsia="zh-CN"/>
        </w:rPr>
        <w:t>　　1、经纪方已就当前的限购政策及贷款政策向买卖双方作出详尽告知，买卖双方清楚知悉。</w:t>
      </w:r>
      <w:r>
        <w:rPr>
          <w:lang w:eastAsia="zh-CN"/>
        </w:rPr>
        <w:br/>
      </w:r>
      <w:r>
        <w:rPr>
          <w:lang w:eastAsia="zh-CN"/>
        </w:rPr>
        <w:t>　　2、买方通过按揭付款的，应提前查询自身的征信情况。</w:t>
      </w:r>
      <w:r>
        <w:rPr>
          <w:lang w:eastAsia="zh-CN"/>
        </w:rPr>
        <w:br/>
      </w:r>
      <w:r>
        <w:rPr>
          <w:lang w:eastAsia="zh-CN"/>
        </w:rPr>
        <w:t>　　3、签订合同前，买卖双方应自行到房屋所在地土地房屋登记机构查询房屋是否存在抵押、查封、预告登记等权利转移受限的情况。</w:t>
      </w:r>
      <w:r>
        <w:rPr>
          <w:lang w:eastAsia="zh-CN"/>
        </w:rPr>
        <w:br/>
      </w:r>
      <w:r>
        <w:rPr>
          <w:lang w:eastAsia="zh-CN"/>
        </w:rPr>
        <w:t>　　4、凡经纪方员工向客户收取任何款项及费用，需开具经纪方正规收款凭证且加盖公司财务印章。否则，经纪方一律不予认</w:t>
      </w:r>
      <w:r>
        <w:rPr>
          <w:lang w:eastAsia="zh-CN"/>
        </w:rPr>
        <w:br/>
      </w:r>
      <w:r>
        <w:rPr>
          <w:lang w:eastAsia="zh-CN"/>
        </w:rPr>
        <w:t>　　可，相关责任由买卖双方自行承担。</w:t>
      </w:r>
      <w:r>
        <w:rPr>
          <w:lang w:eastAsia="zh-CN"/>
        </w:rPr>
        <w:br/>
      </w:r>
      <w:r>
        <w:rPr>
          <w:lang w:eastAsia="zh-CN"/>
        </w:rPr>
        <w:t>　　5.根据政府部门的规定，我司不代收任何的交易资金，买卖双方可向银行申请交易资金托管。</w:t>
      </w:r>
      <w:r>
        <w:rPr>
          <w:lang w:eastAsia="zh-CN"/>
        </w:rPr>
        <w:br/>
      </w:r>
      <w:r>
        <w:rPr>
          <w:lang w:eastAsia="zh-CN"/>
        </w:rPr>
        <w:t>　　卖 方 买 方 经纪方(盖章)</w:t>
      </w:r>
      <w:r>
        <w:rPr>
          <w:lang w:eastAsia="zh-CN"/>
        </w:rPr>
        <w:br/>
      </w:r>
      <w:r>
        <w:rPr>
          <w:lang w:eastAsia="zh-CN"/>
        </w:rPr>
        <w:t>　　卖方代理人 买方代理人</w:t>
      </w:r>
      <w:r>
        <w:rPr>
          <w:lang w:eastAsia="zh-CN"/>
        </w:rPr>
        <w:br/>
      </w:r>
      <w:r>
        <w:rPr>
          <w:lang w:eastAsia="zh-CN"/>
        </w:rPr>
        <w:t>　　合同三方兹于上述 年 月 日亲笔签名(请用正楷签名)属实。</w:t>
      </w:r>
      <w:r>
        <w:rPr>
          <w:lang w:eastAsia="zh-CN"/>
        </w:rPr>
        <w:br/>
      </w:r>
      <w:r>
        <w:rPr>
          <w:lang w:eastAsia="zh-CN"/>
        </w:rPr>
        <w:t xml:space="preserve">    郊区现房买卖合同 篇13 </w:t>
      </w:r>
      <w:r>
        <w:rPr>
          <w:lang w:eastAsia="zh-CN"/>
        </w:rPr>
        <w:br/>
      </w:r>
      <w:r>
        <w:rPr>
          <w:lang w:eastAsia="zh-CN"/>
        </w:rPr>
        <w:t>　　甲方：身份证号：乙方：身份证号：</w:t>
      </w:r>
      <w:r>
        <w:rPr>
          <w:lang w:eastAsia="zh-CN"/>
        </w:rPr>
        <w:br/>
      </w:r>
      <w:r>
        <w:rPr>
          <w:lang w:eastAsia="zh-CN"/>
        </w:rPr>
        <w:t>　　根据《中华人民共和国民法典》、《中华人民共和国____市房地产管理法》及其他有关法律、法规之规定，甲、乙双方在平等、自愿、协商一致的基础上，就乙方向甲方购买房产签订本合同，以资共同信守执行。</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https://d.book118.com/696041230055010054</w:t>
        </w:r>
      </w:hyperlink>
    </w:p>
    <w:p w:rsidR="001B1F19">
      <w:pPr>
        <w:rPr>
          <w:lang w:eastAsia="zh-CN"/>
        </w:rPr>
      </w:pPr>
    </w:p>
    <w:sectPr>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9604123005501005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