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春游活动计划（19篇）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春游活动计划（通用19篇）</w:t>
      </w:r>
      <w:r>
        <w:rPr>
          <w:lang w:eastAsia="zh-CN"/>
        </w:rPr>
        <w:br/>
      </w:r>
      <w:r>
        <w:rPr>
          <w:lang w:eastAsia="zh-CN"/>
        </w:rPr>
        <w:t xml:space="preserve">    春游活动计划 篇1 </w:t>
      </w:r>
      <w:r>
        <w:rPr>
          <w:lang w:eastAsia="zh-CN"/>
        </w:rPr>
        <w:br/>
      </w:r>
      <w:r>
        <w:rPr>
          <w:lang w:eastAsia="zh-CN"/>
        </w:rPr>
        <w:t>　　阳春三月，春意盎然。为丰富我校教职工的课余生活，促进教师之间的交流，增进教职工之间的友谊，锻炼教职工身体，凸现我校教职工的凝聚力，展现_三小女教师积极向上、敢于吃苦、奋力争先的精神风貌。经研究，决定开展庆三八教工登山活动，现将具体方案布置如下：</w:t>
      </w:r>
      <w:r>
        <w:rPr>
          <w:lang w:eastAsia="zh-CN"/>
        </w:rPr>
        <w:br/>
      </w:r>
      <w:r>
        <w:rPr>
          <w:lang w:eastAsia="zh-CN"/>
        </w:rPr>
        <w:t>　　一、活动主题：相聚_山、畅享佛山美</w:t>
      </w:r>
      <w:r>
        <w:rPr>
          <w:lang w:eastAsia="zh-CN"/>
        </w:rPr>
        <w:br/>
      </w:r>
      <w:r>
        <w:rPr>
          <w:lang w:eastAsia="zh-CN"/>
        </w:rPr>
        <w:t>　　二、活动口号：登山踏春，展现自我</w:t>
      </w:r>
      <w:r>
        <w:rPr>
          <w:lang w:eastAsia="zh-CN"/>
        </w:rPr>
        <w:br/>
      </w:r>
      <w:r>
        <w:rPr>
          <w:lang w:eastAsia="zh-CN"/>
        </w:rPr>
        <w:t>　　三、活动时间：3月7日</w:t>
      </w:r>
      <w:r>
        <w:rPr>
          <w:lang w:eastAsia="zh-CN"/>
        </w:rPr>
        <w:br/>
      </w:r>
      <w:r>
        <w:rPr>
          <w:lang w:eastAsia="zh-CN"/>
        </w:rPr>
        <w:t>　　四、参加人员：全体教职工</w:t>
      </w:r>
      <w:r>
        <w:rPr>
          <w:lang w:eastAsia="zh-CN"/>
        </w:rPr>
        <w:br/>
      </w:r>
      <w:r>
        <w:rPr>
          <w:lang w:eastAsia="zh-CN"/>
        </w:rPr>
        <w:t>　　五、活动地点：_山</w:t>
      </w:r>
      <w:r>
        <w:rPr>
          <w:lang w:eastAsia="zh-CN"/>
        </w:rPr>
        <w:br/>
      </w:r>
      <w:r>
        <w:rPr>
          <w:lang w:eastAsia="zh-CN"/>
        </w:rPr>
        <w:t>　　六、具体方案</w:t>
      </w:r>
      <w:r>
        <w:rPr>
          <w:lang w:eastAsia="zh-CN"/>
        </w:rPr>
        <w:br/>
      </w:r>
      <w:r>
        <w:rPr>
          <w:lang w:eastAsia="zh-CN"/>
        </w:rPr>
        <w:t>　　七、活动安排：</w:t>
      </w:r>
      <w:r>
        <w:rPr>
          <w:lang w:eastAsia="zh-CN"/>
        </w:rPr>
        <w:br/>
      </w:r>
      <w:r>
        <w:rPr>
          <w:lang w:eastAsia="zh-CN"/>
        </w:rPr>
        <w:t>　　(1)8：30&amp;&amp;在县政务中心(伯坚广场)集中，东区由胡校长代队，西区由杜校长代队。</w:t>
      </w:r>
      <w:r>
        <w:rPr>
          <w:lang w:eastAsia="zh-CN"/>
        </w:rPr>
        <w:br/>
      </w:r>
      <w:r>
        <w:rPr>
          <w:lang w:eastAsia="zh-CN"/>
        </w:rPr>
        <w:t>　　(2)8：35&amp;&amp;校领导石校长作动员讲话</w:t>
      </w:r>
      <w:r>
        <w:rPr>
          <w:lang w:eastAsia="zh-CN"/>
        </w:rPr>
        <w:br/>
      </w:r>
      <w:r>
        <w:rPr>
          <w:lang w:eastAsia="zh-CN"/>
        </w:rPr>
        <w:t>　　(3)8：40&amp;&amp;10：00登山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(4)10：00&amp;&amp;11：00稍事休息，现场发奖，集体合影，自由活动，参观景点</w:t>
      </w:r>
      <w:r>
        <w:rPr>
          <w:lang w:eastAsia="zh-CN"/>
        </w:rPr>
        <w:br/>
      </w:r>
      <w:r>
        <w:rPr>
          <w:lang w:eastAsia="zh-CN"/>
        </w:rPr>
        <w:t>　　(5)11：00&amp;&amp;原路返回，参观刘伯坚烈士纪念馆，欣赏家乡春景</w:t>
      </w:r>
      <w:r>
        <w:rPr>
          <w:lang w:eastAsia="zh-CN"/>
        </w:rPr>
        <w:br/>
      </w:r>
      <w:r>
        <w:rPr>
          <w:lang w:eastAsia="zh-CN"/>
        </w:rPr>
        <w:t>　　(6)12：00&amp;&amp;共进午餐</w:t>
      </w:r>
      <w:r>
        <w:rPr>
          <w:lang w:eastAsia="zh-CN"/>
        </w:rPr>
        <w:br/>
      </w:r>
      <w:r>
        <w:rPr>
          <w:lang w:eastAsia="zh-CN"/>
        </w:rPr>
        <w:t>　　2、工作人员：</w:t>
      </w:r>
      <w:r>
        <w:rPr>
          <w:lang w:eastAsia="zh-CN"/>
        </w:rPr>
        <w:br/>
      </w:r>
      <w:r>
        <w:rPr>
          <w:lang w:eastAsia="zh-CN"/>
        </w:rPr>
        <w:t>　　活动总指挥：_</w:t>
      </w:r>
      <w:r>
        <w:rPr>
          <w:lang w:eastAsia="zh-CN"/>
        </w:rPr>
        <w:br/>
      </w:r>
      <w:r>
        <w:rPr>
          <w:lang w:eastAsia="zh-CN"/>
        </w:rPr>
        <w:t>　　起点负责：_</w:t>
      </w:r>
      <w:r>
        <w:rPr>
          <w:lang w:eastAsia="zh-CN"/>
        </w:rPr>
        <w:br/>
      </w:r>
      <w:r>
        <w:rPr>
          <w:lang w:eastAsia="zh-CN"/>
        </w:rPr>
        <w:t>　　终点裁判：_</w:t>
      </w:r>
      <w:r>
        <w:rPr>
          <w:lang w:eastAsia="zh-CN"/>
        </w:rPr>
        <w:br/>
      </w:r>
      <w:r>
        <w:rPr>
          <w:lang w:eastAsia="zh-CN"/>
        </w:rPr>
        <w:t>　　宣传策划：_</w:t>
      </w:r>
      <w:r>
        <w:rPr>
          <w:lang w:eastAsia="zh-CN"/>
        </w:rPr>
        <w:br/>
      </w:r>
      <w:r>
        <w:rPr>
          <w:lang w:eastAsia="zh-CN"/>
        </w:rPr>
        <w:t>　　奖品分发：_</w:t>
      </w:r>
      <w:r>
        <w:rPr>
          <w:lang w:eastAsia="zh-CN"/>
        </w:rPr>
        <w:br/>
      </w:r>
      <w:r>
        <w:rPr>
          <w:lang w:eastAsia="zh-CN"/>
        </w:rPr>
        <w:t>　　安全保障：_</w:t>
      </w:r>
      <w:r>
        <w:rPr>
          <w:lang w:eastAsia="zh-CN"/>
        </w:rPr>
        <w:br/>
      </w:r>
      <w:r>
        <w:rPr>
          <w:lang w:eastAsia="zh-CN"/>
        </w:rPr>
        <w:t>　　后勤服务：_</w:t>
      </w:r>
      <w:r>
        <w:rPr>
          <w:lang w:eastAsia="zh-CN"/>
        </w:rPr>
        <w:br/>
      </w:r>
      <w:r>
        <w:rPr>
          <w:lang w:eastAsia="zh-CN"/>
        </w:rPr>
        <w:t>　　摄影摄像：_(其它摄影爱好者)</w:t>
      </w:r>
      <w:r>
        <w:rPr>
          <w:lang w:eastAsia="zh-CN"/>
        </w:rPr>
        <w:br/>
      </w:r>
      <w:r>
        <w:rPr>
          <w:lang w:eastAsia="zh-CN"/>
        </w:rPr>
        <w:t>　　3、奖励办法：</w:t>
      </w:r>
      <w:r>
        <w:rPr>
          <w:lang w:eastAsia="zh-CN"/>
        </w:rPr>
        <w:br/>
      </w:r>
      <w:r>
        <w:rPr>
          <w:lang w:eastAsia="zh-CN"/>
        </w:rPr>
        <w:t>　　(1)以到达终点先后，获得前五名者，发给奖状及红包。</w:t>
      </w:r>
      <w:r>
        <w:rPr>
          <w:lang w:eastAsia="zh-CN"/>
        </w:rPr>
        <w:br/>
      </w:r>
      <w:r>
        <w:rPr>
          <w:lang w:eastAsia="zh-CN"/>
        </w:rPr>
        <w:t>　　(2)所有完成登山活动的教工均可在终点处领取精美纪念品一份，不得代领。</w:t>
      </w:r>
      <w:r>
        <w:rPr>
          <w:lang w:eastAsia="zh-CN"/>
        </w:rPr>
        <w:br/>
      </w:r>
      <w:r>
        <w:rPr>
          <w:lang w:eastAsia="zh-CN"/>
        </w:rPr>
        <w:t>　　七、几点说明：</w:t>
      </w:r>
      <w:r>
        <w:rPr>
          <w:lang w:eastAsia="zh-CN"/>
        </w:rPr>
        <w:br/>
      </w:r>
      <w:r>
        <w:rPr>
          <w:lang w:eastAsia="zh-CN"/>
        </w:rPr>
        <w:t>　　1、全体男教师为参加活动的女教师做好各项服务工作。</w:t>
      </w:r>
      <w:r>
        <w:rPr>
          <w:lang w:eastAsia="zh-CN"/>
        </w:rPr>
        <w:br/>
      </w:r>
      <w:r>
        <w:rPr>
          <w:lang w:eastAsia="zh-CN"/>
        </w:rPr>
        <w:t>　　2、本次活动为集体活动，原则上人人参与，不带家属。</w:t>
      </w:r>
      <w:r>
        <w:rPr>
          <w:lang w:eastAsia="zh-CN"/>
        </w:rPr>
        <w:br/>
      </w:r>
      <w:r>
        <w:rPr>
          <w:lang w:eastAsia="zh-CN"/>
        </w:rPr>
        <w:t>　　3、午餐由学校工会统一安排。</w:t>
      </w:r>
      <w:r>
        <w:rPr>
          <w:lang w:eastAsia="zh-CN"/>
        </w:rPr>
        <w:br/>
      </w:r>
      <w:r>
        <w:rPr>
          <w:lang w:eastAsia="zh-CN"/>
        </w:rPr>
        <w:t>　　4、未尽事宜，敬请原谅。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八、准备工作：</w:t>
      </w:r>
      <w:r>
        <w:rPr>
          <w:lang w:eastAsia="zh-CN"/>
        </w:rPr>
        <w:br/>
      </w:r>
      <w:r>
        <w:rPr>
          <w:lang w:eastAsia="zh-CN"/>
        </w:rPr>
        <w:t>　　1、主题活动横幅一条。</w:t>
      </w:r>
      <w:r>
        <w:rPr>
          <w:lang w:eastAsia="zh-CN"/>
        </w:rPr>
        <w:br/>
      </w:r>
      <w:r>
        <w:rPr>
          <w:lang w:eastAsia="zh-CN"/>
        </w:rPr>
        <w:t>　　2、购置活动奖品和纪念品。</w:t>
      </w:r>
      <w:r>
        <w:rPr>
          <w:lang w:eastAsia="zh-CN"/>
        </w:rPr>
        <w:br/>
      </w:r>
      <w:r>
        <w:rPr>
          <w:lang w:eastAsia="zh-CN"/>
        </w:rPr>
        <w:t>　　3、备藿香正气液三盒、仁和牌感冒胶囊两盒、矿泉水两件。</w:t>
      </w:r>
      <w:r>
        <w:rPr>
          <w:lang w:eastAsia="zh-CN"/>
        </w:rPr>
        <w:br/>
      </w:r>
      <w:r>
        <w:rPr>
          <w:lang w:eastAsia="zh-CN"/>
        </w:rPr>
        <w:t>　　九、温馨提示：</w:t>
      </w:r>
      <w:r>
        <w:rPr>
          <w:lang w:eastAsia="zh-CN"/>
        </w:rPr>
        <w:br/>
      </w:r>
      <w:r>
        <w:rPr>
          <w:lang w:eastAsia="zh-CN"/>
        </w:rPr>
        <w:t>　　1、体弱教师请适当注意运动量。</w:t>
      </w:r>
      <w:r>
        <w:rPr>
          <w:lang w:eastAsia="zh-CN"/>
        </w:rPr>
        <w:br/>
      </w:r>
      <w:r>
        <w:rPr>
          <w:lang w:eastAsia="zh-CN"/>
        </w:rPr>
        <w:t>　　2、山顶气温低，注意防寒，请尽可能穿宽松衣服和运动鞋。</w:t>
      </w:r>
      <w:r>
        <w:rPr>
          <w:lang w:eastAsia="zh-CN"/>
        </w:rPr>
        <w:br/>
      </w:r>
      <w:r>
        <w:rPr>
          <w:lang w:eastAsia="zh-CN"/>
        </w:rPr>
        <w:t>　　3、登山前做热身运动，特别是踝和膝关节要活动开。</w:t>
      </w:r>
      <w:r>
        <w:rPr>
          <w:lang w:eastAsia="zh-CN"/>
        </w:rPr>
        <w:br/>
      </w:r>
      <w:r>
        <w:rPr>
          <w:lang w:eastAsia="zh-CN"/>
        </w:rPr>
        <w:t>　　4、请保护好自己带的相机和其他贵重物品。</w:t>
      </w:r>
      <w:r>
        <w:rPr>
          <w:lang w:eastAsia="zh-CN"/>
        </w:rPr>
        <w:br/>
      </w:r>
      <w:r>
        <w:rPr>
          <w:lang w:eastAsia="zh-CN"/>
        </w:rPr>
        <w:t>　　5、活动中做文明游客，不乱丢烟头和垃圾，做好环保工作。</w:t>
      </w:r>
      <w:r>
        <w:rPr>
          <w:lang w:eastAsia="zh-CN"/>
        </w:rPr>
        <w:br/>
      </w:r>
      <w:r>
        <w:rPr>
          <w:lang w:eastAsia="zh-CN"/>
        </w:rPr>
        <w:t>　　6、如遇下雨则改期进行。</w:t>
      </w:r>
      <w:r>
        <w:rPr>
          <w:lang w:eastAsia="zh-CN"/>
        </w:rPr>
        <w:br/>
      </w:r>
      <w:r>
        <w:rPr>
          <w:lang w:eastAsia="zh-CN"/>
        </w:rPr>
        <w:t xml:space="preserve">    春游活动计划 篇2 </w:t>
      </w:r>
      <w:r>
        <w:rPr>
          <w:lang w:eastAsia="zh-CN"/>
        </w:rPr>
        <w:br/>
      </w:r>
      <w:r>
        <w:rPr>
          <w:lang w:eastAsia="zh-CN"/>
        </w:rPr>
        <w:t>　　活动时间：__年4月10日</w:t>
      </w:r>
      <w:r>
        <w:rPr>
          <w:lang w:eastAsia="zh-CN"/>
        </w:rPr>
        <w:br/>
      </w:r>
      <w:r>
        <w:rPr>
          <w:lang w:eastAsia="zh-CN"/>
        </w:rPr>
        <w:t>　　活动地点：昆明圆通山动物园</w:t>
      </w:r>
      <w:r>
        <w:rPr>
          <w:lang w:eastAsia="zh-CN"/>
        </w:rPr>
        <w:br/>
      </w:r>
      <w:r>
        <w:rPr>
          <w:lang w:eastAsia="zh-CN"/>
        </w:rPr>
        <w:t>　　活动形式：幼儿园集体活动</w:t>
      </w:r>
      <w:r>
        <w:rPr>
          <w:lang w:eastAsia="zh-CN"/>
        </w:rPr>
        <w:br/>
      </w:r>
      <w:r>
        <w:rPr>
          <w:lang w:eastAsia="zh-CN"/>
        </w:rPr>
        <w:t>　　活动目标：1、结合本月三生教育主题，认识动物园中常见的一些动物的名称及外形特征，感受动物生命的存在。</w:t>
      </w:r>
      <w:r>
        <w:rPr>
          <w:lang w:eastAsia="zh-CN"/>
        </w:rPr>
        <w:br/>
      </w:r>
      <w:r>
        <w:rPr>
          <w:lang w:eastAsia="zh-CN"/>
        </w:rPr>
        <w:t>　　2、引导幼儿学会和动物朋友友好相处，激发幼儿喜欢动物的情感。</w:t>
      </w:r>
      <w:r>
        <w:rPr>
          <w:lang w:eastAsia="zh-CN"/>
        </w:rPr>
        <w:br/>
      </w:r>
      <w:r>
        <w:rPr>
          <w:lang w:eastAsia="zh-CN"/>
        </w:rPr>
        <w:t>　　3、感受集体外出活动的乐趣，并知道外出活动的一些安全常识。</w:t>
      </w:r>
      <w:r>
        <w:rPr>
          <w:lang w:eastAsia="zh-CN"/>
        </w:rPr>
        <w:br/>
      </w:r>
      <w:r>
        <w:rPr>
          <w:lang w:eastAsia="zh-CN"/>
        </w:rPr>
        <w:t>　　活动准备：1、幼儿身穿全套园服，戴园帽，穿运动鞋。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2、请家长帮幼儿清空书包，可在书包里面准备一小份零食，一小瓶水、一包湿纸巾。</w:t>
      </w:r>
      <w:r>
        <w:rPr>
          <w:lang w:eastAsia="zh-CN"/>
        </w:rPr>
        <w:br/>
      </w:r>
      <w:r>
        <w:rPr>
          <w:lang w:eastAsia="zh-CN"/>
        </w:rPr>
        <w:t>　　3、教师统一穿蓝色的新园服，运动鞋，戴园帽。</w:t>
      </w:r>
      <w:r>
        <w:rPr>
          <w:lang w:eastAsia="zh-CN"/>
        </w:rPr>
        <w:br/>
      </w:r>
      <w:r>
        <w:rPr>
          <w:lang w:eastAsia="zh-CN"/>
        </w:rPr>
        <w:t>　　活动过程：</w:t>
      </w:r>
      <w:r>
        <w:rPr>
          <w:lang w:eastAsia="zh-CN"/>
        </w:rPr>
        <w:br/>
      </w:r>
      <w:r>
        <w:rPr>
          <w:lang w:eastAsia="zh-CN"/>
        </w:rPr>
        <w:t>　　8：30&amp;&amp;8：40全年级幼儿在操场集中，交代外出活动 的一些安全常识及注意事项。</w:t>
      </w:r>
      <w:r>
        <w:rPr>
          <w:lang w:eastAsia="zh-CN"/>
        </w:rPr>
        <w:br/>
      </w:r>
      <w:r>
        <w:rPr>
          <w:lang w:eastAsia="zh-CN"/>
        </w:rPr>
        <w:t>　　8：40&amp;&amp;8：50全年级排着队按顺序向动物园出发(路线是过天桥&amp;&amp;穿过云南大学校园&amp;&amp;过圆西路的街&amp;&amp;到达圆通山后门)</w:t>
      </w:r>
      <w:r>
        <w:rPr>
          <w:lang w:eastAsia="zh-CN"/>
        </w:rPr>
        <w:br/>
      </w:r>
      <w:r>
        <w:rPr>
          <w:lang w:eastAsia="zh-CN"/>
        </w:rPr>
        <w:t>　　8：50&amp;&amp;9：40全年级在圆通山后门集中</w:t>
      </w:r>
      <w:r>
        <w:rPr>
          <w:lang w:eastAsia="zh-CN"/>
        </w:rPr>
        <w:br/>
      </w:r>
      <w:r>
        <w:rPr>
          <w:lang w:eastAsia="zh-CN"/>
        </w:rPr>
        <w:t>　　9：40-----10：00参观孔雀园(引导幼儿观察孔雀的羽毛、以及孔雀开屏时的样子)注：在孔雀园对面有个厕所，可分班带幼儿如厕。</w:t>
      </w:r>
      <w:r>
        <w:rPr>
          <w:lang w:eastAsia="zh-CN"/>
        </w:rPr>
        <w:br/>
      </w:r>
      <w:r>
        <w:rPr>
          <w:lang w:eastAsia="zh-CN"/>
        </w:rPr>
        <w:t>　　10：00&amp;&amp;10：20参观肉食动物(教师引导幼儿观察老虎、狮子等一些肉食动物的外形特征，了解肉食动物的习性及食物等)</w:t>
      </w:r>
      <w:r>
        <w:rPr>
          <w:lang w:eastAsia="zh-CN"/>
        </w:rPr>
        <w:br/>
      </w:r>
      <w:r>
        <w:rPr>
          <w:lang w:eastAsia="zh-CN"/>
        </w:rPr>
        <w:t>　　10：20&amp;&amp;10：40参观植食动物(引导幼儿观察梅花鹿、牦牛、羊驼等一些植食动物的外形特征、食物及习性等)</w:t>
      </w:r>
      <w:r>
        <w:rPr>
          <w:lang w:eastAsia="zh-CN"/>
        </w:rPr>
        <w:br/>
      </w:r>
      <w:r>
        <w:rPr>
          <w:lang w:eastAsia="zh-CN"/>
        </w:rPr>
        <w:t>　　10：40&amp;&amp;11：00幼儿可在路边休息一下，适当地吃小点东西，然后步行前往水族馆。</w:t>
      </w:r>
      <w:r>
        <w:rPr>
          <w:lang w:eastAsia="zh-CN"/>
        </w:rPr>
        <w:br/>
      </w:r>
      <w:r>
        <w:rPr>
          <w:lang w:eastAsia="zh-CN"/>
        </w:rPr>
        <w:t>　　11：00&amp;&amp;11：30到达水族馆后教师分班引导幼儿参观水族馆(引导幼儿观察海豹、企鹅、热带鱼等一些水生动物的外形特征及生活习性)</w:t>
      </w:r>
      <w:r>
        <w:rPr>
          <w:lang w:eastAsia="zh-CN"/>
        </w:rPr>
        <w:br/>
      </w:r>
      <w:r>
        <w:rPr>
          <w:lang w:eastAsia="zh-CN"/>
        </w:rPr>
        <w:t>　　11：30&amp;&amp;12：00全年级幼儿观看海豹表演(教师引导幼儿安静地坐在座位上观看，不大声惊叫)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12：00&amp;&amp;12：30全年级幼儿观看美人鱼表演。</w:t>
      </w:r>
      <w:r>
        <w:rPr>
          <w:lang w:eastAsia="zh-CN"/>
        </w:rPr>
        <w:br/>
      </w:r>
      <w:r>
        <w:rPr>
          <w:lang w:eastAsia="zh-CN"/>
        </w:rPr>
        <w:t>　　12：30&amp;&amp;12：40步行前往大草坪集中(鼓励幼儿自己走，不掉队)</w:t>
      </w:r>
      <w:r>
        <w:rPr>
          <w:lang w:eastAsia="zh-CN"/>
        </w:rPr>
        <w:br/>
      </w:r>
      <w:r>
        <w:rPr>
          <w:lang w:eastAsia="zh-CN"/>
        </w:rPr>
        <w:t>　　12：40&amp;&amp;14：00在大草坪统一吃午餐(引导幼儿学会和同伴分享食物，不乱丢垃圾)</w:t>
      </w:r>
      <w:r>
        <w:rPr>
          <w:lang w:eastAsia="zh-CN"/>
        </w:rPr>
        <w:br/>
      </w:r>
      <w:r>
        <w:rPr>
          <w:lang w:eastAsia="zh-CN"/>
        </w:rPr>
        <w:t>　　14：00&amp;&amp;15：00全年级按顺序带幼儿步行回幼儿园(教师鼓励幼儿坚持往回走，不掉队</w:t>
      </w:r>
      <w:r>
        <w:rPr>
          <w:lang w:eastAsia="zh-CN"/>
        </w:rPr>
        <w:br/>
      </w:r>
      <w:r>
        <w:rPr>
          <w:lang w:eastAsia="zh-CN"/>
        </w:rPr>
        <w:t xml:space="preserve">    春游活动计划 篇3 </w:t>
      </w:r>
      <w:r>
        <w:rPr>
          <w:lang w:eastAsia="zh-CN"/>
        </w:rPr>
        <w:br/>
      </w:r>
      <w:r>
        <w:rPr>
          <w:lang w:eastAsia="zh-CN"/>
        </w:rPr>
        <w:t>　　阳春三月，鸟语花香，这是一年中最美的季节,也是踏青的大好时节。通过踏青春游活动,让学生走向美丽的大自然，开拓视野，增长知识，亲近自然、感受生活，进一步感受大自然之美。同时也丰富同学们的课余生活，让同学们在春意盎然的季节里放飞心情。</w:t>
      </w:r>
      <w:r>
        <w:rPr>
          <w:lang w:eastAsia="zh-CN"/>
        </w:rPr>
        <w:br/>
      </w:r>
      <w:r>
        <w:rPr>
          <w:lang w:eastAsia="zh-CN"/>
        </w:rPr>
        <w:t>　　活动主题：</w:t>
      </w:r>
      <w:r>
        <w:rPr>
          <w:lang w:eastAsia="zh-CN"/>
        </w:rPr>
        <w:br/>
      </w:r>
      <w:r>
        <w:rPr>
          <w:lang w:eastAsia="zh-CN"/>
        </w:rPr>
        <w:t>　　春天，我和小草有约</w:t>
      </w:r>
      <w:r>
        <w:rPr>
          <w:lang w:eastAsia="zh-CN"/>
        </w:rPr>
        <w:br/>
      </w:r>
      <w:r>
        <w:rPr>
          <w:lang w:eastAsia="zh-CN"/>
        </w:rPr>
        <w:t>　　活动方案：</w:t>
      </w:r>
      <w:r>
        <w:rPr>
          <w:lang w:eastAsia="zh-CN"/>
        </w:rPr>
        <w:br/>
      </w:r>
      <w:r>
        <w:rPr>
          <w:lang w:eastAsia="zh-CN"/>
        </w:rPr>
        <w:t>　　一、时间：</w:t>
      </w:r>
      <w:r>
        <w:rPr>
          <w:lang w:eastAsia="zh-CN"/>
        </w:rPr>
        <w:br/>
      </w:r>
      <w:r>
        <w:rPr>
          <w:lang w:eastAsia="zh-CN"/>
        </w:rPr>
        <w:t>　　4月10日（周三）上午8：00――11：30</w:t>
      </w:r>
      <w:r>
        <w:rPr>
          <w:lang w:eastAsia="zh-CN"/>
        </w:rPr>
        <w:br/>
      </w:r>
      <w:r>
        <w:rPr>
          <w:lang w:eastAsia="zh-CN"/>
        </w:rPr>
        <w:t>　　二、活动地点安排：</w:t>
      </w:r>
      <w:r>
        <w:rPr>
          <w:lang w:eastAsia="zh-CN"/>
        </w:rPr>
        <w:br/>
      </w:r>
      <w:r>
        <w:rPr>
          <w:lang w:eastAsia="zh-CN"/>
        </w:rPr>
        <w:t>　　洞桥公园</w:t>
      </w:r>
      <w:r>
        <w:rPr>
          <w:lang w:eastAsia="zh-CN"/>
        </w:rPr>
        <w:br/>
      </w:r>
      <w:r>
        <w:rPr>
          <w:lang w:eastAsia="zh-CN"/>
        </w:rPr>
        <w:t>　　三、跟班教师安排</w:t>
      </w:r>
      <w:r>
        <w:rPr>
          <w:lang w:eastAsia="zh-CN"/>
        </w:rPr>
        <w:br/>
      </w:r>
      <w:r>
        <w:rPr>
          <w:lang w:eastAsia="zh-CN"/>
        </w:rPr>
        <w:t>　　一年级：</w:t>
      </w:r>
      <w:r>
        <w:rPr>
          <w:lang w:eastAsia="zh-CN"/>
        </w:rPr>
        <w:br/>
      </w:r>
      <w:r>
        <w:rPr>
          <w:lang w:eastAsia="zh-CN"/>
        </w:rPr>
        <w:t>　　总负责：体育老师：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一（1） ........</w:t>
      </w:r>
      <w:r>
        <w:rPr>
          <w:lang w:eastAsia="zh-CN"/>
        </w:rPr>
        <w:br/>
      </w:r>
      <w:r>
        <w:rPr>
          <w:lang w:eastAsia="zh-CN"/>
        </w:rPr>
        <w:t>　　四、人员安排：</w:t>
      </w:r>
      <w:r>
        <w:rPr>
          <w:lang w:eastAsia="zh-CN"/>
        </w:rPr>
        <w:br/>
      </w:r>
      <w:r>
        <w:rPr>
          <w:lang w:eastAsia="zh-CN"/>
        </w:rPr>
        <w:t>　　随队医护：（带好外伤备用药箱）</w:t>
      </w:r>
      <w:r>
        <w:rPr>
          <w:lang w:eastAsia="zh-CN"/>
        </w:rPr>
        <w:br/>
      </w:r>
      <w:r>
        <w:rPr>
          <w:lang w:eastAsia="zh-CN"/>
        </w:rPr>
        <w:t>　　全程摄像：</w:t>
      </w:r>
      <w:r>
        <w:rPr>
          <w:lang w:eastAsia="zh-CN"/>
        </w:rPr>
        <w:br/>
      </w:r>
      <w:r>
        <w:rPr>
          <w:lang w:eastAsia="zh-CN"/>
        </w:rPr>
        <w:t>　　保卫：</w:t>
      </w:r>
      <w:r>
        <w:rPr>
          <w:lang w:eastAsia="zh-CN"/>
        </w:rPr>
        <w:br/>
      </w:r>
      <w:r>
        <w:rPr>
          <w:lang w:eastAsia="zh-CN"/>
        </w:rPr>
        <w:t>　　路口一：</w:t>
      </w:r>
      <w:r>
        <w:rPr>
          <w:lang w:eastAsia="zh-CN"/>
        </w:rPr>
        <w:br/>
      </w:r>
      <w:r>
        <w:rPr>
          <w:lang w:eastAsia="zh-CN"/>
        </w:rPr>
        <w:t>　　路口二：</w:t>
      </w:r>
      <w:r>
        <w:rPr>
          <w:lang w:eastAsia="zh-CN"/>
        </w:rPr>
        <w:br/>
      </w:r>
      <w:r>
        <w:rPr>
          <w:lang w:eastAsia="zh-CN"/>
        </w:rPr>
        <w:t>　　五、活动计划：</w:t>
      </w:r>
      <w:r>
        <w:rPr>
          <w:lang w:eastAsia="zh-CN"/>
        </w:rPr>
        <w:br/>
      </w:r>
      <w:r>
        <w:rPr>
          <w:lang w:eastAsia="zh-CN"/>
        </w:rPr>
        <w:t>　　（一）安全教育：</w:t>
      </w:r>
      <w:r>
        <w:rPr>
          <w:lang w:eastAsia="zh-CN"/>
        </w:rPr>
        <w:br/>
      </w:r>
      <w:r>
        <w:rPr>
          <w:lang w:eastAsia="zh-CN"/>
        </w:rPr>
        <w:t>　　1、排队行走安全：一切行动听从老师指挥，紧跟队伍，不掉队，在队伍中行走不喧哗，不拥挤，不吃东西。</w:t>
      </w:r>
      <w:r>
        <w:rPr>
          <w:lang w:eastAsia="zh-CN"/>
        </w:rPr>
        <w:br/>
      </w:r>
      <w:r>
        <w:rPr>
          <w:lang w:eastAsia="zh-CN"/>
        </w:rPr>
        <w:t>　　2、游玩安全：</w:t>
      </w:r>
      <w:r>
        <w:rPr>
          <w:lang w:eastAsia="zh-CN"/>
        </w:rPr>
        <w:br/>
      </w:r>
      <w:r>
        <w:rPr>
          <w:lang w:eastAsia="zh-CN"/>
        </w:rPr>
        <w:t>　　（1）不玩水，不去小溪边玩耍，不攀爬石头，树木；</w:t>
      </w:r>
      <w:r>
        <w:rPr>
          <w:lang w:eastAsia="zh-CN"/>
        </w:rPr>
        <w:br/>
      </w:r>
      <w:r>
        <w:rPr>
          <w:lang w:eastAsia="zh-CN"/>
        </w:rPr>
        <w:t>　　（2）不钻草丛、树丛，不做危险游戏；</w:t>
      </w:r>
      <w:r>
        <w:rPr>
          <w:lang w:eastAsia="zh-CN"/>
        </w:rPr>
        <w:br/>
      </w:r>
      <w:r>
        <w:rPr>
          <w:lang w:eastAsia="zh-CN"/>
        </w:rPr>
        <w:t>　　（3）不触摸电线。</w:t>
      </w:r>
      <w:r>
        <w:rPr>
          <w:lang w:eastAsia="zh-CN"/>
        </w:rPr>
        <w:br/>
      </w:r>
      <w:r>
        <w:rPr>
          <w:lang w:eastAsia="zh-CN"/>
        </w:rPr>
        <w:t>　　（4）在老师视线范围内活动，不得随意离开，有事离队要向老师请假并结伴而行。</w:t>
      </w:r>
      <w:r>
        <w:rPr>
          <w:lang w:eastAsia="zh-CN"/>
        </w:rPr>
        <w:br/>
      </w:r>
      <w:r>
        <w:rPr>
          <w:lang w:eastAsia="zh-CN"/>
        </w:rPr>
        <w:t>　　（二）文明教育：</w:t>
      </w:r>
      <w:r>
        <w:rPr>
          <w:lang w:eastAsia="zh-CN"/>
        </w:rPr>
        <w:br/>
      </w:r>
      <w:r>
        <w:rPr>
          <w:lang w:eastAsia="zh-CN"/>
        </w:rPr>
        <w:t>　　1、在来回路途中要注意交通文明，不乱穿马路，走人行道和斑马线。</w:t>
      </w:r>
      <w:r>
        <w:rPr>
          <w:lang w:eastAsia="zh-CN"/>
        </w:rPr>
        <w:br/>
      </w:r>
      <w:r>
        <w:rPr>
          <w:lang w:eastAsia="zh-CN"/>
        </w:rPr>
        <w:t>　　2、在游玩过程中要注意卫生文明：不乱丢废弃物，扔在自己带的塑料袋里，离开休息地，要搞好卫生。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3、在游玩过程中要注意语言文明：不讲脏话，不大声喧哗；如有游客询问要热情地回答。</w:t>
      </w:r>
      <w:r>
        <w:rPr>
          <w:lang w:eastAsia="zh-CN"/>
        </w:rPr>
        <w:br/>
      </w:r>
      <w:r>
        <w:rPr>
          <w:lang w:eastAsia="zh-CN"/>
        </w:rPr>
        <w:t>　　4、在游玩过程中要注意行为文明：不追跑打闹、不损坏公共财物，在游玩过程中做到文明、安全。</w:t>
      </w:r>
      <w:r>
        <w:rPr>
          <w:lang w:eastAsia="zh-CN"/>
        </w:rPr>
        <w:br/>
      </w:r>
      <w:r>
        <w:rPr>
          <w:lang w:eastAsia="zh-CN"/>
        </w:rPr>
        <w:t>　　六、春游注意事项：</w:t>
      </w:r>
      <w:r>
        <w:rPr>
          <w:lang w:eastAsia="zh-CN"/>
        </w:rPr>
        <w:br/>
      </w:r>
      <w:r>
        <w:rPr>
          <w:lang w:eastAsia="zh-CN"/>
        </w:rPr>
        <w:t>　　1、在春游前一天各班布置春游相关事项（统一穿校服、穿运动鞋），并进行一次春游安全教育活动，使全体教师和学生时刻将安全装在心中。春游那天，各年级按以上时间到校后，以班级为单位进一步加强关于春游安全知识教育及再次强调春游注意事项。</w:t>
      </w:r>
      <w:r>
        <w:rPr>
          <w:lang w:eastAsia="zh-CN"/>
        </w:rPr>
        <w:br/>
      </w:r>
      <w:r>
        <w:rPr>
          <w:lang w:eastAsia="zh-CN"/>
        </w:rPr>
        <w:t>　　2、班主任要教育学生讲究节约，强调不得带零食来校，只能带一瓶水。动员不带相机等贵重物品。如果带了，请教育好注意保管。此外教育学生爱护花草树木，严禁破坏公共财物。</w:t>
      </w:r>
      <w:r>
        <w:rPr>
          <w:lang w:eastAsia="zh-CN"/>
        </w:rPr>
        <w:br/>
      </w:r>
      <w:r>
        <w:rPr>
          <w:lang w:eastAsia="zh-CN"/>
        </w:rPr>
        <w:t>　　3、全体教师7：55签到，8：00清点人数，班主任向学生做安全的进一步强调后，全体师生8：10在后操场集合，面向五三大道，从靠近五交化的方向，按照一、二、四、五年级排两路纵队，三年级排在原来宣传栏的过道上等候，出发时换四路纵队按一、二、三、四、五年级的顺序走。（班主任要准备好队旗，出发前要清点人数）</w:t>
      </w:r>
      <w:r>
        <w:rPr>
          <w:lang w:eastAsia="zh-CN"/>
        </w:rPr>
        <w:br/>
      </w:r>
      <w:r>
        <w:rPr>
          <w:lang w:eastAsia="zh-CN"/>
        </w:rPr>
        <w:t>　　4、在来回的途中，男教师按学校安排在指定路口负责保证学生过马路的安全，并维持好队伍秩序。（两人分别在两边路口整理队伍，两人在路口指挥）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5、以年级组为单位，在规定按区域开展活动，不得独自行动，不玩危险游戏，一切活动均听带队老师的指挥。为防止学生走失，不准学生擅自离开群体活动，若有个别离开，预先告知班主任；有必要的要请示年级负责人。</w:t>
      </w:r>
      <w:r>
        <w:rPr>
          <w:lang w:eastAsia="zh-CN"/>
        </w:rPr>
        <w:br/>
      </w:r>
      <w:r>
        <w:rPr>
          <w:lang w:eastAsia="zh-CN"/>
        </w:rPr>
        <w:t>　　6、在公园内全体师生一切行动听从学校调度，严格遵守往返时间，不得擅自提前返回。</w:t>
      </w:r>
      <w:r>
        <w:rPr>
          <w:lang w:eastAsia="zh-CN"/>
        </w:rPr>
        <w:br/>
      </w:r>
      <w:r>
        <w:rPr>
          <w:lang w:eastAsia="zh-CN"/>
        </w:rPr>
        <w:t>　　7、不参加的学生一定要家长写好请假条或回执，同时班主任电话联系确定。参加的同学在回执上一定要填写好家长的联系电话。</w:t>
      </w:r>
      <w:r>
        <w:rPr>
          <w:lang w:eastAsia="zh-CN"/>
        </w:rPr>
        <w:br/>
      </w:r>
      <w:r>
        <w:rPr>
          <w:lang w:eastAsia="zh-CN"/>
        </w:rPr>
        <w:t>　　8、活动结束后，对学生强调一定要立即准时回家，不能在路上、同学家逗留。</w:t>
      </w:r>
      <w:r>
        <w:rPr>
          <w:lang w:eastAsia="zh-CN"/>
        </w:rPr>
        <w:br/>
      </w:r>
      <w:r>
        <w:rPr>
          <w:lang w:eastAsia="zh-CN"/>
        </w:rPr>
        <w:t>　　9、事发应急措施：若有事发，班主任及时向活动负责人汇报，最及时地把伤者送往医院救治，并及时通知家长，做好上报工作。</w:t>
      </w:r>
      <w:r>
        <w:rPr>
          <w:lang w:eastAsia="zh-CN"/>
        </w:rPr>
        <w:br/>
      </w:r>
      <w:r>
        <w:rPr>
          <w:lang w:eastAsia="zh-CN"/>
        </w:rPr>
        <w:t xml:space="preserve">    春游活动计划 篇4 </w:t>
      </w:r>
      <w:r>
        <w:rPr>
          <w:lang w:eastAsia="zh-CN"/>
        </w:rPr>
        <w:br/>
      </w:r>
      <w:r>
        <w:rPr>
          <w:lang w:eastAsia="zh-CN"/>
        </w:rPr>
        <w:t>　　一、活动主题：团结合作、运动健身</w:t>
      </w:r>
      <w:r>
        <w:rPr>
          <w:lang w:eastAsia="zh-CN"/>
        </w:rPr>
        <w:br/>
      </w:r>
      <w:r>
        <w:rPr>
          <w:lang w:eastAsia="zh-CN"/>
        </w:rPr>
        <w:t>　　二、活动地点：阳光城</w:t>
      </w:r>
      <w:r>
        <w:rPr>
          <w:lang w:eastAsia="zh-CN"/>
        </w:rPr>
        <w:br/>
      </w:r>
      <w:r>
        <w:rPr>
          <w:lang w:eastAsia="zh-CN"/>
        </w:rPr>
        <w:t>　　三、活动时间：20__年3月27日(人数：47人)</w:t>
      </w:r>
      <w:r>
        <w:rPr>
          <w:lang w:eastAsia="zh-CN"/>
        </w:rPr>
        <w:br/>
      </w:r>
      <w:r>
        <w:rPr>
          <w:lang w:eastAsia="zh-CN"/>
        </w:rPr>
        <w:t>　　四、活动具体时间安排：</w:t>
      </w:r>
      <w:r>
        <w:rPr>
          <w:lang w:eastAsia="zh-CN"/>
        </w:rPr>
        <w:br/>
      </w:r>
      <w:r>
        <w:rPr>
          <w:lang w:eastAsia="zh-CN"/>
        </w:rPr>
        <w:t>　　09：00 -- 各队队长清点人数(名单见附件二)</w:t>
      </w:r>
      <w:r>
        <w:rPr>
          <w:lang w:eastAsia="zh-CN"/>
        </w:rPr>
        <w:br/>
      </w:r>
      <w:r>
        <w:rPr>
          <w:lang w:eastAsia="zh-CN"/>
        </w:rPr>
        <w:t>　　09：05 -- 从公司出发</w:t>
      </w:r>
      <w:r>
        <w:rPr>
          <w:lang w:eastAsia="zh-CN"/>
        </w:rPr>
        <w:br/>
      </w:r>
      <w:r>
        <w:rPr>
          <w:lang w:eastAsia="zh-CN"/>
        </w:rPr>
        <w:t>　　10：00 -- 到达目的地</w:t>
      </w:r>
      <w:r>
        <w:rPr>
          <w:lang w:eastAsia="zh-CN"/>
        </w:rPr>
        <w:br/>
      </w:r>
      <w:r>
        <w:rPr>
          <w:lang w:eastAsia="zh-CN"/>
        </w:rPr>
        <w:t>　　10：05 -- 开始集体趣味游戏活动(规则详见附件一)</w:t>
      </w:r>
      <w:r>
        <w:rPr>
          <w:lang w:eastAsia="zh-CN"/>
        </w:rPr>
        <w:br/>
      </w:r>
      <w:r>
        <w:rPr>
          <w:lang w:eastAsia="zh-CN"/>
        </w:rPr>
        <w:t>　　a、火车赛跑</w:t>
      </w:r>
      <w:r>
        <w:rPr>
          <w:lang w:eastAsia="zh-CN"/>
        </w:rPr>
        <w:br/>
      </w:r>
      <w:r>
        <w:rPr>
          <w:lang w:eastAsia="zh-CN"/>
        </w:rPr>
        <w:t>　　b、跳长绳比赛</w:t>
      </w:r>
      <w:r>
        <w:rPr>
          <w:lang w:eastAsia="zh-CN"/>
        </w:rPr>
        <w:br/>
      </w:r>
      <w:r>
        <w:rPr>
          <w:lang w:eastAsia="zh-CN"/>
        </w:rPr>
        <w:t>　　c、过龙门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12：00 -- 午 餐</w:t>
      </w:r>
      <w:r>
        <w:rPr>
          <w:lang w:eastAsia="zh-CN"/>
        </w:rPr>
        <w:br/>
      </w:r>
      <w:r>
        <w:rPr>
          <w:lang w:eastAsia="zh-CN"/>
        </w:rPr>
        <w:t>　　观湖餐厅(颁发20__年度全勤奖)</w:t>
      </w:r>
      <w:r>
        <w:rPr>
          <w:lang w:eastAsia="zh-CN"/>
        </w:rPr>
        <w:br/>
      </w:r>
      <w:r>
        <w:rPr>
          <w:lang w:eastAsia="zh-CN"/>
        </w:rPr>
        <w:t>　　3：30 -- 体育活动</w:t>
      </w:r>
      <w:r>
        <w:rPr>
          <w:lang w:eastAsia="zh-CN"/>
        </w:rPr>
        <w:br/>
      </w:r>
      <w:r>
        <w:rPr>
          <w:lang w:eastAsia="zh-CN"/>
        </w:rPr>
        <w:t>　　保龄球1个道 (2小时13：30)</w:t>
      </w:r>
      <w:r>
        <w:rPr>
          <w:lang w:eastAsia="zh-CN"/>
        </w:rPr>
        <w:br/>
      </w:r>
      <w:r>
        <w:rPr>
          <w:lang w:eastAsia="zh-CN"/>
        </w:rPr>
        <w:t>　　羽毛球2个场地(各1小时13：30)</w:t>
      </w:r>
      <w:r>
        <w:rPr>
          <w:lang w:eastAsia="zh-CN"/>
        </w:rPr>
        <w:br/>
      </w:r>
      <w:r>
        <w:rPr>
          <w:lang w:eastAsia="zh-CN"/>
        </w:rPr>
        <w:t>　　乒乓球2个桌(各1小时13：30)</w:t>
      </w:r>
      <w:r>
        <w:rPr>
          <w:lang w:eastAsia="zh-CN"/>
        </w:rPr>
        <w:br/>
      </w:r>
      <w:r>
        <w:rPr>
          <w:lang w:eastAsia="zh-CN"/>
        </w:rPr>
        <w:t>　　网 球1个场地(2小时13：30)</w:t>
      </w:r>
      <w:r>
        <w:rPr>
          <w:lang w:eastAsia="zh-CN"/>
        </w:rPr>
        <w:br/>
      </w:r>
      <w:r>
        <w:rPr>
          <w:lang w:eastAsia="zh-CN"/>
        </w:rPr>
        <w:t>　　壁 球1个场地(1小时13：30)</w:t>
      </w:r>
      <w:r>
        <w:rPr>
          <w:lang w:eastAsia="zh-CN"/>
        </w:rPr>
        <w:br/>
      </w:r>
      <w:r>
        <w:rPr>
          <w:lang w:eastAsia="zh-CN"/>
        </w:rPr>
        <w:t>　　18：00 -- 晚餐</w:t>
      </w:r>
      <w:r>
        <w:rPr>
          <w:lang w:eastAsia="zh-CN"/>
        </w:rPr>
        <w:br/>
      </w:r>
      <w:r>
        <w:rPr>
          <w:lang w:eastAsia="zh-CN"/>
        </w:rPr>
        <w:t>　　18：30 -- 返回成都</w:t>
      </w:r>
      <w:r>
        <w:rPr>
          <w:lang w:eastAsia="zh-CN"/>
        </w:rPr>
        <w:br/>
      </w:r>
      <w:r>
        <w:rPr>
          <w:lang w:eastAsia="zh-CN"/>
        </w:rPr>
        <w:t>　　五、注意事项：1、因本次活动以健身运动为主体，请大家穿运动鞋、着方便运动装(千万不要穿高跟鞋、着裙装)。</w:t>
      </w:r>
      <w:r>
        <w:rPr>
          <w:lang w:eastAsia="zh-CN"/>
        </w:rPr>
        <w:br/>
      </w:r>
      <w:r>
        <w:rPr>
          <w:lang w:eastAsia="zh-CN"/>
        </w:rPr>
        <w:t>　　2、羽毛球、网球项目需付租拍费(羽毛球：6元/只、网球：8元/只)，有拍者建议自带。</w:t>
      </w:r>
      <w:r>
        <w:rPr>
          <w:lang w:eastAsia="zh-CN"/>
        </w:rPr>
        <w:br/>
      </w:r>
      <w:r>
        <w:rPr>
          <w:lang w:eastAsia="zh-CN"/>
        </w:rPr>
        <w:t xml:space="preserve">    春游活动计划 篇5 </w:t>
      </w:r>
      <w:r>
        <w:rPr>
          <w:lang w:eastAsia="zh-CN"/>
        </w:rPr>
        <w:br/>
      </w:r>
      <w:r>
        <w:rPr>
          <w:lang w:eastAsia="zh-CN"/>
        </w:rPr>
        <w:t>　　一、活动主题：</w:t>
      </w:r>
      <w:r>
        <w:rPr>
          <w:lang w:eastAsia="zh-CN"/>
        </w:rPr>
        <w:br/>
      </w:r>
      <w:r>
        <w:rPr>
          <w:lang w:eastAsia="zh-CN"/>
        </w:rPr>
        <w:t>　　“团结互助，增进友谊”集团春游</w:t>
      </w:r>
      <w:r>
        <w:rPr>
          <w:lang w:eastAsia="zh-CN"/>
        </w:rPr>
        <w:br/>
      </w:r>
      <w:r>
        <w:rPr>
          <w:lang w:eastAsia="zh-CN"/>
        </w:rPr>
        <w:t>　　二、活动目的与意义：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时值三月，春意盎然，正是踏青春游的好时节，本次春游活动，在领略春季优美景色的同时，促进集团员工间的交流，营造和谐融洽的集团氛围，丰富员工们的户外生活，陶冶情操。同时，这既可以为全体员工营造营造一种轻松自由的气氛，又可以加强员工们的.集体意识。</w:t>
      </w:r>
      <w:r>
        <w:rPr>
          <w:lang w:eastAsia="zh-CN"/>
        </w:rPr>
        <w:br/>
      </w:r>
      <w:r>
        <w:rPr>
          <w:lang w:eastAsia="zh-CN"/>
        </w:rPr>
        <w:t>　　三、活动时间：</w:t>
      </w:r>
      <w:r>
        <w:rPr>
          <w:lang w:eastAsia="zh-CN"/>
        </w:rPr>
        <w:br/>
      </w:r>
      <w:r>
        <w:rPr>
          <w:lang w:eastAsia="zh-CN"/>
        </w:rPr>
        <w:t>　　3月27日(暂定)</w:t>
      </w:r>
      <w:r>
        <w:rPr>
          <w:lang w:eastAsia="zh-CN"/>
        </w:rPr>
        <w:br/>
      </w:r>
      <w:r>
        <w:rPr>
          <w:lang w:eastAsia="zh-CN"/>
        </w:rPr>
        <w:t>　　四、活动地点：</w:t>
      </w:r>
      <w:r>
        <w:rPr>
          <w:lang w:eastAsia="zh-CN"/>
        </w:rPr>
        <w:br/>
      </w:r>
      <w:r>
        <w:rPr>
          <w:lang w:eastAsia="zh-CN"/>
        </w:rPr>
        <w:t>　　人民公园</w:t>
      </w:r>
      <w:r>
        <w:rPr>
          <w:lang w:eastAsia="zh-CN"/>
        </w:rPr>
        <w:br/>
      </w:r>
      <w:r>
        <w:rPr>
          <w:lang w:eastAsia="zh-CN"/>
        </w:rPr>
        <w:t>　　五、活动对象：</w:t>
      </w:r>
      <w:r>
        <w:rPr>
          <w:lang w:eastAsia="zh-CN"/>
        </w:rPr>
        <w:br/>
      </w:r>
      <w:r>
        <w:rPr>
          <w:lang w:eastAsia="zh-CN"/>
        </w:rPr>
        <w:t>　　集团总部全体员工</w:t>
      </w:r>
      <w:r>
        <w:rPr>
          <w:lang w:eastAsia="zh-CN"/>
        </w:rPr>
        <w:br/>
      </w:r>
      <w:r>
        <w:rPr>
          <w:lang w:eastAsia="zh-CN"/>
        </w:rPr>
        <w:t>　　六、地点优势：</w:t>
      </w:r>
      <w:r>
        <w:rPr>
          <w:lang w:eastAsia="zh-CN"/>
        </w:rPr>
        <w:br/>
      </w:r>
      <w:r>
        <w:rPr>
          <w:lang w:eastAsia="zh-CN"/>
        </w:rPr>
        <w:t>　　地点距离集团近，往返路程方便，有利于组织员工活动;园内空间充裕，设有跑道等设施，可进行户外拓展活动、比赛等，有利于开展团结互助，增进交流的活动、游戏。</w:t>
      </w:r>
      <w:r>
        <w:rPr>
          <w:lang w:eastAsia="zh-CN"/>
        </w:rPr>
        <w:br/>
      </w:r>
      <w:r>
        <w:rPr>
          <w:lang w:eastAsia="zh-CN"/>
        </w:rPr>
        <w:t>　　七、活动形式：</w:t>
      </w:r>
      <w:r>
        <w:rPr>
          <w:lang w:eastAsia="zh-CN"/>
        </w:rPr>
        <w:br/>
      </w:r>
      <w:r>
        <w:rPr>
          <w:lang w:eastAsia="zh-CN"/>
        </w:rPr>
        <w:t>　　以户外拓展活动、欣赏自然风光为主(提倡步行)，宣传为辅(宣传以集团旗帜为主要形式)。附活动项目：</w:t>
      </w:r>
      <w:r>
        <w:rPr>
          <w:lang w:eastAsia="zh-CN"/>
        </w:rPr>
        <w:br/>
      </w:r>
      <w:r>
        <w:rPr>
          <w:lang w:eastAsia="zh-CN"/>
        </w:rPr>
        <w:t>　　(1)项目名称：信任倒</w:t>
      </w:r>
      <w:r>
        <w:rPr>
          <w:lang w:eastAsia="zh-CN"/>
        </w:rPr>
        <w:br/>
      </w:r>
      <w:r>
        <w:rPr>
          <w:lang w:eastAsia="zh-CN"/>
        </w:rPr>
        <w:t>　　项目简介：每一队员站在离地1.8米高的平台背向倒下。“背摔”对体力上的要求不高，在这个项目中，你所要做的就是站在约1.8米高的台子上，合起双手，向后直倒下去，下面会有同伴们的手臂将你接住。目的意义：1、信任、承诺，克服恐惧，团体对个人的支持。</w:t>
      </w:r>
      <w:r>
        <w:rPr>
          <w:lang w:eastAsia="zh-CN"/>
        </w:rPr>
        <w:br/>
      </w:r>
      <w:r>
        <w:rPr>
          <w:lang w:eastAsia="zh-CN"/>
        </w:rPr>
        <w:t>　　(2)项目名称：同心石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项目简介：所有队员站在一个非常小的平台坚持一段时间。目的意义：打破思维定式，团队协作。</w:t>
      </w:r>
      <w:r>
        <w:rPr>
          <w:lang w:eastAsia="zh-CN"/>
        </w:rPr>
        <w:br/>
      </w:r>
      <w:r>
        <w:rPr>
          <w:lang w:eastAsia="zh-CN"/>
        </w:rPr>
        <w:t>　　(3)项目名称：放风筝比赛</w:t>
      </w:r>
      <w:r>
        <w:rPr>
          <w:lang w:eastAsia="zh-CN"/>
        </w:rPr>
        <w:br/>
      </w:r>
      <w:r>
        <w:rPr>
          <w:lang w:eastAsia="zh-CN"/>
        </w:rPr>
        <w:t>　　项目简介：以集团各部门为单位，以风筝起飞次数少，放飞高度高，飞行时间长为获胜队。活动注意事项：</w:t>
      </w:r>
      <w:r>
        <w:rPr>
          <w:lang w:eastAsia="zh-CN"/>
        </w:rPr>
        <w:br/>
      </w:r>
      <w:r>
        <w:rPr>
          <w:lang w:eastAsia="zh-CN"/>
        </w:rPr>
        <w:t>　　1、严格贯彻“勤俭节约，合理消费”的原则。不乱扔垃圾，保护环境。</w:t>
      </w:r>
      <w:r>
        <w:rPr>
          <w:lang w:eastAsia="zh-CN"/>
        </w:rPr>
        <w:br/>
      </w:r>
      <w:r>
        <w:rPr>
          <w:lang w:eastAsia="zh-CN"/>
        </w:rPr>
        <w:t>　　2、因是集体活动，请大家服从集体听从指挥，不要私自单个活动。活动期间带好相应物品，穿戴简洁大方。</w:t>
      </w:r>
      <w:r>
        <w:rPr>
          <w:lang w:eastAsia="zh-CN"/>
        </w:rPr>
        <w:br/>
      </w:r>
      <w:r>
        <w:rPr>
          <w:lang w:eastAsia="zh-CN"/>
        </w:rPr>
        <w:t>　　以上方案请领导审阅、批示。</w:t>
      </w:r>
      <w:r>
        <w:rPr>
          <w:lang w:eastAsia="zh-CN"/>
        </w:rPr>
        <w:br/>
      </w:r>
      <w:r>
        <w:rPr>
          <w:lang w:eastAsia="zh-CN"/>
        </w:rPr>
        <w:t>　　行政管理中心宣传策划部</w:t>
      </w:r>
      <w:r>
        <w:rPr>
          <w:lang w:eastAsia="zh-CN"/>
        </w:rPr>
        <w:br/>
      </w:r>
      <w:r>
        <w:rPr>
          <w:lang w:eastAsia="zh-CN"/>
        </w:rPr>
        <w:t xml:space="preserve">    春游活动计划 篇6 </w:t>
      </w:r>
      <w:r>
        <w:rPr>
          <w:lang w:eastAsia="zh-CN"/>
        </w:rPr>
        <w:br/>
      </w:r>
      <w:r>
        <w:rPr>
          <w:lang w:eastAsia="zh-CN"/>
        </w:rPr>
        <w:t>　　一、活动主题：领略自然风光，加强班级同学情感交流</w:t>
      </w:r>
      <w:r>
        <w:rPr>
          <w:lang w:eastAsia="zh-CN"/>
        </w:rPr>
        <w:br/>
      </w:r>
      <w:r>
        <w:rPr>
          <w:lang w:eastAsia="zh-CN"/>
        </w:rPr>
        <w:t>　　二、活动时间：</w:t>
      </w:r>
      <w:r>
        <w:rPr>
          <w:lang w:eastAsia="zh-CN"/>
        </w:rPr>
        <w:br/>
      </w:r>
      <w:r>
        <w:rPr>
          <w:lang w:eastAsia="zh-CN"/>
        </w:rPr>
        <w:t>　　三、活动人员：计应一二班</w:t>
      </w:r>
      <w:r>
        <w:rPr>
          <w:lang w:eastAsia="zh-CN"/>
        </w:rPr>
        <w:br/>
      </w:r>
      <w:r>
        <w:rPr>
          <w:lang w:eastAsia="zh-CN"/>
        </w:rPr>
        <w:t>　　四、活动地点：长沙世界之窗</w:t>
      </w:r>
      <w:r>
        <w:rPr>
          <w:lang w:eastAsia="zh-CN"/>
        </w:rPr>
        <w:br/>
      </w:r>
      <w:r>
        <w:rPr>
          <w:lang w:eastAsia="zh-CN"/>
        </w:rPr>
        <w:t>　　五、活动目的：阳春三月，春意盎然，大自然正慢慢地在和煦的春风的吹拂下苏醒。百花盛开，新叶舒展，好一派风光，令人陶醉之中。为增强班级凝聚力，体现团结友爱的团对精神，让同学们在新一年中体现新的活力，以积极向上的面貌学习态度，我们将开长沙世界之窗一日游，在走进大自然自然美好风光的同时，让经过一个寒假期后显得有些生疏的同学们们走进彼此。</w:t>
      </w:r>
      <w:r>
        <w:rPr>
          <w:lang w:eastAsia="zh-CN"/>
        </w:rPr>
        <w:br/>
      </w:r>
      <w:r>
        <w:rPr>
          <w:lang w:eastAsia="zh-CN"/>
        </w:rPr>
        <w:t>　　六、活动安排：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（一）前期策划准备工作</w:t>
      </w:r>
      <w:r>
        <w:rPr>
          <w:lang w:eastAsia="zh-CN"/>
        </w:rPr>
        <w:br/>
      </w:r>
      <w:r>
        <w:rPr>
          <w:lang w:eastAsia="zh-CN"/>
        </w:rPr>
        <w:t>　　1、为保障全体同学们的利益与安全，是一起出发，禁止单独外出，相伴而随行。</w:t>
      </w:r>
      <w:r>
        <w:rPr>
          <w:lang w:eastAsia="zh-CN"/>
        </w:rPr>
        <w:br/>
      </w:r>
      <w:r>
        <w:rPr>
          <w:lang w:eastAsia="zh-CN"/>
        </w:rPr>
        <w:t>　　2、与相关旅游地做好充分的沟通工作，了解此次春游路线与行程、价格，就相关的各类事项达成共识，班干部负责好各班的同学人数，避免遗漏。</w:t>
      </w:r>
      <w:r>
        <w:rPr>
          <w:lang w:eastAsia="zh-CN"/>
        </w:rPr>
        <w:br/>
      </w:r>
      <w:r>
        <w:rPr>
          <w:lang w:eastAsia="zh-CN"/>
        </w:rPr>
        <w:t>　　3、召开全体会议。下达消息讲解春游当天的行程，让全体同学对行程有大致的了解，同时提醒全体同学们出行时应该注意的问题，例如不要私自离队独立行动，注意人身财产安全等。</w:t>
      </w:r>
      <w:r>
        <w:rPr>
          <w:lang w:eastAsia="zh-CN"/>
        </w:rPr>
        <w:br/>
      </w:r>
      <w:r>
        <w:rPr>
          <w:lang w:eastAsia="zh-CN"/>
        </w:rPr>
        <w:t>　　4、完成活动当天工作人员的安排，维持春游当天的秩序。</w:t>
      </w:r>
      <w:r>
        <w:rPr>
          <w:lang w:eastAsia="zh-CN"/>
        </w:rPr>
        <w:br/>
      </w:r>
      <w:r>
        <w:rPr>
          <w:lang w:eastAsia="zh-CN"/>
        </w:rPr>
        <w:t>　　5、商量好价钱后，出游经费来源为aa制，由同学们各自出钱</w:t>
      </w:r>
      <w:r>
        <w:rPr>
          <w:lang w:eastAsia="zh-CN"/>
        </w:rPr>
        <w:br/>
      </w:r>
      <w:r>
        <w:rPr>
          <w:lang w:eastAsia="zh-CN"/>
        </w:rPr>
        <w:t>　　6、负责人应当提前了解有晕车症的全体同学，并做好相应的措施准备。</w:t>
      </w:r>
      <w:r>
        <w:rPr>
          <w:lang w:eastAsia="zh-CN"/>
        </w:rPr>
        <w:br/>
      </w:r>
      <w:r>
        <w:rPr>
          <w:lang w:eastAsia="zh-CN"/>
        </w:rPr>
        <w:t>　　7、在行车过程中车上娱乐活动安排，如猜谜游戏、歌曲大pk等，及时调节气氛，避免车上冷场现象。同时准备出游过程的摄影工具，尽量准备多几台相机，并由体育委员汤艺山安排流动摄影的同学，同学自己的有的也可带去。</w:t>
      </w:r>
      <w:r>
        <w:rPr>
          <w:lang w:eastAsia="zh-CN"/>
        </w:rPr>
        <w:br/>
      </w:r>
      <w:r>
        <w:rPr>
          <w:lang w:eastAsia="zh-CN"/>
        </w:rPr>
        <w:t>　　8、注意各项工作负责人需及时跟本活动负责人汇报各项工作的进程。</w:t>
      </w:r>
      <w:r>
        <w:rPr>
          <w:lang w:eastAsia="zh-CN"/>
        </w:rPr>
        <w:br/>
      </w:r>
      <w:r>
        <w:rPr>
          <w:lang w:eastAsia="zh-CN"/>
        </w:rPr>
        <w:t>　　（二）活动当天事宜</w:t>
      </w:r>
      <w:r>
        <w:rPr>
          <w:lang w:eastAsia="zh-CN"/>
        </w:rPr>
        <w:br/>
      </w:r>
      <w:r>
        <w:rPr>
          <w:lang w:eastAsia="zh-CN"/>
        </w:rPr>
        <w:t>　　1、活动时间：3月31日早上7：30到指定地点集中，人员到位后即集体乘车前往长沙世界之窗，注意确保各同学安全。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2、活动内容：</w:t>
      </w:r>
      <w:r>
        <w:rPr>
          <w:lang w:eastAsia="zh-CN"/>
        </w:rPr>
        <w:br/>
      </w:r>
      <w:r>
        <w:rPr>
          <w:lang w:eastAsia="zh-CN"/>
        </w:rPr>
        <w:t>　　1）、在前往景点的途中，让全体同学们在车上交流分享曾经出游的经历，趣事；玩小游戏。同时再次提醒全体同学们游玩时应该注意的事项。</w:t>
      </w:r>
      <w:r>
        <w:rPr>
          <w:lang w:eastAsia="zh-CN"/>
        </w:rPr>
        <w:br/>
      </w:r>
      <w:r>
        <w:rPr>
          <w:lang w:eastAsia="zh-CN"/>
        </w:rPr>
        <w:t>　　2）、抵达后，乘坐花艇畅游湖光山色，然后到客家文化广场，了解客家文化；</w:t>
      </w:r>
      <w:r>
        <w:rPr>
          <w:lang w:eastAsia="zh-CN"/>
        </w:rPr>
        <w:br/>
      </w:r>
      <w:r>
        <w:rPr>
          <w:lang w:eastAsia="zh-CN"/>
        </w:rPr>
        <w:t>　　3）、12：00午餐后游览（由大家统一意见随意）：</w:t>
      </w:r>
      <w:r>
        <w:rPr>
          <w:lang w:eastAsia="zh-CN"/>
        </w:rPr>
        <w:br/>
      </w:r>
      <w:r>
        <w:rPr>
          <w:lang w:eastAsia="zh-CN"/>
        </w:rPr>
        <w:t>　　4）、计划4：30回校</w:t>
      </w:r>
      <w:r>
        <w:rPr>
          <w:lang w:eastAsia="zh-CN"/>
        </w:rPr>
        <w:br/>
      </w:r>
      <w:r>
        <w:rPr>
          <w:lang w:eastAsia="zh-CN"/>
        </w:rPr>
        <w:t>　　3、后期工作</w:t>
      </w:r>
      <w:r>
        <w:rPr>
          <w:lang w:eastAsia="zh-CN"/>
        </w:rPr>
        <w:br/>
      </w:r>
      <w:r>
        <w:rPr>
          <w:lang w:eastAsia="zh-CN"/>
        </w:rPr>
        <w:t>　　（1）清点各自带的物品，确定人数；</w:t>
      </w:r>
      <w:r>
        <w:rPr>
          <w:lang w:eastAsia="zh-CN"/>
        </w:rPr>
        <w:br/>
      </w:r>
      <w:r>
        <w:rPr>
          <w:lang w:eastAsia="zh-CN"/>
        </w:rPr>
        <w:t>　　（2）了解全体同学们对本次春游的满意程度；</w:t>
      </w:r>
      <w:r>
        <w:rPr>
          <w:lang w:eastAsia="zh-CN"/>
        </w:rPr>
        <w:br/>
      </w:r>
      <w:r>
        <w:rPr>
          <w:lang w:eastAsia="zh-CN"/>
        </w:rPr>
        <w:t>　　（3）用本次活动的照片和感想制作成纪念册。</w:t>
      </w:r>
      <w:r>
        <w:rPr>
          <w:lang w:eastAsia="zh-CN"/>
        </w:rPr>
        <w:br/>
      </w:r>
      <w:r>
        <w:rPr>
          <w:lang w:eastAsia="zh-CN"/>
        </w:rPr>
        <w:t>　　4、注意事项</w:t>
      </w:r>
      <w:r>
        <w:rPr>
          <w:lang w:eastAsia="zh-CN"/>
        </w:rPr>
        <w:br/>
      </w:r>
      <w:r>
        <w:rPr>
          <w:lang w:eastAsia="zh-CN"/>
        </w:rPr>
        <w:t>　　（1）出发前由负责人做好有关出游安全方面的宣传，提醒同学们不要私自离队，要集体行动。</w:t>
      </w:r>
      <w:r>
        <w:rPr>
          <w:lang w:eastAsia="zh-CN"/>
        </w:rPr>
        <w:br/>
      </w:r>
      <w:r>
        <w:rPr>
          <w:lang w:eastAsia="zh-CN"/>
        </w:rPr>
        <w:t>　　（2）行为举止大方得体，不在风景区里大声喧哗，乱扔垃圾，破坏公物，破坏环境。</w:t>
      </w:r>
      <w:r>
        <w:rPr>
          <w:lang w:eastAsia="zh-CN"/>
        </w:rPr>
        <w:br/>
      </w:r>
      <w:r>
        <w:rPr>
          <w:lang w:eastAsia="zh-CN"/>
        </w:rPr>
        <w:t>　　（3）在游玩过程中，注意看护好自己所携带的物品，避免丢失或者损坏。</w:t>
      </w:r>
      <w:r>
        <w:rPr>
          <w:lang w:eastAsia="zh-CN"/>
        </w:rPr>
        <w:br/>
      </w:r>
      <w:r>
        <w:rPr>
          <w:lang w:eastAsia="zh-CN"/>
        </w:rPr>
        <w:t>　　（4）提醒全体同学们出发前手机充足电，出游全程保持手机处于开机状态，方便联系。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（5）出行时由同学们自己根据自己的情况准备应急药品，如清凉油、风油精、晕车丸等等，以处理突发状况。</w:t>
      </w:r>
      <w:r>
        <w:rPr>
          <w:lang w:eastAsia="zh-CN"/>
        </w:rPr>
        <w:br/>
      </w:r>
      <w:r>
        <w:rPr>
          <w:lang w:eastAsia="zh-CN"/>
        </w:rPr>
        <w:t>　　（6）期间出现任何突发情况时，要及时上报负责人，负责人班干部及时处理好应变工作。</w:t>
      </w:r>
      <w:r>
        <w:rPr>
          <w:lang w:eastAsia="zh-CN"/>
        </w:rPr>
        <w:br/>
      </w:r>
      <w:r>
        <w:rPr>
          <w:lang w:eastAsia="zh-CN"/>
        </w:rPr>
        <w:t>　　（三）后期反馈工作</w:t>
      </w:r>
      <w:r>
        <w:rPr>
          <w:lang w:eastAsia="zh-CN"/>
        </w:rPr>
        <w:br/>
      </w:r>
      <w:r>
        <w:rPr>
          <w:lang w:eastAsia="zh-CN"/>
        </w:rPr>
        <w:t>　　1、召开总结会议，全体同学们交流春游感受；</w:t>
      </w:r>
      <w:r>
        <w:rPr>
          <w:lang w:eastAsia="zh-CN"/>
        </w:rPr>
        <w:br/>
      </w:r>
      <w:r>
        <w:rPr>
          <w:lang w:eastAsia="zh-CN"/>
        </w:rPr>
        <w:t>　　2、负责人听取同学们的意见和建议，并对工作进行总结。</w:t>
      </w:r>
      <w:r>
        <w:rPr>
          <w:lang w:eastAsia="zh-CN"/>
        </w:rPr>
        <w:br/>
      </w:r>
      <w:r>
        <w:rPr>
          <w:lang w:eastAsia="zh-CN"/>
        </w:rPr>
        <w:t>　　七、应急预案</w:t>
      </w:r>
      <w:r>
        <w:rPr>
          <w:lang w:eastAsia="zh-CN"/>
        </w:rPr>
        <w:br/>
      </w:r>
      <w:r>
        <w:rPr>
          <w:lang w:eastAsia="zh-CN"/>
        </w:rPr>
        <w:t>　　1、如果3月31日出现恶劣天气，不能如期正常出行，则活动时间改期，活动时间再议。</w:t>
      </w:r>
      <w:r>
        <w:rPr>
          <w:lang w:eastAsia="zh-CN"/>
        </w:rPr>
        <w:br/>
      </w:r>
      <w:r>
        <w:rPr>
          <w:lang w:eastAsia="zh-CN"/>
        </w:rPr>
        <w:t>　　2、如果出发前出现有因身体不适不能参加，对该全体同学进行合理安排，让其留下休息。若发生在游玩过程中，则应当就近联系负责人，并及时联系医生，事先由负责人了解九龙湖风景区的紧急电话。</w:t>
      </w:r>
      <w:r>
        <w:rPr>
          <w:lang w:eastAsia="zh-CN"/>
        </w:rPr>
        <w:br/>
      </w:r>
      <w:r>
        <w:rPr>
          <w:lang w:eastAsia="zh-CN"/>
        </w:rPr>
        <w:t>　　八、主要负责人联系方式：</w:t>
      </w:r>
      <w:r>
        <w:rPr>
          <w:lang w:eastAsia="zh-CN"/>
        </w:rPr>
        <w:br/>
      </w:r>
      <w:r>
        <w:rPr>
          <w:lang w:eastAsia="zh-CN"/>
        </w:rPr>
        <w:t>　　计应二班：</w:t>
      </w:r>
      <w:r>
        <w:rPr>
          <w:lang w:eastAsia="zh-CN"/>
        </w:rPr>
        <w:br/>
      </w:r>
      <w:r>
        <w:rPr>
          <w:lang w:eastAsia="zh-CN"/>
        </w:rPr>
        <w:t>　　班长程_镇：152</w:t>
      </w:r>
      <w:r>
        <w:rPr>
          <w:lang w:eastAsia="zh-CN"/>
        </w:rPr>
        <w:br/>
      </w:r>
      <w:r>
        <w:rPr>
          <w:lang w:eastAsia="zh-CN"/>
        </w:rPr>
        <w:t>　　副班长范_会：151</w:t>
      </w:r>
      <w:r>
        <w:rPr>
          <w:lang w:eastAsia="zh-CN"/>
        </w:rPr>
        <w:br/>
      </w:r>
      <w:r>
        <w:rPr>
          <w:lang w:eastAsia="zh-CN"/>
        </w:rPr>
        <w:t>　　团支书段_勇：1511</w:t>
      </w:r>
      <w:r>
        <w:rPr>
          <w:lang w:eastAsia="zh-CN"/>
        </w:rPr>
        <w:br/>
      </w:r>
      <w:r>
        <w:rPr>
          <w:lang w:eastAsia="zh-CN"/>
        </w:rPr>
        <w:t>　　辅导员助理员邓_明：150</w:t>
      </w:r>
      <w:r>
        <w:rPr>
          <w:lang w:eastAsia="zh-CN"/>
        </w:rPr>
        <w:br/>
      </w:r>
      <w:r>
        <w:rPr>
          <w:lang w:eastAsia="zh-CN"/>
        </w:rPr>
        <w:t>　　本次策划书负责人：</w:t>
      </w:r>
      <w:r>
        <w:rPr>
          <w:lang w:eastAsia="zh-CN"/>
        </w:rPr>
        <w:br/>
      </w:r>
      <w:r>
        <w:rPr>
          <w:lang w:eastAsia="zh-CN"/>
        </w:rPr>
        <w:t xml:space="preserve">    春游活动计划 篇7 </w:t>
      </w:r>
      <w:r>
        <w:rPr>
          <w:lang w:eastAsia="zh-CN"/>
        </w:rPr>
        <w:br/>
      </w:r>
      <w:r>
        <w:rPr>
          <w:lang w:eastAsia="zh-CN"/>
        </w:rPr>
        <w:t>　　一、 活动意义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应广大同学的要求，为进一步加强团队建设，培养师生集体荣誉感和责任感，构建和谐的师生、生生关系，引领师生认识和感受宋城非物质文化遗产的美，经研究，我校现定于4月19、20日分年级组织春游活动。</w:t>
      </w:r>
      <w:r>
        <w:rPr>
          <w:lang w:eastAsia="zh-CN"/>
        </w:rPr>
        <w:br/>
      </w:r>
      <w:r>
        <w:rPr>
          <w:lang w:eastAsia="zh-CN"/>
        </w:rPr>
        <w:t>　　二、活动地点：宋城</w:t>
      </w:r>
      <w:r>
        <w:rPr>
          <w:lang w:eastAsia="zh-CN"/>
        </w:rPr>
        <w:br/>
      </w:r>
      <w:r>
        <w:rPr>
          <w:lang w:eastAsia="zh-CN"/>
        </w:rPr>
        <w:t>　　三、春游活动领导小组及应急小组</w:t>
      </w:r>
      <w:r>
        <w:rPr>
          <w:lang w:eastAsia="zh-CN"/>
        </w:rPr>
        <w:br/>
      </w:r>
      <w:r>
        <w:rPr>
          <w:lang w:eastAsia="zh-CN"/>
        </w:rPr>
        <w:t>　　(一)春游活动领导小组：加强组织，统筹安排，有效监管，确保安全。</w:t>
      </w:r>
      <w:r>
        <w:rPr>
          <w:lang w:eastAsia="zh-CN"/>
        </w:rPr>
        <w:br/>
      </w:r>
      <w:r>
        <w:rPr>
          <w:lang w:eastAsia="zh-CN"/>
        </w:rPr>
        <w:t>　　1.组长：</w:t>
      </w:r>
      <w:r>
        <w:rPr>
          <w:lang w:eastAsia="zh-CN"/>
        </w:rPr>
        <w:br/>
      </w:r>
      <w:r>
        <w:rPr>
          <w:lang w:eastAsia="zh-CN"/>
        </w:rPr>
        <w:t>　　职责：活动总指挥</w:t>
      </w:r>
      <w:r>
        <w:rPr>
          <w:lang w:eastAsia="zh-CN"/>
        </w:rPr>
        <w:br/>
      </w:r>
      <w:r>
        <w:rPr>
          <w:lang w:eastAsia="zh-CN"/>
        </w:rPr>
        <w:t>　　2.副组长：</w:t>
      </w:r>
      <w:r>
        <w:rPr>
          <w:lang w:eastAsia="zh-CN"/>
        </w:rPr>
        <w:br/>
      </w:r>
      <w:r>
        <w:rPr>
          <w:lang w:eastAsia="zh-CN"/>
        </w:rPr>
        <w:t>　　职责：现场指挥</w:t>
      </w:r>
      <w:r>
        <w:rPr>
          <w:lang w:eastAsia="zh-CN"/>
        </w:rPr>
        <w:br/>
      </w:r>
      <w:r>
        <w:rPr>
          <w:lang w:eastAsia="zh-CN"/>
        </w:rPr>
        <w:t>　　3.组员： 、班主任教师、其他带队老师。</w:t>
      </w:r>
      <w:r>
        <w:rPr>
          <w:lang w:eastAsia="zh-CN"/>
        </w:rPr>
        <w:br/>
      </w:r>
      <w:r>
        <w:rPr>
          <w:lang w:eastAsia="zh-CN"/>
        </w:rPr>
        <w:t>　　职责：在现场指挥领导下，加强对学生活动当天的全过程管理与服务工作，确保春游活动安全、文明、有序。</w:t>
      </w:r>
      <w:r>
        <w:rPr>
          <w:lang w:eastAsia="zh-CN"/>
        </w:rPr>
        <w:br/>
      </w:r>
      <w:r>
        <w:rPr>
          <w:lang w:eastAsia="zh-CN"/>
        </w:rPr>
        <w:t>　　(二)应急小组</w:t>
      </w:r>
      <w:r>
        <w:rPr>
          <w:lang w:eastAsia="zh-CN"/>
        </w:rPr>
        <w:br/>
      </w:r>
      <w:r>
        <w:rPr>
          <w:lang w:eastAsia="zh-CN"/>
        </w:rPr>
        <w:t>　　1.医疗保障组：</w:t>
      </w:r>
      <w:r>
        <w:rPr>
          <w:lang w:eastAsia="zh-CN"/>
        </w:rPr>
        <w:br/>
      </w:r>
      <w:r>
        <w:rPr>
          <w:lang w:eastAsia="zh-CN"/>
        </w:rPr>
        <w:t>　　职责：准备并携带相应常规药品(如晕车药、感冒药、创口帖及有关简易包扎物品等)与急救药品，主要负责处理突发事件引起的学生受伤情况，立即报告领导或拨打110、120处理。</w:t>
      </w:r>
      <w:r>
        <w:rPr>
          <w:lang w:eastAsia="zh-CN"/>
        </w:rPr>
        <w:br/>
      </w:r>
      <w:r>
        <w:rPr>
          <w:lang w:eastAsia="zh-CN"/>
        </w:rPr>
        <w:t>　　2.紧急处理组：政教处、安保处，年级主任、班主任教师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职责：主要负责春游活动的现场组织，包括集队上、下车和活动过程中的安全教育与管理工作;如遇突发事件的现场指挥、处理、联系、救护、汇报等工作。</w:t>
      </w:r>
      <w:r>
        <w:rPr>
          <w:lang w:eastAsia="zh-CN"/>
        </w:rPr>
        <w:br/>
      </w:r>
      <w:r>
        <w:rPr>
          <w:lang w:eastAsia="zh-CN"/>
        </w:rPr>
        <w:t>　　四、安全保障措施</w:t>
      </w:r>
      <w:r>
        <w:rPr>
          <w:lang w:eastAsia="zh-CN"/>
        </w:rPr>
        <w:br/>
      </w:r>
      <w:r>
        <w:rPr>
          <w:lang w:eastAsia="zh-CN"/>
        </w:rPr>
        <w:t>　　1.通过对活动现场和对活动中可能发生的情况做好充分的分析和预计, 提前做好相应的应变准备; 提前做好天气预报工作,对天气的变化进行关注,根据天气变化随时对活动日程进行合理调整。</w:t>
      </w:r>
      <w:r>
        <w:rPr>
          <w:lang w:eastAsia="zh-CN"/>
        </w:rPr>
        <w:br/>
      </w:r>
      <w:r>
        <w:rPr>
          <w:lang w:eastAsia="zh-CN"/>
        </w:rPr>
        <w:t>　　2.事先制定切实可行的活动计划和活动方案，从目的、人员及数量、路线、地点、负责人、安全保障和收费金额等方面作精细分析和周密安排，把问题想在先，把事情做在前，切实做好春游活动的一切准备工作。</w:t>
      </w:r>
      <w:r>
        <w:rPr>
          <w:lang w:eastAsia="zh-CN"/>
        </w:rPr>
        <w:br/>
      </w:r>
      <w:r>
        <w:rPr>
          <w:lang w:eastAsia="zh-CN"/>
        </w:rPr>
        <w:t>　　3.对全体学生进行专题的春游活动安全及行为教育，如注意饮食安全，不攀爬树木，不跨越栏杆，防止摔伤和落水及注重外出的文明言行举止，增强学生安全防范意识和自我保护能力。春游当天，各年级按规定时间到校后，以班级为单位再次加强关于春游安全的教育工作。</w:t>
      </w:r>
      <w:r>
        <w:rPr>
          <w:lang w:eastAsia="zh-CN"/>
        </w:rPr>
        <w:br/>
      </w:r>
      <w:r>
        <w:rPr>
          <w:lang w:eastAsia="zh-CN"/>
        </w:rPr>
        <w:t>　　4.加强管理和监控措施，各班级增配负责领导、带队教师，做到人员保证，带队教师负责组织参与学生的一切活动。要强调活动纪律，要求学生服从大局，统一指挥，统一行动，团结协作，互相帮助。对各个环节的安全防范措施做到层层落实，责任到人。</w:t>
      </w:r>
      <w:r>
        <w:rPr>
          <w:lang w:eastAsia="zh-CN"/>
        </w:rPr>
        <w:br/>
      </w:r>
      <w:r>
        <w:rPr>
          <w:lang w:eastAsia="zh-CN"/>
        </w:rPr>
        <w:t>　　5.校方委托旅游公司与承运单位签订交通安全责任协议，学校作为家长委托人与承办旅游公司签订旅游合同，由承办旅游公司办好人身意外伤害保险手续。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6.携带必要的急救用品，以防同学受伤或突发疾病等的处置。</w:t>
      </w:r>
      <w:r>
        <w:rPr>
          <w:lang w:eastAsia="zh-CN"/>
        </w:rPr>
        <w:br/>
      </w:r>
      <w:r>
        <w:rPr>
          <w:lang w:eastAsia="zh-CN"/>
        </w:rPr>
        <w:t>　　五、职责与要求</w:t>
      </w:r>
      <w:r>
        <w:rPr>
          <w:lang w:eastAsia="zh-CN"/>
        </w:rPr>
        <w:br/>
      </w:r>
      <w:r>
        <w:rPr>
          <w:lang w:eastAsia="zh-CN"/>
        </w:rPr>
        <w:t>　　(一)班主任教师</w:t>
      </w:r>
      <w:r>
        <w:rPr>
          <w:lang w:eastAsia="zh-CN"/>
        </w:rPr>
        <w:br/>
      </w:r>
      <w:r>
        <w:rPr>
          <w:lang w:eastAsia="zh-CN"/>
        </w:rPr>
        <w:t>　　1.加强宣传动员与家校联系工作, 事先详细了解班内学生的身体情况(特异体质或身体严重疾病学生不宜参加本次活动)，及时做好参加人员的报名工作，编制核实好参加活动学生名册(按组分配给相应有关教师)。</w:t>
      </w:r>
      <w:r>
        <w:rPr>
          <w:lang w:eastAsia="zh-CN"/>
        </w:rPr>
        <w:br/>
      </w:r>
      <w:r>
        <w:rPr>
          <w:lang w:eastAsia="zh-CN"/>
        </w:rPr>
        <w:t>　　2.活动前务必告知学生自己和相关带队教师的通讯号码，并能在整个活动期间确保必要的通讯畅通(允许学生携带必要的通讯工具,但学生必须自己妥善保管，遗失自己负责)。</w:t>
      </w:r>
      <w:r>
        <w:rPr>
          <w:lang w:eastAsia="zh-CN"/>
        </w:rPr>
        <w:br/>
      </w:r>
      <w:r>
        <w:rPr>
          <w:lang w:eastAsia="zh-CN"/>
        </w:rPr>
        <w:t>　　3.活动前必须开展有关安全教育和行为规范教育工作，包括上下车辆安全、来回途中安全、活动过程安全、携带财物安全等相关事项，切实增强师生的安全防范意识，提高师生的自我保护能力。要提醒学生不得随带贵重物品，个人物品需妥善保管;提醒学生在参加游乐活动前仔细浏览活动安全告示，坚决不参加不适宜自己实际状况的相关项目，并严格按游乐项目的操作规范和要求参与活动;教育学生在活动过程中要注重言行文明，不破坏园区绿化、游乐设施，不乱扔乱弃等，要有效督导学生统一穿校服，穿轻便的鞋子。</w:t>
      </w:r>
      <w:r>
        <w:rPr>
          <w:lang w:eastAsia="zh-CN"/>
        </w:rPr>
        <w:br/>
      </w:r>
      <w:r>
        <w:rPr>
          <w:lang w:eastAsia="zh-CN"/>
        </w:rPr>
        <w:t>　　4.根据各班实际情况合理分好若干小队，选好小组长。小组成员必须树立安全第一的思想，在活动过程中做到互帮互助，步调一致，个人不得自作主张，游离于集体之外。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5.与带队教师协作，负责本班学生集队时的人员清点与汇报工作，提醒各组学生在活动中要按要求集中，确保活动有序高效。</w:t>
      </w:r>
      <w:r>
        <w:rPr>
          <w:lang w:eastAsia="zh-CN"/>
        </w:rPr>
        <w:br/>
      </w:r>
      <w:r>
        <w:rPr>
          <w:lang w:eastAsia="zh-CN"/>
        </w:rPr>
        <w:t>　　6.遇突发或紧急状况，迅速向随队领导汇报情况，并与医疗保障组、紧急处理组一起，开展相应的救助工作。</w:t>
      </w:r>
      <w:r>
        <w:rPr>
          <w:lang w:eastAsia="zh-CN"/>
        </w:rPr>
        <w:br/>
      </w:r>
      <w:r>
        <w:rPr>
          <w:lang w:eastAsia="zh-CN"/>
        </w:rPr>
        <w:t>　　7.活动结束后，与路远通校学生家长电话联系，告知情况，加强沟通;提醒通校学生要立即回家，不能在路上、同学家逗留。</w:t>
      </w:r>
      <w:r>
        <w:rPr>
          <w:lang w:eastAsia="zh-CN"/>
        </w:rPr>
        <w:br/>
      </w:r>
      <w:r>
        <w:rPr>
          <w:lang w:eastAsia="zh-CN"/>
        </w:rPr>
        <w:t>　　8.学校规定，对不参加本次实践活动的学生，除个别准假者外，其余在各班教室或学校指定地点集中学习。各班要事先告知，有效安排(各班留校人员名单随活动报名单一起交政教处留存，并事先确定若干学生作为班级留校人员的负责人，协助校内教师有效管理)。</w:t>
      </w:r>
      <w:r>
        <w:rPr>
          <w:lang w:eastAsia="zh-CN"/>
        </w:rPr>
        <w:br/>
      </w:r>
      <w:r>
        <w:rPr>
          <w:lang w:eastAsia="zh-CN"/>
        </w:rPr>
        <w:t>　　(二)带队教师</w:t>
      </w:r>
      <w:r>
        <w:rPr>
          <w:lang w:eastAsia="zh-CN"/>
        </w:rPr>
        <w:br/>
      </w:r>
      <w:r>
        <w:rPr>
          <w:lang w:eastAsia="zh-CN"/>
        </w:rPr>
        <w:t>　　1.活动前告知学生自己的通讯号码，并能在整个活动期间确保必要的通讯畅通。</w:t>
      </w:r>
      <w:r>
        <w:rPr>
          <w:lang w:eastAsia="zh-CN"/>
        </w:rPr>
        <w:br/>
      </w:r>
      <w:r>
        <w:rPr>
          <w:lang w:eastAsia="zh-CN"/>
        </w:rPr>
        <w:t>　　2.随车同行，与所带小组组长保持联系，密切关注学生活动情况，负责所带小组人员的安全。</w:t>
      </w:r>
      <w:r>
        <w:rPr>
          <w:lang w:eastAsia="zh-CN"/>
        </w:rPr>
        <w:br/>
      </w:r>
      <w:r>
        <w:rPr>
          <w:lang w:eastAsia="zh-CN"/>
        </w:rPr>
        <w:t>　　3.加强与相关班主任、带队领导的安全联系，遇突发或紧急状况要及时汇报，并协同相关人员开展相应的救助工作。</w:t>
      </w:r>
      <w:r>
        <w:rPr>
          <w:lang w:eastAsia="zh-CN"/>
        </w:rPr>
        <w:br/>
      </w:r>
      <w:r>
        <w:rPr>
          <w:lang w:eastAsia="zh-CN"/>
        </w:rPr>
        <w:t>　　六、活动简要流程</w:t>
      </w:r>
      <w:r>
        <w:rPr>
          <w:lang w:eastAsia="zh-CN"/>
        </w:rPr>
        <w:br/>
      </w:r>
      <w:r>
        <w:rPr>
          <w:lang w:eastAsia="zh-CN"/>
        </w:rPr>
        <w:t>　　(一)出发：4月19、20日早晨8：20集队，8：50左右出发。务必做到队伍整齐，上、下车快速有序(按学校车辆乘坐安排上车，待车辆完全停稳后方可下车)。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(二)活动：抵达后先分班集合，班主任清点人数，导游按班级发放活动门票;进入园区后在带队教师与各组组长组织下集体活动至下午结束，中餐自理(学生可事先准备适量的食物、饮品等)。</w:t>
      </w:r>
      <w:r>
        <w:rPr>
          <w:lang w:eastAsia="zh-CN"/>
        </w:rPr>
        <w:br/>
      </w:r>
      <w:r>
        <w:rPr>
          <w:lang w:eastAsia="zh-CN"/>
        </w:rPr>
        <w:t>　　(三)返回：下午14:30，各班在园门口集合，核实人数，在确保无误后有序按原车返回，带队教师同样跟原车同行。到校后，各班自行组织点名工作，确认无误后宣布解散放学。</w:t>
      </w:r>
      <w:r>
        <w:rPr>
          <w:lang w:eastAsia="zh-CN"/>
        </w:rPr>
        <w:br/>
      </w:r>
      <w:r>
        <w:rPr>
          <w:lang w:eastAsia="zh-CN"/>
        </w:rPr>
        <w:t>　　附件1：带队教师安排(根据教务处、教科室教学教研等工作统筹确定)</w:t>
      </w:r>
      <w:r>
        <w:rPr>
          <w:lang w:eastAsia="zh-CN"/>
        </w:rPr>
        <w:br/>
      </w:r>
      <w:r>
        <w:rPr>
          <w:lang w:eastAsia="zh-CN"/>
        </w:rPr>
        <w:t>　　春游当天(4月19、20日)早自习照旧，8：20集队，8：50左右出发;下午14：30在宋城门口附近集合，14：50左右返程。</w:t>
      </w:r>
      <w:r>
        <w:rPr>
          <w:lang w:eastAsia="zh-CN"/>
        </w:rPr>
        <w:br/>
      </w:r>
      <w:r>
        <w:rPr>
          <w:lang w:eastAsia="zh-CN"/>
        </w:rPr>
        <w:t>　　注意：各班请听从导游、教师合理调度，按号按序上车，保证上、下车绝对安全。</w:t>
      </w:r>
      <w:r>
        <w:rPr>
          <w:lang w:eastAsia="zh-CN"/>
        </w:rPr>
        <w:br/>
      </w:r>
      <w:r>
        <w:rPr>
          <w:lang w:eastAsia="zh-CN"/>
        </w:rPr>
        <w:t xml:space="preserve">    春游活动计划 篇8 </w:t>
      </w:r>
      <w:r>
        <w:rPr>
          <w:lang w:eastAsia="zh-CN"/>
        </w:rPr>
        <w:br/>
      </w:r>
      <w:r>
        <w:rPr>
          <w:lang w:eastAsia="zh-CN"/>
        </w:rPr>
        <w:t>　　一、活动项目：户外春游</w:t>
      </w:r>
      <w:r>
        <w:rPr>
          <w:lang w:eastAsia="zh-CN"/>
        </w:rPr>
        <w:br/>
      </w:r>
      <w:r>
        <w:rPr>
          <w:lang w:eastAsia="zh-CN"/>
        </w:rPr>
        <w:t>　　二、活动主办单位：</w:t>
      </w:r>
      <w:r>
        <w:rPr>
          <w:lang w:eastAsia="zh-CN"/>
        </w:rPr>
        <w:br/>
      </w:r>
      <w:r>
        <w:rPr>
          <w:lang w:eastAsia="zh-CN"/>
        </w:rPr>
        <w:t>　　三、活动时间、地点：4月18日上午（周六）；三穗县郊外平野。</w:t>
      </w:r>
      <w:r>
        <w:rPr>
          <w:lang w:eastAsia="zh-CN"/>
        </w:rPr>
        <w:br/>
      </w:r>
      <w:r>
        <w:rPr>
          <w:lang w:eastAsia="zh-CN"/>
        </w:rPr>
        <w:t>　　四、活动分组：</w:t>
      </w:r>
      <w:r>
        <w:rPr>
          <w:lang w:eastAsia="zh-CN"/>
        </w:rPr>
        <w:br/>
      </w:r>
      <w:r>
        <w:rPr>
          <w:lang w:eastAsia="zh-CN"/>
        </w:rPr>
        <w:t>　　要求全体学生参加本次春游；801班：分两组（限13人每组）、802班：分3组（限13人每组）。为了达到师生同乐的效果；老师为组长，每组另选一名同学做为副组长；组长与副组长要带领同学们做到以下第六、第七点事项，及组织参赛。</w:t>
      </w:r>
      <w:r>
        <w:rPr>
          <w:lang w:eastAsia="zh-CN"/>
        </w:rPr>
        <w:br/>
      </w:r>
      <w:r>
        <w:rPr>
          <w:lang w:eastAsia="zh-CN"/>
        </w:rPr>
        <w:t>　　五、活动宗旨：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我校借春游活动的契机，让同学们走向美丽的大自然，开拓学生视野，增长知识，亲近自然、感受生活，培养爱家乡、爱祖国、爱大自然的情感。让学生在呵护绿色的过程中，进一步增强环境保护意识。同时也丰富同学们的课余生活，让同学们在春意盎然的季节里放飞心情。</w:t>
      </w:r>
      <w:r>
        <w:rPr>
          <w:lang w:eastAsia="zh-CN"/>
        </w:rPr>
        <w:br/>
      </w:r>
      <w:r>
        <w:rPr>
          <w:lang w:eastAsia="zh-CN"/>
        </w:rPr>
        <w:t>　　六、活动安全与文明：</w:t>
      </w:r>
      <w:r>
        <w:rPr>
          <w:lang w:eastAsia="zh-CN"/>
        </w:rPr>
        <w:br/>
      </w:r>
      <w:r>
        <w:rPr>
          <w:lang w:eastAsia="zh-CN"/>
        </w:rPr>
        <w:t>　　（一）安全教育：</w:t>
      </w:r>
      <w:r>
        <w:rPr>
          <w:lang w:eastAsia="zh-CN"/>
        </w:rPr>
        <w:br/>
      </w:r>
      <w:r>
        <w:rPr>
          <w:lang w:eastAsia="zh-CN"/>
        </w:rPr>
        <w:t>　　1、排队行走安全：一切行动听从老师指挥，紧跟队伍，不掉队，在队伍中行走不喧哗，不拥挤。</w:t>
      </w:r>
      <w:r>
        <w:rPr>
          <w:lang w:eastAsia="zh-CN"/>
        </w:rPr>
        <w:br/>
      </w:r>
      <w:r>
        <w:rPr>
          <w:lang w:eastAsia="zh-CN"/>
        </w:rPr>
        <w:t>　　2、游玩安全：</w:t>
      </w:r>
      <w:r>
        <w:rPr>
          <w:lang w:eastAsia="zh-CN"/>
        </w:rPr>
        <w:br/>
      </w:r>
      <w:r>
        <w:rPr>
          <w:lang w:eastAsia="zh-CN"/>
        </w:rPr>
        <w:t>　　（1）不玩水，不去小溪边玩耍，不攀爬石头，树木；</w:t>
      </w:r>
      <w:r>
        <w:rPr>
          <w:lang w:eastAsia="zh-CN"/>
        </w:rPr>
        <w:br/>
      </w:r>
      <w:r>
        <w:rPr>
          <w:lang w:eastAsia="zh-CN"/>
        </w:rPr>
        <w:t>　　（2）不钻草丛、树丛，不做危险游戏；</w:t>
      </w:r>
      <w:r>
        <w:rPr>
          <w:lang w:eastAsia="zh-CN"/>
        </w:rPr>
        <w:br/>
      </w:r>
      <w:r>
        <w:rPr>
          <w:lang w:eastAsia="zh-CN"/>
        </w:rPr>
        <w:t>　　（3）不触摸电线。</w:t>
      </w:r>
      <w:r>
        <w:rPr>
          <w:lang w:eastAsia="zh-CN"/>
        </w:rPr>
        <w:br/>
      </w:r>
      <w:r>
        <w:rPr>
          <w:lang w:eastAsia="zh-CN"/>
        </w:rPr>
        <w:t>　　（4）在老师视线范围内活动，不得随意离开，有事离队要向老师请假并结伴而行。</w:t>
      </w:r>
      <w:r>
        <w:rPr>
          <w:lang w:eastAsia="zh-CN"/>
        </w:rPr>
        <w:br/>
      </w:r>
      <w:r>
        <w:rPr>
          <w:lang w:eastAsia="zh-CN"/>
        </w:rPr>
        <w:t>　　（二）文明教育：</w:t>
      </w:r>
      <w:r>
        <w:rPr>
          <w:lang w:eastAsia="zh-CN"/>
        </w:rPr>
        <w:br/>
      </w:r>
      <w:r>
        <w:rPr>
          <w:lang w:eastAsia="zh-CN"/>
        </w:rPr>
        <w:t>　　1、在来回路途中要注意交通文明，不乱穿马路，走人行道和斑马线。</w:t>
      </w:r>
      <w:r>
        <w:rPr>
          <w:lang w:eastAsia="zh-CN"/>
        </w:rPr>
        <w:br/>
      </w:r>
      <w:r>
        <w:rPr>
          <w:lang w:eastAsia="zh-CN"/>
        </w:rPr>
        <w:t>　　2、在游玩过程中要注意卫生文明：不乱丢废弃物，扔在自己带的塑料袋里，离开休息地，要搞好卫生。</w:t>
      </w:r>
      <w:r>
        <w:rPr>
          <w:lang w:eastAsia="zh-CN"/>
        </w:rPr>
        <w:br/>
      </w:r>
      <w:r>
        <w:rPr>
          <w:lang w:eastAsia="zh-CN"/>
        </w:rPr>
        <w:t>　　3、在游玩过程中要注意语言文明：不讲脏话，不大声喧哗；如有游客询问要热情地回答。</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4、在游玩过程中要注意行为文明：不追跑打闹、不损坏公共财物，在游玩过程中做到文明、安全。</w:t>
      </w:r>
      <w:r>
        <w:rPr>
          <w:lang w:eastAsia="zh-CN"/>
        </w:rPr>
        <w:br/>
      </w:r>
      <w:r>
        <w:rPr>
          <w:lang w:eastAsia="zh-CN"/>
        </w:rPr>
        <w:t>　　六、春游注意事项：</w:t>
      </w:r>
      <w:r>
        <w:rPr>
          <w:lang w:eastAsia="zh-CN"/>
        </w:rPr>
        <w:br/>
      </w:r>
      <w:r>
        <w:rPr>
          <w:lang w:eastAsia="zh-CN"/>
        </w:rPr>
        <w:t>　　1、为保证早上出发前的安全与纪律，班主任做好出发前的组织工作。</w:t>
      </w:r>
      <w:r>
        <w:rPr>
          <w:lang w:eastAsia="zh-CN"/>
        </w:rPr>
        <w:br/>
      </w:r>
      <w:r>
        <w:rPr>
          <w:lang w:eastAsia="zh-CN"/>
        </w:rPr>
        <w:t>　　2、爱护花草树木，严禁破坏公共财物。</w:t>
      </w:r>
      <w:r>
        <w:rPr>
          <w:lang w:eastAsia="zh-CN"/>
        </w:rPr>
        <w:br/>
      </w:r>
      <w:r>
        <w:rPr>
          <w:lang w:eastAsia="zh-CN"/>
        </w:rPr>
        <w:t>　　3、以班集为单位参加活动，以小组为单位进行比赛；不得独自行动，不玩危险游戏，一切活动均听带队老师的指挥。</w:t>
      </w:r>
      <w:r>
        <w:rPr>
          <w:lang w:eastAsia="zh-CN"/>
        </w:rPr>
        <w:br/>
      </w:r>
      <w:r>
        <w:rPr>
          <w:lang w:eastAsia="zh-CN"/>
        </w:rPr>
        <w:t>　　4、学生要讲究节约，带适量的物品，不宜多。</w:t>
      </w:r>
      <w:r>
        <w:rPr>
          <w:lang w:eastAsia="zh-CN"/>
        </w:rPr>
        <w:br/>
      </w:r>
      <w:r>
        <w:rPr>
          <w:lang w:eastAsia="zh-CN"/>
        </w:rPr>
        <w:t>　　5、不随地乱扔果皮纸屑，每组自带一个塑料袋，以便装垃圾。</w:t>
      </w:r>
      <w:r>
        <w:rPr>
          <w:lang w:eastAsia="zh-CN"/>
        </w:rPr>
        <w:br/>
      </w:r>
      <w:r>
        <w:rPr>
          <w:lang w:eastAsia="zh-CN"/>
        </w:rPr>
        <w:t>　　6、活动结束后，学生要以哨声为准；听到口哨响起带队组长及老师要立即清点好人数、整好队伍，集合返校。</w:t>
      </w:r>
      <w:r>
        <w:rPr>
          <w:lang w:eastAsia="zh-CN"/>
        </w:rPr>
        <w:br/>
      </w:r>
      <w:r>
        <w:rPr>
          <w:lang w:eastAsia="zh-CN"/>
        </w:rPr>
        <w:t>　　七、活动比赛内容及方案：</w:t>
      </w:r>
      <w:r>
        <w:rPr>
          <w:lang w:eastAsia="zh-CN"/>
        </w:rPr>
        <w:br/>
      </w:r>
      <w:r>
        <w:rPr>
          <w:lang w:eastAsia="zh-CN"/>
        </w:rPr>
        <w:t>　　a、乒乓球运输队</w:t>
      </w:r>
      <w:r>
        <w:rPr>
          <w:lang w:eastAsia="zh-CN"/>
        </w:rPr>
        <w:br/>
      </w:r>
      <w:r>
        <w:rPr>
          <w:lang w:eastAsia="zh-CN"/>
        </w:rPr>
        <w:t>　　本项参赛人数：10人</w:t>
      </w:r>
      <w:r>
        <w:rPr>
          <w:lang w:eastAsia="zh-CN"/>
        </w:rPr>
        <w:br/>
      </w:r>
      <w:r>
        <w:rPr>
          <w:lang w:eastAsia="zh-CN"/>
        </w:rPr>
        <w:t>　　比赛道具：乒乓球多个、杯子6个、桶子一个、板凳一个、书本9本（学校准备）。</w:t>
      </w:r>
      <w:r>
        <w:rPr>
          <w:lang w:eastAsia="zh-CN"/>
        </w:rPr>
        <w:br/>
      </w:r>
      <w:r>
        <w:rPr>
          <w:lang w:eastAsia="zh-CN"/>
        </w:rPr>
        <w:t>　　比赛时长：5分钟/组</w:t>
      </w:r>
      <w:r>
        <w:rPr>
          <w:lang w:eastAsia="zh-CN"/>
        </w:rPr>
        <w:br/>
      </w:r>
      <w:r>
        <w:rPr>
          <w:lang w:eastAsia="zh-CN"/>
        </w:rPr>
        <w:t>　　计分方式：时间到后按桶里的乒乓球进行计分；5分/个</w:t>
      </w:r>
      <w:r>
        <w:rPr>
          <w:lang w:eastAsia="zh-CN"/>
        </w:rPr>
        <w:br/>
      </w:r>
      <w:r>
        <w:rPr>
          <w:lang w:eastAsia="zh-CN"/>
        </w:rPr>
        <w:t>　　比赛方法：首先由9个同学用书本从起点将乒乓球运输到终点装满水的杯子里面；</w:t>
      </w:r>
      <w:r>
        <w:rPr>
          <w:lang w:eastAsia="zh-CN"/>
        </w:rPr>
        <w:br/>
      </w:r>
      <w:r>
        <w:rPr>
          <w:lang w:eastAsia="zh-CN"/>
        </w:rPr>
        <w:t>　　然后由一个同学把乒乓球用嘴从5个装满水的杯子吹到桶子里(杯子里的水可以加满）。</w:t>
      </w:r>
      <w:r>
        <w:rPr>
          <w:lang w:eastAsia="zh-CN"/>
        </w:rPr>
        <w:br/>
      </w:r>
    </w:p>
    <w:p w:rsidR="001B1F19" w14:textId="27C3F48A">
      <w:pPr>
        <w:rPr>
          <w:rFonts w:hint="eastAsia"/>
          <w:lang w:eastAsia="zh-CN"/>
        </w:rPr>
      </w:pPr>
      <w:r>
        <w:rPr>
          <w:lang w:eastAsia="zh-CN"/>
        </w:rPr>
        <w:t>　　b、同穿“一双鞋”</w:t>
      </w:r>
      <w:r>
        <w:rPr>
          <w:lang w:eastAsia="zh-CN"/>
        </w:rPr>
        <w:br/>
      </w:r>
      <w:r>
        <w:rPr>
          <w:lang w:eastAsia="zh-CN"/>
        </w:rPr>
        <w:t>　　本项参赛人数：8人</w:t>
      </w:r>
      <w:r>
        <w:rPr>
          <w:lang w:eastAsia="zh-CN"/>
        </w:rPr>
        <w:br/>
      </w:r>
      <w:r>
        <w:rPr>
          <w:lang w:eastAsia="zh-CN"/>
        </w:rPr>
        <w:t>　　比赛道具：系有八根绳子长木板两块、（学校准备）。</w:t>
      </w:r>
      <w:r>
        <w:rPr>
          <w:lang w:eastAsia="zh-CN"/>
        </w:rPr>
        <w:br/>
      </w:r>
      <w:r>
        <w:rPr>
          <w:lang w:eastAsia="zh-CN"/>
        </w:rPr>
        <w:t>　　比赛方法：每组派出8个同学把双脚踩到木板上面，双手抓紧绳子，一步、一步的从起点走到终点。按计时方式评比；分别每组从第一名到第六名加分60、50、40、30、20、10。</w:t>
      </w:r>
      <w:r>
        <w:rPr>
          <w:lang w:eastAsia="zh-CN"/>
        </w:rPr>
        <w:br/>
      </w:r>
      <w:r>
        <w:rPr>
          <w:lang w:eastAsia="zh-CN"/>
        </w:rPr>
        <w:t>　　c、“kappak”搬球</w:t>
      </w:r>
      <w:r>
        <w:rPr>
          <w:lang w:eastAsia="zh-CN"/>
        </w:rPr>
        <w:br/>
      </w:r>
      <w:r>
        <w:rPr>
          <w:lang w:eastAsia="zh-CN"/>
        </w:rPr>
        <w:t>　　本项参赛人数：10人</w:t>
      </w:r>
      <w:r>
        <w:rPr>
          <w:lang w:eastAsia="zh-CN"/>
        </w:rPr>
        <w:br/>
      </w:r>
      <w:r>
        <w:rPr>
          <w:lang w:eastAsia="zh-CN"/>
        </w:rPr>
        <w:t>　　比赛道具：篮球5个（学校准备）。</w:t>
      </w:r>
      <w:r>
        <w:rPr>
          <w:lang w:eastAsia="zh-CN"/>
        </w:rPr>
        <w:br/>
      </w:r>
      <w:r>
        <w:rPr>
          <w:lang w:eastAsia="zh-CN"/>
        </w:rPr>
        <w:t>　　比赛方法：每组分5小组（两个同学为一小组）；背靠背把球夹在中间，从起点走到终点。按计时方式评比；分别每组从第一名到第六名加分60、50、40、30、20、10。</w:t>
      </w:r>
      <w:r>
        <w:rPr>
          <w:lang w:eastAsia="zh-CN"/>
        </w:rPr>
        <w:br/>
      </w:r>
      <w:r>
        <w:rPr>
          <w:lang w:eastAsia="zh-CN"/>
        </w:rPr>
        <w:t>　　d、草原移民</w:t>
      </w:r>
      <w:r>
        <w:rPr>
          <w:lang w:eastAsia="zh-CN"/>
        </w:rPr>
        <w:br/>
      </w:r>
      <w:r>
        <w:rPr>
          <w:lang w:eastAsia="zh-CN"/>
        </w:rPr>
        <w:t>　　本项参赛人数：全组成员</w:t>
      </w:r>
      <w:r>
        <w:rPr>
          <w:lang w:eastAsia="zh-CN"/>
        </w:rPr>
        <w:br/>
      </w:r>
      <w:r>
        <w:rPr>
          <w:lang w:eastAsia="zh-CN"/>
        </w:rPr>
        <w:t>　　比赛道具：长木棍两根、桶子一个、八斤沙袋（学校准备）、红旗一面。</w:t>
      </w:r>
      <w:r>
        <w:rPr>
          <w:lang w:eastAsia="zh-CN"/>
        </w:rPr>
        <w:br/>
      </w:r>
      <w:r>
        <w:rPr>
          <w:lang w:eastAsia="zh-CN"/>
        </w:rPr>
        <w:t>　　比赛方法：首先全组同学背向中心手挽手围成一个圆圈；然后将装有沙袋的桶子用长木棍放到圆圈的中间。从起点线运到终点线，然后由一个同学将桶里的沙袋系在腿上，取得红旗方可。按计时方式评比；分别每组从第一名到第三名加分60、40、20。</w:t>
      </w:r>
      <w:r>
        <w:rPr>
          <w:lang w:eastAsia="zh-CN"/>
        </w:rPr>
        <w:br/>
      </w:r>
      <w:r>
        <w:rPr>
          <w:lang w:eastAsia="zh-CN"/>
        </w:rPr>
        <w:t>　　裁判员：杨老师</w:t>
      </w:r>
      <w:r>
        <w:rPr>
          <w:lang w:eastAsia="zh-CN"/>
        </w:rPr>
        <w:br/>
      </w:r>
      <w:r>
        <w:rPr>
          <w:lang w:eastAsia="zh-CN"/>
        </w:rPr>
        <w:t>　　计时、计分员：团委会（可与他人协调）。</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https://d.book118.com/696042150013010045</w:t>
        </w:r>
      </w:hyperlink>
    </w:p>
    <w:p w:rsidR="001B1F19">
      <w:pPr>
        <w:rPr>
          <w:rFonts w:hint="eastAsia"/>
          <w:lang w:eastAsia="zh-CN"/>
        </w:rPr>
      </w:pPr>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96042150013010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