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安全在我心中的演讲稿（31篇）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安全在我心中的演讲稿（精选31篇）</w:t>
      </w:r>
      <w:r>
        <w:rPr>
          <w:lang w:eastAsia="zh-CN"/>
        </w:rPr>
        <w:br/>
      </w:r>
      <w:r>
        <w:rPr>
          <w:lang w:eastAsia="zh-CN"/>
        </w:rPr>
        <w:t xml:space="preserve">    安全在我心中的演讲稿 篇1 </w:t>
      </w:r>
      <w:r>
        <w:rPr>
          <w:lang w:eastAsia="zh-CN"/>
        </w:rPr>
        <w:br/>
      </w:r>
      <w:r>
        <w:rPr>
          <w:lang w:eastAsia="zh-CN"/>
        </w:rPr>
        <w:t>　　各位尊敬的领导及亲爱的同学们：</w:t>
      </w:r>
      <w:r>
        <w:rPr>
          <w:lang w:eastAsia="zh-CN"/>
        </w:rPr>
        <w:br/>
      </w:r>
      <w:r>
        <w:rPr>
          <w:lang w:eastAsia="zh-CN"/>
        </w:rPr>
        <w:t>　　大家好!</w:t>
      </w:r>
      <w:r>
        <w:rPr>
          <w:lang w:eastAsia="zh-CN"/>
        </w:rPr>
        <w:br/>
      </w:r>
      <w:r>
        <w:rPr>
          <w:lang w:eastAsia="zh-CN"/>
        </w:rPr>
        <w:t>　　每次在马路上看到一起起的交通事故，小的是轻伤，大的是重伤甚至死亡，一想起这些，我就十分紧张，真害怕第二天我就遇上了车祸。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其实，造成交通事故的原因是多方面的。一是因为司机野蛮造成的，比如说轰动全国的哈尔滨宝马撞人案，宝马的主人实在是野蛮，人家不注意把葱挂在你的车头镜上，又不是故意的，再说也没有人员受伤，并向你赔礼道歉了，你干吗杀人灭口?就算人家弄得有人伤亡，也不该报复，应该让法律来处理才对。二是司机酒后驾车，因神志不清导致交通事故，比如今年5月11日晚，著名演员牛振华驾驶一辆奔驰轿车，在北京西外大街与一辆大货车的尾部相撞，本人当场死亡。在此提醒广大的司机叔叔阿姨们，从中吸取血的教训，下决心引以为戒，更加自觉地严格遵守交通法规，避免交通事故给您带来麻烦。三是司机的不良习惯造成的，比如自动挡车司机不扶方向盘、司机开车时抽烟、喝饮料、行驶时气囊上面摆放物品、加油灯亮继续行驶、不开大灯和老开大灯等等的不良习惯也是造成交通事故的根源。四是有的交通事故确实是行人造成的，主要是行人不注意交通安全所造成的。原因之一是闯红灯或横穿马路造成的，交通信号红绿灯的发明是减少交通事故有效方法之一。常言道红灯无数次，生命只一次，我们绝对不可以冒险过马路，哪怕两边没有车，也绝对不能穿过马路。原因之二是在马路上打闹、玩耍造成的，放学后几个同学在一起走，说说笑笑，时而把同学的东西扔到马路对面，那个同学便到马路对面去拣，由于着急，也顾不上环视四周的车辆就跑，如果这个同学有福气，那还好;可如果正好有一辆车经过，那后果可不堪设想。因此，同学们千万不要在马路上打闹，以防止交通事故的发生。原因之三是行人翻越护栏造成的，请大家不怕麻烦绕过护栏吧!</w:t>
      </w:r>
      <w:r>
        <w:rPr>
          <w:lang w:eastAsia="zh-CN"/>
        </w:rPr>
        <w:br/>
      </w:r>
      <w:r>
        <w:rPr>
          <w:lang w:eastAsia="zh-CN"/>
        </w:rPr>
        <w:t>　　同学们，你们听了以后，心中一定有数吧!生命只有一次，让我们共同关注安全，关爱生命!让安全永在我心中!</w:t>
      </w:r>
      <w:r>
        <w:rPr>
          <w:lang w:eastAsia="zh-CN"/>
        </w:rPr>
        <w:br/>
      </w:r>
      <w:r>
        <w:rPr>
          <w:lang w:eastAsia="zh-CN"/>
        </w:rPr>
        <w:t xml:space="preserve">    安全在我心中的演讲稿 篇2 </w:t>
      </w:r>
      <w:r>
        <w:rPr>
          <w:lang w:eastAsia="zh-CN"/>
        </w:rPr>
        <w:br/>
      </w:r>
      <w:r>
        <w:rPr>
          <w:lang w:eastAsia="zh-CN"/>
        </w:rPr>
        <w:t>　　尊敬的各位领导，各位来宾，亲爱的朋友们：</w:t>
      </w:r>
      <w:r>
        <w:rPr>
          <w:lang w:eastAsia="zh-CN"/>
        </w:rPr>
        <w:br/>
      </w:r>
      <w:r>
        <w:rPr>
          <w:lang w:eastAsia="zh-CN"/>
        </w:rPr>
        <w:t>　　大家好!我是来自分局机关的，今天我演讲的题目是“安全生产，责任重于奇迹”。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奇迹之所以成为奇迹，正是因为它的不可复制性。我们能够指望每次事故之后都能有这样的救援奇迹吗?我想在座的各位都和我一样，愿意看到的是我们有一个平平安安的生产环境，而不是将安全生产的希望寄托在救援奇迹上。我们应该深刻落实安全生产责任，保证万无一失。因为安全关乎生命，安全才能带来效益，安全就是一切的一切!</w:t>
      </w:r>
      <w:r>
        <w:rPr>
          <w:lang w:eastAsia="zh-CN"/>
        </w:rPr>
        <w:br/>
      </w:r>
      <w:r>
        <w:rPr>
          <w:lang w:eastAsia="zh-CN"/>
        </w:rPr>
        <w:t>　　安全生产关乎生命。生命对于每个人来说都只有一次，保护生命安全是我们对她的最基本的尊重，也是所有文明社会的基本准则。对于安全生产来说，一时的疏忽就可能让无数生命在瞬间逝去。20__年11月15日，造成58个生命被熊熊大火吞没的上海静安区高层住宅火灾事故，不正是因为一时的疏忽大意无证上岗而造成的吗?</w:t>
      </w:r>
      <w:r>
        <w:rPr>
          <w:lang w:eastAsia="zh-CN"/>
        </w:rPr>
        <w:br/>
      </w:r>
      <w:r>
        <w:rPr>
          <w:lang w:eastAsia="zh-CN"/>
        </w:rPr>
        <w:t>　　安全生产关乎企业效益。企业的效益源于安全的保障，企业的生存和发展离不开安全。试想，没有安全，我们的生命何从保障?没有安全，我们的生产何谈顺利进行?没有安全，我们的企业效益岂不是天方夜谭?大家是否还记得，曾经风光无限的湖南路桥集团公司为何至今还一蹶不振?这是它不重视安全而导致凤凰大桥轰然倒塌的'结果啊!</w:t>
      </w:r>
      <w:r>
        <w:rPr>
          <w:lang w:eastAsia="zh-CN"/>
        </w:rPr>
        <w:br/>
      </w:r>
      <w:r>
        <w:rPr>
          <w:lang w:eastAsia="zh-CN"/>
        </w:rPr>
        <w:t>　　无论是对生命的尊重还是对企业效益来说，安全的重要性都不言而喻。安全生产也被屡屡强调，但是我们看到的事实却是：事故不断，责任却从未被真正落实。</w:t>
      </w:r>
      <w:r>
        <w:rPr>
          <w:lang w:eastAsia="zh-CN"/>
        </w:rPr>
        <w:br/>
      </w:r>
      <w:r>
        <w:rPr>
          <w:lang w:eastAsia="zh-CN"/>
        </w:rPr>
        <w:t>　　据统计，中国关于安全生产方面的法律法规就有三十几部，各地方政府针对安全生产也都制定了各自的规定。然而，就是在这样严密的法律体系之下，重大安全生产责任事故却屡屡发生，以煤矿安全为例，每当发生特大矿难，全国照例要开展煤矿安全大检查，可是年年检查，年年矿难，一切都没有改变。造成这种现象最重要的原因，正是在于法律未被贯彻，责任没被落实和追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隐患险于明火、防范胜于救灾、责任重于泰山”，对于安全生产，我们要不断加强落实安全生产责任。安全工作不能允许有半点的麻痹大意，我们必须强化安全意识，事事重视，人人负责，真真正正把安全工作作为我们工作的基础去狠抓落实。唯有如此，方能保证生命的安全，保证企业的生存和发展，保证社会的稳定。我们不能把安全工作寄希望于事故之后的救援奇迹，让我们大声地呐喊，安全工作不需要奇迹的眷顾!我们要用时刻的警惕和重视，用不懈的努力来取代奇迹!</w:t>
      </w:r>
      <w:r>
        <w:rPr>
          <w:lang w:eastAsia="zh-CN"/>
        </w:rPr>
        <w:br/>
      </w:r>
      <w:r>
        <w:rPr>
          <w:lang w:eastAsia="zh-CN"/>
        </w:rPr>
        <w:t>　　今天我们在这里共同倡导安全，让我们共同努力，落实责任，继续为创造一个和谐安全的砂石分局而努力奋斗!</w:t>
      </w:r>
      <w:r>
        <w:rPr>
          <w:lang w:eastAsia="zh-CN"/>
        </w:rPr>
        <w:br/>
      </w:r>
      <w:r>
        <w:rPr>
          <w:lang w:eastAsia="zh-CN"/>
        </w:rPr>
        <w:t xml:space="preserve">    安全在我心中的演讲稿 篇3 </w:t>
      </w:r>
      <w:r>
        <w:rPr>
          <w:lang w:eastAsia="zh-CN"/>
        </w:rPr>
        <w:br/>
      </w:r>
      <w:r>
        <w:rPr>
          <w:lang w:eastAsia="zh-CN"/>
        </w:rPr>
        <w:t>　　尊敬的各位领导及亲爱的同学们：</w:t>
      </w:r>
      <w:r>
        <w:rPr>
          <w:lang w:eastAsia="zh-CN"/>
        </w:rPr>
        <w:br/>
      </w:r>
      <w:r>
        <w:rPr>
          <w:lang w:eastAsia="zh-CN"/>
        </w:rPr>
        <w:t>　　大家好!</w:t>
      </w:r>
      <w:r>
        <w:rPr>
          <w:lang w:eastAsia="zh-CN"/>
        </w:rPr>
        <w:br/>
      </w:r>
      <w:r>
        <w:rPr>
          <w:lang w:eastAsia="zh-CN"/>
        </w:rPr>
        <w:t>　　能有这样的机会参加今天的安全在我心中演讲会，我感到很荣幸。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5.12，那是一个让每个人都不愿再回首的日子，汶川大地震，生死转瞬间，看到那一幕幕生离死别的场面，听到那一声声无比悲怆的哭喊，当生命邂逅死亡，我想我们每个人都能强烈的感觉到生命是如此的宝贵!生命，一个多么鲜活的词语;安全，一个被人们老调重弹的课题。安全就是生命，生命只有在安全中才能永葆鲜活。我们热爱生命，因为她能让人领略到幸福和温情，尤其对于默默坚守在电力行业第一线的工作人员来说，生命就更显得格外珍贵。当我们把目光投向那一个个因血淋淋的事故致使摧毁一个个不再完整的家的时候，酸涩在眼，刺痛在心，这一切使我们不禁呐喊，是什么带来了这不幸的灾难?细看近年来发生的安全事故，那些用鲜血甚至是生命为代价换取的经验教训，你或许会产生几番感慨，诸多思索，并从中得到一些启示，那就是绝大部分安全事故是由于违章指挥，违章作业或违反劳动纪律，麻痹大意而造成的，三违现象与悲剧的发生往往有着必然的因果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朋友，当你踏着晚归的夕阳，告别一天的劳累与亲人团聚的时候，当你披着皎洁的月光漫步安逸的时候，你所处的环境是如此的温馨和幸福，这里没有灾祸与悲痛，也许你会说，血与泪的惨剧离我们很远。然而，不幸的事往往悄然而至，防不胜防。让我们再一次地走入那个伤感的春天。一个年轻的生命永远地离开了我们，永远地离开了这个五彩缤纷的世界!他，是一位普通的潜水工人，在那个暖洋洋的春日的下午，因为工作需要而潜入了水下，然而就是这冰冷无情的黄河水却吞噬了他年轻的生命，吞噬了他生的渴望与死的恐惧!在整个水下作业的过程中，岸上的工作人员始终抓着救命草一样紧紧地拉着信号绳，紧张而沉默地盯着水面，然而，天不随人愿，众多人员的努力与祈祷终究没有换回工友那年轻而灿烂的生命谁也不会想到，下水的那一瞬间他就再也没能看到这个世界，再也无缘与多姿多彩的生活相向而视!无法想象，在那水下的世界里，他怎样地被黑暗无所顾忌地包围，怎样地被恐惧与绝望所淹没，怎样地任由生命被一分一秒地吞噬、被一分一秒地剥夺?直至今天，这仍然让我们忍不住地叹息：是什麽使得一位年仅24岁的年轻人魂归水下?又是什麽使得一项驾轻就熟的工作却破坏了一项安全记录?年迈的双亲啊，心，还在滴血吗?白发人送黑发人那痛彻心扉的伤痛岂能是我们用言语和文字所能够表达出来的啊!年轻的工友们，是否还在脑海中依稀可辨的记忆里重复着昨日的伤与痛?是否偶尔地，也会在记忆里搜寻那张永远定格了的年轻的面孔?</w:t>
      </w:r>
      <w:r>
        <w:rPr>
          <w:lang w:eastAsia="zh-CN"/>
        </w:rPr>
        <w:br/>
      </w:r>
      <w:r>
        <w:rPr>
          <w:lang w:eastAsia="zh-CN"/>
        </w:rPr>
        <w:t>　　生命诚可贵，面对这广博的自然界，生命，又是何等的脆弱?安全意识的淡薄，思维意识的钝化带给了我们太多的伤害!</w:t>
      </w:r>
      <w:r>
        <w:rPr>
          <w:lang w:eastAsia="zh-CN"/>
        </w:rPr>
        <w:br/>
      </w:r>
      <w:r>
        <w:rPr>
          <w:lang w:eastAsia="zh-CN"/>
        </w:rPr>
        <w:t>　　逝去的终归是逝去了，我们姑且不论责任在谁，然而事故的发生总有其原因所在。用安全政策声明来对照事件，发生这样的事，我们是否可以将事件视为一种道义上的罪恶?我们若能够将安全意识深入人心并将其上升到道义的高度，主动地、一丝不苟地对待每一个工作环节，我们将避免多少事故?避免多少亲人的不安与伤痛?避免多少生命与健康的消逝与毁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安全对我们来说，其中的重要性不言而喻。从小的方面来看，安全直接关系到每一位职工的切身利益和生命，从大的方面来看，安全关系到整个企业的形象、效益和生存发展。在市场竞争日益激烈的今天，频繁的安全事故能使任何一家企业走向衰败与死亡。每天，我们都能以各种媒体报道，甚至于自己的身边看到各种安全事故给个人、家庭以及社会带来的损失与痛苦。但从事故分析结果上，我们却又总能见到这样的事实：那伤人性命，吞噬财产的熊熊烈火可能就是那个忘记掐灭的烟头;而那从高空坠落的作业人员往往是因为安全带疏忽;安全与危险只是一瞬间，安全来不得半点麻痹和放松。所有的危险隐患时刻都在我们周围，我们只有真正贯彻安全第一、预防为主、综合治理的方针，在思想上高度重视安全，时刻做到安全在我心中，并采取行之有效的措施，才能真正避免安全事故的发生，防患于未然。</w:t>
      </w:r>
      <w:r>
        <w:rPr>
          <w:lang w:eastAsia="zh-CN"/>
        </w:rPr>
        <w:br/>
      </w:r>
      <w:r>
        <w:rPr>
          <w:lang w:eastAsia="zh-CN"/>
        </w:rPr>
        <w:t>　　人的生命只有一次，一旦失去就不会再有回来的时候。家人盼望的是平平安安的团聚。我们不能让父母双亲斑白的双鬓再添一缕愁绪，更不能使孩子稚嫩的生命受到风雨的侵袭。我们承担着父母的盼望和孩子的依赖。生活不能让我们出一丝一毫的差错，我们所负的责任在肩，这是我们所不能推卸的，所以在我们工作的环境中要形成我要安全，我会安全，我很安全的安全氛围。这是为我们自身生命着想，更是企业生存的需求。其实在我们的日常生活工作当中，如果我们每个人都能将安全把握在自己手上，进入现场按规定着装，戴安全帽，高空作业系安全带，按章作业，及时发现消除不安全隐患等等，就可能保证自身的安全。朋友们，让我们以治理隐患、防范事故安全月活动为契机，从点滴做起，从现在做起吧!</w:t>
      </w:r>
      <w:r>
        <w:rPr>
          <w:lang w:eastAsia="zh-CN"/>
        </w:rPr>
        <w:br/>
      </w:r>
      <w:r>
        <w:rPr>
          <w:lang w:eastAsia="zh-CN"/>
        </w:rPr>
        <w:t>　　安全牢记心中，是我们自我保护的宗旨，安全牢记心中，是抵御事故隐患的防火墙，安全是每一名电力职工应当牢固树立的意识，安全就是我们的身影，与我们形影不离，安全是我们的战友，与我们一路同行，安全是我们的保护神，保障着我们的幸福生活。</w:t>
      </w:r>
      <w:r>
        <w:rPr>
          <w:lang w:eastAsia="zh-CN"/>
        </w:rPr>
        <w:br/>
      </w:r>
      <w:r>
        <w:rPr>
          <w:lang w:eastAsia="zh-CN"/>
        </w:rPr>
        <w:t xml:space="preserve">    安全在我心中的演讲稿 篇4 </w:t>
      </w:r>
      <w:r>
        <w:rPr>
          <w:lang w:eastAsia="zh-CN"/>
        </w:rPr>
        <w:br/>
      </w:r>
      <w:r>
        <w:rPr>
          <w:lang w:eastAsia="zh-CN"/>
        </w:rPr>
        <w:t>　　各位老师、同学：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大家好！</w:t>
      </w:r>
      <w:r>
        <w:rPr>
          <w:lang w:eastAsia="zh-CN"/>
        </w:rPr>
        <w:br/>
      </w:r>
      <w:r>
        <w:rPr>
          <w:lang w:eastAsia="zh-CN"/>
        </w:rPr>
        <w:t>　　清晨，当咱们要走进电科院大门时，映入眼帘的是“以人为本，安全零星”八个夺目的大字。确实，正像咱们常说的“安全职责大如天”。“安全职责重于泰山”。 但是，现实日子中并不是全部人都能认识到这一点。有的人安全认识淡漠，作业中典型的大意、将就、不在乎，把安全准则安全规程抛在脑后。也有的人自私自利，只顾着自己捞钱，不管公民的生命产业安全。这样的案例在全国近年来的事端通报中屡次呈现，触目惊心的有些煤矿的瓦斯爆破，以及基建中的高楼、桥梁崩塌事端不正是这样吗？电力安全出产是电力企业永久的主题。多年来，我院仔细遵循执行“安全零星、预防为主”的作业政策，环绕年度安全出产和安全月活动积极地开展作业，取得了很好的经济效益和社会效益。现实证明，只需抓好安全出产，才有或许取得好的经济效益和社会效益，不然全部效益无从谈起。安全出产有必要建立起完善的安全网络和严厉执行安全出产职责制；严厉执行各项安全规程和规章准则；有必要持之以恒地进行安全教育，进步全员安全本质安全认识。只需咱们真实把安全放在零星位，把安全装在我的心中，你的心中，装在咱们每一个人的心中，咱们就能做到高高兴兴上班去，平安全安回家来。不要忘了，家人等你安全归来。</w:t>
      </w:r>
      <w:r>
        <w:rPr>
          <w:lang w:eastAsia="zh-CN"/>
        </w:rPr>
        <w:br/>
      </w:r>
      <w:r>
        <w:rPr>
          <w:lang w:eastAsia="zh-CN"/>
        </w:rPr>
        <w:t xml:space="preserve">    安全在我心中的演讲稿 篇5 </w:t>
      </w:r>
      <w:r>
        <w:rPr>
          <w:lang w:eastAsia="zh-CN"/>
        </w:rPr>
        <w:br/>
      </w:r>
      <w:r>
        <w:rPr>
          <w:lang w:eastAsia="zh-CN"/>
        </w:rPr>
        <w:t>　　尊敬的各位领导、老师们：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大家好!我是来自__小学的梅_。今天，我要演讲的题目是《心中有安全，幸福永相伴》。</w:t>
      </w:r>
      <w:r>
        <w:rPr>
          <w:lang w:eastAsia="zh-CN"/>
        </w:rPr>
        <w:br/>
      </w:r>
      <w:r>
        <w:rPr>
          <w:lang w:eastAsia="zh-CN"/>
        </w:rPr>
        <w:t>　　“安全”一个多么古老的话题;“幸福”一个多么美妙的境界。一首“幸福在哪里”唱出了人们对幸福的共同追求，幸福需要我们一生的辛勤耕耘、一生的拼搏奋斗，然而，这一切都必须有安全作保证，幸福也只有在安全中才能永具魅力。</w:t>
      </w:r>
      <w:r>
        <w:rPr>
          <w:lang w:eastAsia="zh-CN"/>
        </w:rPr>
        <w:br/>
      </w:r>
      <w:r>
        <w:rPr>
          <w:lang w:eastAsia="zh-CN"/>
        </w:rPr>
        <w:t>　　在校园生活中，学生们就是校园的主体，是祖国未来的花朵，他们一年的绝大部分时间是在校园度过。在这个人口密集，面积狭小的特殊环境里，校园安全与我们每位师生密切相关，也是我们一直关注的重点问题。然而意外的发生却让许多生命之花过早地凋谢了。</w:t>
      </w:r>
      <w:r>
        <w:rPr>
          <w:lang w:eastAsia="zh-CN"/>
        </w:rPr>
        <w:br/>
      </w:r>
      <w:r>
        <w:rPr>
          <w:lang w:eastAsia="zh-CN"/>
        </w:rPr>
        <w:t>　　几年前，哈尔滨市两所小学先后发生了两起恶性事故，致使两名学生死亡;宁安泥石流夺走了一百多名少儿的生命……这种意外给校园安全带来了极大威胁。此外，因楼道拥挤造成学生受伤、课间打闹造成划破或骨折、课堂上被铅笔尖扎伤、实验过程中被烫伤等等意外也时有发生。</w:t>
      </w:r>
      <w:r>
        <w:rPr>
          <w:lang w:eastAsia="zh-CN"/>
        </w:rPr>
        <w:br/>
      </w:r>
      <w:r>
        <w:rPr>
          <w:lang w:eastAsia="zh-CN"/>
        </w:rPr>
        <w:t>　　面对一个个触目惊心的.例子，面对一个个血泪交织的悲剧，能不令我们痛心疾首吗?只因为忽视了安全问题，一个个如鲜花般的生命在瞬间凋零，给家人、朋友以沉重的打击。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汶川地震又将校园安全教育推上了一个高度。那所坚持进行安全演练的学校在关键时刻拯救了孩子们的生命。而近来屡屡发生的校园伤害案件使不少家庭至今仍无法走出失去孩子所带来的痛与悲。案件的发生带走了许多无辜的生命，也带给大家一首引人深思、感人至深的小诗：</w:t>
      </w:r>
      <w:r>
        <w:rPr>
          <w:lang w:eastAsia="zh-CN"/>
        </w:rPr>
        <w:br/>
      </w:r>
      <w:r>
        <w:rPr>
          <w:lang w:eastAsia="zh-CN"/>
        </w:rPr>
        <w:t>　　一个没有逃过魔爪的孩子，在他母亲的怀里慢慢停止了呼吸，他留给母亲的最后一句话是：妈妈我很疼。</w:t>
      </w:r>
      <w:r>
        <w:rPr>
          <w:lang w:eastAsia="zh-CN"/>
        </w:rPr>
        <w:br/>
      </w:r>
      <w:r>
        <w:rPr>
          <w:lang w:eastAsia="zh-CN"/>
        </w:rPr>
        <w:t>　　那个妈妈泪如滂沱，而我则痛彻心扉。</w:t>
      </w:r>
      <w:r>
        <w:rPr>
          <w:lang w:eastAsia="zh-CN"/>
        </w:rPr>
        <w:br/>
      </w:r>
      <w:r>
        <w:rPr>
          <w:lang w:eastAsia="zh-CN"/>
        </w:rPr>
        <w:t>　　几分钟前母子相拥亲情无限，几分钟后骨肉分离天人永隔，人世间最悲惨的事情莫过于此吧?</w:t>
      </w:r>
      <w:r>
        <w:rPr>
          <w:lang w:eastAsia="zh-CN"/>
        </w:rPr>
        <w:br/>
      </w:r>
      <w:r>
        <w:rPr>
          <w:lang w:eastAsia="zh-CN"/>
        </w:rPr>
        <w:t>　　朋友们，到这，您或许已经打开了您那记忆的闸门，那些发生在你身边的由于忽视安全所造成的一幕幕悲惨的场面，一定也会引起你心灵的震撼!然而，面对安全这张不容忽视又不能回避的答卷，我们该怎样填写?千里长堤，溃于蚁穴!警惕与安全共存!</w:t>
      </w:r>
      <w:r>
        <w:rPr>
          <w:lang w:eastAsia="zh-CN"/>
        </w:rPr>
        <w:br/>
      </w:r>
      <w:r>
        <w:rPr>
          <w:lang w:eastAsia="zh-CN"/>
        </w:rPr>
        <w:t>　　是呀，有了安全，才有平安，才有家家户户的幸福!我们都生活在一个由亲情，道德，责任，义务等等所交织的密切的关系当中。一人安全，全家幸福。因此个人就不仅是个人，每一个人的自身都与家庭相连。为了个人的成长，为了家庭的幸福，在安全的问题上，来不得半点麻痹和侥幸，我们必须要防范在先，警惕在前，必须要警于思，和于规，慎于行，筑起坚固的安全长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如果说幸福是一个圆，那安全就是这个圆的半径，半径越小圆就越小，没有了半径也就没有了这个圆;如果说幸福是一首美妙的乐曲，那安全就是这首乐曲中的音符，音符不全就会走调，没有了音符乐曲也就荡然无存。朋友们，让我们牢牢记住吧：生命对于每个人只有一次，幸福寄希望于安全，安全又给了我们无限美好的幸福。让我们牢记安全，时刻沐浴在幸福的阳光之中，享受平安、幸福的乐趣，挥洒生命的精彩!</w:t>
      </w:r>
      <w:r>
        <w:rPr>
          <w:lang w:eastAsia="zh-CN"/>
        </w:rPr>
        <w:br/>
      </w:r>
      <w:r>
        <w:rPr>
          <w:lang w:eastAsia="zh-CN"/>
        </w:rPr>
        <w:t xml:space="preserve">    安全在我心中的演讲稿 篇6 </w:t>
      </w:r>
      <w:r>
        <w:rPr>
          <w:lang w:eastAsia="zh-CN"/>
        </w:rPr>
        <w:br/>
      </w:r>
      <w:r>
        <w:rPr>
          <w:lang w:eastAsia="zh-CN"/>
        </w:rPr>
        <w:t>　　著名心理学家马斯洛说：“除了空气和水，安全是人类的第一需求。”所以我今天的演讲题目是《安全与生命同在》。</w:t>
      </w:r>
      <w:r>
        <w:rPr>
          <w:lang w:eastAsia="zh-CN"/>
        </w:rPr>
        <w:br/>
      </w:r>
      <w:r>
        <w:rPr>
          <w:lang w:eastAsia="zh-CN"/>
        </w:rPr>
        <w:t>　　君不见山西煤矿瓦斯爆炸，几十个鲜活的生命离我们而去;君不见吉林禽业公司发生火灾，一百多个无辜的生命就此陨落;君不见山东火车脱轨，几百个活生生的人因此离世。仅_年全国发生的较大事故约七百四十起，事故中丧生三千二百多人。</w:t>
      </w:r>
      <w:r>
        <w:rPr>
          <w:lang w:eastAsia="zh-CN"/>
        </w:rPr>
        <w:br/>
      </w:r>
      <w:r>
        <w:rPr>
          <w:lang w:eastAsia="zh-CN"/>
        </w:rPr>
        <w:t>　　那一幕幕残酷的画面，冲击着我们每一个人的心灵。这些事故暴露出来的问题无非是心存侥幸，麻痹大意。这怎能不让我们觉醒，不让我们震惊!这样的事故虽然在我们身边很少发生，但我们也应让安全与生命同在。</w:t>
      </w:r>
      <w:r>
        <w:rPr>
          <w:lang w:eastAsia="zh-CN"/>
        </w:rPr>
        <w:br/>
      </w:r>
      <w:r>
        <w:rPr>
          <w:lang w:eastAsia="zh-CN"/>
        </w:rPr>
        <w:t>　　“智者是用经验防止事故，愚者是用事故总结经验”，集团公司本着“事后补救不如事前防范”的原则，不断增强公司职工安全意识，各厂定期召开安全会议，谈安全问题，做安全汇报。你总会听到，办公室里安全员不断地讲解“生产运行安全”;你总会看到，生产岗位上师傅们正仔细检查设备存在的隐患;你总会感受到，原料库的保管员严守操作规程所体现出来的工作热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看!学校的实验室里早已聚满了跃跃欲试的学生，他们对实验的兴趣总是有增无减，个个早已迫不及待，摩拳擦掌，但代课老师却无视学生的热度，非常严肃细致的提醒要看好标签，认清哪是硫酸，哪是酒精，以及实验器具的摆放，小组成员的分工，详细的实验步骤等。实验过程中，学生热情高涨的积极投入，老师小心翼翼的不断巡视。因为老师很清楚，一点小小的疏忽都可能酿成极大的事故。如制乙烯时，必须是将浓硫酸逐渐缓慢地加到酒精中，若是顺序反了或是速度快了，就可能使浓硫酸飞溅造成灼伤，或仪器炸裂酿成危险。</w:t>
      </w:r>
      <w:r>
        <w:rPr>
          <w:lang w:eastAsia="zh-CN"/>
        </w:rPr>
        <w:br/>
      </w:r>
      <w:r>
        <w:rPr>
          <w:lang w:eastAsia="zh-CN"/>
        </w:rPr>
        <w:t>　　听，操场上体育老师又耐心讲地解器材的正确使用，课上的避险措施，运动的自保措施等。</w:t>
      </w:r>
      <w:r>
        <w:rPr>
          <w:lang w:eastAsia="zh-CN"/>
        </w:rPr>
        <w:br/>
      </w:r>
      <w:r>
        <w:rPr>
          <w:lang w:eastAsia="zh-CN"/>
        </w:rPr>
        <w:t>　　无论是实验课还是体育课，对老师来说都是一次惊险的旅行，而使旅行得以完美结束的法宝就是时刻具有的安全意识。因为安全意识是生命的保护神。</w:t>
      </w:r>
      <w:r>
        <w:rPr>
          <w:lang w:eastAsia="zh-CN"/>
        </w:rPr>
        <w:br/>
      </w:r>
      <w:r>
        <w:rPr>
          <w:lang w:eastAsia="zh-CN"/>
        </w:rPr>
        <w:t>　　“泰山不拒细壤，故能成其高;江海不择细流，故能就其深”。不缺少各类严密的规章制度，缺少的是规章条款不折不扣的执行。企业的兴旺发达，离不开每位职工的谨小慎微。学校的教育教学，离不开每位老师的细致落实。</w:t>
      </w:r>
      <w:r>
        <w:rPr>
          <w:lang w:eastAsia="zh-CN"/>
        </w:rPr>
        <w:br/>
      </w:r>
      <w:r>
        <w:rPr>
          <w:lang w:eastAsia="zh-CN"/>
        </w:rPr>
        <w:t>　　回首过去，层出不穷的校园踩踏事故触目惊心，这无不体现着对制度的淡漠，对生命的蔑视。</w:t>
      </w:r>
      <w:r>
        <w:rPr>
          <w:lang w:eastAsia="zh-CN"/>
        </w:rPr>
        <w:br/>
      </w:r>
      <w:r>
        <w:rPr>
          <w:lang w:eastAsia="zh-CN"/>
        </w:rPr>
        <w:t>　　_年，_省_市一小学发生踩踏事故，8死，27伤。</w:t>
      </w:r>
      <w:r>
        <w:rPr>
          <w:lang w:eastAsia="zh-CN"/>
        </w:rPr>
        <w:br/>
      </w:r>
      <w:r>
        <w:rPr>
          <w:lang w:eastAsia="zh-CN"/>
        </w:rPr>
        <w:t>　　_年，_省_县一中学发生踩踏事故，6死，39伤。</w:t>
      </w:r>
      <w:r>
        <w:rPr>
          <w:lang w:eastAsia="zh-CN"/>
        </w:rPr>
        <w:br/>
      </w:r>
      <w:r>
        <w:rPr>
          <w:lang w:eastAsia="zh-CN"/>
        </w:rPr>
        <w:t>　　_年，_省_市一小学发生踩踏事故，4死，7伤。</w:t>
      </w:r>
      <w:r>
        <w:rPr>
          <w:lang w:eastAsia="zh-CN"/>
        </w:rPr>
        <w:br/>
      </w:r>
      <w:r>
        <w:rPr>
          <w:lang w:eastAsia="zh-CN"/>
        </w:rPr>
        <w:t>　　_年，_市_小学发生踩踏事故，6死，26伤。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看着电视画面中的惨祸惨景，我神伤了;看着那事故中的弱小身躯，我哽咽了;听到事故现场传出的惨烈的呼救声，我真的揪心啊!天真的面庞，活泼的身影，如花的生命，刹那间陨落天际，这让无数家庭失去了欢笑的权利，这给所有学校敲响了长鸣的警钟。</w:t>
      </w:r>
      <w:r>
        <w:rPr>
          <w:lang w:eastAsia="zh-CN"/>
        </w:rPr>
        <w:br/>
      </w:r>
      <w:r>
        <w:rPr>
          <w:lang w:eastAsia="zh-CN"/>
        </w:rPr>
        <w:t>　　是的，警钟是该长鸣!安全工作没有后勤单位，不分一线二线。在集团公司安全工作的推动下，我们天铁教委细致落实“安全八必讲”：出行必讲，集会必讲，运动必讲，实验必讲，实习必讲，劳动必讲，施工必讲，放假必讲。我们不断进行各幼儿园、学校的消防演习，举办“_杯”竞赛活动，聘请法制副校长上安全教育课，配有专职保安人员负责校园安全，一切的一切都从教委4900多名师生的安全出发。</w:t>
      </w:r>
      <w:r>
        <w:rPr>
          <w:lang w:eastAsia="zh-CN"/>
        </w:rPr>
        <w:br/>
      </w:r>
      <w:r>
        <w:rPr>
          <w:lang w:eastAsia="zh-CN"/>
        </w:rPr>
        <w:t>　　集团公司对安全生产问题，绝没有丝毫的纵容和包庇。每位员工对安全制度，不但心中意识强，而且行动落实细。</w:t>
      </w:r>
      <w:r>
        <w:rPr>
          <w:lang w:eastAsia="zh-CN"/>
        </w:rPr>
        <w:br/>
      </w:r>
      <w:r>
        <w:rPr>
          <w:lang w:eastAsia="zh-CN"/>
        </w:rPr>
        <w:t>　　安全是自身最宝贵的财富，是家庭最大的幸福，是企业最稿的效益，是社会稳定的基础。没有安全，就没有生命，没有生命，就没有未来。望我们“高高兴兴上班，平平安安回家”，做一个幸福的天铁人!谢谢!</w:t>
      </w:r>
      <w:r>
        <w:rPr>
          <w:lang w:eastAsia="zh-CN"/>
        </w:rPr>
        <w:br/>
      </w:r>
      <w:r>
        <w:rPr>
          <w:lang w:eastAsia="zh-CN"/>
        </w:rPr>
        <w:t xml:space="preserve">    安全在我心中的演讲稿 篇7 </w:t>
      </w:r>
      <w:r>
        <w:rPr>
          <w:lang w:eastAsia="zh-CN"/>
        </w:rPr>
        <w:br/>
      </w:r>
      <w:r>
        <w:rPr>
          <w:lang w:eastAsia="zh-CN"/>
        </w:rPr>
        <w:t>　　尊敬的领导同志们大家好!</w:t>
      </w:r>
      <w:r>
        <w:rPr>
          <w:lang w:eastAsia="zh-CN"/>
        </w:rPr>
        <w:br/>
      </w:r>
      <w:r>
        <w:rPr>
          <w:lang w:eastAsia="zh-CN"/>
        </w:rPr>
        <w:t>　　很荣幸我能有这样的机会参加这天的“安全在我心中”演讲会。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安全就是人们在生活和生产过程中，生命得到保证，身体免于伤害，财产免于损失。安全生产是企业管理的重点，是企业发展的根本保证，安全就是效益。我们肩负着国家的财产、职工的安全。血的教训，时时刻刻印在我心中。无危则安，无损则全。企业要搞好安全生产工作，就是要时刻把人民和职工的安危放在心上。“安全在我心中”就是要做到“人人事事保安全”。</w:t>
      </w:r>
      <w:r>
        <w:rPr>
          <w:lang w:eastAsia="zh-CN"/>
        </w:rPr>
        <w:br/>
      </w:r>
      <w:r>
        <w:rPr>
          <w:lang w:eastAsia="zh-CN"/>
        </w:rPr>
        <w:t>　　人人事事保安全，关键要从我做起，从此刻做起。作为一名操作工，就更就应用——颗赤诚的心，去维护企业的安全;用安全的规章制度和周到的服务为人们营造一个良好的生产环境;以辛勤的工作，为企业的大船护航。谁不热爱自我的家，谁不珍惜自我的生命，谁不疼爱自我的父母子女。家对于每一个人来说，具有相同的含义，对于出门在外的人，家不仅仅是避风躲雨的港湾，更是一种心的归宿、情的维系。家爱的凝结，家爱能给人无限的温暖和幸福，家对于氯碱职工来讲，更具有深深的内涵。</w:t>
      </w:r>
      <w:r>
        <w:rPr>
          <w:lang w:eastAsia="zh-CN"/>
        </w:rPr>
        <w:br/>
      </w:r>
      <w:r>
        <w:rPr>
          <w:lang w:eastAsia="zh-CN"/>
        </w:rPr>
        <w:t>　　人人事事保安全，重视安全宣传、教育和培训。只有把职工的安全意识提高了，安全技术潜力提高了，才能在生产劳动过程中自觉遵守劳动纪律和安全操作规程。从“要我安全”转向“我要安全”、“我应安全”、“我能安全”、“我懂安全”，这是安全意识的飞跃，这种飞跃只有透过经常的反复的安全再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人人事事保安全，采用科学管理手段，透过危险源的辨识，根据后果的严重程度和发生事故的可能性来进行风险评价，确定重大危险源，再进行重大危险源的有效控制和管理。为了贯彻我国《安全生产法》和执行《建设工程安全生产管理条例》的有关规定，务必制定本单位安全生产事故应急预案，建立应急救援组织或者配备应急救援人员，配备必要的应急器材、设备、并定期组织演练。安全生产是一项复杂的系统工程，需要全员动手，综合治理，常抓不懈，只要安全在我们心中，没有克服不了的困难。让我们共同努力，心存安全，在建起一幢幢高楼的同时，也建起一座座平安的丰碑。安全，连着我和你，它在我心中，在你心中，在大家的心中。</w:t>
      </w:r>
      <w:r>
        <w:rPr>
          <w:lang w:eastAsia="zh-CN"/>
        </w:rPr>
        <w:br/>
      </w:r>
      <w:r>
        <w:rPr>
          <w:lang w:eastAsia="zh-CN"/>
        </w:rPr>
        <w:t>　　生命，对于我们每一个人来说，只有一次，我们更要万分珍惜。在这人海如潮滚滚红尘的现实社会中，请问您最需要什么?是金钱美女，还是功名利禄?如果让我来回答，我就说：我最需要的是安全!</w:t>
      </w:r>
      <w:r>
        <w:rPr>
          <w:lang w:eastAsia="zh-CN"/>
        </w:rPr>
        <w:br/>
      </w:r>
      <w:r>
        <w:rPr>
          <w:lang w:eastAsia="zh-CN"/>
        </w:rPr>
        <w:t>　　“孩子，绕过前面的石子。”这是母亲在我蹒跚学步时的指点。“当心路上的汽车啊!”这是父亲在我飞车上学时身后的叮咛。“隐患险于明火，防范胜于救灾，职责重于泰山”这是此刻，我和同事们每一天上班时恪守的信念，在人生的旅途上，安全伴我同行!的确，在我们离开母亲的搀扶，摇摇晃晃地行走在人生道路上以后，我们一向依靠着“安全”这个拐杖，没有它，我们可能会摔跤，可能走但是风风雨雨，更不可能到达人生辉煌的那一头。“安全”对于我是重要的，对于电信员工，它的好处在于通信系统的稳定;在于千家万户通信的畅通;更在于国家财产的安危!不讲安全，哪怕是轻轻得一铲就能阻断国家一级光缆长达几个小时;不懂安全，哪怕是小小的一只工具包就能中断近千门电话的正常通信;不要安全，哪怕只是小小的一个意念就能让_作中的生命处于危险。正是“安全”持续着电信行业高速、迅猛的发展态势，也正是“安全”让我们电信企业不断的走向“明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安全是什么?安全是一种态度。安全，对我们氯行业来说是放在首位的，我们经常讲“安全第一”。这就是我们的态度，也是我们的原则。安全是保证我们事业顺利完成的法宝，安全是我们取得效益的前提，安全对我们来说至关重要。因此我们就要事事讲安全、时时讲安全，不重视安全的后果是无法估量的、是要付出沉痛代价的。把生命握在自我手中，就是要自觉地把安全提取到“天”字号的位置上，认真学习安全规程，用心理解安全培训，只有思想上多一道防线，安全上才能多一分保障，坚决克服侥幸心理和麻痹思想，当侥幸心理闪现时请想一想：父母双鬓的白发，妻子牵挂的眼神，孩子睡梦中那甜甜的微笑，难到一切还不能打动那浮燥的心吗?当麻痹思想抬头时，请再想一想：年迈的双亲需要你床前尽孝，贤惠的妻子需要你牵手人生，可爱的儿女需要你为她避日挡风，难道这一切还不能唤醒那麻木的神经吗?生命，一旦失去就不会再有回来的时候，还有什么比幸福地活着更可贵的东西呢?珍惜生活，爱护自我，把生命握在自我手中，去享受人间的天伦之乐，去感受人间的至爱与温情，这该有多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们大家要在各自的工作岗位上，干好自我的本职工作，在工作上真正树立安全第一的思想，克服种.种困难，吸取教训，遵章守纪、严格把关、搞好自控互控，从工作的每一分钟入手，从每个安全月入手，最终实现一个个安全百天、安全千天，实现我们的奋斗目标。安全的目标不是_一个人、一天、一件事就能实现的，要_我们长期的、大家齐心协力，才能把握住安全。我们谁也不敢说会一辈子不出问题，但是我们就应有把握：低级的事故不出、能够防止的事故不出。我们要善于总结自身存在的问题，找出容易出问题的地方，竭尽全力的把事故堵在外边，尽量的提高自我防止事故的潜力，延长自我的安全周期，取得更好的安全成绩，为我们合成工段添光彩!</w:t>
      </w:r>
      <w:r>
        <w:rPr>
          <w:lang w:eastAsia="zh-CN"/>
        </w:rPr>
        <w:br/>
      </w:r>
      <w:r>
        <w:rPr>
          <w:lang w:eastAsia="zh-CN"/>
        </w:rPr>
        <w:t>　　你听，职责重于泰山的谆谆教诲声犹震耳!你看，从车间到科室，所有的人员正在自我的岗位上以认真负责的态度，扎扎实实地工作着，我坚信有了上级的正确领导，有了我们在安全方面多年积累的宝贵经验，更有一支团结拼搏，敢打硬仗的职工队伍，我们的企业必须会再创安全生产新的局面!安全是火，点燃了生命之灯!安全是灯，照亮了生命之路!安全是路，引导着生命走向新的辉煌!</w:t>
      </w:r>
      <w:r>
        <w:rPr>
          <w:lang w:eastAsia="zh-CN"/>
        </w:rPr>
        <w:br/>
      </w:r>
      <w:r>
        <w:rPr>
          <w:lang w:eastAsia="zh-CN"/>
        </w:rPr>
        <w:t>　　我的演讲结束了!多谢大家!</w:t>
      </w:r>
      <w:r>
        <w:rPr>
          <w:lang w:eastAsia="zh-CN"/>
        </w:rPr>
        <w:br/>
      </w:r>
      <w:r>
        <w:rPr>
          <w:lang w:eastAsia="zh-CN"/>
        </w:rPr>
        <w:t xml:space="preserve">    安全在我心中的演讲稿 篇8 </w:t>
      </w:r>
      <w:r>
        <w:rPr>
          <w:lang w:eastAsia="zh-CN"/>
        </w:rPr>
        <w:br/>
      </w:r>
      <w:r>
        <w:rPr>
          <w:lang w:eastAsia="zh-CN"/>
        </w:rPr>
        <w:t>　　尊敬的各位老师，同学们，你们好!</w:t>
      </w:r>
      <w:r>
        <w:rPr>
          <w:lang w:eastAsia="zh-CN"/>
        </w:rPr>
        <w:br/>
      </w:r>
      <w:r>
        <w:rPr>
          <w:lang w:eastAsia="zh-CN"/>
        </w:rPr>
        <w:t>　　安全，不是夹在书页里的诗，而是用心营造的一份安宁。</w:t>
      </w:r>
      <w:r>
        <w:rPr>
          <w:lang w:eastAsia="zh-CN"/>
        </w:rPr>
        <w:br/>
      </w:r>
      <w:r>
        <w:rPr>
          <w:lang w:eastAsia="zh-CN"/>
        </w:rPr>
        <w:t>　　安全，是心中最绚丽的彩虹，让温暖定格雨后温润的天空。</w:t>
      </w:r>
      <w:r>
        <w:rPr>
          <w:lang w:eastAsia="zh-CN"/>
        </w:rPr>
        <w:br/>
      </w:r>
      <w:r>
        <w:rPr>
          <w:lang w:eastAsia="zh-CN"/>
        </w:rPr>
        <w:t>　　安全，就是要用心践行的每一天，每一分，每一秒平凡而高贵的承诺。 校园安全，更是像空气、阳光之于我们生命一样不可缺失的责任。 这里有鲜花般的生命，这里有青草样的气息，这里更需要安全的保驾护航。</w:t>
      </w:r>
      <w:r>
        <w:rPr>
          <w:lang w:eastAsia="zh-CN"/>
        </w:rPr>
        <w:br/>
      </w:r>
      <w:r>
        <w:rPr>
          <w:lang w:eastAsia="zh-CN"/>
        </w:rPr>
        <w:t>　　楼道拥挤不留意学生会发生踩踏，课间打闹不留心学生会发生意外，课堂实验不当心学生会被烫伤，校外父母监管不利学生会受到侵害，生硬无情的事例提醒我们要留意、留心， 冰冷决绝的数字告诫我们要当心、小心。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校园安全重于泰山，我们要让安全意识时刻伴随学生左右。</w:t>
      </w:r>
      <w:r>
        <w:rPr>
          <w:lang w:eastAsia="zh-CN"/>
        </w:rPr>
        <w:br/>
      </w:r>
      <w:r>
        <w:rPr>
          <w:lang w:eastAsia="zh-CN"/>
        </w:rPr>
        <w:t>　　因为我们始终坚信：生命只有在安全中方能永葆活力，幸福只有在安全中方能永具魅力。</w:t>
      </w:r>
      <w:r>
        <w:rPr>
          <w:lang w:eastAsia="zh-CN"/>
        </w:rPr>
        <w:br/>
      </w:r>
      <w:r>
        <w:rPr>
          <w:lang w:eastAsia="zh-CN"/>
        </w:rPr>
        <w:t>　　晨曦微露，尤显寒意，我校领导早已站在学校门口，微笑着迎接学生有秩有序、高高兴兴走进校园。</w:t>
      </w:r>
      <w:r>
        <w:rPr>
          <w:lang w:eastAsia="zh-CN"/>
        </w:rPr>
        <w:br/>
      </w:r>
      <w:r>
        <w:rPr>
          <w:lang w:eastAsia="zh-CN"/>
        </w:rPr>
        <w:t>　　天色黄昏，朔风渐起，依然是他们的身影坚守岗位，直到最后一名学生离校，直到快快乐乐，稳稳当当报这一天的平安。</w:t>
      </w:r>
      <w:r>
        <w:rPr>
          <w:lang w:eastAsia="zh-CN"/>
        </w:rPr>
        <w:br/>
      </w:r>
      <w:r>
        <w:rPr>
          <w:lang w:eastAsia="zh-CN"/>
        </w:rPr>
        <w:t>　　春寒料峭，冰雪未融，是谁拿着尖锹利镐，放弃休息日为学生们扫出一条平安的绿色通道;是谁笔直地站在随时向下滑雪落冰的楼檐下，听着声声断裂声，只为提醒学生远离落冰、远离危险。</w:t>
      </w:r>
      <w:r>
        <w:rPr>
          <w:lang w:eastAsia="zh-CN"/>
        </w:rPr>
        <w:br/>
      </w:r>
      <w:r>
        <w:rPr>
          <w:lang w:eastAsia="zh-CN"/>
        </w:rPr>
        <w:t>　　春秋流感，有风袭来，是谁一次又一次检测学生们的体温，一遍又一遍给班级通风、消毒，一声又一声在校园广播里播送预防知识。</w:t>
      </w:r>
      <w:r>
        <w:rPr>
          <w:lang w:eastAsia="zh-CN"/>
        </w:rPr>
        <w:br/>
      </w:r>
      <w:r>
        <w:rPr>
          <w:lang w:eastAsia="zh-CN"/>
        </w:rPr>
        <w:t>　　是谁、迈着沉稳的脚步检查实验室、办公室、教室、食堂的用火用电、用水用气;是谁，举起坚实的手臂验证大门、护栏、体育器械是否坚固，是谁，在学生活动时，围绕在学生的身边，张开双翼保平安。是谁，在学生的身边反复叮咛：远离网吧、远离危险。</w:t>
      </w:r>
      <w:r>
        <w:rPr>
          <w:lang w:eastAsia="zh-CN"/>
        </w:rPr>
        <w:br/>
      </w:r>
      <w:r>
        <w:rPr>
          <w:lang w:eastAsia="zh-CN"/>
        </w:rPr>
        <w:t>　　是我们!是我们学校爱校如家的领导，是我们学校爱生如子的老师们，为了校园的平安，为了学生的健康，防范在先，警惕在前，合于规，慎于行，人人讲安全，时时讲安全，事事讲安全，筑起思想、行动和生命的钢铁长城。 让学生在实践中知晓安全的意义，让学生更懂得珍爱自己，让那些如鲜花般的生命，在我们手中绽放。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安全，翻弄着每个人的四季画卷，期望的是她开辟出一条条静默的时光之河，期望的是她如雨后绚丽的彩虹，给我们每个人的心中带上无冕的玫瑰花瓣。</w:t>
      </w:r>
      <w:r>
        <w:rPr>
          <w:lang w:eastAsia="zh-CN"/>
        </w:rPr>
        <w:br/>
      </w:r>
      <w:r>
        <w:rPr>
          <w:lang w:eastAsia="zh-CN"/>
        </w:rPr>
        <w:t>　　生命是悠悠飘荡于蓝天的白云，生命是风雨过后蔚然升起的彩虹，生命是绚丽如夏花的芬芳，生命是静美如秋叶的回归。</w:t>
      </w:r>
      <w:r>
        <w:rPr>
          <w:lang w:eastAsia="zh-CN"/>
        </w:rPr>
        <w:br/>
      </w:r>
      <w:r>
        <w:rPr>
          <w:lang w:eastAsia="zh-CN"/>
        </w:rPr>
        <w:t>　　这抹幽香会伴随我们的生命到永恒，这份责任永远是我们心中最绚丽的彩虹。</w:t>
      </w:r>
      <w:r>
        <w:rPr>
          <w:lang w:eastAsia="zh-CN"/>
        </w:rPr>
        <w:br/>
      </w:r>
      <w:r>
        <w:rPr>
          <w:lang w:eastAsia="zh-CN"/>
        </w:rPr>
        <w:t xml:space="preserve">    安全在我心中的演讲稿 篇9 </w:t>
      </w:r>
      <w:r>
        <w:rPr>
          <w:lang w:eastAsia="zh-CN"/>
        </w:rPr>
        <w:br/>
      </w:r>
      <w:r>
        <w:rPr>
          <w:lang w:eastAsia="zh-CN"/>
        </w:rPr>
        <w:t>　　近年来，各种各样的安全事故频繁发生，它就像魔鬼一样吞噬着人们宝贵的生命。20__年，三鹿奶粉三聚氰胺含量严重超标，全国29.4万名婴幼儿患泌尿系统结石;20__年9月2日，河南登封市郑州广贤工贸发生特别重大煤与瓦斯突出 事故，造成37人死亡，7人受伤，直接经济损失1766余万元;20__年6月5日上午8点半左右，四川成都9路公交车在川陕立交下桥处发生燃烧，造成27人遇难74人受伤......这样一个个惨痛的教训、一个个血淋淋的事实，像一把无比锋利的剑，深深的刺痛着每一个人的心灵。</w:t>
      </w:r>
      <w:r>
        <w:rPr>
          <w:lang w:eastAsia="zh-CN"/>
        </w:rPr>
        <w:br/>
      </w:r>
      <w:r>
        <w:rPr>
          <w:lang w:eastAsia="zh-CN"/>
        </w:rPr>
        <w:t>　　古人有句老话：千里之堤、溃于蚁穴。也就是说，再小的问题不加以防范，都有可能酿成严重的后果。96年前，因为一把小小的钥匙，导致坦泰尼克号沉于大海;一只飞行的小鸟，使波音747机毁人亡;一个将要熄灭的烟头，让一个偌大的加油站转瞬间变成火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假如我们的生命是数字1，容貌、财富、权力......都为1后面一个又一个的0，我们都知道，1后面的0越多代表的数字就越大。但是，如果1不存在，也就是生命不存在，那么后面所有的一切都毫无意义。</w:t>
      </w:r>
      <w:r>
        <w:rPr>
          <w:lang w:eastAsia="zh-CN"/>
        </w:rPr>
        <w:br/>
      </w:r>
      <w:r>
        <w:rPr>
          <w:lang w:eastAsia="zh-CN"/>
        </w:rPr>
        <w:t>　　随着岁月的流逝，当我们经历着一些事情，感受着幸福生活带给我们的一切时，我们开始越来越清楚的看到，尘世中最重要的东西莫过于生命安全。20__年4月21日，一电信线路维修工在南京市玄武区从井盖下钻出时，因没有向四周观看，被一辆疾驰而来的面包车撞到头部，当场死亡。十几岁的女儿长跪不起，爸爸，爸爸，女儿撕心裂肺的痛哭却怎么也不能唤醒死去的父亲时，孩子的奶奶崩溃了，痴痴呆呆的她突然狂奔过去，孩子孩子，怎么了，你这是怎么了，你睁开眼睛看看我此时此刻，也许我一时无法让你感受到当时的痛彻心扉，但我永远忘不了孩子呼唤爸爸时撕心裂肺的哭声，更忘不了母亲悲痛与呆滞的眼神，生命是最宝贵的，生命也是最神圣的，同时生命也是最脆弱的，奉劝那些可叹的的勇士们，收起你的蛮干和无知吧，对自己的轻视，就是对家庭和社会的犯罪。请伸出我们的右手，放在左侧胸膛跳动的心脏上，自问，安全我们做到了吗?我们进到车间是否穿戴好了劳保，是否都遵循安全操作规程，是否为生产为省事而没有及时整改安全隐患?我们应该感受到，我们的生命不仅仅是我们自己的，因为在我们的肩膀上面还挑着泰山一样的责任，我们的背影后面还凝聚着大海一样的深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安全不是商品，可以任你随意的去买卖;安全不是装饰物，可以任你随意的去摆设;它不是盛宴上的佳肴;也不是花草里的点缀。它是生产的灵魂，是生产效益的催化剂，是人类追求幸福和欢乐的永恒的主体。但是，它更是一块警示牌，是一道闪电，是一把刺向你心脏的剑，是一根随时可以点燃的导火线。谁轻视它，痛苦就会随时发生。</w:t>
      </w:r>
      <w:r>
        <w:rPr>
          <w:lang w:eastAsia="zh-CN"/>
        </w:rPr>
        <w:br/>
      </w:r>
      <w:r>
        <w:rPr>
          <w:lang w:eastAsia="zh-CN"/>
        </w:rPr>
        <w:t>　　国家的和谐，离不开国泰民安，企业的发展离不开安全这块基石。多一份自律，就多了一份安全的筹码，多一份惊醒，就拥有了一张通往安全的绿卡。那就让我们为自己的生命系上安全的飘带，在安全中拥有生命，在生命中拥有幸福，在幸福中更加珍视生命、重视安全。更让我们坚持科学的发展观，坚持以人为本，让安全第一、预防为主、综合治理的方针像共和国的国旗一样，永远飘扬在我们的心中!</w:t>
      </w:r>
      <w:r>
        <w:rPr>
          <w:lang w:eastAsia="zh-CN"/>
        </w:rPr>
        <w:br/>
      </w:r>
      <w:r>
        <w:rPr>
          <w:lang w:eastAsia="zh-CN"/>
        </w:rPr>
        <w:t xml:space="preserve">    安全在我心中的演讲稿 篇10 </w:t>
      </w:r>
      <w:r>
        <w:rPr>
          <w:lang w:eastAsia="zh-CN"/>
        </w:rPr>
        <w:br/>
      </w:r>
      <w:r>
        <w:rPr>
          <w:lang w:eastAsia="zh-CN"/>
        </w:rPr>
        <w:t>　　各位领导，各位同事：</w:t>
      </w:r>
      <w:r>
        <w:rPr>
          <w:lang w:eastAsia="zh-CN"/>
        </w:rPr>
        <w:br/>
      </w:r>
      <w:r>
        <w:rPr>
          <w:lang w:eastAsia="zh-CN"/>
        </w:rPr>
        <w:t>　　我演讲的题目是不要让安全成为我们心中永远的痛。</w:t>
      </w:r>
      <w:r>
        <w:rPr>
          <w:lang w:eastAsia="zh-CN"/>
        </w:rPr>
        <w:br/>
      </w:r>
      <w:r>
        <w:rPr>
          <w:lang w:eastAsia="zh-CN"/>
        </w:rPr>
        <w:t>　　安全是什么，安全是企业的生命，是家庭的幸福，是平安，更是一种珍爱生命的人生态度。春天走了会再来，花儿谢了会再开。然而，生命对我们却只有一次啊！安全这沉重的话题，带给我们的思考确实太沉重了！安全上班，安全回家，会让亲人少一份牵挂，父母多一份宽慰，家庭多一份欢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做好安全生产工作，是企业生存发展的基本要求，是事关职工群众生命财产安全，企业发展稳定的大事。坚持“安全第一、预防为主、科学管理、持续发展”的方针。在实际工作中严格遵守“三不伤害”的原则，以饱满的热情，细心的工作态度，在各自不同的岗位奉献自己的聪明才智，为企业的发展贡献自己一份力量。安全生产无小事，谁忽视，谁放松，谁就要吃苦头，谁就要受到惩罚。在工作中我们要坚决与各种各样的不安全行为、现象作斗争。当产量、质量、工程进度和效益与安全发生矛盾时，优先考虑抓好安全工作，坚决做到一切从安全出发，千方百计杜绝、遏制、消除各种不安全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千里之堤，毁于蚁穴”！警惕与安全共存，麻痹与事故相连！当侥幸心理闪现时，麻痹思想抬头时，请想一想那一幕幕血的教训。安全不是生产指标，欠产了可以追回来。安全是人命关天的头等大事，任何单位只要发生一起安全责任事故，不仅给企业造成经济损失，有时甚至会赔上生命，再想弥补，一切都晚了。历数以往发生的大大小小的事故，无一不与粗心，疏忽有关。记得年初淮海站开业前培训时，从经重点学习过南通叠石桥加油站火灾事故，一辆社会油罐车运送90#汽油15105升到南通叠石桥加油站，油品卸完后，为卸净余油，站长取下静电接地夹要求驾驶员将车辆沿外侧加油岛绕行一圈后，停放在加油站罩棚下方的两个加油岛中间，站长与押运员用一手提小铁桶从油罐车底阀接放油品。此时，油桶突然起火，并且火势迅速蔓延。当地消防车接警后先后出动近20台消防车救火。此次事故烧毁油罐车和小货车各一辆、恒山牌加油机4台、加油站钢结构罩棚严重烧塌。分析事故原因发现南通通州叠石桥加油站作业人员严重违反加油站接卸散装油品的作业规程，不接静电接地线并用铁桶接卸余油，驾驶员违规停放车辆，油站也未及时发现并制止。另外加油站接卸油作业现场管理混乱、监管不严，制度执行不到位，应急处理不当，安全教育培训不到位。南通分公司零售、物流、安全等职能部门安全检查、日常管理和监督考核不到位等诸多薄弱环节，也是造成这起事故的原因。发生这样的事故难道说是必然的吗？如果我们的安全意识强一点，我们的责任心再强一点，这样的事故是完全可以避免的。工作时一丝不苟，严格按操作规程操作，遵守一切规章制度，是生产工作得以正常进行，减少和杜绝一切安全事故的前提。从我做起，从现在做起，从日常生产工作中的每件小事做起，珍爱生命，杜绝违章作业，就是给企业、家庭创造的最大财富。</w:t>
      </w:r>
      <w:r>
        <w:rPr>
          <w:lang w:eastAsia="zh-CN"/>
        </w:rPr>
        <w:br/>
      </w:r>
      <w:r>
        <w:rPr>
          <w:lang w:eastAsia="zh-CN"/>
        </w:rPr>
        <w:t>　　“前车之鉴，后事之师”，安全工作只有起点，没有终点。“不伤害自己，不伤害他人，不被他人伤害”是我们建立和谐社会、和谐企业的基础。在每一天生活和工作中，我们每个人要始终将“安全先于一切，重于一切”的工作方针根植于心底，立足岗位，始终做到防微杜渐，警钟长鸣，把遵守各项规章制度当成维护自己的生命一样来对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每道工序、每个岗位都不是孤立存在的，而是相互呼应，紧密相连的关系。当同事需要帮忙时，当一个同事违规操作时，当有人不遵守安全操作规程时，我们就当时时提醒他“安全这根弦不能松”。同事们的这种关心、规劝多了、提醒多了，违规及不安全的举动也就少了。大家齐心协力争创安全先进集体，争当安全先进个人，因为正是“安全”保持着我们企业高速、迅猛的发展态势，也正是“安全”让我们企业不断的走向发展壮大。</w:t>
      </w:r>
      <w:r>
        <w:rPr>
          <w:lang w:eastAsia="zh-CN"/>
        </w:rPr>
        <w:br/>
      </w:r>
      <w:r>
        <w:rPr>
          <w:lang w:eastAsia="zh-CN"/>
        </w:rPr>
        <w:t>　　安全工作和我们每一个职工群众的切身利益息息相关，同时也关系到千家万户的幸福快乐。只有我们的生命有了保证，家庭才能欢乐。珍爱生命、牢记安全，其实就是善待我们自己。安全是一种责任，安全是生命的基石，安全是欢乐的阶梯。让我们肩负起安全预防这神圣的使命，高高兴兴上班来，平平安安回家去，为自己为家人为他人的幸福欢乐，共同努力吧！</w:t>
      </w:r>
      <w:r>
        <w:rPr>
          <w:lang w:eastAsia="zh-CN"/>
        </w:rPr>
        <w:br/>
      </w:r>
      <w:r>
        <w:rPr>
          <w:lang w:eastAsia="zh-CN"/>
        </w:rPr>
        <w:t>　　祝愿每个欢乐的家庭更加欢乐！</w:t>
      </w:r>
      <w:r>
        <w:rPr>
          <w:lang w:eastAsia="zh-CN"/>
        </w:rPr>
        <w:br/>
      </w:r>
      <w:r>
        <w:rPr>
          <w:lang w:eastAsia="zh-CN"/>
        </w:rPr>
        <w:t xml:space="preserve">    安全在我心中的演讲稿 篇11 </w:t>
      </w:r>
      <w:r>
        <w:rPr>
          <w:lang w:eastAsia="zh-CN"/>
        </w:rPr>
        <w:br/>
      </w:r>
      <w:r>
        <w:rPr>
          <w:lang w:eastAsia="zh-CN"/>
        </w:rPr>
        <w:t>　　天，自然界的主宰者、造物主。且不论天的“神力”有多大，而问及天之高，古有天尊、天子，都取其至高无上之意。江曾说过“安全生产是人命关天的大事，一定慎之又慎……”</w:t>
      </w:r>
      <w:r>
        <w:rPr>
          <w:lang w:eastAsia="zh-CN"/>
        </w:rPr>
        <w:br/>
      </w:r>
      <w:r>
        <w:rPr>
          <w:lang w:eastAsia="zh-CN"/>
        </w:rPr>
        <w:t>　　安全为天，安全</w:t>
      </w:r>
      <w:r>
        <w:rPr>
          <w:lang w:eastAsia="zh-CN"/>
        </w:rPr>
        <w:br/>
      </w:r>
      <w:r>
        <w:rPr>
          <w:lang w:eastAsia="zh-CN"/>
        </w:rPr>
        <w:t>　　就是企业的天，安全是企业的生命及灵魂所在。交通、运输、石油、煤炭、林业、电力等行业安全生产尤为重要。作为电力企业万千员工的一名，深知安全是电力行业的重中之重。“电力行业，安全先行”、“安全</w:t>
      </w:r>
      <w:r>
        <w:rPr>
          <w:lang w:eastAsia="zh-CN"/>
        </w:rPr>
        <w:br/>
      </w:r>
      <w:r>
        <w:rPr>
          <w:lang w:eastAsia="zh-CN"/>
        </w:rPr>
        <w:t>　　第一，预防为主”、“安全生产，人人有责”、“安全在我心中”、“安全责任重于泰山”、“实施安全生产法，人人事事保安全”，一条条、一幅幅，不仅高悬于生产现场，更深深地烙印在人们的心中。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安全是生命之本，安全是幸福之源。与安全同行，小至你、我、他，大到企业、社会乃至世界，安全就是生命与快乐的保障。生命因健康而美丽，生命因安全而保障。生命仅仅是一个过程，一个转瞬既逝的过程，短暂的如天空中的一颗消隐的流星。</w:t>
      </w:r>
      <w:r>
        <w:rPr>
          <w:lang w:eastAsia="zh-CN"/>
        </w:rPr>
        <w:br/>
      </w:r>
      <w:r>
        <w:rPr>
          <w:lang w:eastAsia="zh-CN"/>
        </w:rPr>
        <w:t>　　有多少次警钟长鸣，就有多少个血泪辛酸的故事。白发苍苍老母的悲痛欲绝、弱妻幼子的孤苦无助、企业的无形损失……众多的事故统计表明，除客观的设备事故和自然灾害外，主要的责任者事故源于人们的安全意识淡薄、违章蛮干。乌拉山发电厂“4。29”人身触电事故，当事人在未采取任何隔离措施的情况下，误登带电间隔，严重烧伤。如此淡薄的安全意识，如此淡薄的自我保护意识，不仅直接伤害了自己，更对企业、家庭、亲人造成了伤害。“5。8”京达机械伤害，当事人被行走小车与龙门吊顶部钢架挤伤头部，抢救无效死亡。生命之星在这一刻</w:t>
      </w:r>
      <w:r>
        <w:rPr>
          <w:lang w:eastAsia="zh-CN"/>
        </w:rPr>
        <w:br/>
      </w:r>
      <w:r>
        <w:rPr>
          <w:lang w:eastAsia="zh-CN"/>
        </w:rPr>
        <w:t>　　落了。违章指挥、违章作业、不履行工作票手续，造成了不必要的惨重事故。死去的魂灵在呻吟。西水自备电厂检修工在炉膛内检修时，未戴安全帽，被交叉作业掉落的耐火砖砸中，一死一伤。生产现场必须戴安全帽，多么基本的安全常识。习惯性违章造成的惨痛悲剧，在血和泪的浸泡中凄婉地哀述，可悲、可叹、可恨、可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事故实践证明，盲目自满情绪，必然导致麻痹大意、放松警惕，这正是滋生事故的温床。机械设备存在的作业环境中所潜藏的事故隐患，归根结底要依靠人们及时发现和正确处理。行为来自思想，事情所表现的具体性结果，往往都来自于某种看不到的力量；在我们听到枪声以前，子弹是早已发射出去的。决定性的事情完成于思想之中。安全意识强的人，则往往忽视安全，违章指挥、作业，常常造成事故。一个正确的认识，需要经历由实践到认识，在由认识到实践的反复过程。安全意识的树立、培养和提高，是一个始终持续的过程。</w:t>
      </w:r>
      <w:r>
        <w:rPr>
          <w:lang w:eastAsia="zh-CN"/>
        </w:rPr>
        <w:br/>
      </w:r>
      <w:r>
        <w:rPr>
          <w:lang w:eastAsia="zh-CN"/>
        </w:rPr>
        <w:t>　　安全是企业的生命线，是企业生产正常进行的重要条件，是企业生产正常进行的最大保障。企业与每一位员工息息相关，同呼吸、共命脉。企业的利益是以企业的安全为保障的。任何企业与劳动者都必须把安全生产作为头等大事，意识不到或疏忽这一点，必须酿成大错，扮演害人、害己、害企业的悲痛角色。要实现安全生产，除了要加强管理、严格规章制度、加大宣传力度，更重要的是培养职工树立牢固的安全意识。安全意识是人们在安全活动中所具有的态度。安全意识的.强或弱，对企业的安全生产有直接的影响。在工作中，始终应该坚持“安全第一”总则，这不仅是对我们每一位员工的规范，更是保障我们自身和他人生命、健康不受侵害，享受人生幸福的保证。</w:t>
      </w:r>
      <w:r>
        <w:rPr>
          <w:lang w:eastAsia="zh-CN"/>
        </w:rPr>
        <w:br/>
      </w:r>
      <w:r>
        <w:rPr>
          <w:lang w:eastAsia="zh-CN"/>
        </w:rPr>
        <w:t>　　认真学习安全生产法，努力提高安全意识，严格执行安全生产责任制，坚决抵制违章作业、指挥，做到“四不伤害”。因为只有意识到安全警戒线的存在，才不致越雷池一步。</w:t>
      </w:r>
      <w:r>
        <w:rPr>
          <w:lang w:eastAsia="zh-CN"/>
        </w:rPr>
        <w:br/>
      </w:r>
      <w:r>
        <w:rPr>
          <w:lang w:eastAsia="zh-CN"/>
        </w:rPr>
        <w:t>　　民以食为天，企业以安全为天。天空因晴朗、明亮而美丽，生命因安全而灿烂，企业因安全而腾飞。在安全这片天空下，我们将走得更远！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安全在我心中的演讲稿 篇12 </w:t>
      </w:r>
      <w:r>
        <w:rPr>
          <w:lang w:eastAsia="zh-CN"/>
        </w:rPr>
        <w:br/>
      </w:r>
      <w:r>
        <w:rPr>
          <w:lang w:eastAsia="zh-CN"/>
        </w:rPr>
        <w:t>　　各位评委，同行们，大家好!</w:t>
      </w:r>
      <w:r>
        <w:rPr>
          <w:lang w:eastAsia="zh-CN"/>
        </w:rPr>
        <w:br/>
      </w:r>
      <w:r>
        <w:rPr>
          <w:lang w:eastAsia="zh-CN"/>
        </w:rPr>
        <w:t>　　我所演讲的题目是安全铭记我心中。</w:t>
      </w:r>
      <w:r>
        <w:rPr>
          <w:lang w:eastAsia="zh-CN"/>
        </w:rPr>
        <w:br/>
      </w:r>
      <w:r>
        <w:rPr>
          <w:lang w:eastAsia="zh-CN"/>
        </w:rPr>
        <w:t>　　安全是家庭幸福、社会进步以及企业发展永恒的主旋律。可以说安全就像自己的影子，时刻跟随在我们身边，你把他当朋友，他会时刻给你劝告，让你远离危险，当你把他看作讨厌的绊脚石，那么直到有一天，父母的呼唤没有了回答，儿女的期盼成为泡影时，你再去找他，他已经随你远去。</w:t>
      </w:r>
      <w:r>
        <w:rPr>
          <w:lang w:eastAsia="zh-CN"/>
        </w:rPr>
        <w:br/>
      </w:r>
      <w:r>
        <w:rPr>
          <w:lang w:eastAsia="zh-CN"/>
        </w:rPr>
        <w:t>　　安全的意义我们不能再熟悉，几乎每次谈到安全，我们都会说，个人的安全才有家庭的美满和幸福，家庭的和睦才有社会的和谐，社会的稳定才有民族的强大和国家的繁荣。所以说，安全、有效地做好我们本职的工作就是对国家发展和民族强大最有利的支撑。</w:t>
      </w:r>
      <w:r>
        <w:rPr>
          <w:lang w:eastAsia="zh-CN"/>
        </w:rPr>
        <w:br/>
      </w:r>
      <w:r>
        <w:rPr>
          <w:lang w:eastAsia="zh-CN"/>
        </w:rPr>
        <w:t>　　说到这里，不由的想起了前不久发生的汶川地震。当灾难发生，部队和武警指战员在第一时间冲到前线，连续奋战，昼夜不停地解救受难群众，多少官兵冒死冲进灾区，连续急行军十几个小时的强度已经非常人所能承受，而坍塌的蜀道和暴雨足可以让太多的人都望路兴叹，更有山崖的落石紧随身后，他们没有犹豫，没有退缩，灾情就是命令。人民子弟兵正是用他们这种不抛弃，不放弃的信念创造着一个又一个生命的奇迹，人民在和平时期养育着他们，然而当人民遇到困难和危险的时候，他们毫不畏惧，挺身而出，坚守住了他们的岗位，坚守住了他们的阵地，更坚守了人民军队的尊严。</w:t>
      </w:r>
      <w:r>
        <w:rPr>
          <w:lang w:eastAsia="zh-CN"/>
        </w:rPr>
        <w:br/>
      </w:r>
    </w:p>
    <w:p w:rsidR="001B1F19" w14:textId="27C3F48A">
      <w:pPr>
        <w:rPr>
          <w:rFonts w:hint="eastAsia"/>
          <w:lang w:eastAsia="zh-CN"/>
        </w:rPr>
      </w:pPr>
      <w:r>
        <w:rPr>
          <w:lang w:eastAsia="zh-CN"/>
        </w:rPr>
        <w:t>　　另一边，医疗工作者们作为救援工作的重要环节，履行着他们救死扶的伤神圣义务。当自己的儿子尚埋在废墟，生死未卜，但为了争取抢救时间，为了更多受伤群众的生命，他们同样义无返顾的坚守在自己的岗位，用平凡的工作，不平凡的举动打动着我们每一位华人的心。当灾难降临，面对死神他们没有犹豫，展开臂膀紧紧地护住了学生其实他们有机会逃生，但在面对自己和孩子的生死抉择面前，他们选择了学生。这是一种多么勇敢的行为，他们用生命谱写着壮丽的生命之歌!此刻死神望而却步，他不忍践踏眼前的人民教师用生命所捍卫的尊严下盛开的花朵。当救援人员强忍悲痛，含着泪水不得不锯断老师坚硬的臂膀时，所有在场的人员再也无法平静，他们为眼前所发生的一切所深深的触动，巴蜀大地的山川为之震颤，所有的国人为之沉默。折断我的翅膀让你飞翔，还有什么更能说明我们的人民教师是如何用实际行动去教育他的学生，甚至给全国人民都深深的上了一课的呢?</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https://d.book118.com/696144100201010043</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6144100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