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2024年诚信演讲稿</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2024年诚信演讲稿_中华的美德（通用30篇）</w:t>
      </w:r>
      <w:r>
        <w:rPr>
          <w:lang w:eastAsia="zh-CN"/>
        </w:rPr>
        <w:br/>
      </w:r>
      <w:r>
        <w:rPr>
          <w:lang w:eastAsia="zh-CN"/>
        </w:rPr>
        <w:t xml:space="preserve">    2024年诚信演讲稿_中华的美德 篇1 </w:t>
      </w:r>
      <w:r>
        <w:rPr>
          <w:lang w:eastAsia="zh-CN"/>
        </w:rPr>
        <w:br/>
      </w:r>
      <w:r>
        <w:rPr>
          <w:lang w:eastAsia="zh-CN"/>
        </w:rPr>
        <w:t>　　尊敬的老师、亲爱的同学们:</w:t>
      </w:r>
      <w:r>
        <w:rPr>
          <w:lang w:eastAsia="zh-CN"/>
        </w:rPr>
        <w:br/>
      </w:r>
      <w:r>
        <w:rPr>
          <w:lang w:eastAsia="zh-CN"/>
        </w:rPr>
        <w:t>　　大家好!今天我演讲的题目是诚信考试，让人生更有意义。</w:t>
      </w:r>
      <w:r>
        <w:rPr>
          <w:lang w:eastAsia="zh-CN"/>
        </w:rPr>
        <w:br/>
      </w:r>
      <w:r>
        <w:rPr>
          <w:lang w:eastAsia="zh-CN"/>
        </w:rPr>
        <w:t>　　以前有这样一则报道：有一名在德国求学的中国留学生，以优异的成绩毕业，但求职却屡屡受挫。当他得知原因竟是自己信用记录上的三次公交逃票处罚记录时，他质问道：我不否认这个。但为了这点小事，你们就放弃了一个多次在学报上发表过论文的人才?</w:t>
      </w:r>
      <w:r>
        <w:rPr>
          <w:lang w:eastAsia="zh-CN"/>
        </w:rPr>
        <w:br/>
      </w:r>
      <w:r>
        <w:rPr>
          <w:lang w:eastAsia="zh-CN"/>
        </w:rPr>
        <w:t>　　德国公司的人力资源部经理回答道：小事?我们并不认为这是小事。我们注意到，第一次逃票是在你来我们国家后的第一个星期，检查人员相信了你的解释，因为你说自己还不熟悉自助售票系统，只是给你补了票。但在这之后，你又两次逃票。</w:t>
      </w:r>
      <w:r>
        <w:rPr>
          <w:lang w:eastAsia="zh-CN"/>
        </w:rPr>
        <w:br/>
      </w:r>
      <w:r>
        <w:rPr>
          <w:lang w:eastAsia="zh-CN"/>
        </w:rPr>
        <w:t>　　那也罪不至死吧?干吗那么较真?以后改还不行吗?</w:t>
      </w:r>
      <w:r>
        <w:rPr>
          <w:lang w:eastAsia="zh-CN"/>
        </w:rPr>
        <w:br/>
      </w:r>
      <w:r>
        <w:rPr>
          <w:lang w:eastAsia="zh-CN"/>
        </w:rPr>
        <w:t>　　不，先生。此事证明了两点：一、你不尊重规则，不仅如此，你擅于发现规则中的漏洞并恶意使用;二、你不值得信任，而我们公司的许多工作是必须 依靠信任进行的，所以我们没有办法雇佣你，可以确切地说，在我们国家甚至整个欧盟，你可能找不到雇佣你的公司，因为没人会冒这个险的。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微软中国研究院院长李开复在谈论纳贤之道时也说：对一个公司来说，首先是言而有信，第二才是才干。有才干而不取信，给公司带来的损害比能力差的人更大。</w:t>
      </w:r>
      <w:r>
        <w:rPr>
          <w:lang w:eastAsia="zh-CN"/>
        </w:rPr>
        <w:br/>
      </w:r>
      <w:r>
        <w:rPr>
          <w:lang w:eastAsia="zh-CN"/>
        </w:rPr>
        <w:t>　　可见，诚信对于每个人至关重要。一个有良好信誉的人，就可以受人尊重地通行于社会，信誉就是你的通行证。相反，只要你敢一次不讲信用，透支诚信，你就会失去许多许多的机会。</w:t>
      </w:r>
      <w:r>
        <w:rPr>
          <w:lang w:eastAsia="zh-CN"/>
        </w:rPr>
        <w:br/>
      </w:r>
      <w:r>
        <w:rPr>
          <w:lang w:eastAsia="zh-CN"/>
        </w:rPr>
        <w:t>　　因此，诚信不仅是一种声誉，也是一种资源，更是一种财富。</w:t>
      </w:r>
      <w:r>
        <w:rPr>
          <w:lang w:eastAsia="zh-CN"/>
        </w:rPr>
        <w:br/>
      </w:r>
      <w:r>
        <w:rPr>
          <w:lang w:eastAsia="zh-CN"/>
        </w:rPr>
        <w:t>　　不知不觉，我们即将迎来本学期的期中考试。</w:t>
      </w:r>
      <w:r>
        <w:rPr>
          <w:lang w:eastAsia="zh-CN"/>
        </w:rPr>
        <w:br/>
      </w:r>
      <w:r>
        <w:rPr>
          <w:lang w:eastAsia="zh-CN"/>
        </w:rPr>
        <w:t>　　我们都知道，考试作为一种评价手段，历来是检测教育教学质量、检验我们的学习效果以及选拔、培养人才的重要手段。通过对考试结果的分析，我们可 以了解并提升 教师的教与学生的学的质量。考得好，说明我们这两个月的学习方法得当，我们需要做的是持之以恒，不断超越自我，以争取更大的成功;考得不好，说明 我们前一阶段的学习要么是态度不够端正，要么是方法不够得当，我们需要做的是，好好分析一下原因，查漏补缺，调整心态，刻苦努力，以便迎头赶上，不至于让 自己在错误的道路上迷失太远。关键要记住精诚所至，金石为开。只有注重日常积累，扎扎实实地开展学习，努力形成良好的学习习惯和学习方法，在学习过程 中锻炼自己的意志，磨练自己的品质，我们才会收获属于自己的成功。</w:t>
      </w:r>
      <w:r>
        <w:rPr>
          <w:lang w:eastAsia="zh-CN"/>
        </w:rPr>
        <w:br/>
      </w:r>
      <w:r>
        <w:rPr>
          <w:lang w:eastAsia="zh-CN"/>
        </w:rPr>
        <w:t>　　因此，考试也就特别需要公平与公正，但是，只有过程的公平才能保证结果的公正，才能保证评价的真实可靠，也才能为我们的下一步行动提供最为切实的指导。这就需要我们的诚信做保证。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如果仅是为了相对漂亮的分数，或是逃避一时的难堪，而在自己的回忆里留下了不光彩的一笔，岂不可惜?也许有些同学害怕考试成绩不理想，可是即使 自己的成绩不理想，也不能在考试中采取不正当的手段。一个考试作弊的人，不仅仅是治学态度的问题，更是个人思想品质和人格问题;他拿到的是带着面具的分 数，丢失的也是自己心灵的纯洁。我们应当做一个光明磊落的人，做一个诚信的人!赢要赢得别人心服口服，即使输也要输的坦坦荡荡。真诚希望各位同学凭自己的 辛勤汗水和真才实学，在考场上发挥出色水平，以诚信考试为荣，以违纪作弊为耻，弘扬求实学风，维护知识尊严!</w:t>
      </w:r>
      <w:r>
        <w:rPr>
          <w:lang w:eastAsia="zh-CN"/>
        </w:rPr>
        <w:br/>
      </w:r>
      <w:r>
        <w:rPr>
          <w:lang w:eastAsia="zh-CN"/>
        </w:rPr>
        <w:t>　　那么，我们应如何做到诚信考试呢?</w:t>
      </w:r>
      <w:r>
        <w:rPr>
          <w:lang w:eastAsia="zh-CN"/>
        </w:rPr>
        <w:br/>
      </w:r>
      <w:r>
        <w:rPr>
          <w:lang w:eastAsia="zh-CN"/>
        </w:rPr>
        <w:t>　　首先，我们要排除外界干扰，正确认识考试对评价自己的重要性。充分利用点滴时间，认真复习，满怀信心地迎接考试。</w:t>
      </w:r>
      <w:r>
        <w:rPr>
          <w:lang w:eastAsia="zh-CN"/>
        </w:rPr>
        <w:br/>
      </w:r>
      <w:r>
        <w:rPr>
          <w:lang w:eastAsia="zh-CN"/>
        </w:rPr>
        <w:t>　　第二，我们提高自身修养，做一名诚信学生。请同学们切记：分数诚可贵，奖励价更高，若为诚信故，两者皆可抛。我们要以诚信的态度对待每一场考试，考出真实水平。</w:t>
      </w:r>
      <w:r>
        <w:rPr>
          <w:lang w:eastAsia="zh-CN"/>
        </w:rPr>
        <w:br/>
      </w:r>
      <w:r>
        <w:rPr>
          <w:lang w:eastAsia="zh-CN"/>
        </w:rPr>
        <w:t>　　第三、在考试过程中尊重监考老师，端正学习与考试的态度，严格遵守考试规章制度，实事求是，杜绝一切考试作弊形式。</w:t>
      </w:r>
      <w:r>
        <w:rPr>
          <w:lang w:eastAsia="zh-CN"/>
        </w:rPr>
        <w:br/>
      </w:r>
      <w:r>
        <w:rPr>
          <w:lang w:eastAsia="zh-CN"/>
        </w:rPr>
        <w:t>　　第四，弘扬诚信正义。树立与不良风气作斗争的信心和勇气，勇于检举揭发考试作弊行为。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第五，树立文明考风、诚信考试从我做起的信念。千里之行始于足下，良好的学风，文明的校风，应当从自己做起、从现在做起，人人争做诚信考试人，班班争做诚信考试班，只有这样才能打造出一个诚信的实中校园。</w:t>
      </w:r>
      <w:r>
        <w:rPr>
          <w:lang w:eastAsia="zh-CN"/>
        </w:rPr>
        <w:br/>
      </w:r>
      <w:r>
        <w:rPr>
          <w:lang w:eastAsia="zh-CN"/>
        </w:rPr>
        <w:t>　　同学们，对待期中考试，我们要认真准备，也需要调整心态，从容面对。岂能尽如人意，但求无愧吾心。相信，当你手捧着充满诚信的答卷，面对老师、面对父母时，他们一定会因你拥有诚信的品质而骄傲，同时，你也会为自己感到自豪。</w:t>
      </w:r>
      <w:r>
        <w:rPr>
          <w:lang w:eastAsia="zh-CN"/>
        </w:rPr>
        <w:br/>
      </w:r>
      <w:r>
        <w:rPr>
          <w:lang w:eastAsia="zh-CN"/>
        </w:rPr>
        <w:t>　　我们坚信，诚信，会赋予考试更多的意义，也会让我们的人生更有意义。</w:t>
      </w:r>
      <w:r>
        <w:rPr>
          <w:lang w:eastAsia="zh-CN"/>
        </w:rPr>
        <w:br/>
      </w:r>
      <w:r>
        <w:rPr>
          <w:lang w:eastAsia="zh-CN"/>
        </w:rPr>
        <w:t>　　书山有路勤为径，学海无涯苦作舟。亲爱的同学们，就让我们互勉共进，自觉遵守考试纪律和有关规定，坚决杜绝作弊，用诚信撑起一片蔚蓝的天 空，让诚信留守校园，让诚信永驻心间，用扎实的知识、求实的态度和顽强的拼搏精神，向自己、老师、父母交一份完美答卷，为自己赢得一份真实的成绩!</w:t>
      </w:r>
      <w:r>
        <w:rPr>
          <w:lang w:eastAsia="zh-CN"/>
        </w:rPr>
        <w:br/>
      </w:r>
      <w:r>
        <w:rPr>
          <w:lang w:eastAsia="zh-CN"/>
        </w:rPr>
        <w:t>　　最后，我衷心祝愿同学们在期中考试中取得优异成绩，同时，也交出一份展现实中人应有品格的完美答卷!</w:t>
      </w:r>
      <w:r>
        <w:rPr>
          <w:lang w:eastAsia="zh-CN"/>
        </w:rPr>
        <w:br/>
      </w:r>
      <w:r>
        <w:rPr>
          <w:lang w:eastAsia="zh-CN"/>
        </w:rPr>
        <w:t>　　我的演讲完毕，谢谢大家。</w:t>
      </w:r>
      <w:r>
        <w:rPr>
          <w:lang w:eastAsia="zh-CN"/>
        </w:rPr>
        <w:br/>
      </w:r>
      <w:r>
        <w:rPr>
          <w:lang w:eastAsia="zh-CN"/>
        </w:rPr>
        <w:t xml:space="preserve">    2024年诚信演讲稿_中华的美德 篇2 </w:t>
      </w:r>
      <w:r>
        <w:rPr>
          <w:lang w:eastAsia="zh-CN"/>
        </w:rPr>
        <w:br/>
      </w:r>
      <w:r>
        <w:rPr>
          <w:lang w:eastAsia="zh-CN"/>
        </w:rPr>
        <w:t>　　诚信是金，诚信是胜，诚信是称，它衡量着人的言行，处事方法，对人态度，它胜利于人们拥有的其它东西。还记得有一个故事，一位年轻人在自己拥有健康，美貌，诚信机敏才学金钱荣誉七个背囊中要挑一个出来以减轻负担，他竟将诚信丢掉了!那就是愚蠢的做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诚信对己，也就是人们常常说要对得起自己的良心。还记得掩耳盗铃的故事吗?那就是自欺欺人的最明显例子。一个人，如果连自己也不能坦诚相待，那他注定一辈子只能生活在自欺欺人的世界里，永远不敢挺直腰杆面对自己，面对生活。</w:t>
      </w:r>
      <w:r>
        <w:rPr>
          <w:lang w:eastAsia="zh-CN"/>
        </w:rPr>
        <w:br/>
      </w:r>
      <w:r>
        <w:rPr>
          <w:lang w:eastAsia="zh-CN"/>
        </w:rPr>
        <w:t>　　对自己诚实，才能真正正大光明地去对待生活，挺胸昂头于天地之间!</w:t>
      </w:r>
      <w:r>
        <w:rPr>
          <w:lang w:eastAsia="zh-CN"/>
        </w:rPr>
        <w:br/>
      </w:r>
      <w:r>
        <w:rPr>
          <w:lang w:eastAsia="zh-CN"/>
        </w:rPr>
        <w:t>　　诚信对人，是我们正确处理人际关系的态度。还记得曾子杀猪的故事吗?曾子为了履行对儿子的诺言，杀掉了家中唯一一头猪，曾子的言行不但维护自己的诚信原则，也对儿子进行了诚信教育。诚信，也是企业的生命，当今社会企业家的辛勤工作竞争尤为激烈，但也不能影响人们对诚信条约的丝毫动摇。因为对对手的欺骗，也就是对自己的实力不肯定，它还会直接导致经济利益的受损;相反，因为对客户诚信，反而会获得客户的信赖，赢得更大的经济效益。</w:t>
      </w:r>
      <w:r>
        <w:rPr>
          <w:lang w:eastAsia="zh-CN"/>
        </w:rPr>
        <w:br/>
      </w:r>
      <w:r>
        <w:rPr>
          <w:lang w:eastAsia="zh-CN"/>
        </w:rPr>
        <w:t>　　对他人诚信是一种道德品质，会使你的人生更美丽!</w:t>
      </w:r>
      <w:r>
        <w:rPr>
          <w:lang w:eastAsia="zh-CN"/>
        </w:rPr>
        <w:br/>
      </w:r>
      <w:r>
        <w:rPr>
          <w:lang w:eastAsia="zh-CN"/>
        </w:rPr>
        <w:t>　　诚信对社会，诚信对国家，是诚信对己，诚信对人的升华。它不再是一种行为，一种态度，而是上升为另一种精神。一种对国家忠诚，对社会忠心的精神，成为一种民族不倒的灵魂。</w:t>
      </w:r>
      <w:r>
        <w:rPr>
          <w:lang w:eastAsia="zh-CN"/>
        </w:rPr>
        <w:br/>
      </w:r>
      <w:r>
        <w:rPr>
          <w:lang w:eastAsia="zh-CN"/>
        </w:rPr>
        <w:t>　　对社会诚信，你的人格也会得到升华!</w:t>
      </w:r>
      <w:r>
        <w:rPr>
          <w:lang w:eastAsia="zh-CN"/>
        </w:rPr>
        <w:br/>
      </w:r>
      <w:r>
        <w:rPr>
          <w:lang w:eastAsia="zh-CN"/>
        </w:rPr>
        <w:t>　　诚信，在你我心中。因此，诚信是人之所以称之为人的基本标准。</w:t>
      </w:r>
      <w:r>
        <w:rPr>
          <w:lang w:eastAsia="zh-CN"/>
        </w:rPr>
        <w:br/>
      </w:r>
      <w:r>
        <w:rPr>
          <w:lang w:eastAsia="zh-CN"/>
        </w:rPr>
        <w:t>　　让诚信的风吹遍世界!</w:t>
      </w:r>
      <w:r>
        <w:rPr>
          <w:lang w:eastAsia="zh-CN"/>
        </w:rPr>
        <w:br/>
      </w:r>
      <w:r>
        <w:rPr>
          <w:lang w:eastAsia="zh-CN"/>
        </w:rPr>
        <w:t xml:space="preserve">    2024年诚信演讲稿_中华的美德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诗人说，诚信是三月的春风，是五月的花海;商人说诚信是宝贵的信富;诚实是力量的是一种美德一种象征，它显示着一个人的高度自重和内心的安全感与尊严感。诚信是中华民族的传统美德之一。诚信对于建设人。类社会文明都是极为重要的。一个忠诚老实的人对客观事物的认识能力也是有限的，不可能事事时时准确地反映客观事物的内在规律。因此，忠诚老实的人也有可能犯错误，但同虚伪的人犯错误的性质不同。诚实的人犯错误是由于认识能力和认识方法方面问题造成的，而虚伪的人犯错误则是由于不诚实，属于道德品质问题。</w:t>
      </w:r>
      <w:r>
        <w:rPr>
          <w:lang w:eastAsia="zh-CN"/>
        </w:rPr>
        <w:br/>
      </w:r>
      <w:r>
        <w:rPr>
          <w:lang w:eastAsia="zh-CN"/>
        </w:rPr>
        <w:t>　　所谓守信，就是信守诺言，说话算数，讲信誉，重信用，履行自己应承担的义务。</w:t>
      </w:r>
      <w:r>
        <w:rPr>
          <w:lang w:eastAsia="zh-CN"/>
        </w:rPr>
        <w:br/>
      </w:r>
      <w:r>
        <w:rPr>
          <w:lang w:eastAsia="zh-CN"/>
        </w:rPr>
        <w:t>　　诚实和守信两者意思是相通的，是互相联系在一起的。诚实是守信的基础，守信是诚实的具体表现，不诚实很难做到守信，不守信也很难说是真正的诚实。“诚实”是真实不欺，”信”也是真实不欺。诚实侧重于对客观事实的反映是真实的，对自己内心的思想、情感的表达是真实的。守信侧重于对自己应承担，履行的责任和义务的忠实，毫无保留地实践自己的诺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我国是个文明古国、礼仪之邦。历来重视诚实守信的道德修养。东汉许慎着《说文解字》说：“信，诚也”，古代的圣贤哲人对诚信有诸多阐述。“君子之言，信而有征”。征，为证明，证验之意，“言之所以为言者，信也;言而不信，何以为言?”就是说人说话要算数。“诚信者;天下之结也”，意思是说讲诚信，是天下行为准则的关键;孔子也多次讲过诚信，如：“信则人任焉;”“自古皆有死，民无信不立。”孟子论诚信：“至诚而不动者，未之有也;不诚，未有能动者也。”荀子认为“养心莫善于诚”。墨子也极讲诚信：“志不强者智不达，言不信者行不果。”老子把诚信作为人生行为的重要准则：“轻诺必寡信，多易必多难。”庄子也极重诚信：“真者，精诚之至也。不精不诚，不能动人”。庄子把“本真”看做是精诚之极至，不精不诚，就不能感动人。这就把诚信提高到一个新的境界。韩非子则认为“巧诈不如拙诚。”总之，古代的圣贤哲人把诚信作为一项崇高的美德加以颂扬。</w:t>
      </w:r>
      <w:r>
        <w:rPr>
          <w:lang w:eastAsia="zh-CN"/>
        </w:rPr>
        <w:br/>
      </w:r>
      <w:r>
        <w:rPr>
          <w:lang w:eastAsia="zh-CN"/>
        </w:rPr>
        <w:t>　　因此，无论社会如何发展，诚实作为中华民族的传统美德应该永被传承!</w:t>
      </w:r>
      <w:r>
        <w:rPr>
          <w:lang w:eastAsia="zh-CN"/>
        </w:rPr>
        <w:br/>
      </w:r>
      <w:r>
        <w:rPr>
          <w:lang w:eastAsia="zh-CN"/>
        </w:rPr>
        <w:t xml:space="preserve">    2024年诚信演讲稿_中华的美德 篇4 </w:t>
      </w:r>
      <w:r>
        <w:rPr>
          <w:lang w:eastAsia="zh-CN"/>
        </w:rPr>
        <w:br/>
      </w:r>
      <w:r>
        <w:rPr>
          <w:lang w:eastAsia="zh-CN"/>
        </w:rPr>
        <w:t>　　老师、同学们：</w:t>
      </w:r>
      <w:r>
        <w:rPr>
          <w:lang w:eastAsia="zh-CN"/>
        </w:rPr>
        <w:br/>
      </w:r>
      <w:r>
        <w:rPr>
          <w:lang w:eastAsia="zh-CN"/>
        </w:rPr>
        <w:t>　　大家好!我演讲的题目是《做人“诚信”》。</w:t>
      </w:r>
      <w:r>
        <w:rPr>
          <w:lang w:eastAsia="zh-CN"/>
        </w:rPr>
        <w:br/>
      </w:r>
      <w:r>
        <w:rPr>
          <w:lang w:eastAsia="zh-CN"/>
        </w:rPr>
        <w:t>　　金子，大家都知道，那是一个闪闪发光，又有许多用的东西。但是最美的是金子吗?不，最美的是诚信。</w:t>
      </w:r>
      <w:r>
        <w:rPr>
          <w:lang w:eastAsia="zh-CN"/>
        </w:rPr>
        <w:br/>
      </w:r>
      <w:r>
        <w:rPr>
          <w:lang w:eastAsia="zh-CN"/>
        </w:rPr>
        <w:t>　　诚信是做人之本。你可以没有财富，你可以没有健康，但是你不能没有诚信。</w:t>
      </w:r>
      <w:r>
        <w:rPr>
          <w:lang w:eastAsia="zh-CN"/>
        </w:rPr>
        <w:br/>
      </w:r>
      <w:r>
        <w:rPr>
          <w:lang w:eastAsia="zh-CN"/>
        </w:rPr>
        <w:t>　　一个人没有了诚信，身边就不会有朋友;一个人没有诚信，那么他就是大家所厌恶的对象;一个人没有了诚信，那么他就是社会的危险品。</w:t>
      </w:r>
      <w:r>
        <w:rPr>
          <w:lang w:eastAsia="zh-CN"/>
        </w:rPr>
        <w:br/>
      </w:r>
      <w:r>
        <w:rPr>
          <w:lang w:eastAsia="zh-CN"/>
        </w:rPr>
        <w:t>　　诚信即待人处事真诚、老实、讲信誉，言必行、行必果，一言九鼎，一诺千金。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诚信体现在日常生活中的小事，是一件一件累计起来的。诚信，说起来容易，做起来却难。</w:t>
      </w:r>
      <w:r>
        <w:rPr>
          <w:lang w:eastAsia="zh-CN"/>
        </w:rPr>
        <w:br/>
      </w:r>
      <w:r>
        <w:rPr>
          <w:lang w:eastAsia="zh-CN"/>
        </w:rPr>
        <w:t>　　在日常生活中，你答应别人的一件小事，即使是很小很小的事，都一定要做到，因为这直接联系着你的人品。</w:t>
      </w:r>
      <w:r>
        <w:rPr>
          <w:lang w:eastAsia="zh-CN"/>
        </w:rPr>
        <w:br/>
      </w:r>
      <w:r>
        <w:rPr>
          <w:lang w:eastAsia="zh-CN"/>
        </w:rPr>
        <w:t>　　在现在的二十一世纪，要通过考试的时候非常多，比如，司机们上路要考驾照，学生们上学要考试，业务员上岗要考资格证。往往在这些时候，为了能蒙混过关，就有些人投机取巧作弊。这正是违反诚信的一大规则，虽然事情很小，但是也关系到我们的诚信。</w:t>
      </w:r>
      <w:r>
        <w:rPr>
          <w:lang w:eastAsia="zh-CN"/>
        </w:rPr>
        <w:br/>
      </w:r>
      <w:r>
        <w:rPr>
          <w:lang w:eastAsia="zh-CN"/>
        </w:rPr>
        <w:t>　　做人是做人之本，所以做人必须得要有诚信，这样才能赢得别人的尊重。</w:t>
      </w:r>
      <w:r>
        <w:rPr>
          <w:lang w:eastAsia="zh-CN"/>
        </w:rPr>
        <w:br/>
      </w:r>
      <w:r>
        <w:rPr>
          <w:lang w:eastAsia="zh-CN"/>
        </w:rPr>
        <w:t xml:space="preserve">    2024年诚信演讲稿_中华的美德 篇5 </w:t>
      </w:r>
      <w:r>
        <w:rPr>
          <w:lang w:eastAsia="zh-CN"/>
        </w:rPr>
        <w:br/>
      </w:r>
      <w:r>
        <w:rPr>
          <w:lang w:eastAsia="zh-CN"/>
        </w:rPr>
        <w:t>　　大家好!</w:t>
      </w:r>
      <w:r>
        <w:rPr>
          <w:lang w:eastAsia="zh-CN"/>
        </w:rPr>
        <w:br/>
      </w:r>
      <w:r>
        <w:rPr>
          <w:lang w:eastAsia="zh-CN"/>
        </w:rPr>
        <w:t>　　诚实，即诚实守信，言行一致，不文饰，不虚美，胸怀坦荡，光明磊落。它如隽永的长河奔腾至今，内涵却从未有过改变，九州华夏，因它而灿烂。</w:t>
      </w:r>
      <w:r>
        <w:rPr>
          <w:lang w:eastAsia="zh-CN"/>
        </w:rPr>
        <w:br/>
      </w:r>
      <w:r>
        <w:rPr>
          <w:lang w:eastAsia="zh-CN"/>
        </w:rPr>
        <w:t>　　曾“富甲华夏”、“汇通天下”的晋商，留下了山西人善于经商、善于理财的佳话，“凡是有麻雀的地方，就有山西商人”。他们靠的是什么?就是“诚信”二。他们以关公的“义”来摒弃“见利忘义”的不良动机，凝聚同仁;以关公的“信”来摒弃欺诈、伪劣等行为，取信于社会，取信于顾主。以讲信誉著称的晋商比比皆是，他们在经营活动中总结出许多商谚，如“售货无诀窍，信誉第一条”;“宁叫赔折腰，不让客吃亏”;“秤平，斗满，尺满足”等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诚信是人最美丽的外套，是心灵最圣洁的鲜花;诚信是价格不菲的鞋子，踏遍千山万水，质量也永恒不变;诚信是一面镜子，一旦打破，人格就会出现裂痕。</w:t>
      </w:r>
      <w:r>
        <w:rPr>
          <w:lang w:eastAsia="zh-CN"/>
        </w:rPr>
        <w:br/>
      </w:r>
      <w:r>
        <w:rPr>
          <w:lang w:eastAsia="zh-CN"/>
        </w:rPr>
        <w:t>　　有一种诚信忠于朋友，“宝剑脱相赠，平生一片心”;有一种诚信，忠于顾客，“无诚信，无以立商海”;有一种诚信忠于祖国，“鞠躬尽瘁，死而后已”，这是一种怎样的坚定?</w:t>
      </w:r>
      <w:r>
        <w:rPr>
          <w:lang w:eastAsia="zh-CN"/>
        </w:rPr>
        <w:br/>
      </w:r>
      <w:r>
        <w:rPr>
          <w:lang w:eastAsia="zh-CN"/>
        </w:rPr>
        <w:t>　　有人说意志是灵魂的载体，那么诚信便是灵魂的重量，我们的一生不正是为这重量而奋斗而完善自我吗?可这重量意味着什么?</w:t>
      </w:r>
      <w:r>
        <w:rPr>
          <w:lang w:eastAsia="zh-CN"/>
        </w:rPr>
        <w:br/>
      </w:r>
      <w:r>
        <w:rPr>
          <w:lang w:eastAsia="zh-CN"/>
        </w:rPr>
        <w:t>　　包括我在内的很多同学都曾向父母许下孝的承诺，相信来日方长，相信水到渠成，相信自己必有功成名就衣锦还乡的一天，可以从容尽孝，这是个多么纯洁而伟大的诺言!可苦学路上，有多少人在面临挫折时还记得这个承诺?诚信，即使是平日里一个小小的约定，也意味着我们必须坚强面对一切，无论荣耀，无论挫败。</w:t>
      </w:r>
      <w:r>
        <w:rPr>
          <w:lang w:eastAsia="zh-CN"/>
        </w:rPr>
        <w:br/>
      </w:r>
      <w:r>
        <w:rPr>
          <w:lang w:eastAsia="zh-CN"/>
        </w:rPr>
        <w:t>　　时间会过去，记忆会过去，但高尚的品质却是一生相随的。用诚信面对人生，任何事都会显得自然，沉稳。</w:t>
      </w:r>
      <w:r>
        <w:rPr>
          <w:lang w:eastAsia="zh-CN"/>
        </w:rPr>
        <w:br/>
      </w:r>
      <w:r>
        <w:rPr>
          <w:lang w:eastAsia="zh-CN"/>
        </w:rPr>
        <w:t>　　让我们插上诚信的翅膀，自由飞翔，飞过广袤蓝天，飞过沧山泱水，飞过人生绵延的河流与险峻的山峦，飞到乌云散尽，飞到阳光普照!</w:t>
      </w:r>
      <w:r>
        <w:rPr>
          <w:lang w:eastAsia="zh-CN"/>
        </w:rPr>
        <w:br/>
      </w:r>
      <w:r>
        <w:rPr>
          <w:lang w:eastAsia="zh-CN"/>
        </w:rPr>
        <w:t>　　我的演讲到此，谢谢大家！</w:t>
      </w:r>
      <w:r>
        <w:rPr>
          <w:lang w:eastAsia="zh-CN"/>
        </w:rPr>
        <w:br/>
      </w:r>
      <w:r>
        <w:rPr>
          <w:lang w:eastAsia="zh-CN"/>
        </w:rPr>
        <w:t xml:space="preserve">    2024年诚信演讲稿_中华的美德 篇6 </w:t>
      </w:r>
      <w:r>
        <w:rPr>
          <w:lang w:eastAsia="zh-CN"/>
        </w:rPr>
        <w:br/>
      </w:r>
      <w:r>
        <w:rPr>
          <w:lang w:eastAsia="zh-CN"/>
        </w:rPr>
        <w:t>　　尊敬的老师、同学们：</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诚信十分重要，必须要尽力兑现答应别人的事情。</w:t>
      </w:r>
      <w:r>
        <w:rPr>
          <w:lang w:eastAsia="zh-CN"/>
        </w:rPr>
        <w:br/>
      </w:r>
      <w:r>
        <w:rPr>
          <w:lang w:eastAsia="zh-CN"/>
        </w:rPr>
        <w:t>　　曾子的妻子为了不让儿子与她去偏远的市集，就哄儿子说回来杀猪吃。当妻子回来的时候，看见曾子正要去杀猪，就对曾子说这是哄儿子的话。曾子说要让孩子从小就守信，家长也是孩子的“教师”。之后，妻子履行了自我对儿子的许诺。</w:t>
      </w:r>
      <w:r>
        <w:rPr>
          <w:lang w:eastAsia="zh-CN"/>
        </w:rPr>
        <w:br/>
      </w:r>
      <w:r>
        <w:rPr>
          <w:lang w:eastAsia="zh-CN"/>
        </w:rPr>
        <w:t>　　虽然曾子的时代离我们十分遥远，可是从古至今，他深受大家的爱戴，我也十分尊敬曾子。那个时代的人都能讲诚信，何况是此刻的我们呢?在现代社会，受欢迎的人也必定是讲诚信的。有诚信的人，信守诺言的人，不会轻易地向别人许诺，如果许了诺，就得守时守约。答应别人的事情，还要是自我能做到的事情。文中的妻子如果没有守信用会怎样?会让孩子不重视诚信，长大了会骗人。</w:t>
      </w:r>
      <w:r>
        <w:rPr>
          <w:lang w:eastAsia="zh-CN"/>
        </w:rPr>
        <w:br/>
      </w:r>
      <w:r>
        <w:rPr>
          <w:lang w:eastAsia="zh-CN"/>
        </w:rPr>
        <w:t>　　为什么美国的信用率那么高?为什么他们的银行几乎不追信用卡的债务?美国作为一个世界金融中心，作为一个世界消费大国，信用卡是各种金融交易的必备品，没有信用卡，几乎做不了任何一笔大额交易，购买不了大额物品。想申请信用卡可不容易，你必须没有一次拖欠债务，没有逃票记录……等等才能申请。并且在美国，真的离不开信用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有一名聪明的青年，在一所名牌大学就读，被教师给予了很高的期望。可是，当这名青年发此刻车站用些小聪明能够逃票时，他十分高兴，就想着为了省些钱，逃了几次票。当他毕业以后，以为自我是十分优秀的成绩毕业的优等生，去大公司工作不会有任何问题，可是他被拒绝的原因就是因为这几次逃票记录。他失去了很多的好机会，申请信用卡也没有成功，无法购买汽车，无法购买房子。可见信用是多么的重要。</w:t>
      </w:r>
      <w:r>
        <w:rPr>
          <w:lang w:eastAsia="zh-CN"/>
        </w:rPr>
        <w:br/>
      </w:r>
      <w:r>
        <w:rPr>
          <w:lang w:eastAsia="zh-CN"/>
        </w:rPr>
        <w:t>　　在同学之间要讲信用，在家中也要有信用，不论做任何事情都要有信用，因为诚信是金。</w:t>
      </w:r>
      <w:r>
        <w:rPr>
          <w:lang w:eastAsia="zh-CN"/>
        </w:rPr>
        <w:br/>
      </w:r>
      <w:r>
        <w:rPr>
          <w:lang w:eastAsia="zh-CN"/>
        </w:rPr>
        <w:t xml:space="preserve">    2024年诚信演讲稿_中华的美德 篇7 </w:t>
      </w:r>
      <w:r>
        <w:rPr>
          <w:lang w:eastAsia="zh-CN"/>
        </w:rPr>
        <w:br/>
      </w:r>
      <w:r>
        <w:rPr>
          <w:lang w:eastAsia="zh-CN"/>
        </w:rPr>
        <w:t>　　早在古时，诚信就已受到了重视。着名教育家孔子认为，在社会生活中，信是一个人的立身之本，如果不守信，也就失去了做人的基本条件。就连伟大的奸雄曹操也深知守信之重要：要夺取天下，赢得天下人之心，不守信焉能服众?</w:t>
      </w:r>
      <w:r>
        <w:rPr>
          <w:lang w:eastAsia="zh-CN"/>
        </w:rPr>
        <w:br/>
      </w:r>
      <w:r>
        <w:rPr>
          <w:lang w:eastAsia="zh-CN"/>
        </w:rPr>
        <w:t>　　其实，做到诚信并不难，关于它，我们身边就有不少&amp;&amp;记得有一次，我和妈妈上街去玩，突然听见啪的一声，原来是车胎爆了。我们只好到附近的车行去修，修车的是一个老头，他笑眯眯地接过自行车，动作熟练，仔细地检查后，告诉我们车胎被硬物刺破了，并给我们内外胎都换上了新的，而且只收了25元，我想他肯定是一个善良热心的人。这场风波结束以后，我们觉得很口渴，就到较远的商店去买饮料，付钱使才发现妈妈钱包不见了，一定是落在修车那里了。这就麻烦了，如果别人拿了不认帐我们也没办法，包里可有好几百块钱了呀!正当我们急匆匆往回赶时，迎面却碰上了那个老头，手里捏着妈妈的包，气喘吁吁地赶过来：你们的钱钱包忘拿了，不不然就麻烦了!我们高兴得不得了，十分感激，真是一个诚信善良的好人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你知道这个故事吗?早年在尼泊尔的喜马拉雅山南麓很少有外国人涉足。后来，许多日本人到这里观光旅游，据说这是源于一位少年的诚信。一天，几位日本摄影师请当地一位少年代买啤酒，这位少年为之跑了3个多小时。第二天，那个少年又自告奋勇地再替他们买啤酒。这次摄影师们给了他很多钱，但直到第三天下午那个少年还没回来。于是，摄影师们议论纷纷，都认为那个少年把钱骗走了。第三天夜里，那个少年却敲开了摄影师的门。原来，他只购得4瓶啤酒，尔后，他又翻了一座山，趟过一条河才购得另外6瓶，返回时摔坏了3瓶。他哭着拿着碎玻璃片，向摄影师交回零钱，在场的人无不动容。这个故事使许多外国人深受感动。后来，到这儿的游客就越来越多</w:t>
      </w:r>
      <w:r>
        <w:rPr>
          <w:lang w:eastAsia="zh-CN"/>
        </w:rPr>
        <w:br/>
      </w:r>
      <w:r>
        <w:rPr>
          <w:lang w:eastAsia="zh-CN"/>
        </w:rPr>
        <w:t>　　有人说，诚信是金。而我认为金子有价，诚信无价，诚信更胜于金。失去了做人最基本的诚信，纵然有万贯家财，又有什么意义可言?诚信是无形的财富，是人间最美好的财富!</w:t>
      </w:r>
      <w:r>
        <w:rPr>
          <w:lang w:eastAsia="zh-CN"/>
        </w:rPr>
        <w:br/>
      </w:r>
      <w:r>
        <w:rPr>
          <w:lang w:eastAsia="zh-CN"/>
        </w:rPr>
        <w:t xml:space="preserve">    2024年诚信演讲稿_中华的美德 篇8 </w:t>
      </w:r>
      <w:r>
        <w:rPr>
          <w:lang w:eastAsia="zh-CN"/>
        </w:rPr>
        <w:br/>
      </w:r>
      <w:r>
        <w:rPr>
          <w:lang w:eastAsia="zh-CN"/>
        </w:rPr>
        <w:t>　　今天，诚信掉进了水里，掉进了“幸福”、“地位”、“竞争”的漩涡。一个路人路过，指着无底的漩涡，意味深长地叹了口气：“没有诚信，快乐不会长久，地位是假的，竞争的荣誉必然离开。”</w:t>
      </w:r>
      <w:r>
        <w:rPr>
          <w:lang w:eastAsia="zh-CN"/>
        </w:rPr>
        <w:br/>
      </w:r>
      <w:r>
        <w:rPr>
          <w:lang w:eastAsia="zh-CN"/>
        </w:rPr>
        <w:t>　　是的，我们班的诚信今天不小心“掉进水里”了。原因很简单：老师给学生检查的时候出错了，分数降低了，但是学生没有去找老师，而是把分数藏得像珍宝一样，甚至有学生去找那些不属于自己的分数。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当老师沉重地告诉我们这个不应该属于一班的现象时，全班鸦雀无声，面面相觑，带着疑惑、谦虚、隐瞒和愤怒。我呢?原来的85分变成了84分，但是因为老师又给我出了一道错题，我丢了1分。</w:t>
      </w:r>
      <w:r>
        <w:rPr>
          <w:lang w:eastAsia="zh-CN"/>
        </w:rPr>
        <w:br/>
      </w:r>
      <w:r>
        <w:rPr>
          <w:lang w:eastAsia="zh-CN"/>
        </w:rPr>
        <w:t>　　可以说我的内心应该是平静而自豪的。我觉得很多同学多减了一分，但我跟他们不一样。我的分坦荡，真实;而一些1点揭示了信用危机的可怕面纱。</w:t>
      </w:r>
      <w:r>
        <w:rPr>
          <w:lang w:eastAsia="zh-CN"/>
        </w:rPr>
        <w:br/>
      </w:r>
      <w:r>
        <w:rPr>
          <w:lang w:eastAsia="zh-CN"/>
        </w:rPr>
        <w:t>　　其实大家应该都很熟悉“诚信”这个词。从小学第一课开始，老师就向我们揭示了诚信的重要性。“诚信”这个词不仅仅局限于我们这个小阶层，更是一个社会话题。诚实是做人的基本原则，也是我们前进的通行证。我们所做的一切都应该建立在诚实和正直的基础上。否则，我们的心永远不会安宁，也不会享受自我肯定的快乐。诚实赋予一个人公平生活的品格，使生活诚实可靠，防止灵魂互相利用欺骗。</w:t>
      </w:r>
      <w:r>
        <w:rPr>
          <w:lang w:eastAsia="zh-CN"/>
        </w:rPr>
        <w:br/>
      </w:r>
      <w:r>
        <w:rPr>
          <w:lang w:eastAsia="zh-CN"/>
        </w:rPr>
        <w:t>　　经过这段经历，“诚信”二字的含义和重要性在我心中留下了不可磨灭的印记。保持诚信的理念既是义务也是责任!在诚实的枷锁下，不要做出不整洁的选择，否则你的生活会很不整洁!</w:t>
      </w:r>
      <w:r>
        <w:rPr>
          <w:lang w:eastAsia="zh-CN"/>
        </w:rPr>
        <w:br/>
      </w:r>
      <w:r>
        <w:rPr>
          <w:lang w:eastAsia="zh-CN"/>
        </w:rPr>
        <w:t xml:space="preserve">    2024年诚信演讲稿_中华的美德 篇9 </w:t>
      </w:r>
      <w:r>
        <w:rPr>
          <w:lang w:eastAsia="zh-CN"/>
        </w:rPr>
        <w:br/>
      </w:r>
      <w:r>
        <w:rPr>
          <w:lang w:eastAsia="zh-CN"/>
        </w:rPr>
        <w:t>　　诚信是一颗星，一颗天幕中最小的星,但他却努力地绽放出最闪亮的光;诚信是一杯浓浓的热茶，它让疲惫的人们感到慰藉，以至于沁人心脾；诚信是一条溪流，一条大海中最不起眼的溪流。可是，若没有那一颗颗小的星，哪来天空中千万颗星；若没有那一条条不起眼的溪流，哪来那一望无垠的大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我曾看过这样一个故事。</w:t>
      </w:r>
      <w:r>
        <w:rPr>
          <w:lang w:eastAsia="zh-CN"/>
        </w:rPr>
        <w:br/>
      </w:r>
      <w:r>
        <w:rPr>
          <w:lang w:eastAsia="zh-CN"/>
        </w:rPr>
        <w:t>　　某公司财务主管王女士，为公司外出收债。在回来的途中，由于出车祸，王女士的同事不幸生亡，王女士也受了重伤，已经是半晕迷状态，就在这时一位路过的青年人张某，他看是已经快不行的王女士，他正抱着准备走时，王女士醒来她说：“别急，车里还有个箱子，里面是债款你把这帮送回某公司，就在这时王女士也死了，这时对张某来说时一个发财的好机会，他可能十年、二十年也找不到箱子里那么多钱，他把钱拿走后准也不知道。可是，张某把王女士和同事安排好后，自已拿着箱子找到了王女士说的那家公司，正在着急的总经理听到这个消息，十分高兴，撑着张某的手连说谢谢。</w:t>
      </w:r>
      <w:r>
        <w:rPr>
          <w:lang w:eastAsia="zh-CN"/>
        </w:rPr>
        <w:br/>
      </w:r>
      <w:r>
        <w:rPr>
          <w:lang w:eastAsia="zh-CN"/>
        </w:rPr>
        <w:t>　　这不就是诚信的美好体现吗？也许有些人会拿着一箱子的钱跑掉，可也会有些人像故事中的张某一样，把钱送到公司里去。把钱划给别人,把良心划给自己。</w:t>
      </w:r>
      <w:r>
        <w:rPr>
          <w:lang w:eastAsia="zh-CN"/>
        </w:rPr>
        <w:br/>
      </w:r>
      <w:r>
        <w:rPr>
          <w:lang w:eastAsia="zh-CN"/>
        </w:rPr>
        <w:t>　　诚信，也许可以在一些微不足道的事情中体现。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一个顾客走进一家汽车维修店，自称是某运输公司的汽车司机。“在我的帐单上多写点零件，我回公司报销后，有你一份好处。”他对店主说。但店主拒绝了这样的要求。顾客纠缠说：“我的生意不算小，会常来的，你肯定能赚很多钱！”店主告诉他，这事无论如何也不会做。顾客气急败坏的嚷道：“谁都会这么干的，我看你是太傻了。”店主火了，他要那个顾客马上离开，到别处谈这种生意去。这时顾客露出微笑并满怀敬佩的握住店主的手：“我就是那家运输公司的老板，我一直在寻找一个固定的、信得过的维修店，你还让我到哪里去谈这笔生意呢？”</w:t>
      </w:r>
      <w:r>
        <w:rPr>
          <w:lang w:eastAsia="zh-CN"/>
        </w:rPr>
        <w:br/>
      </w:r>
      <w:r>
        <w:rPr>
          <w:lang w:eastAsia="zh-CN"/>
        </w:rPr>
        <w:t>　　面对诱惑，不怦然心动，不为其所惑，虽平淡如行云，质朴如流水，却让人领略到一种山高海深。这是一种闪光的.品格——诚信。</w:t>
      </w:r>
      <w:r>
        <w:rPr>
          <w:lang w:eastAsia="zh-CN"/>
        </w:rPr>
        <w:br/>
      </w:r>
      <w:r>
        <w:rPr>
          <w:lang w:eastAsia="zh-CN"/>
        </w:rPr>
        <w:t>　　诚信的体现并不在于多么明显，多么宏伟，就是在一件小事中也能将“诚信”这闪光的品质展现出来。</w:t>
      </w:r>
      <w:r>
        <w:rPr>
          <w:lang w:eastAsia="zh-CN"/>
        </w:rPr>
        <w:br/>
      </w:r>
      <w:r>
        <w:rPr>
          <w:lang w:eastAsia="zh-CN"/>
        </w:rPr>
        <w:t>　　诚信在我心，让我们行动起来，来宣扬美德，继承传统，让诚信与血液相结合，永永远远的在我们的心中流淌，在我们心中永存……来吧，同学们行动起来吧，让我们行动起来，让诚信传遍人间，让诚信的光芒普照在世界的每一个角落；普照在每个人的心间……</w:t>
      </w:r>
      <w:r>
        <w:rPr>
          <w:lang w:eastAsia="zh-CN"/>
        </w:rPr>
        <w:br/>
      </w:r>
      <w:r>
        <w:rPr>
          <w:lang w:eastAsia="zh-CN"/>
        </w:rPr>
        <w:t xml:space="preserve">    2024年诚信演讲稿_中华的美德 篇10 </w:t>
      </w:r>
      <w:r>
        <w:rPr>
          <w:lang w:eastAsia="zh-CN"/>
        </w:rPr>
        <w:br/>
      </w:r>
      <w:r>
        <w:rPr>
          <w:lang w:eastAsia="zh-CN"/>
        </w:rPr>
        <w:t>　　尊敬的老师，亲爱的同学们：</w:t>
      </w:r>
      <w:r>
        <w:rPr>
          <w:lang w:eastAsia="zh-CN"/>
        </w:rPr>
        <w:br/>
      </w:r>
      <w:r>
        <w:rPr>
          <w:lang w:eastAsia="zh-CN"/>
        </w:rPr>
        <w:t>　　大家好!</w:t>
      </w:r>
      <w:r>
        <w:rPr>
          <w:lang w:eastAsia="zh-CN"/>
        </w:rPr>
        <w:br/>
      </w:r>
      <w:r>
        <w:rPr>
          <w:lang w:eastAsia="zh-CN"/>
        </w:rPr>
        <w:t>　　什么是诚信?顾名思义，诚实守信。诚信，作为中华文明古国的传统美德，几千年来，受到人们的自觉信奉和推崇。然而，时至今日，我们为何又重提诚信?是的，这是因为有许多的事令人骇然：假烟、假酒、假种子、假化肥、假文凭、假职称、假名字不胜枚举。“人而无信，不知其可也”，失去诚信，必定失去发展的空间，失去坚强有力的支持，失去人格和尊严。诚信是由诚和信两个概念组成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诚，就是真诚，诚实;信，就是守承诺，讲信用。通俗地讲，诚信就是说老实话，办老实事，做老实人。诚实守信是中华民族的传统美德。哲人的人而无信，不知其可也，民间的一言既出，驷马难追，无不说明了诚信的重要性。诚实守信是我们每个人都应遵守的生活准则。因为只有以诚待人，别人才会同样以诚相待。很多人都听过这样一个故事，一个叫孟信的人，家里很穷，无米下锅，只有一头病牛。一天他外出，他的侄子将牛牵到集市上卖了。孟信回来后非常生气，责备他的侄子不该把病牛卖给人家，并亲自找到买主将钱如数退还，牵回了自家的病牛。透过历史的烟尘，我们清楚地看到孟信手中紧紧牵住的绝不是一头生病的黄牛，而是一条健康与高尚的道德纤绳，它将一个人的人品、修养引入了纯洁的圣地。这就是诚信的力量。</w:t>
      </w:r>
      <w:r>
        <w:rPr>
          <w:lang w:eastAsia="zh-CN"/>
        </w:rPr>
        <w:br/>
      </w:r>
      <w:r>
        <w:rPr>
          <w:lang w:eastAsia="zh-CN"/>
        </w:rPr>
        <w:t>　　诚信对于一个人很重要，对于一个国家则更为重要。一个不讲诚信的个人是社会的危险品，而一个不讲诚信的民族是莫大的悲哀。因此，我们中职学生更应身体力行，从我做起，这样才能在不久的将来担负起建设祖国的重任。“言必信，行必果。”著名的海尔集团曾有过一次这样的经历：在与客户签发合同之后，由于种.种原因，公司延误了发货时间，为了信守合同，公司决定采用空运，为此损失了一大笔钱，却由此赢得了信誉。总裁自豪的说：“我们之所以成功，是因为宁可失去所有的财产，也不愿失去信用。古语说“一诺千金”，无论是在日常生活中，还是在企业经营中，诚信都是最基本的准则。</w:t>
      </w:r>
      <w:r>
        <w:rPr>
          <w:lang w:eastAsia="zh-CN"/>
        </w:rPr>
        <w:br/>
      </w:r>
      <w:r>
        <w:rPr>
          <w:lang w:eastAsia="zh-CN"/>
        </w:rPr>
        <w:t xml:space="preserve">    2024年诚信演讲稿_中华的美德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在社会主义市场经济的条件下，“假”、“虚”、“骗”正在成为一种“公害”。似乎“骗”能“发财”、“虚”能“升官”，谎言正在误国。为此，需要大力提倡求真务实的“诚”德。市场经济是“契约经济”，订立“合同”与遵守“合同”，都讲究一个“信”。人无信不立，家无信不睦，业无信不兴，国无信不宁。</w:t>
      </w:r>
      <w:r>
        <w:rPr>
          <w:lang w:eastAsia="zh-CN"/>
        </w:rPr>
        <w:br/>
      </w:r>
      <w:r>
        <w:rPr>
          <w:lang w:eastAsia="zh-CN"/>
        </w:rPr>
        <w:t>　　一、何谓诚信? 诚信，从一定意义上说，是忠诚老实、遵守信用的简称。诚信包含了以下几方面内容：</w:t>
      </w:r>
      <w:r>
        <w:rPr>
          <w:lang w:eastAsia="zh-CN"/>
        </w:rPr>
        <w:br/>
      </w:r>
      <w:r>
        <w:rPr>
          <w:lang w:eastAsia="zh-CN"/>
        </w:rPr>
        <w:t>　　其一，诚信首先是一种规范。它是人们行为的一种范式，是协调人际关系的一种基本要求。对于这一基本含义，我国古代思想家有过充分的论述，认为君子说话、立论都应该诚实、无妄，才能建功立业。第一次明确将诚信作为规范来定位的是孟子。孟子把杜会的人伦关系归结为五个方面，即父子关系、君臣关系、夫妇关系、长幼关东、朋友关系，简称“五伦”。将“朋友有信”作为处理朋友关系的基本规范。在现代社会，诚信作为一种行为规范，不仅调节朋友关系，而且调节广泛的人际关系。当前社会所形成的诚信讨论热点，就是其广泛性的体现。因此，仅仅从职业角色理解诚信，特别是仅仅从商业角度理解诚信，将诚信仅仅看作是一种商业规范，是不全面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其二，诚信是一种制度。所谓制度，就是社会所要求的人们的行为模式。制度是一种规范形式，但在现实生活中，并不是所有的规范都以制度的形式存在。诚信作为人们的行为范式和人际关系模式，要制度化才能持久，才有力量。春秋时期思想家管子最先从管理国家的角度提出诚信。只有坚持诚信这种制度，才能集结人心，天下人团结一致才有保证。韩非进一步充实了管子的这一思想，并将日常生活的诚信与立国治世的诚信结合起来，指出：“小信成则大信立，故明主积于信。”将诚信作为一种制度来认识，严格地说，应该是近现代的事情，是市场经济发展的产物。信用是一切经济活动的基础，市场经济离不开信用这一基础。马克思在《资本论》中就明确提出，竞争和信用是资本集中的两个最强有力的扛杆。随着资本主义银行的诞生和发展，信用得到了进一步发展，并在社会生活中发挥着越来越重要的作用。因此，可以这样说，没有信用就没有正常的金融秩序和市场经济。诚信，则是信用制度的思想道德基础和精神支柱。</w:t>
      </w:r>
      <w:r>
        <w:rPr>
          <w:lang w:eastAsia="zh-CN"/>
        </w:rPr>
        <w:br/>
      </w:r>
      <w:r>
        <w:rPr>
          <w:lang w:eastAsia="zh-CN"/>
        </w:rPr>
        <w:t>　　正是在这个意义上，今天我们讲诚信，人们大都是从经济制度上去定位。然而，诚信在当今社会，不仅是一个经济伦理学范畴，而且还是一个社会学范畴。诚信作为一种制度，不但是一种经济制度，同时也是一种政治制度和道德制度。今天经济生活中的诚信缺失，往往与政治生活、道德生活中的诚信缺失有着密切关系。</w:t>
      </w:r>
      <w:r>
        <w:rPr>
          <w:lang w:eastAsia="zh-CN"/>
        </w:rPr>
        <w:br/>
      </w:r>
      <w:r>
        <w:rPr>
          <w:lang w:eastAsia="zh-CN"/>
        </w:rPr>
        <w:t>　　其三，诚信是人品。诚信，从根本上说是一种人品修养，是做人的根本准则。关于这一点，我国古人有论述，《春秋&amp;梁传》说：“人之所以为人者，言也。人而不能言，何以为人?言之所以为言音，信也。言而无信，何以为言?”孔子提出“民无信不立”。荀子把是否有“信”作为区分君子与小人的重要道德标准;甚至在人们认为充满诡道的，《孙子兵法》中，孙子也将“信”与“智、仁、勇、严”一起，作为将帅必须具备的基本道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二、诚信是中华民族的传统美德</w:t>
      </w:r>
      <w:r>
        <w:rPr>
          <w:lang w:eastAsia="zh-CN"/>
        </w:rPr>
        <w:br/>
      </w:r>
      <w:r>
        <w:rPr>
          <w:lang w:eastAsia="zh-CN"/>
        </w:rPr>
        <w:t>　　孔子的学生曾子说：“我每天都要多次反省自己，检查自己和别人商量的事情是不是忠诚去办了;和朋友交往是不是守信用了;老师传授的知识是不是认真复习了”。 有一次，曾子的妻子到集市上去买东西，她的小儿子也要跟着去。她不让去，小儿子就在后面哇哇地哭起来。“好孩子，你回家，等我回来给你杀猪吃。”孩子信以为真，不哭了。这话也被曾子听见了。 曾子的妻子从集市上回来，看到曾子在霍霍地磨刀，像是真要杀猪的样子，她不禁扑地笑了，急忙上前劝阻说：“我说杀猪只不过是哄孩予，你倒认真起来了。”曾子说：“不能和孩子随便开玩笑。孩子小，还没有分辨是非的能力，事事处处都模仿着父母的言行，听父母的教诲。现在你向他说谎话，这是教孩子说谎呀。母亲现在说谎，孩子长大也要向别人说慌，不能这样教育孩子。”于是，曾子就把猪杀了，曾子的妻子也按自己说的去办，把猪肉给孩子吃。&amp;&amp;这是古人讲诚信的一个典型实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诚信”是中华民族几千年来始终崇尚的一种基本美德”，诚就是真实不欺，既不自欺，也不欺人。对自己，要真心实意地为善去恶，以诚讲德;对他人，要开诚布公，无所隐瞒。诚信的表现形式是：内诚于心，外化于人，言必信，行必果。__大报告提出公民道德建设要以诚信为重点，是对中华民族传统美德的继承和弘扬。古代先哲们都认为，诚是一切道德行为的基础和从事道德修养的前提，无诚则无德。诚也是一个人为学和立业之根本，无诚事难成。而信以诚为基础，以义为准绳。诚信要求人们守信履约，不弄虚作假，不欺诈为恶。</w:t>
      </w:r>
      <w:r>
        <w:rPr>
          <w:lang w:eastAsia="zh-CN"/>
        </w:rPr>
        <w:t xml:space="preserve"> 可以说，中国古代的诚信思想与现代市场经济的发展需要是一致的。现代西方经济学的开山界祖亚当&amp;斯密早在1762年就曾说过，在市场经济的初期，因为法律的不完备，商品交易只得依靠良心来维系，因而商品交换推动了诚信道德的生长和进步。在现代市场经济中，只有坚持诚信，才会产生双赢的结果;失信违约，必将导致两败俱伤的结局。所以诚信是我国社会主义市场经济中的基本道德要求。它是经济活动主体取得成功的生命线，是商品生产、经营和经济往来中不朽的道德灵魂，是竞争主体核心竞争力的源泉之一。</w:t>
      </w:r>
      <w:r>
        <w:rPr>
          <w:lang w:eastAsia="zh-CN"/>
        </w:rPr>
        <w:br/>
      </w:r>
      <w:r>
        <w:rPr>
          <w:lang w:eastAsia="zh-CN"/>
        </w:rPr>
        <w:t>　　三、诚实是为人之本，也是生存之本</w:t>
      </w:r>
      <w:r>
        <w:rPr>
          <w:lang w:eastAsia="zh-CN"/>
        </w:rPr>
        <w:br/>
      </w:r>
      <w:r>
        <w:rPr>
          <w:lang w:eastAsia="zh-CN"/>
        </w:rPr>
        <w:t>　　1、一个班有六个班长，用人单位选哪个? 据《人民日报》华东版报道，用人单位透露，在一次招聘收到的84份大学毕业生自荐表中，发现有5人同时为同一学校的学生会主席，6人同时为同校同班“品学兼优”的班长。</w:t>
      </w:r>
      <w:r>
        <w:rPr>
          <w:lang w:eastAsia="zh-CN"/>
        </w:rPr>
        <w:br/>
      </w:r>
    </w:p>
    <w:p w:rsidR="001B1F19" w14:textId="27C3F48A">
      <w:pPr>
        <w:rPr>
          <w:rFonts w:hint="eastAsia"/>
          <w:lang w:eastAsia="zh-CN"/>
        </w:rPr>
      </w:pPr>
      <w:r>
        <w:rPr>
          <w:lang w:eastAsia="zh-CN"/>
        </w:rPr>
        <w:t>　　调查中，有学生在高校周围的复印店发现，有人把别人的英语等级考试证书、计算机等级考试证书、奖学金证书、优秀学生干部奖状以及发表过的文章，改头换面复印，就变成了自己的“辉煌经历”，堂而皇之地交给用人单位。大学生求职履历该不该“掺水”?有学生认为，造假的确错误。但是，在激烈的求职竞争中，如实说明情况，常常难获考官青睐;而一些制造假简历的学生反而顺利就业，客观上让人觉得诚实的不如弄虚作假的。所以，履历“掺水”，也是“无奈之举”。殊不知，履历造假终非长久之计，即使侥幸蒙混过关，进了单位后也会露出马脚的。</w:t>
      </w:r>
      <w:r>
        <w:rPr>
          <w:lang w:eastAsia="zh-CN"/>
        </w:rPr>
        <w:br/>
      </w:r>
      <w:r>
        <w:rPr>
          <w:lang w:eastAsia="zh-CN"/>
        </w:rPr>
        <w:t>　　2、伪造成绩单被取消入学资格</w:t>
      </w:r>
      <w:r>
        <w:rPr>
          <w:lang w:eastAsia="zh-CN"/>
        </w:rPr>
        <w:br/>
      </w:r>
      <w:r>
        <w:rPr>
          <w:lang w:eastAsia="zh-CN"/>
        </w:rPr>
        <w:t>　　据美国洛杉矶媒体报道，一名中国留学生在申请攻读美国加利福尼亚大学洛杉矶分校的博士学位时，因提供伪造成绩单不仅被取消入学资格，而巳被他正在攻读硕士学位的另外一所大学开除。该生提供的成绩单中有七门课程没有修读，多项成绩被篡改，三封推荐信中所称赞的也是他未修过的课程。</w:t>
      </w:r>
      <w:r>
        <w:rPr>
          <w:lang w:eastAsia="zh-CN"/>
        </w:rPr>
        <w:br/>
      </w:r>
      <w:r>
        <w:rPr>
          <w:lang w:eastAsia="zh-CN"/>
        </w:rPr>
        <w:t>　　为此，洛杉矾分校宣布，加强对申请就读该杖博士学位的外国学生，尤其是中国大陆学生所递交的成绩证明文件的审核。这一造假事件已引起美国教育界的关注。“两试女状元”假文凭引争议 __年1月中旬，武汉市江夏区民政局低保服务中心，委托该区人事局人才中心，面向社会公开招考5名工作人员，要求应聘者学历在大专以上，共有120多人报名参加了此次考试。一位女青年在上百名应聘者中笔试和面试的成绩均为第一名。但是，这时却收到一封举报信，称其专科文凭是假的。经查属实，被取消了录取资格，并引起社会争议。</w:t>
      </w:r>
      <w:r>
        <w:rPr>
          <w:lang w:eastAsia="zh-CN"/>
        </w:rPr>
        <w:br/>
      </w:r>
      <w:r>
        <w:rPr>
          <w:lang w:eastAsia="zh-CN"/>
        </w:rPr>
        <w:t xml:space="preserve">    2024年诚信演讲稿_中华的美德 篇12 </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https://d.book118.com/696154052031010043</w:t>
        </w:r>
      </w:hyperlink>
    </w:p>
    <w:p w:rsidR="001B1F19">
      <w:pPr>
        <w:rPr>
          <w:rFonts w:hint="eastAsia"/>
          <w:lang w:eastAsia="zh-CN"/>
        </w:rPr>
      </w:pPr>
    </w:p>
    <w:sectPr>
      <w:type w:val="nextPage"/>
      <w:pgSz w:w="11906" w:h="16838"/>
      <w:pgMar w:top="1440" w:right="1800" w:bottom="1440" w:left="1800" w:header="851" w:footer="992" w:gutter="0"/>
      <w:pgNumType w:start="2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9615405203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