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2024年酒店采购年度总结（32篇）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酒店采购员年终工作总结</w:t>
      </w:r>
      <w:r>
        <w:rPr>
          <w:lang w:eastAsia="zh-CN"/>
        </w:rPr>
        <w:br/>
      </w:r>
      <w:r>
        <w:rPr>
          <w:lang w:eastAsia="zh-CN"/>
        </w:rPr>
        <w:t>　　做采购的工作，我认真尽责的去做好，同时也是没有在岗位上做对不起酒店的事情，自己尽责的做好这一年的工作，也是感慨对于采购工作了解更多也是更看到自身还有很多要去学习的方面，我也是会继续努力，而在此也是来把这一年工作来总结下。</w:t>
      </w:r>
      <w:r>
        <w:rPr>
          <w:lang w:eastAsia="zh-CN"/>
        </w:rPr>
        <w:br/>
      </w:r>
      <w:r>
        <w:rPr>
          <w:lang w:eastAsia="zh-CN"/>
        </w:rPr>
        <w:t>　　刚工作的那段日子，也是跟着同事去熟悉市场，去了解我们需要采购的物资，当然也是由于疫情的情况，只能在网上去找资料，去熟悉市场，可以说有了很大的不便利，但也是要继续的做下去，但这也是让我知道，其实不单是只有附近的市场，其实网上的市场也是更宽阔，但是要在很多的供应商中找到合适自己酒店的，并不是那么的简单，同时也是需要自己对于物资，对于供应商有更多的了解，我也是积极的跟着同事学习，后来跑市场更是了解到更多了，这一年来说，是我学习，是我成长的机会，我也是去珍惜，辛苦虽然有，但是我并不觉得什么，反而是知道，这样更是让我清楚自己和同事之间的差距，去进步了，那么也是能更好的来做好酒店采购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能独立采购之后，我也是开始去做工作，和供应商熟悉了，也是没有因为自己是采购的工作而吃回扣，反而是更为专注于为公司找到更为合适，质量好，也是采购价格合适的物资只有如此，自己的采购工作才是称职的，我知道酒店既然给予了我信任我也是要做好，和同事配合的时候，也会是积极的提供自己的意见，多一些的参考，最后都是为了完成工作而去付出，跑市场的`时候，也是让让我更多的去思考，酒店除了必要的物资，是否还有其他的需要采购的，更主动的去思考酒店的需求，我也是知道，作为采购可能这也有些多事，但是多一些了解，也是能让自己在职场中走的`更远。特别是自己也是希望在酒店这个行业能走得更远一些，而不满足于只做一个采购员的工作，但本职的事情我也是积极的做好得到肯定，同时也是对于自己所处的行业有了更多的熟悉。</w:t>
      </w:r>
      <w:r>
        <w:rPr>
          <w:lang w:eastAsia="zh-CN"/>
        </w:rPr>
        <w:br/>
      </w:r>
      <w:r>
        <w:rPr>
          <w:lang w:eastAsia="zh-CN"/>
        </w:rPr>
        <w:t>　　一年下来，也是有不足，做的不够好的地方，经验不足是一方面，还有能力也是要去提升，同时我也是会继续的努力，让自己进步，在岗位上做出更多的贡献，来为了酒店，也是为了自己可以在这儿走的更远，我也是相信来年我的工作会做的更好的。</w:t>
      </w:r>
      <w:r>
        <w:rPr>
          <w:lang w:eastAsia="zh-CN"/>
        </w:rPr>
        <w:br/>
      </w:r>
      <w:r>
        <w:rPr>
          <w:lang w:eastAsia="zh-CN"/>
        </w:rPr>
        <w:t xml:space="preserve">    2024年酒店采购年度总结 篇17 </w:t>
      </w:r>
      <w:r>
        <w:rPr>
          <w:lang w:eastAsia="zh-CN"/>
        </w:rPr>
        <w:br/>
      </w:r>
      <w:r>
        <w:rPr>
          <w:lang w:eastAsia="zh-CN"/>
        </w:rPr>
        <w:t>　　一、2月份完成的主要工作</w:t>
      </w:r>
      <w:r>
        <w:rPr>
          <w:lang w:eastAsia="zh-CN"/>
        </w:rPr>
        <w:br/>
      </w:r>
      <w:r>
        <w:rPr>
          <w:lang w:eastAsia="zh-CN"/>
        </w:rPr>
        <w:t>　　1、完成春节期间各部门备用物资的采购;</w:t>
      </w:r>
      <w:r>
        <w:rPr>
          <w:lang w:eastAsia="zh-CN"/>
        </w:rPr>
        <w:br/>
      </w:r>
      <w:r>
        <w:rPr>
          <w:lang w:eastAsia="zh-CN"/>
        </w:rPr>
        <w:t>　　2、完成六楼广告霓虹灯、废品和潲水回收的合同拟定及签订;</w:t>
      </w:r>
      <w:r>
        <w:rPr>
          <w:lang w:eastAsia="zh-CN"/>
        </w:rPr>
        <w:br/>
      </w:r>
      <w:r>
        <w:rPr>
          <w:lang w:eastAsia="zh-CN"/>
        </w:rPr>
        <w:t>　　3、召开供应商协调会，安排春节物资供应工作，保证不影响酒店正常经营;</w:t>
      </w:r>
      <w:r>
        <w:rPr>
          <w:lang w:eastAsia="zh-CN"/>
        </w:rPr>
        <w:br/>
      </w:r>
      <w:r>
        <w:rPr>
          <w:lang w:eastAsia="zh-CN"/>
        </w:rPr>
        <w:t>　　4、经过市场调查,并通过三家废品收货商报价,确定酒店负一楼废品收货商;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5、完成2月份餐饮餐料的市场询价、定价工作及3月份上半月酒店餐饮餐料的市场询价工作;</w:t>
      </w:r>
      <w:r>
        <w:rPr>
          <w:lang w:eastAsia="zh-CN"/>
        </w:rPr>
        <w:br/>
      </w:r>
      <w:r>
        <w:rPr>
          <w:lang w:eastAsia="zh-CN"/>
        </w:rPr>
        <w:t>　　6、完成歌舞剧院房屋租赁合同的付款审批手续;</w:t>
      </w:r>
      <w:r>
        <w:rPr>
          <w:lang w:eastAsia="zh-CN"/>
        </w:rPr>
        <w:br/>
      </w:r>
      <w:r>
        <w:rPr>
          <w:lang w:eastAsia="zh-CN"/>
        </w:rPr>
        <w:t>　　7、召开部门工作会议，传达酒店会议精神，学习A模针对采购部的'相关文件，并将其认真贯彻落实到实际工作中。</w:t>
      </w:r>
      <w:r>
        <w:rPr>
          <w:lang w:eastAsia="zh-CN"/>
        </w:rPr>
        <w:br/>
      </w:r>
      <w:r>
        <w:rPr>
          <w:lang w:eastAsia="zh-CN"/>
        </w:rPr>
        <w:t>　　8、分类别召开各供应商座谈会,着重听取供应商与酒店合作中存在的问题,并与相关部门及领导协商、制订具体解决办法;</w:t>
      </w:r>
      <w:r>
        <w:rPr>
          <w:lang w:eastAsia="zh-CN"/>
        </w:rPr>
        <w:br/>
      </w:r>
      <w:r>
        <w:rPr>
          <w:lang w:eastAsia="zh-CN"/>
        </w:rPr>
        <w:t>　　9、初步完善物资价格库的信息，以熟悉掌握采购物资价格动态;</w:t>
      </w:r>
      <w:r>
        <w:rPr>
          <w:lang w:eastAsia="zh-CN"/>
        </w:rPr>
        <w:br/>
      </w:r>
      <w:r>
        <w:rPr>
          <w:lang w:eastAsia="zh-CN"/>
        </w:rPr>
        <w:t>　　10、完成部门20__年度目标责任书的草拟、人员岗位核编建议以及05年1月份部门经营分析等工作;</w:t>
      </w:r>
      <w:r>
        <w:rPr>
          <w:lang w:eastAsia="zh-CN"/>
        </w:rPr>
        <w:br/>
      </w:r>
      <w:r>
        <w:rPr>
          <w:lang w:eastAsia="zh-CN"/>
        </w:rPr>
        <w:t>　　11、完成PA保洁设备的市场调查及招标邀请;</w:t>
      </w:r>
      <w:r>
        <w:rPr>
          <w:lang w:eastAsia="zh-CN"/>
        </w:rPr>
        <w:br/>
      </w:r>
      <w:r>
        <w:rPr>
          <w:lang w:eastAsia="zh-CN"/>
        </w:rPr>
        <w:t>　　12、完成锅炉保养合同的谈判;</w:t>
      </w:r>
      <w:r>
        <w:rPr>
          <w:lang w:eastAsia="zh-CN"/>
        </w:rPr>
        <w:br/>
      </w:r>
      <w:r>
        <w:rPr>
          <w:lang w:eastAsia="zh-CN"/>
        </w:rPr>
        <w:t>　　13、督促各部门按时提交3月份采购计划，以利于降低、控制采购成本。</w:t>
      </w:r>
      <w:r>
        <w:rPr>
          <w:lang w:eastAsia="zh-CN"/>
        </w:rPr>
        <w:br/>
      </w:r>
      <w:r>
        <w:rPr>
          <w:lang w:eastAsia="zh-CN"/>
        </w:rPr>
        <w:t>　　二、3月份工作计划</w:t>
      </w:r>
      <w:r>
        <w:rPr>
          <w:lang w:eastAsia="zh-CN"/>
        </w:rPr>
        <w:br/>
      </w:r>
      <w:r>
        <w:rPr>
          <w:lang w:eastAsia="zh-CN"/>
        </w:rPr>
        <w:t>　　序号工作内容目标要求完成时间责任人经办人</w:t>
      </w:r>
      <w:r>
        <w:rPr>
          <w:lang w:eastAsia="zh-CN"/>
        </w:rPr>
        <w:br/>
      </w:r>
      <w:r>
        <w:rPr>
          <w:lang w:eastAsia="zh-CN"/>
        </w:rPr>
        <w:t>　　1、3月份餐饮餐料物资的市场询价、比价、定价工作按时完成3月15、30日</w:t>
      </w:r>
      <w:r>
        <w:rPr>
          <w:lang w:eastAsia="zh-CN"/>
        </w:rPr>
        <w:br/>
      </w:r>
      <w:r>
        <w:rPr>
          <w:lang w:eastAsia="zh-CN"/>
        </w:rPr>
        <w:t>　　2、日常物资的询价及采购按时完成</w:t>
      </w:r>
      <w:r>
        <w:rPr>
          <w:lang w:eastAsia="zh-CN"/>
        </w:rPr>
        <w:br/>
      </w:r>
      <w:r>
        <w:rPr>
          <w:lang w:eastAsia="zh-CN"/>
        </w:rPr>
        <w:t>　　3、PA保洁设备的开标及合同签订</w:t>
      </w:r>
      <w:r>
        <w:rPr>
          <w:lang w:eastAsia="zh-CN"/>
        </w:rPr>
        <w:br/>
      </w:r>
      <w:r>
        <w:rPr>
          <w:lang w:eastAsia="zh-CN"/>
        </w:rPr>
        <w:t>　　4、物资价格库、供应商档案的健全按时完成3月30日</w:t>
      </w:r>
      <w:r>
        <w:rPr>
          <w:lang w:eastAsia="zh-CN"/>
        </w:rPr>
        <w:br/>
      </w:r>
      <w:r>
        <w:rPr>
          <w:lang w:eastAsia="zh-CN"/>
        </w:rPr>
        <w:t>　　5、各部门月计划采购按时、按质完成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6、领导交办的其他工作按时完成全体人员</w:t>
      </w:r>
      <w:r>
        <w:rPr>
          <w:lang w:eastAsia="zh-CN"/>
        </w:rPr>
        <w:br/>
      </w:r>
      <w:r>
        <w:rPr>
          <w:lang w:eastAsia="zh-CN"/>
        </w:rPr>
        <w:t xml:space="preserve">    2024年酒店采购年度总结 篇18 </w:t>
      </w:r>
      <w:r>
        <w:rPr>
          <w:lang w:eastAsia="zh-CN"/>
        </w:rPr>
        <w:br/>
      </w:r>
      <w:r>
        <w:rPr>
          <w:lang w:eastAsia="zh-CN"/>
        </w:rPr>
        <w:t>　　伴着圣诞节的喜庆和元旦的气息，20__年的钟声即将敲响。首先，我预祝大家新年快乐、工作顺利!回首__年，在各位领导的指导下，在广大同事的支持下，作为一名厨师长，我始终坚持以身作则，高标准、严要求，团结和带领广大食堂员工，为顾客提供了精美的菜肴和优质的服务;为实现食堂经济利益和社会效益，勤勤恳恳、兢兢业业。现将一年来的具体工作总结如下：</w:t>
      </w:r>
      <w:r>
        <w:rPr>
          <w:lang w:eastAsia="zh-CN"/>
        </w:rPr>
        <w:br/>
      </w:r>
      <w:r>
        <w:rPr>
          <w:lang w:eastAsia="zh-CN"/>
        </w:rPr>
        <w:t>　　一、经营方面：</w:t>
      </w:r>
      <w:r>
        <w:rPr>
          <w:lang w:eastAsia="zh-CN"/>
        </w:rPr>
        <w:br/>
      </w:r>
      <w:r>
        <w:rPr>
          <w:lang w:eastAsia="zh-CN"/>
        </w:rPr>
        <w:t>　　我在各位领导的指导下集思广益、制定较合理的经营计划。如：根据顾客的消费心理，我们推出一些绿色食品和野生食品;根据季节性原料供应特点，我们推出一些特价菜。等等。</w:t>
      </w:r>
      <w:r>
        <w:rPr>
          <w:lang w:eastAsia="zh-CN"/>
        </w:rPr>
        <w:br/>
      </w:r>
      <w:r>
        <w:rPr>
          <w:lang w:eastAsia="zh-CN"/>
        </w:rPr>
        <w:t>　　二、管理方面：</w:t>
      </w:r>
      <w:r>
        <w:rPr>
          <w:lang w:eastAsia="zh-CN"/>
        </w:rPr>
        <w:br/>
      </w:r>
      <w:r>
        <w:rPr>
          <w:lang w:eastAsia="zh-CN"/>
        </w:rPr>
        <w:t>　　以人为本，我结合员工实际情况加强素质教育，每天都对员工进行有针对性的厨艺培训，并经常激励他们把工作看作是自己的事业。经过努力，员工整体素质得以提高，如注重仪表、遵守厨房规章制度等;有些员工甚至还开始自己琢磨新菜谱。现在，我们已经形成了一个和谐、优质、高效、创新的团队。</w:t>
      </w:r>
      <w:r>
        <w:rPr>
          <w:lang w:eastAsia="zh-CN"/>
        </w:rPr>
        <w:br/>
      </w:r>
      <w:r>
        <w:rPr>
          <w:lang w:eastAsia="zh-CN"/>
        </w:rPr>
        <w:t>　　三、质量方面：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菜肴质量是食堂得以生存发展的核心竞争力。作为厨师长，我严把质量关。我们对每道菜都制作了一个投料标准及制作程序单，做菜时严格按照标准执行，确保每道菜的色、香、味稳定;我们还认真听取前厅员工意见及宾客反馈，总结每日出品问题，并在每日例会中及时改进不足;我们还经常更新菜谱，动脑筋、想办法、变花样，确保回头客每次都可以尝到新口味。</w:t>
      </w:r>
      <w:r>
        <w:rPr>
          <w:lang w:eastAsia="zh-CN"/>
        </w:rPr>
        <w:br/>
      </w:r>
      <w:r>
        <w:rPr>
          <w:lang w:eastAsia="zh-CN"/>
        </w:rPr>
        <w:t>　　四、卫生方面：</w:t>
      </w:r>
      <w:r>
        <w:rPr>
          <w:lang w:eastAsia="zh-CN"/>
        </w:rPr>
        <w:br/>
      </w:r>
      <w:r>
        <w:rPr>
          <w:lang w:eastAsia="zh-CN"/>
        </w:rPr>
        <w:t>　　严格执行《食品卫生安全法》，认真抓好食品卫生安全工作，把好食品加工的各个环节。按规定，每个员工都必须对各自的卫生区负责，同时，由我进行不定期检查;其次，规定食品原料必须分类存放，分别处理，厨房用具也必须存放在固定位置;另外，厨房、保鲜柜、冷冻箱等原料存放地也进行定期的温度和湿度测量。我们利用一切可以利用的力量，确保食品卫生安全，防止顾客食物中毒，造成不必要的后果。</w:t>
      </w:r>
      <w:r>
        <w:rPr>
          <w:lang w:eastAsia="zh-CN"/>
        </w:rPr>
        <w:br/>
      </w:r>
      <w:r>
        <w:rPr>
          <w:lang w:eastAsia="zh-CN"/>
        </w:rPr>
        <w:t>　　五、成本方面：</w:t>
      </w:r>
      <w:r>
        <w:rPr>
          <w:lang w:eastAsia="zh-CN"/>
        </w:rPr>
        <w:br/>
      </w:r>
      <w:r>
        <w:rPr>
          <w:lang w:eastAsia="zh-CN"/>
        </w:rPr>
        <w:t>　　在保证菜肴质量的情况下，降低成本，让利顾客，始终是我们追求的一个重要目标。作为厨师长，我也总结出一些降低成本的新方法。如：掌握库存状况，坚决执行“先进先出”原则，把存货时间较长的原料尽快销售出去;研制无成本菜品，把主菜的剩余原料做成托式菜品，以降低成本;还让每位员工都知道自己所用原料的单价，每日估算所用原料的价值，这样就把成本控制落实到每个员工身上，使所有厨房员工都关心成本，从而达到效益最大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综上所述，在本年度，通过团队的共同努力，我们在厨房经营管理方面取得了显著成效;在菜品创新、菜肴质量、成本控制、员工素质提高等方面都取得相当高的成绩。当然，我们也还存在不足，比如，受甲流和金融危机的影响，消费者就餐的品味与档次下降，这使我们的年收入受到一定程度的影响。但面对不可抗力，我们需研制更加物美价廉的佳肴来招揽顾客，最大程度的增加年收入，从而达到转危为机的良好效果。从这个事件上，我也深感我肩负工作的挑战性与创新性。今后，我一定会带领我的团队不断接受挑战、勇于创新，烹饪更精美的菜肴。</w:t>
      </w:r>
      <w:r>
        <w:rPr>
          <w:lang w:eastAsia="zh-CN"/>
        </w:rPr>
        <w:br/>
      </w:r>
      <w:r>
        <w:rPr>
          <w:lang w:eastAsia="zh-CN"/>
        </w:rPr>
        <w:t>　　辞旧迎新之际，我们将在20__年的基础上，继续加强经营管理、质量卫生监控和成本控制，同时要改进自己的工作思路，考察新的菜品，加快菜肴的创新，从而寻求在__年创造更好的经济效益和社会效益！谢谢！</w:t>
      </w:r>
      <w:r>
        <w:rPr>
          <w:lang w:eastAsia="zh-CN"/>
        </w:rPr>
        <w:br/>
      </w:r>
      <w:r>
        <w:rPr>
          <w:lang w:eastAsia="zh-CN"/>
        </w:rPr>
        <w:t xml:space="preserve">    2024年酒店采购年度总结 篇19 </w:t>
      </w:r>
      <w:r>
        <w:rPr>
          <w:lang w:eastAsia="zh-CN"/>
        </w:rPr>
        <w:br/>
      </w:r>
      <w:r>
        <w:rPr>
          <w:lang w:eastAsia="zh-CN"/>
        </w:rPr>
        <w:t>　　转眼年终总结的时间就到了，作为一名员工，尽管在这一年中做的都是重复的工作，但是我却通过工作中遇到的不同的人，做的不同的事学到了不少新的知识。现在到了年末，我更要好好的去梳理这一年的收获，去了解自己过去发现的自己的不足，分析现在的缺陷，好好的改正提升自己!</w:t>
      </w:r>
      <w:r>
        <w:rPr>
          <w:lang w:eastAsia="zh-CN"/>
        </w:rPr>
        <w:br/>
      </w:r>
      <w:r>
        <w:rPr>
          <w:lang w:eastAsia="zh-CN"/>
        </w:rPr>
        <w:t>　　一年来我也有不少的提升，更多的是自己在工作中收获的经验。尽管如此，太多的经验反而导致自己还来的及好好的吸收笑话，现在就对这一年的工作好好的总结如下：</w:t>
      </w:r>
      <w:r>
        <w:rPr>
          <w:lang w:eastAsia="zh-CN"/>
        </w:rPr>
        <w:br/>
      </w:r>
      <w:r>
        <w:rPr>
          <w:lang w:eastAsia="zh-CN"/>
        </w:rPr>
        <w:t>　　一、个人进度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在一年的工作中，我又跟着师傅走了很多的地方，了解了更多关于市场的知识，同时也认识了很多供应商们。并在之后的交谈中，学会了很多。</w:t>
      </w:r>
      <w:r>
        <w:rPr>
          <w:lang w:eastAsia="zh-CN"/>
        </w:rPr>
        <w:br/>
      </w:r>
      <w:r>
        <w:rPr>
          <w:lang w:eastAsia="zh-CN"/>
        </w:rPr>
        <w:t>　　在酒店空闲的时候，我也会主动的去了解酒店各个部门的消耗情况，了解他们的要求。利用自己所了解的情况，结合规定，尽量的寻找物美价廉的供货商为酒店提供材料。</w:t>
      </w:r>
      <w:r>
        <w:rPr>
          <w:lang w:eastAsia="zh-CN"/>
        </w:rPr>
        <w:br/>
      </w:r>
      <w:r>
        <w:rPr>
          <w:lang w:eastAsia="zh-CN"/>
        </w:rPr>
        <w:t>　　在今年的_月，我开始单独的去了解和分析市场情况，凭借自己之前的所学，我努力的总结了自己的看法，虽然还没有做到尽善尽美，但还是得到了领导的认可。</w:t>
      </w:r>
      <w:r>
        <w:rPr>
          <w:lang w:eastAsia="zh-CN"/>
        </w:rPr>
        <w:br/>
      </w:r>
      <w:r>
        <w:rPr>
          <w:lang w:eastAsia="zh-CN"/>
        </w:rPr>
        <w:t>　　二、工作方面</w:t>
      </w:r>
      <w:r>
        <w:rPr>
          <w:lang w:eastAsia="zh-CN"/>
        </w:rPr>
        <w:br/>
      </w:r>
      <w:r>
        <w:rPr>
          <w:lang w:eastAsia="zh-CN"/>
        </w:rPr>
        <w:t>　　今年的变动有很多，首先是在酒店劳动用具的方面，因为消耗较快的问题，我和主管反应，更换了更为耐用的类别。同时酒店也对这方面进行了通知，大大的减少了酒店劳动工具的消耗速度。</w:t>
      </w:r>
      <w:r>
        <w:rPr>
          <w:lang w:eastAsia="zh-CN"/>
        </w:rPr>
        <w:br/>
      </w:r>
      <w:r>
        <w:rPr>
          <w:lang w:eastAsia="zh-CN"/>
        </w:rPr>
        <w:t>　　其次是其他酒店消耗的器材方面我们后勤也都进行了规划和改善，提升耐用性的同时，也大大的降低了成本。</w:t>
      </w:r>
      <w:r>
        <w:rPr>
          <w:lang w:eastAsia="zh-CN"/>
        </w:rPr>
        <w:br/>
      </w:r>
      <w:r>
        <w:rPr>
          <w:lang w:eastAsia="zh-CN"/>
        </w:rPr>
        <w:t>　　最重要的是酒店的食材方面，在今年市场的波动比较严重。为此，我们也和供应商交谈了很多次。同样在财务部方面我们也经过了多次的交谈，终与确定了一个比较稳定的方案。希望能尽快平息市场的波动，我们也会继续盯紧市场的变化，及时的做出改动策略。</w:t>
      </w:r>
      <w:r>
        <w:rPr>
          <w:lang w:eastAsia="zh-CN"/>
        </w:rPr>
        <w:br/>
      </w:r>
      <w:r>
        <w:rPr>
          <w:lang w:eastAsia="zh-CN"/>
        </w:rPr>
        <w:t>　　三、不足的地方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年的工作不出错误是不可能的，但时好在有过往的经验和老同事们的支持，没有出现什么大的问题。但是作为员工，我在个人经验和与人交流的技巧上还是要多多的加强。尤其是在人际关系网上，还是要更多的去拓展，只有更宽的关系网，才能更好的在这份工作中做的更好!</w:t>
      </w:r>
      <w:r>
        <w:rPr>
          <w:lang w:eastAsia="zh-CN"/>
        </w:rPr>
        <w:br/>
      </w:r>
      <w:r>
        <w:rPr>
          <w:lang w:eastAsia="zh-CN"/>
        </w:rPr>
        <w:t>　　四、总结</w:t>
      </w:r>
      <w:r>
        <w:rPr>
          <w:lang w:eastAsia="zh-CN"/>
        </w:rPr>
        <w:br/>
      </w:r>
      <w:r>
        <w:rPr>
          <w:lang w:eastAsia="zh-CN"/>
        </w:rPr>
        <w:t>　　采购是一个多变的工作，我们要及时的去了解酒店的需求，也要及时的配合市场的变化。希望在今后一年的工作中，我能更好的提升自己的经验，让自己在工作中更加顺手，也希望__酒店的各位都能继续努力，共同将__酒店建设的更加强大!</w:t>
      </w:r>
      <w:r>
        <w:rPr>
          <w:lang w:eastAsia="zh-CN"/>
        </w:rPr>
        <w:br/>
      </w:r>
      <w:r>
        <w:rPr>
          <w:lang w:eastAsia="zh-CN"/>
        </w:rPr>
        <w:t xml:space="preserve">    2024年酒店采购年度总结 篇20 </w:t>
      </w:r>
      <w:r>
        <w:rPr>
          <w:lang w:eastAsia="zh-CN"/>
        </w:rPr>
        <w:br/>
      </w:r>
      <w:r>
        <w:rPr>
          <w:lang w:eastAsia="zh-CN"/>
        </w:rPr>
        <w:t>　　完善制度，职责明确，按章办事。我们工厂建厂两年，相对的制度建设还没有完善，相应的规章还没有到位。应该进一步建立相应的规章制度，做到事事有规可循，人人有纪可遵。</w:t>
      </w:r>
      <w:r>
        <w:rPr>
          <w:lang w:eastAsia="zh-CN"/>
        </w:rPr>
        <w:br/>
      </w:r>
      <w:r>
        <w:rPr>
          <w:lang w:eastAsia="zh-CN"/>
        </w:rPr>
        <w:t>　　1、 完善补料程序</w:t>
      </w:r>
      <w:r>
        <w:rPr>
          <w:lang w:eastAsia="zh-CN"/>
        </w:rPr>
        <w:br/>
      </w:r>
      <w:r>
        <w:rPr>
          <w:lang w:eastAsia="zh-CN"/>
        </w:rPr>
        <w:t>　　现在补料单有两种，一种是由各补料单位自己填单，再由厂长签字交由我们采购直接购买。另一种是有仓库开出的备料单，交经理签字再叫我们采购。交这两种单子的情况是仓库已无任何库存。但是如果仓库有库存则情况就不一样了;若车间需要补料，仓库又有库存的，补料数量有不大则直接开张出库单就直接领料，有些甚至连出库单都没有，直接就拿走了。我们需要完善补料程序，不管仓库是否有库存，需要补料就必须开补料单，再交由厂长或经理签字再交给我们，因为我们需要知道库存的数量有多少，以方便后面减掉用量，也便于财务能准确的对账。</w:t>
      </w:r>
      <w:r>
        <w:rPr>
          <w:lang w:eastAsia="zh-CN"/>
        </w:rPr>
        <w:br/>
      </w:r>
      <w:r>
        <w:rPr>
          <w:lang w:eastAsia="zh-CN"/>
        </w:rPr>
        <w:t>　　2、 进一步加强修改制单的流程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现在修改制单的情况有很多种，但经过我们采购的一般是车间生产大货过程中对部分尺寸进行适当的修改，但就是这些修改往往会引发不必要的问题。修改制单应制定统一格式，而不是一张手写便签纸，即无法存档留档，也非常的不规范。且有时直接拿单子给我们修改，有时是先通知制单再通知我们，搞的我们经常部分人改，部分没有更改，以致于仓库收料时规格尺寸与制单不相同。应进一步制定相应的规章制度，使这个流程更加流畅。</w:t>
      </w:r>
      <w:r>
        <w:rPr>
          <w:lang w:eastAsia="zh-CN"/>
        </w:rPr>
        <w:br/>
      </w:r>
      <w:r>
        <w:rPr>
          <w:lang w:eastAsia="zh-CN"/>
        </w:rPr>
        <w:t>　　3、 进一步加强员工的素质建设</w:t>
      </w:r>
      <w:r>
        <w:rPr>
          <w:lang w:eastAsia="zh-CN"/>
        </w:rPr>
        <w:br/>
      </w:r>
      <w:r>
        <w:rPr>
          <w:lang w:eastAsia="zh-CN"/>
        </w:rPr>
        <w:t>　　不管是上午还是下午，只要你走到车间的楼道上都可以看到角落里有垃圾甚至有些员工随地吐痰，严重影响我们工厂的形象和工厂自身的卫生安全。只要经过车间两楼的男厕所的门口的人都知道，那里实在令人受不了，卫生差，满是烟味。希望能从根本上改善这个问题，而不是每次只是说说而已。</w:t>
      </w:r>
      <w:r>
        <w:rPr>
          <w:lang w:eastAsia="zh-CN"/>
        </w:rPr>
        <w:br/>
      </w:r>
      <w:r>
        <w:rPr>
          <w:lang w:eastAsia="zh-CN"/>
        </w:rPr>
        <w:t>　　4、物料的整理、整顿</w:t>
      </w:r>
      <w:r>
        <w:rPr>
          <w:lang w:eastAsia="zh-CN"/>
        </w:rPr>
        <w:br/>
      </w:r>
      <w:r>
        <w:rPr>
          <w:lang w:eastAsia="zh-CN"/>
        </w:rPr>
        <w:t>　　随着车间的扩建，物料会进一步向仓库后面的大棚防止，但那里是开放式啊，而里面放的大多是备用的材料，给有些部门补料提供了方便，有时未经仓库开出库单就私自领料。那里是否可以再加道门，以防止不必要的麻烦。</w:t>
      </w:r>
      <w:r>
        <w:rPr>
          <w:lang w:eastAsia="zh-CN"/>
        </w:rPr>
        <w:br/>
      </w:r>
      <w:r>
        <w:rPr>
          <w:lang w:eastAsia="zh-CN"/>
        </w:rPr>
        <w:t>　　最后，感谢公司所有领导和同事，我有今天的进步离不开大家的帮助和支持，是你们的协同和支持使我不断进步。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时光飞逝，转眼间我在公司工作已经一年了，在这一年的时间里，我在公司学到了很多也懂得了很多。让我从一个对采购一无所知到此刻认识了许多新鲜的事物，学到一些新的知识，增长了更多见识。</w:t>
      </w:r>
      <w:r>
        <w:rPr>
          <w:lang w:eastAsia="zh-CN"/>
        </w:rPr>
        <w:br/>
      </w:r>
      <w:r>
        <w:rPr>
          <w:lang w:eastAsia="zh-CN"/>
        </w:rPr>
        <w:t>　　众所周知，采购在每个公司中的作用能够说是举足轻重的作用，虽然采购不向销售那样为公司直接积累资金，可是销售的各个工作环节都需要采购部的积极配合。一个公司好的采购能够为公司节俭成本，为整个公司在竞争激烈的社会上立足。</w:t>
      </w:r>
      <w:r>
        <w:rPr>
          <w:lang w:eastAsia="zh-CN"/>
        </w:rPr>
        <w:br/>
      </w:r>
      <w:r>
        <w:rPr>
          <w:lang w:eastAsia="zh-CN"/>
        </w:rPr>
        <w:t>　　经过这一年的采购工作让我懂得了许多道理，也积累了一些许多以前没有过的经验。作为采购对本身也必须有必须的要求，我们必须建立在良好职业道德的基础上，对公司对企业忠诚，仅有坚持诚信的工作原则，我们才能和供应商之间建立相互信任的基础，才能建立威信，供应商才会积极配合我们的工作。尽他们的努力帮忙我们。对我们以后的采购工作有百益而无一害，并且要不断提高自我有关采购工作的作业流程知识，以便自我的采购工作能顺利进行。</w:t>
      </w:r>
      <w:r>
        <w:rPr>
          <w:lang w:eastAsia="zh-CN"/>
        </w:rPr>
        <w:br/>
      </w:r>
      <w:r>
        <w:rPr>
          <w:lang w:eastAsia="zh-CN"/>
        </w:rPr>
        <w:t>　　在这一年中，我主要负责电子元器件的采购，刚开始的'几个月我主要是负责和客户做合同，其中合同的具体条款和资料都是领导和客户协商以后确定的，合同签过以后我负责跟踪该订单是否按时按量完成，虽然听起来很简单，可是其中的细节则需要我认真仔细的完成包括订单的金额是否正确，条款是否贴合公司的要求，货物的到货时间是否能按照销售的订单完成等等。</w:t>
      </w:r>
      <w:r>
        <w:rPr>
          <w:lang w:eastAsia="zh-CN"/>
        </w:rPr>
        <w:br/>
      </w:r>
      <w:r>
        <w:rPr>
          <w:lang w:eastAsia="zh-CN"/>
        </w:rPr>
        <w:t>　　我要在平常的工作中统计每个供应商每个合同每个物料的执行情景，刚开始的时候我有点力不从心，可是在领导和同事的帮忙下，我很快对工作能得心应手，把每个合同的执行情景经过表格的方式统计起来，以便以后查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这也要感激领导的关心和支持。在近期的采购工作中电子元器件的采购由我负责，刚开始的时候对电子元器件的封装，温度等等一无所知。到此刻虽然对电子元器件的一些具体参数不是完全理解可是在对电子元器件的了解方面比以前已经有了很大</w:t>
      </w:r>
      <w:r>
        <w:rPr>
          <w:lang w:eastAsia="zh-CN"/>
        </w:rPr>
        <w:br/>
      </w:r>
      <w:r>
        <w:rPr>
          <w:lang w:eastAsia="zh-CN"/>
        </w:rPr>
        <w:t xml:space="preserve">    2024年酒店采购年度总结 篇21 </w:t>
      </w:r>
      <w:r>
        <w:rPr>
          <w:lang w:eastAsia="zh-CN"/>
        </w:rPr>
        <w:br/>
      </w:r>
      <w:r>
        <w:rPr>
          <w:lang w:eastAsia="zh-CN"/>
        </w:rPr>
        <w:t>　　又一年过去了，时间总是在悄无声息中流逝。真的很感谢公司给我提供了一个磨练自己的机会，更感谢公司长久以来对我的信任和栽培！感恩的'心，感谢假日大厦责任有限公司，让他伴我一生，让我作坚强的自己。感恩的心，感谢命运让我认识假日大厦责任有限公司，花开花落我一样会珍惜！新的一年已经开始了，现在的我将过去一年中工作的心得体会作一个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众所周知采购部是公司业务的龙头老大，是关系到公司整个销售利益的最重要环节，所以我很感谢公司和领导对我的信任，将我调到如此重要的岗位上，给我一个学习的机会，让我从原来对采购的一无所知到认识了更多的人和事，接触了更多新鲜的事物，学到一些新的知识，增长了更多见识！在李辉总经理的直接关注和公司各位领导的关心支持下，通过6个月多的采购工作，使我懂得了许多道理，也积累了一些过去从来没有的经验，同时也明白了采购和优秀采购之间的分别和差距。了解到一个采购所具备的最基本素质就是要在具备良好的职业道德基础上，要保持对企业的忠诚；不带个人偏见，在考虑全部因素的基础上，从提供最佳价值的处采购；坚持以诚信作为工作和行为的基础；规避一切可能危害商业交易的供应商，以及其他与自己有生意来往的对象；不断努力提高自己在采购工作的作业流程上的知识；在交易中采用和坚持良好的商业准则等，相信这些我都已经做到了。</w:t>
      </w:r>
      <w:r>
        <w:rPr>
          <w:lang w:eastAsia="zh-CN"/>
        </w:rPr>
        <w:br/>
      </w:r>
      <w:r>
        <w:rPr>
          <w:lang w:eastAsia="zh-CN"/>
        </w:rPr>
        <w:t>　　在这里我想说作为一个采购，并不像常规所想的那样仅仅是打个电话，跑跑市场问价。比如上次假日3区屋顶上面的不锈钢栏杆，我跑了一天到市场问价。最后怕出错还在网上查。（由于采购部没有电脑，我在钱工这里查。有时候钱工要用电脑。我就到网吧里去查，这事徐总也知道。他也同意明年采购部申请一台电脑）。在这还向公司的领导申请个人的名片；在以后采购的事情上好和供应商好交往和联系。这只是其中之一，也是最基本的。在领导的提醒下，20__年我们及时调整好心态和观念，不但改变了过去的错误意识——采购与销售无多大联系，而且在采购的同时充分利用供应商的网络关系主动销售。我们采购部都积极配合！一切以公司的利益为主，我们辅助。采购与销售是密不可分的！因为我们是一个整体，唱得是同一首歌，走得是同一条路，奔得是同一个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采购过程中我不仅要考虑到价格因素，更要最大限度的节约成本，做到货比三家；还要了解供应链各个环节的操作，明确采购在各个环节中的不同特点、作用及意义。只要能降低成本，不管是哪个环节，我们都会认真研究，商讨办法。真得很感谢李辉总经理，在采购方法方面为我出谋划策。是他的严格要求，让我们不得不千方百计去降低成本，也是在他的英明领导下。当然还要在不影响销售的前提下，保证公司资金周转。尽量降低公司的额外提货费用。间接性地降低成本。在这里我还要对公司所有工作人员说声：“谢谢“！感谢他们对我的关照。感谢徐总和公司领导对我的信任。</w:t>
      </w:r>
      <w:r>
        <w:rPr>
          <w:lang w:eastAsia="zh-CN"/>
        </w:rPr>
        <w:br/>
      </w:r>
      <w:r>
        <w:rPr>
          <w:lang w:eastAsia="zh-CN"/>
        </w:rPr>
        <w:t>　　为更好地体现采购的公开透明、公平竞争、公正原则，采购办建立了采购“评审专家库”、“商品价格信息库”、“供应商信息库”，实行采购评审专家和采购供应商管理相分离的制度，达到了三库中评委和供应的随机抽取要求，增加评委与供应商抽取的透明度；商品价格信息库则以时效性为基础，以供应商的即时报价为依据，掌握市场发展趋势与行情。根据我县采购专家管理体制建设总体思路即以信息化管理系统为依托，制度建设为保障，专家队伍为核心的采购专家管理体系，采购评审专家库实行动态管理，专家人数和专业随着采购规模的扩大和采购业务的需要，在使用中不断充实完善。</w:t>
      </w:r>
      <w:r>
        <w:rPr>
          <w:lang w:eastAsia="zh-CN"/>
        </w:rPr>
        <w:br/>
      </w:r>
      <w:r>
        <w:rPr>
          <w:lang w:eastAsia="zh-CN"/>
        </w:rPr>
        <w:t xml:space="preserve">    2024年酒店采购年度总结 篇22 </w:t>
      </w:r>
      <w:r>
        <w:rPr>
          <w:lang w:eastAsia="zh-CN"/>
        </w:rPr>
        <w:br/>
      </w:r>
      <w:r>
        <w:rPr>
          <w:lang w:eastAsia="zh-CN"/>
        </w:rPr>
        <w:t>　　回想走过的脚印，深深浅浅一年时间，有欢笑，有泪水，有小小的成功，也有淡淡的失落。20__年这一年是有意义的、有价值的、有收获的。在工作上勤勤恳恳、任劳任怨，在作风上廉洁奉公、务真求实。我们树立“为公司节约每一分钱”的观念，积极落实采供工作要点和年初制定的工作计划。坚持“同等质量比价格，同等价格比质量，最大限度为公司节约成本”的工作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_总的直接领导和支持及公司其他同仁的配合下，20__年共完成甲供材料设备采购计划份，新签合同20份，完成乙供材料计划核批价格份，共计完成材料设备采购计划份，执行情况良好，较圆满地完成了所承担的任务。现将主要工作情况总结如下：</w:t>
      </w:r>
      <w:r>
        <w:rPr>
          <w:lang w:eastAsia="zh-CN"/>
        </w:rPr>
        <w:br/>
      </w:r>
      <w:r>
        <w:rPr>
          <w:lang w:eastAsia="zh-CN"/>
        </w:rPr>
        <w:t>　　一、组织实施“阳光采购策略”</w:t>
      </w:r>
      <w:r>
        <w:rPr>
          <w:lang w:eastAsia="zh-CN"/>
        </w:rPr>
        <w:br/>
      </w:r>
      <w:r>
        <w:rPr>
          <w:lang w:eastAsia="zh-CN"/>
        </w:rPr>
        <w:t>　　公开透明的按采购制度程序办事，在采购前、采购中、采购后的各个环节中主动接受审计及其他部门监督。</w:t>
      </w:r>
      <w:r>
        <w:rPr>
          <w:lang w:eastAsia="zh-CN"/>
        </w:rPr>
        <w:br/>
      </w:r>
      <w:r>
        <w:rPr>
          <w:lang w:eastAsia="zh-CN"/>
        </w:rPr>
        <w:t>　　20__年我们进一步强调采购工作透明，在采购工作中做到公开、公平、公正。不论是大宗材料、设备还是小型材料的零星采购，都尽量多的邀请相关职能部门参与。即使在时间紧，任务重的时候，也始终坚持这个原则，邀请审计部相关人员一起询比价，采购前、采购中、采购后的各个环节中主动接受审计监督。即确保工作的透明，同时保证了工程进度。</w:t>
      </w:r>
      <w:r>
        <w:rPr>
          <w:lang w:eastAsia="zh-CN"/>
        </w:rPr>
        <w:br/>
      </w:r>
      <w:r>
        <w:rPr>
          <w:lang w:eastAsia="zh-CN"/>
        </w:rPr>
        <w:t>　　1、完善制度，职责明确，按章办事</w:t>
      </w:r>
      <w:r>
        <w:rPr>
          <w:lang w:eastAsia="zh-CN"/>
        </w:rPr>
        <w:br/>
      </w:r>
      <w:r>
        <w:rPr>
          <w:lang w:eastAsia="zh-CN"/>
        </w:rPr>
        <w:t>　　20__年通过组织学习《采购管理战略》和公司ISO9000质量管理体系文件，通过换版之机完善了更具操作性的《材料、设备采购控制流程》、《采购及供方评价作业指导书》等采购管理制度。制度清楚，操作有据可查，为阳光采购奠定了理论基础。</w:t>
      </w:r>
      <w:r>
        <w:rPr>
          <w:lang w:eastAsia="zh-CN"/>
        </w:rPr>
        <w:br/>
      </w:r>
      <w:r>
        <w:rPr>
          <w:lang w:eastAsia="zh-CN"/>
        </w:rPr>
        <w:t>　　2、公开公正透明，实现公开招标</w:t>
      </w:r>
      <w:r>
        <w:rPr>
          <w:lang w:eastAsia="zh-CN"/>
        </w:rPr>
        <w:br/>
      </w:r>
      <w:r>
        <w:rPr>
          <w:lang w:eastAsia="zh-CN"/>
        </w:rPr>
        <w:t>　　采购部按项目部和施工单位上报的采购计划公开招标，邀标单位都在_家以上，有的多达_余家，并且邀标谈质论价全过程总工办、工程部、审计部、采购部都参与，增加阳光采购透明度，真正做到降低成本、保护公司利益。</w:t>
      </w:r>
      <w:r>
        <w:rPr>
          <w:lang w:eastAsia="zh-CN"/>
        </w:rPr>
        <w:br/>
      </w:r>
      <w:r>
        <w:rPr>
          <w:lang w:eastAsia="zh-CN"/>
        </w:rPr>
        <w:t>　　4、监督机制基本形成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做好价格和技术规格分离和职能定位工作，价格必须经采供部和审计部，技术必须经工程部和总工办，形成相互制衡的工作机制;防范、抑制腐败。建立材料价格信息库和材料价格监管机制，提高采购人员的自身素质和业务水平，保证货比三家，质优价廉的购买材料，减少工程成本，提高采购效率，提高企业利润。</w:t>
      </w:r>
      <w:r>
        <w:rPr>
          <w:lang w:eastAsia="zh-CN"/>
        </w:rPr>
        <w:br/>
      </w:r>
      <w:r>
        <w:rPr>
          <w:lang w:eastAsia="zh-CN"/>
        </w:rPr>
        <w:t>　　二、围绕控制成本、采购性价比最优的产品等方面开展工作</w:t>
      </w:r>
      <w:r>
        <w:rPr>
          <w:lang w:eastAsia="zh-CN"/>
        </w:rPr>
        <w:br/>
      </w:r>
      <w:r>
        <w:rPr>
          <w:lang w:eastAsia="zh-CN"/>
        </w:rPr>
        <w:t>　　20__年采购部继续围绕“控制成本、采购性价比最优的产品”的工作目标，要求采购人员在充分了解市场信息的基础上进行询比价，注重沟通技巧和谈判策略。要求各长期合作供应商在原价位的基础上下浮_-_个百分点(当然针对部分价格较高而又不降价的供货商我们也做了局部调整)。同时调整了部份工作程序，增加了采购复核环节，采取由采供部副经理在采购人员对材料、设备询比价的基础上进行复核，再由采供部经理进一步复核，实行了“采购部的两级价格复核机制”，然后再传送审计部复核。力求最大限度的控制成本，为公司节约每一分钱。采供人员也在每一项具体工作和每一个工作细节中得到煅练。</w:t>
      </w:r>
      <w:r>
        <w:rPr>
          <w:lang w:eastAsia="zh-CN"/>
        </w:rPr>
        <w:br/>
      </w:r>
      <w:r>
        <w:rPr>
          <w:lang w:eastAsia="zh-CN"/>
        </w:rPr>
        <w:t>　　三、进一步加强对供应商的管理协调</w:t>
      </w:r>
      <w:r>
        <w:rPr>
          <w:lang w:eastAsia="zh-CN"/>
        </w:rPr>
        <w:br/>
      </w:r>
      <w:r>
        <w:rPr>
          <w:lang w:eastAsia="zh-CN"/>
        </w:rPr>
        <w:t>　　20__年采供部进一步加强了对供应商管理，本着对每一位来访的供应商负责的态度，制定了《采购供应部供方信息表》，对每一位来访的供应商进行分类登记，确保了每一个供应商资料不会流失。同时也利于采供对供应商信息的掌握，从而进一步扩大了市场信息空间。建立了合格供方名录，在进行邀标报价之前，对商家进行评价和分析，合格者才能进入合格供方名录、才具有报价资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四、步加强对材料、设备价格信息的管理</w:t>
      </w:r>
      <w:r>
        <w:rPr>
          <w:lang w:eastAsia="zh-CN"/>
        </w:rPr>
        <w:br/>
      </w:r>
      <w:r>
        <w:rPr>
          <w:lang w:eastAsia="zh-CN"/>
        </w:rPr>
        <w:t>　　20__年采供部进一步加强了对材料、设备信息的管理，每一次材料设备的计划、询比价都进行了复印留底，保持了信息资料的完整，同时输入电脑保存，建立采供部材料、设备信息库，以备随时查阅、对比。</w:t>
      </w:r>
      <w:r>
        <w:rPr>
          <w:lang w:eastAsia="zh-CN"/>
        </w:rPr>
        <w:br/>
      </w:r>
      <w:r>
        <w:rPr>
          <w:lang w:eastAsia="zh-CN"/>
        </w:rPr>
        <w:t>　　五、提高部门工作员工的业务素质和责任感</w:t>
      </w:r>
      <w:r>
        <w:rPr>
          <w:lang w:eastAsia="zh-CN"/>
        </w:rPr>
        <w:br/>
      </w:r>
      <w:r>
        <w:rPr>
          <w:lang w:eastAsia="zh-CN"/>
        </w:rPr>
        <w:t>　　20__年采供部特别注重，除组织部门人员进行培训外，还注重在平时的每项具体工作和每个工作细节中不断的提高业务素质，同时反复强调采购人员的责任感，强调每个人对自己采购的材料设备负责到底，保证了对材料、设备有效的追踪。</w:t>
      </w:r>
      <w:r>
        <w:rPr>
          <w:lang w:eastAsia="zh-CN"/>
        </w:rPr>
        <w:br/>
      </w:r>
      <w:r>
        <w:rPr>
          <w:lang w:eastAsia="zh-CN"/>
        </w:rPr>
        <w:t>　　六、20__年将具体从以下几方面予以改进</w:t>
      </w:r>
      <w:r>
        <w:rPr>
          <w:lang w:eastAsia="zh-CN"/>
        </w:rPr>
        <w:br/>
      </w:r>
      <w:r>
        <w:rPr>
          <w:lang w:eastAsia="zh-CN"/>
        </w:rPr>
        <w:t>　　1、制定采购预算与估计成本。</w:t>
      </w:r>
      <w:r>
        <w:rPr>
          <w:lang w:eastAsia="zh-CN"/>
        </w:rPr>
        <w:br/>
      </w:r>
      <w:r>
        <w:rPr>
          <w:lang w:eastAsia="zh-CN"/>
        </w:rPr>
        <w:t>　　制定采购预算是在具体实施项目采购行为之前对项目采购成本的一种估计和预测，是对整个项目资金的一种理性的规划。它不单对项目采购资金进行了合理的配置和分发，还同时建立了一个资金的使用标准，以便对采购实施行为中的资金使用进行随时的检测与控制，确保项目资金的使用在一定的合理范围内浮动。有了采购预算的约束，能提高项目资金的使用效率，优化项目采购管理中资源的调配，查找资金使用过程中的一些例外情况，有效的控制项目资金的流向和流量，从而达到控制采购成本的目的。</w:t>
      </w:r>
      <w:r>
        <w:rPr>
          <w:lang w:eastAsia="zh-CN"/>
        </w:rPr>
        <w:br/>
      </w:r>
      <w:r>
        <w:rPr>
          <w:lang w:eastAsia="zh-CN"/>
        </w:rPr>
        <w:t>　　3、改进供应商的选择。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进行供应商数量的选择时既要避免单一货源，寻求多家供应，同时又要保证所选供应商承担的供应份额充足，以获取供应商的优惠政策，降低物资的价格和采购成本。这样既能保证采购物资供应的质量，又能有力的控制采购支出。根据我们的规模，供应商的数量以14、建立重要货物供应商信息的数据库。</w:t>
      </w:r>
      <w:r>
        <w:rPr>
          <w:lang w:eastAsia="zh-CN"/>
        </w:rPr>
        <w:br/>
      </w:r>
      <w:r>
        <w:rPr>
          <w:lang w:eastAsia="zh-CN"/>
        </w:rPr>
        <w:t>　　以便在需要时候能随时找到相应的供应商，以及这些供应商的产品或服务的规格性能及其他方面的可靠信息。</w:t>
      </w:r>
      <w:r>
        <w:rPr>
          <w:lang w:eastAsia="zh-CN"/>
        </w:rPr>
        <w:br/>
      </w:r>
      <w:r>
        <w:rPr>
          <w:lang w:eastAsia="zh-CN"/>
        </w:rPr>
        <w:t>　　4、建立同一类货物的价格目录。</w:t>
      </w:r>
      <w:r>
        <w:rPr>
          <w:lang w:eastAsia="zh-CN"/>
        </w:rPr>
        <w:br/>
      </w:r>
      <w:r>
        <w:rPr>
          <w:lang w:eastAsia="zh-CN"/>
        </w:rPr>
        <w:t>　　以便采购者能进行比较和选择，充分利用竞争的办法来获得价格上的利益。</w:t>
      </w:r>
      <w:r>
        <w:rPr>
          <w:lang w:eastAsia="zh-CN"/>
        </w:rPr>
        <w:br/>
      </w:r>
      <w:r>
        <w:rPr>
          <w:lang w:eastAsia="zh-CN"/>
        </w:rPr>
        <w:t>　　在20__年的工作中，我们部门要虚心向其它部门学习工作和管理经验，借鉴好的工作方法，努力学习业务理论知识，不断提高自身的业务素质和管理水平。使自己的全面素质再有一个新的提高。要进一步强化敬业精神，增强责任意识，提高完成工作的标准。同时我部门希望公司各个部门出新、出奇的想出不断下降成本和提高效率的方法，并不断的大胆尝试，取其精华、修改弊端。为公司在新年度的工作中再上新台阶、更上一层楼贡献出自己的力量!</w:t>
      </w:r>
      <w:r>
        <w:rPr>
          <w:lang w:eastAsia="zh-CN"/>
        </w:rPr>
        <w:br/>
      </w:r>
      <w:r>
        <w:rPr>
          <w:lang w:eastAsia="zh-CN"/>
        </w:rPr>
        <w:t xml:space="preserve">    2024年酒店采购年度总结 篇23 </w:t>
      </w:r>
      <w:r>
        <w:rPr>
          <w:lang w:eastAsia="zh-CN"/>
        </w:rPr>
        <w:br/>
      </w:r>
    </w:p>
    <w:p w:rsidR="001B1F19" w14:textId="27C3F48A">
      <w:pPr>
        <w:rPr>
          <w:rFonts w:hint="eastAsia"/>
          <w:lang w:eastAsia="zh-CN"/>
        </w:rPr>
      </w:pPr>
      <w:r>
        <w:rPr>
          <w:lang w:eastAsia="zh-CN"/>
        </w:rPr>
        <w:t>　　在20__年，因为市场形势剧变，市场产出严重缩水，收款周期比较长，采购部的工作经历了比较严峻的挑战，一方面项目成本控制的严格实行要求我们尽量降低采购成本，另一方面公司收款周期的延长要求我们采购部在采购支付上要尽量延长帐期，争取更多的优惠条件，总体说来，20__年采购部遇到了一定的困难和挑战。但在公司领导的正确指引和大力支持下，我们能够较好的完成全年项目采购任务，按公司规定支付相关款项，做到成本控制有力，供应渠道畅通，在保证公司项目正常实施的同时，维护了公司建立的采购物流渠道，维护了公司的美誉度和信誉度。现将我的工作详细汇报如下：</w:t>
      </w:r>
      <w:r>
        <w:rPr>
          <w:lang w:eastAsia="zh-CN"/>
        </w:rPr>
        <w:br/>
      </w:r>
      <w:r>
        <w:rPr>
          <w:lang w:eastAsia="zh-CN"/>
        </w:rPr>
        <w:t>　　一、主要工作成绩</w:t>
      </w:r>
      <w:r>
        <w:rPr>
          <w:lang w:eastAsia="zh-CN"/>
        </w:rPr>
        <w:br/>
      </w:r>
      <w:r>
        <w:rPr>
          <w:lang w:eastAsia="zh-CN"/>
        </w:rPr>
        <w:t>　　(一)采购部分</w:t>
      </w:r>
      <w:r>
        <w:rPr>
          <w:lang w:eastAsia="zh-CN"/>
        </w:rPr>
        <w:br/>
      </w:r>
      <w:r>
        <w:rPr>
          <w:lang w:eastAsia="zh-CN"/>
        </w:rPr>
        <w:t>　　1、严格按照公司询价、核价、采购管理制度，严格控制采购成本，保质保量完成项目采购任务，全年完成采购项目共计330万元，保证了公司项目实施的正常进行。重点采购的大项目有：健桥证券北京营业部UPS、发电机设备;健桥证券丹阳营业部建设项目所需设备;华龙证券日常设备供应;湖南省农行小型机以及附属设备;银河证券西安集中交易所需设备;项目以及华龙证券设备供应等采购任务。</w:t>
      </w:r>
      <w:r>
        <w:rPr>
          <w:lang w:eastAsia="zh-CN"/>
        </w:rPr>
        <w:br/>
      </w:r>
      <w:r>
        <w:rPr>
          <w:lang w:eastAsia="zh-CN"/>
        </w:rPr>
        <w:t>　　2、努力学习，不断提高业务技能，征询产品信息，完成新项目的设备采购，在20__年，我们接洽一些比较新的项目，如健桥证券北京营业部发电机项目以及湖南农行的小型机项目，还有健桥证券丹阳营业部建设项目设计的防雷防静电等设备采购，项目品种十分丰富和复杂，好多设备都是我们以前没有接触过的，这对我们的采购工作提出了一定的挑战，在总公司帮助下，我们经过积极的努力，全面完成了这些项目的采购，保证了项目正常实施，同时锻炼了我的能力拓宽了我的知识面，对后期的工作十分有意义。</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https://d.book118.com/698045141111006033</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8045141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