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2024年客服试用期工作总结范文（31篇）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2024年客服试用期工作总结范文（精选31篇）</w:t>
      </w:r>
      <w:r>
        <w:rPr>
          <w:lang w:eastAsia="zh-CN"/>
        </w:rPr>
        <w:br/>
      </w:r>
      <w:r>
        <w:rPr>
          <w:lang w:eastAsia="zh-CN"/>
        </w:rPr>
        <w:t xml:space="preserve">    2024年客服试用期工作总结范文 篇1 </w:t>
      </w:r>
      <w:r>
        <w:rPr>
          <w:lang w:eastAsia="zh-CN"/>
        </w:rPr>
        <w:br/>
      </w:r>
      <w:r>
        <w:rPr>
          <w:lang w:eastAsia="zh-CN"/>
        </w:rPr>
        <w:t>　　从事客服管理工作至今，__年有余了，经历了许多的挑战和挫折，依然没有成功，既没有实现自己的理想，也没有达到领导的满意，原因在哪里？我一直在思考。虽然客服工作是一个没有什么前途的工作，也是一个待遇差、地位低、不为人们所重视甚重的工作，但是我想自己既然已经为她投入4年的时间和精力，就想把她做好，并把自己的经验奉献给后来者，让大家少走弯路，尽快实现自己理想中的美好境界。</w:t>
      </w:r>
      <w:r>
        <w:rPr>
          <w:lang w:eastAsia="zh-CN"/>
        </w:rPr>
        <w:br/>
      </w:r>
      <w:r>
        <w:rPr>
          <w:lang w:eastAsia="zh-CN"/>
        </w:rPr>
        <w:t>　　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r>
        <w:rPr>
          <w:lang w:eastAsia="zh-CN"/>
        </w:rPr>
        <w:br/>
      </w:r>
      <w:r>
        <w:rPr>
          <w:lang w:eastAsia="zh-CN"/>
        </w:rPr>
        <w:t>　　后来，我开始调整工作思路，不再过多关注病人提出的意见处理，想把主要精力放在提高服务水平上。我们组织大家学习美国服务理念、服务做法，制定自己的服务流程和规章制度，带领大家参观民营医院，很多努力之后，连我都快失去信心了，在我看来很简单的事，我的客服人员总是难以达到标准，当然也很难让领导满意。</w:t>
      </w:r>
      <w:r>
        <w:rPr>
          <w:lang w:eastAsia="zh-CN"/>
        </w:rPr>
        <w:br/>
      </w:r>
      <w:r>
        <w:rPr>
          <w:lang w:eastAsia="zh-CN"/>
        </w:rPr>
        <w:t>　　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r>
        <w:rPr>
          <w:lang w:eastAsia="zh-CN"/>
        </w:rPr>
        <w:br/>
      </w:r>
      <w:r>
        <w:rPr>
          <w:lang w:eastAsia="zh-CN"/>
        </w:rPr>
        <w:t>　　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这时候我发现：如果你想脱离开企业的大环境，去营造一个乌托邦似的小社会，恐怕只是空想，科室的水平提升可以略高于总体，但别想高太多；而且考核的同时要非常注意方式方法。</w:t>
      </w:r>
      <w:r>
        <w:rPr>
          <w:lang w:eastAsia="zh-CN"/>
        </w:rPr>
        <w:br/>
      </w:r>
      <w:r>
        <w:rPr>
          <w:lang w:eastAsia="zh-CN"/>
        </w:rPr>
        <w:t>　　然后我就碰到了最难受的一件事：我们科室的奖金系数被集体下调，受影响的不光是收入，还有科室人员的情感、工作认知、工作积极性和主动性。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r>
        <w:rPr>
          <w:lang w:eastAsia="zh-CN"/>
        </w:rPr>
        <w:br/>
      </w:r>
      <w:r>
        <w:rPr>
          <w:lang w:eastAsia="zh-CN"/>
        </w:rPr>
        <w:t>　　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r>
        <w:rPr>
          <w:lang w:eastAsia="zh-CN"/>
        </w:rPr>
        <w:br/>
      </w:r>
      <w:r>
        <w:rPr>
          <w:lang w:eastAsia="zh-CN"/>
        </w:rPr>
        <w:t>　　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r>
        <w:rPr>
          <w:lang w:eastAsia="zh-CN"/>
        </w:rPr>
        <w:br/>
      </w:r>
      <w:r>
        <w:rPr>
          <w:lang w:eastAsia="zh-CN"/>
        </w:rPr>
        <w:t>　　4年的经历和挫折让我渐渐领悟许多，既看到自己的优势，同时也不得不承认自己在管理思路、工作方法上的稚嫩。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2024年客服试用期工作总结范文 篇2 </w:t>
      </w:r>
      <w:r>
        <w:rPr>
          <w:lang w:eastAsia="zh-CN"/>
        </w:rPr>
        <w:br/>
      </w:r>
      <w:r>
        <w:rPr>
          <w:lang w:eastAsia="zh-CN"/>
        </w:rPr>
        <w:t>　　__年6月30日，__学校市场部门成立了，在将近半年时间内，逐步开展市场工作，从什么都没有的市场部，渐渐的在单位中成长，做到“市场工作先调查，其次汇报，接着计划，再执行，最后是总结提炼，”现在所需的资料都可以拿出，迎接总部考核。</w:t>
      </w:r>
      <w:r>
        <w:rPr>
          <w:lang w:eastAsia="zh-CN"/>
        </w:rPr>
        <w:br/>
      </w:r>
      <w:r>
        <w:rPr>
          <w:lang w:eastAsia="zh-CN"/>
        </w:rPr>
        <w:t>　　在单位业绩上可以知道我们市场部门是做的不好的，因为今年的招生业绩基本是和去年持平，对于当地的一些小型电脑培训机构来说，地理环境优势、学校师资都在我们之下，对手只有在项目学费上往下调，这给我们的市场带来一定的冲击、我们稳站当地市场那是一个必然性。</w:t>
      </w:r>
      <w:r>
        <w:rPr>
          <w:lang w:eastAsia="zh-CN"/>
        </w:rPr>
        <w:br/>
      </w:r>
      <w:r>
        <w:rPr>
          <w:lang w:eastAsia="zh-CN"/>
        </w:rPr>
        <w:t>　　下面我对我们部门的工作做一下归纳</w:t>
      </w:r>
      <w:r>
        <w:rPr>
          <w:lang w:eastAsia="zh-CN"/>
        </w:rPr>
        <w:br/>
      </w:r>
      <w:r>
        <w:rPr>
          <w:lang w:eastAsia="zh-CN"/>
        </w:rPr>
        <w:t>　　1、部门建设：部门刚刚启动，市场体系还不是很完整，可是开展市场工作人员严重不足；</w:t>
      </w:r>
      <w:r>
        <w:rPr>
          <w:lang w:eastAsia="zh-CN"/>
        </w:rPr>
        <w:br/>
      </w:r>
      <w:r>
        <w:rPr>
          <w:lang w:eastAsia="zh-CN"/>
        </w:rPr>
        <w:t>　　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r>
        <w:rPr>
          <w:lang w:eastAsia="zh-CN"/>
        </w:rPr>
        <w:br/>
      </w:r>
      <w:r>
        <w:rPr>
          <w:lang w:eastAsia="zh-CN"/>
        </w:rPr>
        <w:t>　　3、部门工作数据分析：在工作上对于市场数据分析是非常不足的，因为市场招生就是我们的工作，如果学生来报名了，可是我们还不知道他是怎么知道我校有相关的培训项目；</w:t>
      </w:r>
      <w:r>
        <w:rPr>
          <w:lang w:eastAsia="zh-CN"/>
        </w:rPr>
        <w:br/>
      </w:r>
      <w:r>
        <w:rPr>
          <w:lang w:eastAsia="zh-CN"/>
        </w:rPr>
        <w:t>　　4、部门工作情况：工作没有一个很明确的目标和详细的计划，市场人远没有养成一个写工作总结和计划的习惯；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5、部门创新性：新业务的开拓不够，业务增长小，业务能力还有待提高；</w:t>
      </w:r>
      <w:r>
        <w:rPr>
          <w:lang w:eastAsia="zh-CN"/>
        </w:rPr>
        <w:br/>
      </w:r>
      <w:r>
        <w:rPr>
          <w:lang w:eastAsia="zh-CN"/>
        </w:rPr>
        <w:t>　　6、整顿单位内部市场品牌资料，迎接总部考核；</w:t>
      </w:r>
      <w:r>
        <w:rPr>
          <w:lang w:eastAsia="zh-CN"/>
        </w:rPr>
        <w:br/>
      </w:r>
      <w:r>
        <w:rPr>
          <w:lang w:eastAsia="zh-CN"/>
        </w:rPr>
        <w:t>　　7、以上工作得到了单位同事的大力支持与携手帮忙才能完成目标，为此我对他们表示由衷的感谢、</w:t>
      </w:r>
      <w:r>
        <w:rPr>
          <w:lang w:eastAsia="zh-CN"/>
        </w:rPr>
        <w:br/>
      </w:r>
      <w:r>
        <w:rPr>
          <w:lang w:eastAsia="zh-CN"/>
        </w:rPr>
        <w:t xml:space="preserve">    2024年客服试用期工作总结范文 篇3 </w:t>
      </w:r>
      <w:r>
        <w:rPr>
          <w:lang w:eastAsia="zh-CN"/>
        </w:rPr>
        <w:br/>
      </w:r>
      <w:r>
        <w:rPr>
          <w:lang w:eastAsia="zh-CN"/>
        </w:rPr>
        <w:t>　　“时间如水，岁月如歌”，我尽情的贪婪的呼吸着华泰的生活气息，再一次感觉到了大家庭的那种温暖，让我忘记了思恋家乡的苦痛。</w:t>
      </w:r>
      <w:r>
        <w:rPr>
          <w:lang w:eastAsia="zh-CN"/>
        </w:rPr>
        <w:br/>
      </w:r>
      <w:r>
        <w:rPr>
          <w:lang w:eastAsia="zh-CN"/>
        </w:rPr>
        <w:t>　　日子匆匆过，经过三个月的学习实践实习期，在领导的细心呵护与热心指导下，我终于成功迈出人生的第一步，由一个忸怩浮躁的初出茅庐的大学生转变成为一名大气沉稳的新职工。在这些日子里，我都细心做好点点滴滴的事，为自己的将来打好基础。在难忘的试用期的日子里，我对自己的工作做了一下总结：</w:t>
      </w:r>
      <w:r>
        <w:rPr>
          <w:lang w:eastAsia="zh-CN"/>
        </w:rPr>
        <w:br/>
      </w:r>
      <w:r>
        <w:rPr>
          <w:lang w:eastAsia="zh-CN"/>
        </w:rPr>
        <w:t>　　一、听从领导的指挥，虚心向老师学习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刚刚步入华泰里，还是一个陌生的地方，一切都由学生时代转了三百六十度变为一名职工，刚开始是有些不适应，特别是自己的专业技能不能得到很好的发挥，有一段时间心情特别郁闷。事情都是有两面性的，厂里对我们新来的职工开了一次例会，主任对我们嘘寒问暖，关心倍至，特别是党的“十八大”精神掠过厂里，新《劳动法》的实施，厂里的领导更是对我们新职工进行思想交流，畅谈人生，解除我们对人生的一些不正确认识的顾虑，在技术方面，找技能高的老师为我们进行技术培训与指导。在伙食上对我们也是倍加关心，使我们安心于华泰，把这里当作自己温暖的家。</w:t>
      </w:r>
      <w:r>
        <w:rPr>
          <w:lang w:eastAsia="zh-CN"/>
        </w:rPr>
        <w:br/>
      </w:r>
      <w:r>
        <w:rPr>
          <w:lang w:eastAsia="zh-CN"/>
        </w:rPr>
        <w:t>　　“夏练三伏，冬练三九”，这是对执着于人生目标不惜付出代价的形象俗语，我们也一样，对于一个陌生的岗位，对于自己关联不大的专业技能，我们没有被吓掉，没有放弃，听从老师的教诲，虚心向老师请教相关知识，不懂就问，不会就学，勤学苦练，知识与实践相结合，争取在短时间内熟练掌握专业技能。</w:t>
      </w:r>
      <w:r>
        <w:rPr>
          <w:lang w:eastAsia="zh-CN"/>
        </w:rPr>
        <w:br/>
      </w:r>
      <w:r>
        <w:rPr>
          <w:lang w:eastAsia="zh-CN"/>
        </w:rPr>
        <w:t>　　二、团结同事，努力学习</w:t>
      </w:r>
      <w:r>
        <w:rPr>
          <w:lang w:eastAsia="zh-CN"/>
        </w:rPr>
        <w:br/>
      </w:r>
      <w:r>
        <w:rPr>
          <w:lang w:eastAsia="zh-CN"/>
        </w:rPr>
        <w:t>　　“出外靠朋友，朋友多了路好走”，来自于五湖西海的人才到华泰寻发展，相识的确是一种缘份，所以，我特别珍惜这份来之不易的缘份，情份。当只身一个来到这个陌生的地方，在夜深人静的时候，不免想家，眼泪在眼眶里打转，想打退堂鼓，“做人要有骨气，是男子汉的，要挺起胸堂做人，条条大道通罗马，当工人不丢人”!一位挚友鼻子酸酸的，握着我的手激动的说，“是爷们的，好好的再学习，找回丢失的时间，好好的闯，不出几年，咱混出个样，比他们公务员还要好!”我的脸红红的，一夜未眠。从那后，图书馆成了我的第二休息场所，每逢给家里打电话时，一边给爸妈问个安，一边给爸妈打气，让他们放心，儿子在外是不容易，但要闯出个样来，就要不怕吃苦。</w:t>
      </w:r>
      <w:r>
        <w:rPr>
          <w:lang w:eastAsia="zh-CN"/>
        </w:rPr>
        <w:br/>
      </w:r>
      <w:r>
        <w:rPr>
          <w:lang w:eastAsia="zh-CN"/>
        </w:rPr>
        <w:t>　　三、竖立人生目标，把握好机遇，掌握好人生的方向盘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工作的单调与苦燥，对于我来说，因为起初对于工作的含金量，我没有正确理解工作与人生的真正相关联的含意，应该以苦作乐，在工作上要有所创新，才能找出工作的快乐。最基层的工作，是根基，要想向更高层的发展，基础要打好，工作如此，人生也如此，所以，要时刻为自己做好准备，储藏好方方面面的知识与技能，把握好机遇，掌握好人生的方向盘，从基础做起，从最根本做起，刻苦学习，正确竖立人生目标，做好人生的规划，一步一个脚印的踏踏实实迈好人生步伐，命运才真正掌握在自己手中，在社会中，永远立于不败之地。</w:t>
      </w:r>
      <w:r>
        <w:rPr>
          <w:lang w:eastAsia="zh-CN"/>
        </w:rPr>
        <w:br/>
      </w:r>
      <w:r>
        <w:rPr>
          <w:lang w:eastAsia="zh-CN"/>
        </w:rPr>
        <w:t>　　在华泰上班的日子里，我渐渐喜欢上了这个地方，喜欢上了这份工作，把他做为我希望的摇篮，想在这里慢慢成长成材，成为一名合格的正式华泰里的职工，我盼望着这一天的到来，盼望着领导对我的那份信任，点亮我人生路上的那盏指路灯。</w:t>
      </w:r>
      <w:r>
        <w:rPr>
          <w:lang w:eastAsia="zh-CN"/>
        </w:rPr>
        <w:br/>
      </w:r>
      <w:r>
        <w:rPr>
          <w:lang w:eastAsia="zh-CN"/>
        </w:rPr>
        <w:t xml:space="preserve">    2024年客服试用期工作总结范文 篇4 </w:t>
      </w:r>
      <w:r>
        <w:rPr>
          <w:lang w:eastAsia="zh-CN"/>
        </w:rPr>
        <w:br/>
      </w:r>
      <w:r>
        <w:rPr>
          <w:lang w:eastAsia="zh-CN"/>
        </w:rPr>
        <w:t>　　我于20__年2月19日正式在商场客服部工作，试用期三个月。</w:t>
      </w:r>
      <w:r>
        <w:rPr>
          <w:lang w:eastAsia="zh-CN"/>
        </w:rPr>
        <w:br/>
      </w:r>
      <w:r>
        <w:rPr>
          <w:lang w:eastAsia="zh-CN"/>
        </w:rPr>
        <w:t>　　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r>
        <w:rPr>
          <w:lang w:eastAsia="zh-CN"/>
        </w:rPr>
        <w:br/>
      </w:r>
      <w:r>
        <w:rPr>
          <w:lang w:eastAsia="zh-CN"/>
        </w:rPr>
        <w:t>　　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__月中旬去__市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r>
        <w:rPr>
          <w:lang w:eastAsia="zh-CN"/>
        </w:rPr>
        <w:br/>
      </w:r>
      <w:r>
        <w:rPr>
          <w:lang w:eastAsia="zh-CN"/>
        </w:rPr>
        <w:t>　　当然，我在工作中还在存在着缺点和做得不到位的地方，我会继续努力工作学习，今后一定尽力做到。工作中需要“超越”的精神，我相信经过努力，工作会越做越好。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此，在对试用期的工作情况及心得体会做一汇报后，我想借此机会，正式向公司领导提出转正请求。我也不知道自己能否在试用期之后，继续留在这里。不过我在试用期中，表现还是不错的，虽然对客服部的情况没有太大的了解，不过大概情况还是知道的。希望公司能够看到我的潜力，让我继续在现在的工作岗位工作下去，我相信自己有这个能力做好这个岗位。我会尽我的全力来工作，我会为公司的发展做出我的贡献!希望公司领导能对我的工作态度、工作能力和表现，以正式员工的要求做一个全面考量。我愿为同方人环的蓬勃发展贡献我全部的力量。</w:t>
      </w:r>
      <w:r>
        <w:rPr>
          <w:lang w:eastAsia="zh-CN"/>
        </w:rPr>
        <w:br/>
      </w:r>
      <w:r>
        <w:rPr>
          <w:lang w:eastAsia="zh-CN"/>
        </w:rPr>
        <w:t xml:space="preserve">    2024年客服试用期工作总结范文 篇5 </w:t>
      </w:r>
      <w:r>
        <w:rPr>
          <w:lang w:eastAsia="zh-CN"/>
        </w:rPr>
        <w:br/>
      </w:r>
      <w:r>
        <w:rPr>
          <w:lang w:eastAsia="zh-CN"/>
        </w:rPr>
        <w:t>　　从20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r>
        <w:rPr>
          <w:lang w:eastAsia="zh-CN"/>
        </w:rPr>
        <w:br/>
      </w:r>
      <w:r>
        <w:rPr>
          <w:lang w:eastAsia="zh-CN"/>
        </w:rPr>
        <w:t>　　在试用期阶段自己主要负责完成以下工作：</w:t>
      </w:r>
      <w:r>
        <w:rPr>
          <w:lang w:eastAsia="zh-CN"/>
        </w:rPr>
        <w:br/>
      </w:r>
      <w:r>
        <w:rPr>
          <w:lang w:eastAsia="zh-CN"/>
        </w:rPr>
        <w:t>　　1、由于公司客户服务中心的客户服务平台正处于开发阶段自己进入公司，利用之前的工作经验自己首先提出客户服务平台功能需求，在20年12月14日和12月22日组织总部和营业部客户服务中心工作人员对客户服务平台进行测试，同时将测试结果及时反馈给公司工作人员，并且与公司工作人员进行沟通商讨对客户服务平台的功能完善，并于20年1月15日完成功能完善建议提交工作人员;</w:t>
      </w:r>
      <w:r>
        <w:rPr>
          <w:lang w:eastAsia="zh-CN"/>
        </w:rPr>
        <w:br/>
      </w:r>
      <w:r>
        <w:rPr>
          <w:lang w:eastAsia="zh-CN"/>
        </w:rPr>
        <w:t>　　2、负责公司客户服务中心质检管理办法编辑，并且协助完成公司客户服务中心管理办法制定及公司客户服务中心规范用语编辑，完善公司客户服务中心制度体系建设;</w:t>
      </w:r>
      <w:r>
        <w:rPr>
          <w:lang w:eastAsia="zh-CN"/>
        </w:rPr>
        <w:br/>
      </w:r>
      <w:r>
        <w:rPr>
          <w:lang w:eastAsia="zh-CN"/>
        </w:rPr>
        <w:t>　　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4、从20年1月客户服务中心客户服务平台坐席系统上线之后，开始接听客户咨询电话，通过在接听客户电话过程中来促进业务知识的学习，同时提高自身客户服务意识;</w:t>
      </w:r>
      <w:r>
        <w:rPr>
          <w:lang w:eastAsia="zh-CN"/>
        </w:rPr>
        <w:br/>
      </w:r>
      <w:r>
        <w:rPr>
          <w:lang w:eastAsia="zh-CN"/>
        </w:rPr>
        <w:t>　　5、每日组织客户服务中心人员的晨会，通过晨会来了解当时市场资讯，共同学习每日疑难业务知识和新业务知识，同时学习公司近期工作任务与重点;</w:t>
      </w:r>
      <w:r>
        <w:rPr>
          <w:lang w:eastAsia="zh-CN"/>
        </w:rPr>
        <w:br/>
      </w:r>
      <w:r>
        <w:rPr>
          <w:lang w:eastAsia="zh-CN"/>
        </w:rPr>
        <w:t>　　6、针对客户服务中心工作流程和标准使用语及相关工作对北京营业部相关工作人员进行培训，通过培训学习了解客户服务中心工作流程和提高服务认知;</w:t>
      </w:r>
      <w:r>
        <w:rPr>
          <w:lang w:eastAsia="zh-CN"/>
        </w:rPr>
        <w:br/>
      </w:r>
      <w:r>
        <w:rPr>
          <w:lang w:eastAsia="zh-CN"/>
        </w:rPr>
        <w:t>　　7、在总部和营业部客户服务平台坐席系统上线之后，指导营业部通过坐席系统完成新客户回访工作，并且及时解决营业部外呼人员在外呼过程中出现的问题;</w:t>
      </w:r>
      <w:r>
        <w:rPr>
          <w:lang w:eastAsia="zh-CN"/>
        </w:rPr>
        <w:br/>
      </w:r>
      <w:r>
        <w:rPr>
          <w:lang w:eastAsia="zh-CN"/>
        </w:rPr>
        <w:t>　　8、根据公司领导要求同时为了加强公司各部门业务相通，每日收市后负责当日疑难业务，并且每周将疑难业务汇总发送总部经纪业务部各位领导和各营业部客服主管。</w:t>
      </w:r>
      <w:r>
        <w:rPr>
          <w:lang w:eastAsia="zh-CN"/>
        </w:rPr>
        <w:br/>
      </w:r>
      <w:r>
        <w:rPr>
          <w:lang w:eastAsia="zh-CN"/>
        </w:rPr>
        <w:t>　　通过以上工作任务的完成自己发现在很多方面仍然需要改进：</w:t>
      </w:r>
      <w:r>
        <w:rPr>
          <w:lang w:eastAsia="zh-CN"/>
        </w:rPr>
        <w:br/>
      </w:r>
      <w:r>
        <w:rPr>
          <w:lang w:eastAsia="zh-CN"/>
        </w:rPr>
        <w:t>　　1、加强业务知识的学习，通过不断的接听客户咨询电话过程中发现对于公司很多业务知识方面自己仍然需要加强学习，从而才能提高对客户的服务水平;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加强团队沟通协作，加入新的集体之后，并且在公司客户服务中心建设阶段必须很好与领导和同事沟通才能保证各项工作的开展与完成，尤其根据公司客户服务中心发展目标，积极加强与各营业部客服主管的沟通;</w:t>
      </w:r>
      <w:r>
        <w:rPr>
          <w:lang w:eastAsia="zh-CN"/>
        </w:rPr>
        <w:br/>
      </w:r>
      <w:r>
        <w:rPr>
          <w:lang w:eastAsia="zh-CN"/>
        </w:rPr>
        <w:t>　　3、对于公司客户服务中心建设阶段，应该利用自己之前的工作经验与客户服务中心运营管理的认知加强创新能力，寻找合适公司客户服务中心建设的方式方法。</w:t>
      </w:r>
      <w:r>
        <w:rPr>
          <w:lang w:eastAsia="zh-CN"/>
        </w:rPr>
        <w:br/>
      </w:r>
      <w:r>
        <w:rPr>
          <w:lang w:eastAsia="zh-CN"/>
        </w:rPr>
        <w:t xml:space="preserve">    2024年客服试用期工作总结范文 篇6 </w:t>
      </w:r>
      <w:r>
        <w:rPr>
          <w:lang w:eastAsia="zh-CN"/>
        </w:rPr>
        <w:br/>
      </w:r>
      <w:r>
        <w:rPr>
          <w:lang w:eastAsia="zh-CN"/>
        </w:rPr>
        <w:t>　　己在试用期的表现还算满意，但是我不确定我能够通过公司的考核，我不确定领导对我的表现是否满意。我能够确定的就是我想要热切加入公司的心，我从一进入到公司，我就喜欢上了我们公司积极向上的工作氛围，就喜欢上了我们公司努力奋进的企业精神。不仅如此，还有一群友善可爱的同事们也让我坚定了自己想要留在公司工作的信念。在这短短的三个月的试用期里，我已经爱上了自己的这份前台客服的岗位，也和公司同事建立了深厚的感情基础。我不想失去这个转正的机会，我要为这个转正努力争取机会，特此写了这篇试用期转正工作总结。</w:t>
      </w:r>
      <w:r>
        <w:rPr>
          <w:lang w:eastAsia="zh-CN"/>
        </w:rPr>
        <w:br/>
      </w:r>
      <w:r>
        <w:rPr>
          <w:lang w:eastAsia="zh-CN"/>
        </w:rPr>
        <w:t>　　在这个试用期里，我主要负责前台客服的工作。这个前台客服的工作说简单也不简单，说复杂也不复杂。主要是要维持好公司前台的脸面，要保持好自己形象气质佳的一面。所以为了能做好这一点，我这个试用期里，没少花心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在以前是一个不太爱打扮的性格，但是在来到公司担任这个前台客服的岗位以后，我就开始不得不注重自己的形象了。起先在妆容上，我每天都会提早一个小时，来用心画上我精致的妆容。这个妆容不能是艳丽的浓妆，也不能太过淡雅。一定既要让人眼前一亮，也要使人有如沐清风的感觉。然后在服装整理上，我会在出门之前，用心的在镜子前面检查两到三遍，觉得没问题后，保证仪容都达标后，再出门。这个服装的搭配和整理，既要符合公司的规定，又要有自己的小心机，所以也是很有学问的。最后在礼仪方面，我在网上学习了很多礼仪知识，向前辈讨教了很多礼仪技巧，并在回家以后自己一个人对着镜子，关于各种礼仪都练习了很多次。</w:t>
      </w:r>
      <w:r>
        <w:rPr>
          <w:lang w:eastAsia="zh-CN"/>
        </w:rPr>
        <w:br/>
      </w:r>
      <w:r>
        <w:rPr>
          <w:lang w:eastAsia="zh-CN"/>
        </w:rPr>
        <w:t>　　所以通过我三个月的努力学习，我各方面都取得了很大的.进步。我的形象越来越好，气质越来越来佳，在服装搭配上面，也有了自己的见解和心得体会。而且在礼仪上，不管是待人接客，我都能做到优雅大方。我的专业素养得到了提升，我的工作能力也得到了大幅度的进步。</w:t>
      </w:r>
      <w:r>
        <w:rPr>
          <w:lang w:eastAsia="zh-CN"/>
        </w:rPr>
        <w:br/>
      </w:r>
      <w:r>
        <w:rPr>
          <w:lang w:eastAsia="zh-CN"/>
        </w:rPr>
        <w:t xml:space="preserve">    2024年客服试用期工作总结范文 篇7 </w:t>
      </w:r>
      <w:r>
        <w:rPr>
          <w:lang w:eastAsia="zh-CN"/>
        </w:rPr>
        <w:br/>
      </w:r>
      <w:r>
        <w:rPr>
          <w:lang w:eastAsia="zh-CN"/>
        </w:rPr>
        <w:t>　　加入__公司成为一名电话客服已经三个月了，距离我第一次踏进公司的大门，已经过去三个月了，三个月的时间一过，我的试用期就结束了，下面我将自己这三个月的试用期的工作作出如下总结。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电话客服的工作说简单也不简单，说难每天又都是这些工作，很多人会觉得电话客服这份工作枯燥无味，每天对着的都是一个又一个的电话，每天说的话都差不多，就像是一个机器一样，对于如此无聊没有挑战性的工作怎么可能做得下去。但是对我而言我的想法恰恰相反，我认为电话客服是一件非常有挑战性的工作，因为我每天面临的人都是不一样的，所以每天的交流方式也是不一样的，而且能够帮客户，帮助电话那方的人解决他们所不能解决的问题吧，我感到非常有成就感，并且我也以自己的这份工作，以及自己的努力引以为傲。</w:t>
      </w:r>
      <w:r>
        <w:rPr>
          <w:lang w:eastAsia="zh-CN"/>
        </w:rPr>
        <w:br/>
      </w:r>
      <w:r>
        <w:rPr>
          <w:lang w:eastAsia="zh-CN"/>
        </w:rPr>
        <w:t>　　试用期的工作，就是每天接一下电话，帮助客户解决他们的疑问和难题，所以在我进入公司没几天我就能够独立的上手自己操作，也能单独的接电话，但是我并没有因为自己工作的简单，就放弃掉自己这么好的一个学习机会，我会将自己每天遇到的问题记下来，并且在空闲的时间里去回想自己工作的时候做的不妥或者有所欠缺的地方，并且去努力的完善，争取在下一次再遇到这种问题的时候能够完美的解决它。</w:t>
      </w:r>
      <w:r>
        <w:rPr>
          <w:lang w:eastAsia="zh-CN"/>
        </w:rPr>
        <w:br/>
      </w:r>
      <w:r>
        <w:rPr>
          <w:lang w:eastAsia="zh-CN"/>
        </w:rPr>
        <w:t>　　和公司的同事我也在极短的时间内，融入到了公司的工作氛围，也融入到了这个大家庭里面，在公司的日常工作里，都能够互帮互助，记得有一次，我刚来没多久，我接到了一个言语非常犀利的客户的电话，我一接起电话就被他骂的狗血淋头，因为刚加入公司不久，抗压力还是没有锻炼的很强，所以一下子就被骂哭了，是同事们都来安慰我，要我放宽心，并且告诉我这种事情经常有，把电话一挂就忘记这件事就好了。所以我感谢命运能够让我遇到一群可爱又友好的同事。</w:t>
      </w:r>
      <w:r>
        <w:rPr>
          <w:lang w:eastAsia="zh-CN"/>
        </w:rPr>
        <w:br/>
      </w:r>
      <w:r>
        <w:rPr>
          <w:lang w:eastAsia="zh-CN"/>
        </w:rPr>
        <w:t>　　在这三个月的日子里，我每一天都在工作中学习，在学习中工作，通过自己遇到的难题，在自己解决的时候去学习知识，就是希望自己能够在一天又一天的工作中变得越来越好。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虽说现在试用期已经结束，但是我还是会在以后的日子里更加的努力，更加的为公司工作，永远热爱工作，为公司创作更多的利益，获得更多的好评。</w:t>
      </w:r>
      <w:r>
        <w:rPr>
          <w:lang w:eastAsia="zh-CN"/>
        </w:rPr>
        <w:br/>
      </w:r>
      <w:r>
        <w:rPr>
          <w:lang w:eastAsia="zh-CN"/>
        </w:rPr>
        <w:t xml:space="preserve">    2024年客服试用期工作总结范文 篇8 </w:t>
      </w:r>
      <w:r>
        <w:rPr>
          <w:lang w:eastAsia="zh-CN"/>
        </w:rPr>
        <w:br/>
      </w:r>
      <w:r>
        <w:rPr>
          <w:lang w:eastAsia="zh-CN"/>
        </w:rPr>
        <w:t>　　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r>
        <w:rPr>
          <w:lang w:eastAsia="zh-CN"/>
        </w:rPr>
        <w:br/>
      </w:r>
      <w:r>
        <w:rPr>
          <w:lang w:eastAsia="zh-CN"/>
        </w:rPr>
        <w:t>　　在我所从事的工作中涉及到聊售后旺旺和处理各种售后交接问题，在过去半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r>
        <w:rPr>
          <w:lang w:eastAsia="zh-CN"/>
        </w:rPr>
        <w:br/>
      </w:r>
      <w:r>
        <w:rPr>
          <w:lang w:eastAsia="zh-CN"/>
        </w:rPr>
        <w:t>　　1、塑造店铺良好形象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r>
        <w:rPr>
          <w:lang w:eastAsia="zh-CN"/>
        </w:rPr>
        <w:br/>
      </w:r>
      <w:r>
        <w:rPr>
          <w:lang w:eastAsia="zh-CN"/>
        </w:rPr>
        <w:t>　　2、 学会换位思考</w:t>
      </w:r>
      <w:r>
        <w:rPr>
          <w:lang w:eastAsia="zh-CN"/>
        </w:rPr>
        <w:br/>
      </w:r>
      <w:r>
        <w:rPr>
          <w:lang w:eastAsia="zh-CN"/>
        </w:rPr>
        <w:t>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r>
        <w:rPr>
          <w:lang w:eastAsia="zh-CN"/>
        </w:rPr>
        <w:br/>
      </w:r>
      <w:r>
        <w:rPr>
          <w:lang w:eastAsia="zh-CN"/>
        </w:rPr>
        <w:t>　　3、 熟悉公司产品和产品相关知识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r>
        <w:rPr>
          <w:lang w:eastAsia="zh-CN"/>
        </w:rPr>
        <w:br/>
      </w:r>
      <w:r>
        <w:rPr>
          <w:lang w:eastAsia="zh-CN"/>
        </w:rPr>
        <w:t>　　4、有效的完成本职工作</w:t>
      </w:r>
      <w:r>
        <w:rPr>
          <w:lang w:eastAsia="zh-CN"/>
        </w:rPr>
        <w:br/>
      </w:r>
      <w:r>
        <w:rPr>
          <w:lang w:eastAsia="zh-CN"/>
        </w:rPr>
        <w:t>　　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r>
        <w:rPr>
          <w:lang w:eastAsia="zh-CN"/>
        </w:rPr>
        <w:br/>
      </w:r>
      <w:r>
        <w:rPr>
          <w:lang w:eastAsia="zh-CN"/>
        </w:rPr>
        <w:t>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在过去的半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r>
        <w:rPr>
          <w:lang w:eastAsia="zh-CN"/>
        </w:rPr>
        <w:br/>
      </w:r>
      <w:r>
        <w:rPr>
          <w:lang w:eastAsia="zh-CN"/>
        </w:rPr>
        <w:t>　　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客服转正工作总结客服转正工作总结。</w:t>
      </w:r>
      <w:r>
        <w:rPr>
          <w:lang w:eastAsia="zh-CN"/>
        </w:rPr>
        <w:br/>
      </w:r>
      <w:r>
        <w:rPr>
          <w:lang w:eastAsia="zh-CN"/>
        </w:rPr>
        <w:t xml:space="preserve">    2024年客服试用期工作总结范文 篇9 </w:t>
      </w:r>
      <w:r>
        <w:rPr>
          <w:lang w:eastAsia="zh-CN"/>
        </w:rPr>
        <w:br/>
      </w:r>
      <w:r>
        <w:rPr>
          <w:lang w:eastAsia="zh-CN"/>
        </w:rPr>
        <w:t>　　本人，毕业于__大学，所学专业为，于20__年_月_日开始在电商部工作，目前职位为客服专员。</w:t>
      </w:r>
      <w:r>
        <w:rPr>
          <w:lang w:eastAsia="zh-CN"/>
        </w:rPr>
        <w:br/>
      </w:r>
      <w:r>
        <w:rPr>
          <w:lang w:eastAsia="zh-CN"/>
        </w:rPr>
        <w:t>　　进入公司参加工作的几个月试用期经已接近尾声。工作以来，在单位领导的精心培育和教导下，通过自身的不断努力，无论是思想上、学习上还是工作上，都取得了长足的发展和巨大的收获。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r>
        <w:rPr>
          <w:lang w:eastAsia="zh-CN"/>
        </w:rPr>
        <w:br/>
      </w:r>
      <w:r>
        <w:rPr>
          <w:lang w:eastAsia="zh-CN"/>
        </w:rPr>
        <w:t>　　一、工作上</w:t>
      </w:r>
      <w:r>
        <w:rPr>
          <w:lang w:eastAsia="zh-CN"/>
        </w:rPr>
        <w:br/>
      </w:r>
      <w:r>
        <w:rPr>
          <w:lang w:eastAsia="zh-CN"/>
        </w:rPr>
        <w:t>　　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淘宝)的热销产品，并且结合自身产品，对标题进行第四次标题优化;在京东平台上，对产品进行了导入等等。</w:t>
      </w:r>
      <w:r>
        <w:rPr>
          <w:lang w:eastAsia="zh-CN"/>
        </w:rPr>
        <w:br/>
      </w:r>
      <w:r>
        <w:rPr>
          <w:lang w:eastAsia="zh-CN"/>
        </w:rPr>
        <w:t>　　作为售前客服，要做到以客户为先，尽量满足客户的要求。在学习产品知识和掌握客服相关技巧期间，严格要求自己，刻苦钻研业务，就是凭着这样一 种坚定的信念，争当行家里手。为我以后的工作顺利开展打下了良好的基础。</w:t>
      </w:r>
      <w:r>
        <w:rPr>
          <w:lang w:eastAsia="zh-CN"/>
        </w:rPr>
        <w:br/>
      </w:r>
      <w:r>
        <w:rPr>
          <w:lang w:eastAsia="zh-CN"/>
        </w:rPr>
        <w:t>　　二、学习上</w:t>
      </w:r>
      <w:r>
        <w:rPr>
          <w:lang w:eastAsia="zh-CN"/>
        </w:rPr>
        <w:br/>
      </w:r>
      <w:r>
        <w:rPr>
          <w:lang w:eastAsia="zh-CN"/>
        </w:rPr>
        <w:t>　　严格要求自己，端正工作态度，作到了理论联理实际;从而提高了自身的一专多 能的长处及思想文化素质，包括生活中也学到了养成良好的生活习惯，生活充实而有条理， 有严谨的生活态度和良好的生活作风，为人热情大方，诚实守信，乐于助人，拥有自己的良 好做事原则，能与同事们和睦相处。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三、思想上</w:t>
      </w:r>
      <w:r>
        <w:rPr>
          <w:lang w:eastAsia="zh-CN"/>
        </w:rPr>
        <w:br/>
      </w:r>
      <w:r>
        <w:rPr>
          <w:lang w:eastAsia="zh-CN"/>
        </w:rPr>
        <w:t>　　自觉遵守公司的的规章制度，坚持参加公司的每次的培训。要求积极上进，爱护公 司的一砖一瓦，一直严谨的态度和积极的热情投身于学习和工作中，虽然有成功的泪水，也 有失败的辛酸，然而日益激烈的社会竟争也使我充分地认识到成为一名德智体全面发展的优秀工作者的重要性。</w:t>
      </w:r>
      <w:r>
        <w:rPr>
          <w:lang w:eastAsia="zh-CN"/>
        </w:rPr>
        <w:br/>
      </w:r>
      <w:r>
        <w:rPr>
          <w:lang w:eastAsia="zh-CN"/>
        </w:rPr>
        <w:t>　　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r>
        <w:rPr>
          <w:lang w:eastAsia="zh-CN"/>
        </w:rPr>
        <w:br/>
      </w:r>
      <w:r>
        <w:rPr>
          <w:lang w:eastAsia="zh-CN"/>
        </w:rPr>
        <w:t>　　虽然只有短短的几个月，但中间的收获是不可磨灭的，这与第一范文网单位的领导和同事们的帮助是分 不开的。我始终坚信一句话一根火柴再亮，也只有豆大的光。但倘若用一根火柴去点燃一堆火柴，则会熊熊燃烧。</w:t>
      </w:r>
      <w:r>
        <w:rPr>
          <w:lang w:eastAsia="zh-CN"/>
        </w:rPr>
        <w:br/>
      </w:r>
      <w:r>
        <w:rPr>
          <w:lang w:eastAsia="zh-CN"/>
        </w:rPr>
        <w:t>　　我希望用我亮丽的青春，去点燃每一位客人，感召激励着同事们一起为我们的事业奉献、进取、创下美好明天。</w:t>
      </w:r>
      <w:r>
        <w:rPr>
          <w:lang w:eastAsia="zh-CN"/>
        </w:rPr>
        <w:br/>
      </w:r>
      <w:r>
        <w:rPr>
          <w:lang w:eastAsia="zh-CN"/>
        </w:rPr>
        <w:t>　　当然，我在工作中还在存在着缺点和做得不到位的地方，我会继续努力工作学习，今后一定尽力做到最好。工作中需要超越的精神，我相信经过努力，工作会越做越好。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2024年客服试用期工作总结范文 篇10 </w:t>
      </w:r>
      <w:r>
        <w:rPr>
          <w:lang w:eastAsia="zh-CN"/>
        </w:rPr>
        <w:br/>
      </w:r>
      <w:r>
        <w:rPr>
          <w:lang w:eastAsia="zh-CN"/>
        </w:rPr>
        <w:t>　　转瞬20__年我正在_的进修、试用曾经完毕，为了更好的展开接上去的任务，我就试用期的任务做一个片面而详确的总结，目标正在于汲取经验、进步本人，以致于把接上去的任务做的更好，实现公司下达的发卖义务以及各项任务。</w:t>
      </w:r>
      <w:r>
        <w:rPr>
          <w:lang w:eastAsia="zh-CN"/>
        </w:rPr>
        <w:br/>
      </w:r>
      <w:r>
        <w:rPr>
          <w:lang w:eastAsia="zh-CN"/>
        </w:rPr>
        <w:t>　　1、试用期实现的任务</w:t>
      </w:r>
      <w:r>
        <w:rPr>
          <w:lang w:eastAsia="zh-CN"/>
        </w:rPr>
        <w:br/>
      </w:r>
      <w:r>
        <w:rPr>
          <w:lang w:eastAsia="zh-CN"/>
        </w:rPr>
        <w:t>　　1、发卖状况</w:t>
      </w:r>
      <w:r>
        <w:rPr>
          <w:lang w:eastAsia="zh-CN"/>
        </w:rPr>
        <w:br/>
      </w:r>
      <w:r>
        <w:rPr>
          <w:lang w:eastAsia="zh-CN"/>
        </w:rPr>
        <w:t>　　上半年正在公司各级指导的密切关心以及精确指导下，及经销商的通力合作下，_市场实现发卖额_万元，回款率为_%；高档酒占总发卖额的_%，此中以_、_、_发卖为主；中档酒占总发卖额的_%次要以_及_为主；此中_月份发卖额为_万元，占总发卖额的_%；_月份发卖额为_万元占总发卖额的_%；_月份发卖额为_万元，占总发卖额的_%。</w:t>
      </w:r>
      <w:r>
        <w:rPr>
          <w:lang w:eastAsia="zh-CN"/>
        </w:rPr>
        <w:br/>
      </w:r>
      <w:r>
        <w:rPr>
          <w:lang w:eastAsia="zh-CN"/>
        </w:rPr>
        <w:t>　　2、市场办理、市场保护</w:t>
      </w:r>
      <w:r>
        <w:rPr>
          <w:lang w:eastAsia="zh-CN"/>
        </w:rPr>
        <w:br/>
      </w:r>
      <w:r>
        <w:rPr>
          <w:lang w:eastAsia="zh-CN"/>
        </w:rPr>
        <w:t>　　依据公司规则的发卖地区以及市场零售价，对于经销商的发货地区以及发货价钱停止管控以及监视，催促其履行一致零售价，必定水平上根绝了高价推销以及倒窜货行动的发作。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经过对于各个发卖终端长期的交换以及领导，并分离公司的营销战略，正在各终端张贴了舍患上酒一致的_价钱标签，使产物的发卖价钱契合公司指点价。依照公司对于_摆设的请求停止产物摆设，并发动以及帮忙店方使产物坚持洁净整齐。正在店面以及柜台洁净划一、对于我公司产物的摆设停止了响应赠予政策宣扬，使其到达应用终端货架资本停止品牌宣扬的目标。</w:t>
      </w:r>
      <w:r>
        <w:rPr>
          <w:lang w:eastAsia="zh-CN"/>
        </w:rPr>
        <w:br/>
      </w:r>
      <w:r>
        <w:rPr>
          <w:lang w:eastAsia="zh-CN"/>
        </w:rPr>
        <w:t>　　3、市场开辟状况</w:t>
      </w:r>
      <w:r>
        <w:rPr>
          <w:lang w:eastAsia="zh-CN"/>
        </w:rPr>
        <w:br/>
      </w:r>
      <w:r>
        <w:rPr>
          <w:lang w:eastAsia="zh-CN"/>
        </w:rPr>
        <w:t>　　上半年开辟_统共31家。局部新开辟网点是_区较年夜范围商超，关于我公司产物摆设较为完全，由低端至高端酒均有差别水平的上柜；其余新增网点为_区中小批发终端，所上产物次要会合正在中高档产物区。</w:t>
      </w:r>
      <w:r>
        <w:rPr>
          <w:lang w:eastAsia="zh-CN"/>
        </w:rPr>
        <w:br/>
      </w:r>
      <w:r>
        <w:rPr>
          <w:lang w:eastAsia="zh-CN"/>
        </w:rPr>
        <w:t>　　4、品牌宣扬、推行</w:t>
      </w:r>
      <w:r>
        <w:rPr>
          <w:lang w:eastAsia="zh-CN"/>
        </w:rPr>
        <w:br/>
      </w:r>
      <w:r>
        <w:rPr>
          <w:lang w:eastAsia="zh-CN"/>
        </w:rPr>
        <w:t>　　为了进步花费者对于“_”的认知度，建立品牌抽象，进一步树立花费者的品牌忠实度，依据公司规则的一致宣扬标示，正在人流量年夜、收视率高的地段及买卖比拟好的门市部，张贴_宣扬海报_余张，联络并帮忙告白公司制造百般告白宣扬牌_家，现已经制造实现_家；关于公司的游览观赏政策停止了主动无效的落实与人数统计，主动共同公司对于_区客户到本公司游览观赏的导游任务，这次一系列任务对于公司的汗青文明有很好的宣扬感化无力晋升了品牌抽象及品牌认知度，让故乡国民进一步看法与理解我公司。</w:t>
      </w:r>
      <w:r>
        <w:rPr>
          <w:lang w:eastAsia="zh-CN"/>
        </w:rPr>
        <w:br/>
      </w:r>
      <w:r>
        <w:rPr>
          <w:lang w:eastAsia="zh-CN"/>
        </w:rPr>
        <w:t>　　5、发卖数据办理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依据公司年终的一致请求美满了各种发卖数据办理任务，树立了经销商拉货台帐及经销商发卖统计表，并实时报送发卖周报表、发卖月报表，各种发卖数据档案都采纳纸质以及电子版两种方式保管，使患上的每个月方案愈加主观、精确。正在每个月月尾对于本月及累计的发卖状况辨别从经销商、单品、产物构造等多少个方面停止汇总剖析，以便于愈加精确主观地反应市场状况，指点当前的发卖任务。</w:t>
      </w:r>
      <w:r>
        <w:rPr>
          <w:lang w:eastAsia="zh-CN"/>
        </w:rPr>
        <w:br/>
      </w:r>
      <w:r>
        <w:rPr>
          <w:lang w:eastAsia="zh-CN"/>
        </w:rPr>
        <w:t>　　6、市场合作品牌查询拜访统计状况</w:t>
      </w:r>
      <w:r>
        <w:rPr>
          <w:lang w:eastAsia="zh-CN"/>
        </w:rPr>
        <w:br/>
      </w:r>
      <w:r>
        <w:rPr>
          <w:lang w:eastAsia="zh-CN"/>
        </w:rPr>
        <w:t>　　依据现有市场查询拜访统计患上出，_、_、_及_等系列酒是我公司中低端产物的次要合作品牌，特别是低端精装酒傍边以_、_酒为我公司低端市场的无力合作者，其市场据有率高，市场畅通流畅速率快，很年夜水平上影响了我公司_、_的市场据有率及市场畅通流畅，这也为我公司低端精装产物的推行配置了宏大妨碍。</w:t>
      </w:r>
      <w:r>
        <w:rPr>
          <w:lang w:eastAsia="zh-CN"/>
        </w:rPr>
        <w:br/>
      </w:r>
      <w:r>
        <w:rPr>
          <w:lang w:eastAsia="zh-CN"/>
        </w:rPr>
        <w:t>　　_公司比来履行市场优惠政策：延续或者一次性进_、_等系列酒达_元可取得_一台，达_万元可取得代价_元_一台。</w:t>
      </w:r>
      <w:r>
        <w:rPr>
          <w:lang w:eastAsia="zh-CN"/>
        </w:rPr>
        <w:br/>
      </w:r>
      <w:r>
        <w:rPr>
          <w:lang w:eastAsia="zh-CN"/>
        </w:rPr>
        <w:t>　　_以单品单行_盒为基准，摆设_种及_种以上产物送_。</w:t>
      </w:r>
      <w:r>
        <w:rPr>
          <w:lang w:eastAsia="zh-CN"/>
        </w:rPr>
        <w:br/>
      </w:r>
      <w:r>
        <w:rPr>
          <w:lang w:eastAsia="zh-CN"/>
        </w:rPr>
        <w:t>　　2、任务计划</w:t>
      </w:r>
      <w:r>
        <w:rPr>
          <w:lang w:eastAsia="zh-CN"/>
        </w:rPr>
        <w:br/>
      </w:r>
      <w:r>
        <w:rPr>
          <w:lang w:eastAsia="zh-CN"/>
        </w:rPr>
        <w:t>　　虽然正在试用期傍边做了少量的任务，但因为我处置发卖任务工夫较短，缺少营销任务的常识、经历以及本领，使患上有些方面的任务做的没有到位。鉴于此，我预备正在接上去的任务中从如下多少个方面动手，尽快进步本身营业才能，做好各项任务。</w:t>
      </w:r>
      <w:r>
        <w:rPr>
          <w:lang w:eastAsia="zh-CN"/>
        </w:rPr>
        <w:br/>
      </w:r>
      <w:r>
        <w:rPr>
          <w:lang w:eastAsia="zh-CN"/>
        </w:rPr>
        <w:t>　　1、积极进修，进步营业水品</w:t>
      </w:r>
      <w:r>
        <w:rPr>
          <w:lang w:eastAsia="zh-CN"/>
        </w:rPr>
        <w:br/>
      </w:r>
      <w:r>
        <w:rPr>
          <w:lang w:eastAsia="zh-CN"/>
        </w:rPr>
        <w:t>　　其一是抽工夫经过各类渠道往进修营销方面（特别是_营销方面）的常识，进修一些乐成营销案例以及前沿的营销办法，使本人的营销任务有必定的常识支持。其二是常常向公司指导、各地区营业和市场上其余各行业营销职员讨教、交换以及进修，使本人从营业程度、市场运作以及掌握到人际来往等方方面面都有一个年夜幅度的晋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2、进一步拓展发卖渠道</w:t>
      </w:r>
      <w:r>
        <w:rPr>
          <w:lang w:eastAsia="zh-CN"/>
        </w:rPr>
        <w:br/>
      </w:r>
      <w:r>
        <w:rPr>
          <w:lang w:eastAsia="zh-CN"/>
        </w:rPr>
        <w:t>　　_市场的发卖渠道比拟繁多，因为各种缘由年夜局部产物都是经过畅通流畅渠道停止发卖的。接上去正在做好畅通流畅渠道的条件下，要进一步向商超渠道、餐饮渠道、旅店渠道及团购渠道进一步拓展。正在团购渠道的拓展上，下半年次要对于零碎人数以及欢迎义务比拟多的工商、教导以及林业三个零碎多唱工作，并渐渐向其余企奇迹单元浸透。</w:t>
      </w:r>
      <w:r>
        <w:rPr>
          <w:lang w:eastAsia="zh-CN"/>
        </w:rPr>
        <w:br/>
      </w:r>
      <w:r>
        <w:rPr>
          <w:lang w:eastAsia="zh-CN"/>
        </w:rPr>
        <w:t>　　3、做好市场调研任务</w:t>
      </w:r>
      <w:r>
        <w:rPr>
          <w:lang w:eastAsia="zh-CN"/>
        </w:rPr>
        <w:br/>
      </w:r>
      <w:r>
        <w:rPr>
          <w:lang w:eastAsia="zh-CN"/>
        </w:rPr>
        <w:t>　　对于市场个进一步的调研以及探索，具体记载各类数据，美满各类档案数据，让一些剖析以及对于策有更强的数据作为支持，使其更具迷信性，来补偿经历以及感官看法的缺乏。理解以及把握公司产物以及其余白酒品牌产物的发卖状况和全部_市场的走向，以便应答各类市场状况，并实时调剂营销战略。</w:t>
      </w:r>
      <w:r>
        <w:rPr>
          <w:lang w:eastAsia="zh-CN"/>
        </w:rPr>
        <w:br/>
      </w:r>
      <w:r>
        <w:rPr>
          <w:lang w:eastAsia="zh-CN"/>
        </w:rPr>
        <w:t>　　4、与客户亲密共同，做好发卖任务</w:t>
      </w:r>
      <w:r>
        <w:rPr>
          <w:lang w:eastAsia="zh-CN"/>
        </w:rPr>
        <w:br/>
      </w:r>
      <w:r>
        <w:rPr>
          <w:lang w:eastAsia="zh-CN"/>
        </w:rPr>
        <w:t>　　帮忙经销商正在稳住现有收集以及花费者群体的同时，搞好客情干系，充沛拓展发卖收集以及发掘潜伏的花费者群体。</w:t>
      </w:r>
      <w:r>
        <w:rPr>
          <w:lang w:eastAsia="zh-CN"/>
        </w:rPr>
        <w:br/>
      </w:r>
      <w:r>
        <w:rPr>
          <w:lang w:eastAsia="zh-CN"/>
        </w:rPr>
        <w:t>　　最初但愿公司指导正在自己当前的的任务中赐与更多点拨与指点！</w:t>
      </w:r>
      <w:r>
        <w:rPr>
          <w:lang w:eastAsia="zh-CN"/>
        </w:rPr>
        <w:br/>
      </w:r>
      <w:r>
        <w:rPr>
          <w:lang w:eastAsia="zh-CN"/>
        </w:rPr>
        <w:t xml:space="preserve">    2024年客服试用期工作总结范文 篇11 </w:t>
      </w:r>
      <w:r>
        <w:rPr>
          <w:lang w:eastAsia="zh-CN"/>
        </w:rPr>
        <w:br/>
      </w:r>
      <w:r>
        <w:rPr>
          <w:lang w:eastAsia="zh-CN"/>
        </w:rPr>
        <w:t>　　回首客务部一年来的工作,感慨颇深。这一年来客服部在公司各级领导的关心和支持下、在客服部全体人员的积极努力配合下、在发现、解决、总结中逐渐成熟,并且取得了一定的成绩。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一、 提高服务质量,规范前台服务。</w:t>
      </w:r>
      <w:r>
        <w:rPr>
          <w:lang w:eastAsia="zh-CN"/>
        </w:rPr>
        <w:br/>
      </w:r>
      <w:r>
        <w:rPr>
          <w:lang w:eastAsia="zh-CN"/>
        </w:rPr>
        <w:t>　　自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r>
        <w:rPr>
          <w:lang w:eastAsia="zh-CN"/>
        </w:rPr>
        <w:br/>
      </w:r>
      <w:r>
        <w:rPr>
          <w:lang w:eastAsia="zh-CN"/>
        </w:rPr>
        <w:t>　　二、规范服务流程,物业管理走向专业化。</w:t>
      </w:r>
      <w:r>
        <w:rPr>
          <w:lang w:eastAsia="zh-CN"/>
        </w:rPr>
        <w:br/>
      </w:r>
      <w:r>
        <w:rPr>
          <w:lang w:eastAsia="zh-CN"/>
        </w:rPr>
        <w:t>　　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r>
        <w:rPr>
          <w:lang w:eastAsia="zh-CN"/>
        </w:rPr>
        <w:br/>
      </w:r>
      <w:r>
        <w:rPr>
          <w:lang w:eastAsia="zh-CN"/>
        </w:rPr>
        <w:t>　　三、 改变职能、建立提成制。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r>
        <w:rPr>
          <w:lang w:eastAsia="zh-CN"/>
        </w:rPr>
        <w:br/>
      </w:r>
      <w:r>
        <w:rPr>
          <w:lang w:eastAsia="zh-CN"/>
        </w:rPr>
        <w:t>　　20__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r>
        <w:rPr>
          <w:lang w:eastAsia="zh-CN"/>
        </w:rPr>
        <w:br/>
      </w:r>
      <w:r>
        <w:rPr>
          <w:lang w:eastAsia="zh-CN"/>
        </w:rPr>
        <w:t xml:space="preserve">    2024年客服试用期工作总结范文 篇12 </w:t>
      </w:r>
      <w:r>
        <w:rPr>
          <w:lang w:eastAsia="zh-CN"/>
        </w:rPr>
        <w:br/>
      </w:r>
      <w:r>
        <w:rPr>
          <w:lang w:eastAsia="zh-CN"/>
        </w:rPr>
        <w:t>　　尊敬的领导：</w:t>
      </w:r>
      <w:r>
        <w:rPr>
          <w:lang w:eastAsia="zh-CN"/>
        </w:rPr>
        <w:br/>
      </w:r>
      <w:r>
        <w:rPr>
          <w:lang w:eastAsia="zh-CN"/>
        </w:rPr>
        <w:t>　　您好!</w:t>
      </w:r>
      <w:r>
        <w:rPr>
          <w:lang w:eastAsia="zh-CN"/>
        </w:rPr>
        <w:br/>
      </w:r>
      <w:r>
        <w:rPr>
          <w:lang w:eastAsia="zh-CN"/>
        </w:rPr>
        <w:t>　　首先;非常感谢您给我到贵公司从事工作的机会，对此，感到无比的荣幸。</w:t>
      </w:r>
      <w:r>
        <w:rPr>
          <w:lang w:eastAsia="zh-CN"/>
        </w:rPr>
        <w:br/>
      </w:r>
      <w:r>
        <w:rPr>
          <w:lang w:eastAsia="zh-CN"/>
        </w:rPr>
        <w:t>　　我于__年2月22日来到公司实习工作;现如今三个月的试用期将满。根据公司规章制度，现郑重申请转为公司正式员工。</w:t>
      </w:r>
      <w:r>
        <w:rPr>
          <w:lang w:eastAsia="zh-CN"/>
        </w:rPr>
        <w:br/>
      </w:r>
      <w:r>
        <w:rPr>
          <w:lang w:eastAsia="zh-CN"/>
        </w:rPr>
        <w:t>　　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r>
        <w:rPr>
          <w:lang w:eastAsia="zh-CN"/>
        </w:rPr>
        <w:br/>
      </w:r>
      <w:r>
        <w:rPr>
          <w:lang w:eastAsia="zh-CN"/>
        </w:rPr>
        <w:t>　　申请人：</w:t>
      </w:r>
      <w:r>
        <w:rPr>
          <w:lang w:eastAsia="zh-CN"/>
        </w:rPr>
        <w:br/>
      </w:r>
      <w:r>
        <w:rPr>
          <w:lang w:eastAsia="zh-CN"/>
        </w:rPr>
        <w:t>　　时间：_年__月__日</w:t>
      </w:r>
      <w:r>
        <w:rPr>
          <w:lang w:eastAsia="zh-CN"/>
        </w:rPr>
        <w:br/>
      </w:r>
      <w:r>
        <w:rPr>
          <w:lang w:eastAsia="zh-CN"/>
        </w:rPr>
        <w:t xml:space="preserve">    2024年客服试用期工作总结范文 篇13 </w:t>
      </w:r>
      <w:r>
        <w:rPr>
          <w:lang w:eastAsia="zh-CN"/>
        </w:rPr>
        <w:br/>
      </w:r>
      <w:r>
        <w:rPr>
          <w:lang w:eastAsia="zh-CN"/>
        </w:rPr>
        <w:t>　　我于2019年3月28日正式在 客服部工作，试用期三个月。</w:t>
      </w:r>
      <w:r>
        <w:rPr>
          <w:lang w:eastAsia="zh-CN"/>
        </w:rPr>
        <w:br/>
      </w:r>
      <w:r>
        <w:rPr>
          <w:lang w:eastAsia="zh-CN"/>
        </w:rPr>
        <w:t>　　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r>
        <w:rPr>
          <w:lang w:eastAsia="zh-CN"/>
        </w:rPr>
        <w:br/>
      </w:r>
      <w:r>
        <w:rPr>
          <w:lang w:eastAsia="zh-CN"/>
        </w:rPr>
        <w:t>　　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r>
        <w:rPr>
          <w:lang w:eastAsia="zh-CN"/>
        </w:rPr>
        <w:br/>
      </w:r>
    </w:p>
    <w:p w:rsidR="001B1F19" w14:textId="27C3F48A">
      <w:pPr>
        <w:rPr>
          <w:rFonts w:hint="eastAsia"/>
          <w:lang w:eastAsia="zh-CN"/>
        </w:rPr>
      </w:pPr>
      <w:r>
        <w:rPr>
          <w:lang w:eastAsia="zh-CN"/>
        </w:rPr>
        <w:t>　　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r>
        <w:rPr>
          <w:lang w:eastAsia="zh-CN"/>
        </w:rPr>
        <w:br/>
      </w:r>
      <w:r>
        <w:rPr>
          <w:lang w:eastAsia="zh-CN"/>
        </w:rPr>
        <w:t>　　当然，我在工作中还在存在着缺点和做得不到位的地方，我会继续努力工作学习，今后一定尽力做到最好。工作中需要“超越”的精神，我相信经过努力，工作会越做越好。</w:t>
      </w:r>
      <w:r>
        <w:rPr>
          <w:lang w:eastAsia="zh-CN"/>
        </w:rPr>
        <w:br/>
      </w:r>
      <w:r>
        <w:rPr>
          <w:lang w:eastAsia="zh-CN"/>
        </w:rPr>
        <w:t>　　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r>
        <w:rPr>
          <w:lang w:eastAsia="zh-CN"/>
        </w:rPr>
        <w:br/>
      </w:r>
      <w:r>
        <w:rPr>
          <w:lang w:eastAsia="zh-CN"/>
        </w:rPr>
        <w:t xml:space="preserve">    2024年客服试用期工作总结范文 篇14 </w:t>
      </w:r>
      <w:r>
        <w:rPr>
          <w:lang w:eastAsia="zh-CN"/>
        </w:rPr>
        <w:br/>
      </w:r>
      <w:r>
        <w:rPr>
          <w:lang w:eastAsia="zh-CN"/>
        </w:rPr>
        <w:t>　　20年移动公司巩固和提升竞争优势，保持行业区域主导地位，加快了移动的发展，提高了大客户服务的水平，克服了各种困难和不利因素，业务发展和业务收入保持稳步提升，各项工作取得了可喜的成绩。</w:t>
      </w:r>
      <w:r>
        <w:rPr>
          <w:lang w:eastAsia="zh-CN"/>
        </w:rPr>
        <w:br/>
      </w:r>
      <w:r>
        <w:rPr>
          <w:lang w:eastAsia="zh-CN"/>
        </w:rPr>
        <w:t>　　一、个人客户管理与服务</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https://d.book118.com/698056043074006036</w:t>
        </w:r>
      </w:hyperlink>
    </w:p>
    <w:p w:rsidR="001B1F19">
      <w:pPr>
        <w:rPr>
          <w:rFonts w:hint="eastAsia"/>
          <w:lang w:eastAsia="zh-CN"/>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9805604307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