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工程部副部长年终总结（12篇）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工程部副部长年终总结 1 </w:t>
      </w:r>
      <w:r>
        <w:rPr>
          <w:lang w:eastAsia="zh-CN"/>
        </w:rPr>
        <w:br/>
      </w:r>
      <w:r>
        <w:rPr>
          <w:lang w:eastAsia="zh-CN"/>
        </w:rPr>
        <w:t xml:space="preserve">    一、定目标，遵章守纪，抓好组织建设 </w:t>
      </w:r>
      <w:r>
        <w:rPr>
          <w:lang w:eastAsia="zh-CN"/>
        </w:rPr>
        <w:br/>
      </w:r>
      <w:r>
        <w:rPr>
          <w:lang w:eastAsia="zh-CN"/>
        </w:rPr>
        <w:t>　　1、工程项目部成立后，根据本项目工程的特点和规模，公司决定由__经理担任项目部项目工程总指挥，主抓项目部的全面工作。在项目经理的直接领导下，从组织结构上入手，做好组织建设工作。项目部的组织结构形式，采用直线式组织结构形式，即：根据工程特点和平面分布，划分了三个区域，成立了三个项目部，负责本区域所辖范围内的工程建设管理工作。</w:t>
      </w:r>
      <w:r>
        <w:rPr>
          <w:lang w:eastAsia="zh-CN"/>
        </w:rPr>
        <w:br/>
      </w:r>
      <w:r>
        <w:rPr>
          <w:lang w:eastAsia="zh-CN"/>
        </w:rPr>
        <w:t>　　2、项目部在__经理的领导下，负责制定工作目标。进度目标是：年底做到工程竣工，交付使用。质量目标是：按优质工程的标准要求，完成全部的建设内容。</w:t>
      </w:r>
      <w:r>
        <w:rPr>
          <w:lang w:eastAsia="zh-CN"/>
        </w:rPr>
        <w:br/>
      </w:r>
      <w:r>
        <w:rPr>
          <w:lang w:eastAsia="zh-CN"/>
        </w:rPr>
        <w:t>　　3、目标确定后，为能实现上述工作目标，我们遵照执行指挥部制定了切实可行的各种规章制度，做到了凡事有章可循、凡事有据可依、凡事有监督、凡事有人管理，行为有约束、管理有依据，减少了随意性，增加了责任感。</w:t>
      </w:r>
      <w:r>
        <w:rPr>
          <w:lang w:eastAsia="zh-CN"/>
        </w:rPr>
        <w:br/>
      </w:r>
      <w:r>
        <w:rPr>
          <w:lang w:eastAsia="zh-CN"/>
        </w:rPr>
        <w:t>　　二、做好事前控制</w:t>
      </w:r>
      <w:r>
        <w:rPr>
          <w:lang w:eastAsia="zh-CN"/>
        </w:rPr>
        <w:br/>
      </w:r>
      <w:r>
        <w:rPr>
          <w:lang w:eastAsia="zh-CN"/>
        </w:rPr>
        <w:t>　　1、工期事前控制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工期目标确定后，项目部要求__一建施工单位编制工期进度计划，合理的安排施工工期，提报到各监理部及项目指挥部进行审核后。经审批后方可施工。在这个问题上，施工单位的编制、监理部及组团项目部的审查都不是很认真，认为没有必要。</w:t>
      </w:r>
      <w:r>
        <w:rPr>
          <w:lang w:eastAsia="zh-CN"/>
        </w:rPr>
        <w:br/>
      </w:r>
      <w:r>
        <w:rPr>
          <w:lang w:eastAsia="zh-CN"/>
        </w:rPr>
        <w:t>　　后经指挥部、项目部、监理例会多次召开会议讲施工进度计划对工程工期的控制是十分重要的，意义十分重大，使大家提高了认识。尽管现场施工计划不尽人意，我部在三个标段相比之下名例前茅，在监管中起到了督促推进作用。</w:t>
      </w:r>
      <w:r>
        <w:rPr>
          <w:lang w:eastAsia="zh-CN"/>
        </w:rPr>
        <w:br/>
      </w:r>
      <w:r>
        <w:rPr>
          <w:lang w:eastAsia="zh-CN"/>
        </w:rPr>
        <w:t>　　2、质量事前控制</w:t>
      </w:r>
      <w:r>
        <w:rPr>
          <w:lang w:eastAsia="zh-CN"/>
        </w:rPr>
        <w:br/>
      </w:r>
      <w:r>
        <w:rPr>
          <w:lang w:eastAsia="zh-CN"/>
        </w:rPr>
        <w:t>　　(1)施工单位在进场时，项目部严把施工单位进场人员资质关，并要求施工单位进场管理人员编制职责表并附有联系方式，幢号负责人在监理的过程中保持联系和落实整改措，对推进工程进度、质量、安全、现场文明施工，取得了一定的效果。</w:t>
      </w:r>
      <w:r>
        <w:rPr>
          <w:lang w:eastAsia="zh-CN"/>
        </w:rPr>
        <w:br/>
      </w:r>
      <w:r>
        <w:rPr>
          <w:lang w:eastAsia="zh-CN"/>
        </w:rPr>
        <w:t>　　(2)质量目标确定后，项目部要求施工单位在工程未施工前认真编写施工组织设计及施工方案。同时对质量控制要点，组织幢号负责人进行培训学习，认真掌握，以达到监督和运用的目的。</w:t>
      </w:r>
      <w:r>
        <w:rPr>
          <w:lang w:eastAsia="zh-CN"/>
        </w:rPr>
        <w:br/>
      </w:r>
      <w:r>
        <w:rPr>
          <w:lang w:eastAsia="zh-CN"/>
        </w:rPr>
        <w:t>　　(3)工程施工前要求各专业专责工程师认真熟悉施工图纸，以便在施工中能正确监督和指导。同时，在此基础上，组织设计单位、监理单位、施工单位，以标段为单位，进行图纸会审，按图纸会审制度要求，认真记录整理图纸会审记录，作为设计文件的一部分，按记录内容进行施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(4)对施工中常见的质量通病，由施工单位编制施工方案，项目部协同计划部认真审核，办理会签，编写施工工艺要点并画出节点大样图、统一了做法，下发到监理单位及施工单位，并取得良好的效果。</w:t>
      </w:r>
      <w:r>
        <w:rPr>
          <w:lang w:eastAsia="zh-CN"/>
        </w:rPr>
        <w:br/>
      </w:r>
      <w:r>
        <w:rPr>
          <w:lang w:eastAsia="zh-CN"/>
        </w:rPr>
        <w:t>　　三、事中控制</w:t>
      </w:r>
      <w:r>
        <w:rPr>
          <w:lang w:eastAsia="zh-CN"/>
        </w:rPr>
        <w:br/>
      </w:r>
      <w:r>
        <w:rPr>
          <w:lang w:eastAsia="zh-CN"/>
        </w:rPr>
        <w:t>　　1、基础工程</w:t>
      </w:r>
      <w:r>
        <w:rPr>
          <w:lang w:eastAsia="zh-CN"/>
        </w:rPr>
        <w:br/>
      </w:r>
      <w:r>
        <w:rPr>
          <w:lang w:eastAsia="zh-CN"/>
        </w:rPr>
        <w:t>　　(1)本项目工程中的住宅楼基础采用的是高强静压管桩基础，对静压管桩基础，我们收集了大量的有关静压管桩的施工资料及相关工艺要求和规范标准，组织监理单位认真学习，以便掌握，在施工中监督控制。</w:t>
      </w:r>
      <w:r>
        <w:rPr>
          <w:lang w:eastAsia="zh-CN"/>
        </w:rPr>
        <w:br/>
      </w:r>
      <w:r>
        <w:rPr>
          <w:lang w:eastAsia="zh-CN"/>
        </w:rPr>
        <w:t>　　(2)施工开始后，我们根据地勘单位提供的地质报告，首先进行试桩。通过试桩，确定桩长及桩的终压值，在压桩过程中，我们同监理单位、施工单位一道克服地质条件复杂、地面及地下施工障碍等种.种不利因素，确保压桩记录真实可靠，组团项目部及监理部派人轮流值班，监督检查，从而保证了压桩记录的.可靠性。</w:t>
      </w:r>
      <w:r>
        <w:rPr>
          <w:lang w:eastAsia="zh-CN"/>
        </w:rPr>
        <w:br/>
      </w:r>
      <w:r>
        <w:rPr>
          <w:lang w:eastAsia="zh-CN"/>
        </w:rPr>
        <w:t>　　(3)在桩基础施工中，我们按规范要求，对高层全部做了单桩承载力试验及小应变试验。检测结果全部满足设计及相关规范要求。其结论：高强静压管桩的基础施工是成功的。</w:t>
      </w:r>
      <w:r>
        <w:rPr>
          <w:lang w:eastAsia="zh-CN"/>
        </w:rPr>
        <w:br/>
      </w:r>
      <w:r>
        <w:rPr>
          <w:lang w:eastAsia="zh-CN"/>
        </w:rPr>
        <w:t>　　(4)本标段有五幢楼这独立基础、筏板条基，在施工时要幢号负责人认真检查几何尺寸，钢筋间距和需用的钢筋马镫支撑，并做好实点实量记录，对浇筑砼严格把关，控制水灰比，从而保证基础工程的质量。</w:t>
      </w:r>
      <w:r>
        <w:rPr>
          <w:lang w:eastAsia="zh-CN"/>
        </w:rPr>
        <w:br/>
      </w:r>
      <w:r>
        <w:rPr>
          <w:lang w:eastAsia="zh-CN"/>
        </w:rPr>
        <w:t>　　2、主体工程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高强静压管桩基础施工完成后，进入了基础承台梁及地梁、主体短肢剪力墙的施工阶段。为了确保上部荷载的正确传导，项目部总工办要求各监理部、组团项目部加强对静压管桩的植筋及接桩等工序的巡视检查及旁站监理，保证上述部位的施工，满足设计及相关规范的要求。对不符合设计及相关规范要求的，必须整改，重新施工。达到设计及相关规范标准要求，方可进入下道工序的施工。经过严格的检查和验收，收到了良好的效果。</w:t>
      </w:r>
      <w:r>
        <w:rPr>
          <w:lang w:eastAsia="zh-CN"/>
        </w:rPr>
        <w:br/>
      </w:r>
      <w:r>
        <w:rPr>
          <w:lang w:eastAsia="zh-CN"/>
        </w:rPr>
        <w:t>　　(2)在钢筋工程施工中，我们首先从材料的源头抓起，为确保工程质量，钢材为甲供材，由材供部通钢采购，保证了钢材的合格可靠性。钢材进场后，由施工单位在监理单位见证下取样进行复试。复试合格后方可使用到工程上。在钢筋的绑扎施工中，我项目部除进行巡检外，要求监理单位及幢号监管对关键部位进行旁站监理，防止钢筋间距及搭接长度满足不了设计及规范要求。通过的严格要求和巡视检查，严格监理，施工单位认真按施工方案及施工工艺施工。钢筋工程经检测基本满足了设计及规范要求。根据易出现的质量通病及易发生的质量事故，我们吸取经验，采用下发工程变更通知单的方式，以求问题的解决。例如：阳台板及梁板相交处的负筋，施工中经常被踩踏，使负筋位置下移，钢筋保护层加大，易发生板塌落事故。针对这个问题，我们项目部提前预控，下发了结构平面布置塑料马凳的通知。采取这种技术措施后，保证了钢筋不下移，钢筋砼保护层厚度不变化，经主体检测后证明此措施行之有效。</w:t>
      </w:r>
      <w:r>
        <w:rPr>
          <w:lang w:eastAsia="zh-CN"/>
        </w:rPr>
        <w:br/>
      </w:r>
      <w:r>
        <w:rPr>
          <w:lang w:eastAsia="zh-CN"/>
        </w:rPr>
        <w:t>　　四、事后控制、总结经验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目前四幢小高层已主体结构验收，高层主体结构才完成70%，但还存在很多问题，需要克服、改正，以求完善，使管理水平再上一个新台阶。</w:t>
      </w:r>
      <w:r>
        <w:rPr>
          <w:lang w:eastAsia="zh-CN"/>
        </w:rPr>
        <w:br/>
      </w:r>
      <w:r>
        <w:rPr>
          <w:lang w:eastAsia="zh-CN"/>
        </w:rPr>
        <w:t>　　1、进一步完善、细化各种规章制度，不是靠人管人，而是靠规章制度约束、规范人的行为，靠制度促使所有的管理人员去主动工作，而不是被动工作，真正做到“凡事有人负责、凡事有人监督、凡事有章可循、凡事有据可查”。</w:t>
      </w:r>
      <w:r>
        <w:rPr>
          <w:lang w:eastAsia="zh-CN"/>
        </w:rPr>
        <w:br/>
      </w:r>
      <w:r>
        <w:rPr>
          <w:lang w:eastAsia="zh-CN"/>
        </w:rPr>
        <w:t>　　2、加强业务培训，利用业余时间学习，特别是对新标准、新规范、新工艺、新材料的使用等学习和掌握，使得自己的知识得到更新。同时学好工程预结算，对施工单位工程量认真核对，降低企业成本。作出贡献。</w:t>
      </w:r>
      <w:r>
        <w:rPr>
          <w:lang w:eastAsia="zh-CN"/>
        </w:rPr>
        <w:br/>
      </w:r>
      <w:r>
        <w:rPr>
          <w:lang w:eastAsia="zh-CN"/>
        </w:rPr>
        <w:t>　　3、工程开发项目确定后，就应进入“早谋划、早安排”的程序。加强部门之间的协调、沟通，做好一切施工前后准备工作，特别是前期、技术、计划、甲供物资等准备工作，做到有备无患、恰好衔接。</w:t>
      </w:r>
      <w:r>
        <w:rPr>
          <w:lang w:eastAsia="zh-CN"/>
        </w:rPr>
        <w:br/>
      </w:r>
      <w:r>
        <w:rPr>
          <w:lang w:eastAsia="zh-CN"/>
        </w:rPr>
        <w:t>　　4、协调好各方之间的关系，特别是与监理单位的关系，如何调动监理人员的积极性，充分发挥监理人员的潜能，实现“小业主、大监理”的管理模式，是摆在我们面前的大难题和大课题。因为目前的实际情况是监理单位聘用的监理人员业务水平普遍较低，而且责任心较差，监督不到位，监理工程师人员数量不足，不能满足工程管理的实际需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5、有部分施工单位管理人员的业务素质较差，技术水平低下，不能满足施工管理的实际需要，不会编制施工组织设计及施工方案，照抄照搬，不符合本工程的实际，对施工图纸不熟悉，吃的不透，不求甚解，不能正确的指导施工。造成返工现象严重。同时，自检体系不健全，有些单位根本不自检，只靠监理单位及项目部的专责工程师检查出问题后再整改。既影响了工期，又保证不了工程质量。有些承包人在工程上不舍得投入资金和材料，以次充好，质量意识不高或者严重的说没有质量意识，使得工程质量很难控制。如在实际工程施工中不采取一些强有力的措施及时的扭转事态，靠承包人的修养和素质，其后果是不堪设想的。因此选择优秀的施工队伍是尤为重要的。</w:t>
      </w:r>
      <w:r>
        <w:rPr>
          <w:lang w:eastAsia="zh-CN"/>
        </w:rPr>
        <w:br/>
      </w:r>
      <w:r>
        <w:rPr>
          <w:lang w:eastAsia="zh-CN"/>
        </w:rPr>
        <w:t>　　6、__工程项目部一部在实际工程管理中，虽然取得了一定成绩，但还是存在着一定的缺点和错误，我们有决心克服缺点，总结经验，不断丰富和完善自己，在探索和摸索中发展自己，以取得更佳的业绩。</w:t>
      </w:r>
      <w:r>
        <w:rPr>
          <w:lang w:eastAsia="zh-CN"/>
        </w:rPr>
        <w:br/>
      </w:r>
      <w:r>
        <w:rPr>
          <w:lang w:eastAsia="zh-CN"/>
        </w:rPr>
        <w:t>　　工程部副部长年终总结 2</w:t>
      </w:r>
      <w:r>
        <w:rPr>
          <w:lang w:eastAsia="zh-CN"/>
        </w:rPr>
        <w:br/>
      </w:r>
      <w:r>
        <w:rPr>
          <w:lang w:eastAsia="zh-CN"/>
        </w:rPr>
        <w:t>　　一、现场工作总结</w:t>
      </w:r>
      <w:r>
        <w:rPr>
          <w:lang w:eastAsia="zh-CN"/>
        </w:rPr>
        <w:br/>
      </w:r>
      <w:r>
        <w:rPr>
          <w:lang w:eastAsia="zh-CN"/>
        </w:rPr>
        <w:t>　　1、在工程进行过程中掌握工程设计图纸，找出质量控制难点确定控制目标，同时查阅本工程各种专业的施工规范和质量检验标准以满足本工程的需要。对进场的专业施工单位进行资质及方案审查。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重视对进场材料、构配件的检查和验收，要求施工单位进场材料务必附产品出厂合格证，并及时报监理部进行进场材料的外观检验和质量证明文件审查，并签署合格材料报审资料。对于外观检验和检测结果不合格的材料，要求承包单位立即清出现场，不得使用。同时在监理过程中对使用的材料采取跟踪监督，杜绝承包单位在使用材料时存在“以次充好，偷梁换柱”的现象发生。</w:t>
      </w:r>
      <w:r>
        <w:rPr>
          <w:lang w:eastAsia="zh-CN"/>
        </w:rPr>
        <w:br/>
      </w:r>
      <w:r>
        <w:rPr>
          <w:lang w:eastAsia="zh-CN"/>
        </w:rPr>
        <w:t>　　3、对隐蔽工程和关键部位的施工实行旁站监理，并要求监理人员做好旁站监理记录。严格要求承包单位分项分部的施工报检程序，避免工程实体与资料脱节，确保施工进度与资料同步进行。对于施工过程过程中存在的质量、安全及进度问题先口头交流，再书面要求并追踪最后开专题会议进行解决。组织召开专业质量专题会议、安全会议及进度专题会议，并协调现场相关人员每周对施工现场进行安全大检查。</w:t>
      </w:r>
      <w:r>
        <w:rPr>
          <w:lang w:eastAsia="zh-CN"/>
        </w:rPr>
        <w:br/>
      </w:r>
      <w:r>
        <w:rPr>
          <w:lang w:eastAsia="zh-CN"/>
        </w:rPr>
        <w:t>　　4、与建设单位做好紧密配合，对施工单位编制的施工进度计划进行提前审查，经与业主协商并征得同意，对施工单位不合理的工序安排提出意见，要求其合理调整，使进度计划满足实际工程需要，对于每个工种施工前务必做样板间经我监理部及业主检查验收合格方可大面积展开，并同时构成书面记录。施工过程中的每单项工程工程量完成状况做到心中有数，每完成一个项目工程及时报业主进行确认。</w:t>
      </w:r>
      <w:r>
        <w:rPr>
          <w:lang w:eastAsia="zh-CN"/>
        </w:rPr>
        <w:br/>
      </w:r>
      <w:r>
        <w:rPr>
          <w:lang w:eastAsia="zh-CN"/>
        </w:rPr>
        <w:t>　　二、存在的不足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在工作过程中我发现自身业务水平、专业技术之局限，知识面的不足。对部分细部验收规范、强制性规定的界限不明确;在工作中，对施工单位的口头指令比较多;与施工方沟通不够等造成监理工作很被动。在以后的`工作中，对工程进度的控制还就应从实施状况着手，避免进度计划与实体脱节。同时加强自身安全生产管理专业知识的学习积累，以满足安全生产需要。</w:t>
      </w:r>
      <w:r>
        <w:rPr>
          <w:lang w:eastAsia="zh-CN"/>
        </w:rPr>
        <w:br/>
      </w:r>
      <w:r>
        <w:rPr>
          <w:lang w:eastAsia="zh-CN"/>
        </w:rPr>
        <w:t>　　2、推荐公司能够在适当的时候多组织经验丰富的专业人员，对我们监理人员进行培训，以增强专业水平。</w:t>
      </w:r>
      <w:r>
        <w:rPr>
          <w:lang w:eastAsia="zh-CN"/>
        </w:rPr>
        <w:br/>
      </w:r>
      <w:r>
        <w:rPr>
          <w:lang w:eastAsia="zh-CN"/>
        </w:rPr>
        <w:t>　　三、下一步工作打算和体会</w:t>
      </w:r>
      <w:r>
        <w:rPr>
          <w:lang w:eastAsia="zh-CN"/>
        </w:rPr>
        <w:br/>
      </w:r>
      <w:r>
        <w:rPr>
          <w:lang w:eastAsia="zh-CN"/>
        </w:rPr>
        <w:t>　　我作为工程部经理，从事工作时间不算太长，工作中还存在许多不足之处，今后我会更加的严格要求自己，努力钻研业务、不断更新和补充新的知识，提高业务水平和工作潜力，总结经验，更好的完成监理工作。</w:t>
      </w:r>
      <w:r>
        <w:rPr>
          <w:lang w:eastAsia="zh-CN"/>
        </w:rPr>
        <w:br/>
      </w:r>
      <w:r>
        <w:rPr>
          <w:lang w:eastAsia="zh-CN"/>
        </w:rPr>
        <w:t>　　工程部副部长年终总结 3</w:t>
      </w:r>
      <w:r>
        <w:rPr>
          <w:lang w:eastAsia="zh-CN"/>
        </w:rPr>
        <w:br/>
      </w:r>
      <w:r>
        <w:rPr>
          <w:lang w:eastAsia="zh-CN"/>
        </w:rPr>
        <w:t>　　虽然我来公司的时间不长，但是在入职之后，我积极向有经验的老同事请教，并且积极配合部门的培训与考核，在工作当中我也尽心尽力，我想以我的能力为公司的发展、为部门的建设添砖增瓦，现在我对入职以来的工作进行总结如下：</w:t>
      </w:r>
      <w:r>
        <w:rPr>
          <w:lang w:eastAsia="zh-CN"/>
        </w:rPr>
        <w:br/>
      </w:r>
      <w:r>
        <w:rPr>
          <w:lang w:eastAsia="zh-CN"/>
        </w:rPr>
        <w:t>　　一、全面熟悉工作</w:t>
      </w:r>
      <w:r>
        <w:rPr>
          <w:lang w:eastAsia="zh-CN"/>
        </w:rPr>
        <w:br/>
      </w:r>
      <w:r>
        <w:rPr>
          <w:lang w:eastAsia="zh-CN"/>
        </w:rPr>
        <w:t>　　在入职后全面学习公司企业文化，同时了解公司各项规章制度，在工作中，系统的了解管委会项目设施设备现状及运行情况。已经基本掌握了外围监控系统、给排水系统、供电系统等。</w:t>
      </w:r>
      <w:r>
        <w:rPr>
          <w:lang w:eastAsia="zh-CN"/>
        </w:rPr>
        <w:br/>
      </w:r>
      <w:r>
        <w:rPr>
          <w:lang w:eastAsia="zh-CN"/>
        </w:rPr>
        <w:t>　　二、管理工作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我应聘的岗位是工程部主管，所以在工作中不能按员工的标准来要求自己，要把更主要的精力投入到拉动部门工作的方面。在入职之后，我利用工作和工作之余的所有时间主动和老员工、新员工交流，了解部门的.运行状况，之后我发现目前整个部门缺少积极向上的作风，在工作中比较被动，如：缺少巡检、习惯于被动召修等问题。于是我主动找部门领导沟通，寻找解决办法并带头工作，最终使部门实现了划区管理，有效的提高了部门全员的工作主动性。</w:t>
      </w:r>
      <w:r>
        <w:rPr>
          <w:lang w:eastAsia="zh-CN"/>
        </w:rPr>
        <w:br/>
      </w:r>
      <w:r>
        <w:rPr>
          <w:lang w:eastAsia="zh-CN"/>
        </w:rPr>
        <w:t>　　三、工作的计划与组织实施</w:t>
      </w:r>
      <w:r>
        <w:rPr>
          <w:lang w:eastAsia="zh-CN"/>
        </w:rPr>
        <w:br/>
      </w:r>
      <w:r>
        <w:rPr>
          <w:lang w:eastAsia="zh-CN"/>
        </w:rPr>
        <w:t>　　工程管理的精髓在于有计划地提前进行设施设备的维保，而不是应急抢险。所以在我入职的这段时间里，我主要带头完成了以下工作：</w:t>
      </w:r>
      <w:r>
        <w:rPr>
          <w:lang w:eastAsia="zh-CN"/>
        </w:rPr>
        <w:br/>
      </w:r>
      <w:r>
        <w:rPr>
          <w:lang w:eastAsia="zh-CN"/>
        </w:rPr>
        <w:t>　　1、粉刷管委会排污井，并划分井盖标识。</w:t>
      </w:r>
      <w:r>
        <w:rPr>
          <w:lang w:eastAsia="zh-CN"/>
        </w:rPr>
        <w:br/>
      </w:r>
      <w:r>
        <w:rPr>
          <w:lang w:eastAsia="zh-CN"/>
        </w:rPr>
        <w:t>　　2、检查箱式变电站运行状况，对低压部分进行全面检查、保养，测量、紧固零、地线系统并同步完成箱式变压器内外卫生清理，变压器底座进行补刷油漆工作。</w:t>
      </w:r>
      <w:r>
        <w:rPr>
          <w:lang w:eastAsia="zh-CN"/>
        </w:rPr>
        <w:br/>
      </w:r>
      <w:r>
        <w:rPr>
          <w:lang w:eastAsia="zh-CN"/>
        </w:rPr>
        <w:t>　　3、检查消防系统，对前期消防高位水箱未予以投运的安全隐患，联系并组织施工单位调试，并投入运行。之后组织人员同时清理了消防水箱间设备卫生。</w:t>
      </w:r>
      <w:r>
        <w:rPr>
          <w:lang w:eastAsia="zh-CN"/>
        </w:rPr>
        <w:br/>
      </w:r>
      <w:r>
        <w:rPr>
          <w:lang w:eastAsia="zh-CN"/>
        </w:rPr>
        <w:t>　　4、组织人员给供水系统阀门加油，并清理井内卫生。</w:t>
      </w:r>
      <w:r>
        <w:rPr>
          <w:lang w:eastAsia="zh-CN"/>
        </w:rPr>
        <w:br/>
      </w:r>
      <w:r>
        <w:rPr>
          <w:lang w:eastAsia="zh-CN"/>
        </w:rPr>
        <w:t>　　四、关注细节、发现并解决问题</w:t>
      </w:r>
      <w:r>
        <w:rPr>
          <w:lang w:eastAsia="zh-CN"/>
        </w:rPr>
        <w:br/>
      </w:r>
      <w:r>
        <w:rPr>
          <w:lang w:eastAsia="zh-CN"/>
        </w:rPr>
        <w:t>　　在巡检中发现庭院草坪灯、中心广场高杆灯螺丝生锈，这件事情虽然不大，但不予更换会对日后的维修工作带来诸多不便。之后，申请材料采购并及时组织更换，确保以后便于维修中省时省力。</w:t>
      </w:r>
      <w:r>
        <w:rPr>
          <w:lang w:eastAsia="zh-CN"/>
        </w:rPr>
        <w:br/>
      </w:r>
      <w:r>
        <w:rPr>
          <w:lang w:eastAsia="zh-CN"/>
        </w:rPr>
        <w:t>　　五、新一年的工作重点</w:t>
      </w:r>
      <w:r>
        <w:rPr>
          <w:lang w:eastAsia="zh-CN"/>
        </w:rPr>
        <w:br/>
      </w:r>
      <w:r>
        <w:rPr>
          <w:lang w:eastAsia="zh-CN"/>
        </w:rPr>
        <w:t>　　1、协助部门经理拟定箱式变压器的《维修保养计划》，同时编制《停电预案操作规程》呈报公司领导。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2、完善管委会各管道的保温工作，如：消防栓，供水阀门，浇花取水点的保温。</w:t>
      </w:r>
      <w:r>
        <w:rPr>
          <w:lang w:eastAsia="zh-CN"/>
        </w:rPr>
        <w:br/>
      </w:r>
      <w:r>
        <w:rPr>
          <w:lang w:eastAsia="zh-CN"/>
        </w:rPr>
        <w:t>　　3、在冬季来临前，全面检查管委会空调设备，保障冬季采暖正常使用。</w:t>
      </w:r>
      <w:r>
        <w:rPr>
          <w:lang w:eastAsia="zh-CN"/>
        </w:rPr>
        <w:br/>
      </w:r>
      <w:r>
        <w:rPr>
          <w:lang w:eastAsia="zh-CN"/>
        </w:rPr>
        <w:t>　　近期我虽然在工作中完成了部分工作，但总体来说，自己还不是太满意，因为我的工作还有很多不足之处，我要在以后的工作中刻苦学习，不断完善，使自己不断进步，争做一名优秀的管理者，为管委会增光添彩。</w:t>
      </w:r>
      <w:r>
        <w:rPr>
          <w:lang w:eastAsia="zh-CN"/>
        </w:rPr>
        <w:br/>
      </w:r>
      <w:r>
        <w:rPr>
          <w:lang w:eastAsia="zh-CN"/>
        </w:rPr>
        <w:t>　　工程部副部长年终总结 4</w:t>
      </w:r>
      <w:r>
        <w:rPr>
          <w:lang w:eastAsia="zh-CN"/>
        </w:rPr>
        <w:br/>
      </w:r>
      <w:r>
        <w:rPr>
          <w:lang w:eastAsia="zh-CN"/>
        </w:rPr>
        <w:t>　　时间在不知不觉中悄然流走，我们又即将与20__年告别了。现从以下几个方面将一年来工程部的工作情况做简要总结。</w:t>
      </w:r>
      <w:r>
        <w:rPr>
          <w:lang w:eastAsia="zh-CN"/>
        </w:rPr>
        <w:br/>
      </w:r>
      <w:r>
        <w:rPr>
          <w:lang w:eastAsia="zh-CN"/>
        </w:rPr>
        <w:t>　　一、进度控制</w:t>
      </w:r>
      <w:r>
        <w:rPr>
          <w:lang w:eastAsia="zh-CN"/>
        </w:rPr>
        <w:br/>
      </w:r>
      <w:r>
        <w:rPr>
          <w:lang w:eastAsia="zh-CN"/>
        </w:rPr>
        <w:t>　　按照年初公司制定的工程进度要求，主体工程应在年底完成，实际截止到年底，主体工程全部完成，砌体工程完成80%，比原预定工期平均延误1.5个月，</w:t>
      </w:r>
      <w:r>
        <w:rPr>
          <w:lang w:eastAsia="zh-CN"/>
        </w:rPr>
        <w:br/>
      </w:r>
      <w:r>
        <w:rPr>
          <w:lang w:eastAsia="zh-CN"/>
        </w:rPr>
        <w:t>　　工期延误的主要原因在以下三个方面：</w:t>
      </w:r>
      <w:r>
        <w:rPr>
          <w:lang w:eastAsia="zh-CN"/>
        </w:rPr>
        <w:br/>
      </w:r>
      <w:r>
        <w:rPr>
          <w:lang w:eastAsia="zh-CN"/>
        </w:rPr>
        <w:t>　　1、我们事先对该工程的难度估计不足，合同工期过于紧张。本工程定额工期应该在___天，但我们把工期压缩到了___天，这个工期只有在理想化的情况下才有可能按计划完成，但该工程由于难度较大，任何一个事先未预料到的情况出现都有可能造成工期的延误并有可能产生连锁反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我们事先对施工单位的实际实力(包括资金实力和管理实力)估计不足。两家施工单位都属于承包责任制，施工单位收取承包人的管理费用，工程的资金投入和管理人员的配置由承包人负责，施工单位不给承包人任何资金支持和人员支持，同时也缺乏必要的管理方面的支持，存在以包代管现象。制约工期的主要原因在于施工单位的资金和管理方面。资金实力的不足导致材料、设备经常供应不上，工地经常出现停工待料现象，停工待料又经常造成施工人员的流失，劳动力的严重缺乏造成了工程进度严重拖延。在管理方面，一方面管理人员责任心和素质达不到应有要求，另一方面由于劳务层分包层次过多，工班分组过细，无法形成流水作业，导致项目经理在人员调配上存在困难，同时由于劳务层层分包，管理层次过多，上层管理人员尤其是项目经理的管理意图无法在班组得到及时有效的贯彻执行。另一方面现在的民工也是非常地不好管理，经常因为一些小问题和管理人员对着干。这是导致工期拖延的最主要原因。</w:t>
      </w:r>
      <w:r>
        <w:rPr>
          <w:lang w:eastAsia="zh-CN"/>
        </w:rPr>
        <w:br/>
      </w:r>
      <w:r>
        <w:rPr>
          <w:lang w:eastAsia="zh-CN"/>
        </w:rPr>
        <w:t>　　3、我们自身管理上的问题：工程部尤其是部门经理对于施工单位工期的延误，虽然采取了一系列的积极措施，但是力度不够，对于一些问题的处理尤其是施工单位人员的严重缺乏和材料的不及时供应缺乏足够有效的管理措施和应变措施，这也是导致工期拖延的一方面因素。这些需要我们大家尤其是部门经理在今后的工作中努力学习工程管理知识，掌握更多好的管理经验和管理办法，进一步提高自己的管理水平，方能不辜负领导的重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针对以上问题的出现，我们工程部全体人员在总经办的大力支持和帮助下，在资金上和其他各方面采取了一系列措施，也取得了很好的效果，在后半年的施工过程中，不仅遏制住了工期进一步拖延的势头，而且延误的工期也在一步步减少。</w:t>
      </w:r>
      <w:r>
        <w:rPr>
          <w:lang w:eastAsia="zh-CN"/>
        </w:rPr>
        <w:br/>
      </w:r>
      <w:r>
        <w:rPr>
          <w:lang w:eastAsia="zh-CN"/>
        </w:rPr>
        <w:t>　　二、质量控制</w:t>
      </w:r>
      <w:r>
        <w:rPr>
          <w:lang w:eastAsia="zh-CN"/>
        </w:rPr>
        <w:br/>
      </w:r>
      <w:r>
        <w:rPr>
          <w:lang w:eastAsia="zh-CN"/>
        </w:rPr>
        <w:t>　　从开工以来，工程部始终坚持质量第一的'原则，严把质量关，到目前为止，施工质量还是比较令人满意的，虽然曾经出现过一些质量滑坡现象也都及时得到了解决，保持了高质量工程的总体势头，虽然提出了一些问题，但对我们的总体工程质量还是给予了肯定的。按目前情况来看，我们的工程通过优质主体结构验收问题不是很大。</w:t>
      </w:r>
      <w:r>
        <w:rPr>
          <w:lang w:eastAsia="zh-CN"/>
        </w:rPr>
        <w:br/>
      </w:r>
      <w:r>
        <w:rPr>
          <w:lang w:eastAsia="zh-CN"/>
        </w:rPr>
        <w:t>　　三、造价控制</w:t>
      </w:r>
      <w:r>
        <w:rPr>
          <w:lang w:eastAsia="zh-CN"/>
        </w:rPr>
        <w:br/>
      </w:r>
      <w:r>
        <w:rPr>
          <w:lang w:eastAsia="zh-CN"/>
        </w:rPr>
        <w:t>　　在造价控制方面，我们主要从以下几个方面入手。</w:t>
      </w:r>
      <w:r>
        <w:rPr>
          <w:lang w:eastAsia="zh-CN"/>
        </w:rPr>
        <w:br/>
      </w:r>
      <w:r>
        <w:rPr>
          <w:lang w:eastAsia="zh-CN"/>
        </w:rPr>
        <w:t>　　1、尽可能减少图纸中不必要的成本投入，为了节约成本，我们与公司领导共同研究决定在建筑平面上按照图纸施工，但结构上按照图纸施工，这一项估计为公司节约成本近___万元;我们还通过技术上的改造在不增加成本的前提下增加了一些可供销售的车位，增加了销售收入。同时安装专业也通过提出一些合理化的方案为公司节约资金近___万元，并因此受到了公司的通报表扬和物质奖励。</w:t>
      </w:r>
      <w:r>
        <w:rPr>
          <w:lang w:eastAsia="zh-CN"/>
        </w:rPr>
        <w:br/>
      </w:r>
      <w:r>
        <w:rPr>
          <w:lang w:eastAsia="zh-CN"/>
        </w:rPr>
        <w:t>　　2、对于施工过程中出现的一些技术变更，我们对投资造价影响不大或者降低造价的及时进行变更，对于增加成本但又不变不行的变更组织大家进行技术分析，选择最经济的可行性变更方案。同时严格执行图纸变更审批制度，所有变更必须经过总经办审批方可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工程签证方面，我们重新制定了工程签证流程审批制度，实行监理工程师、总监、主管工程师、工程部经理、预算工程师、财务部经理、总经办七级审批，层层把关，对于不应该支付的签证坚决退回，对于确实发生并应该支付的签证进行严格的费用审核，杜绝此项费用的不合理支出。</w:t>
      </w:r>
      <w:r>
        <w:rPr>
          <w:lang w:eastAsia="zh-CN"/>
        </w:rPr>
        <w:br/>
      </w:r>
      <w:r>
        <w:rPr>
          <w:lang w:eastAsia="zh-CN"/>
        </w:rPr>
        <w:t>　　四、现场安全文明施工</w:t>
      </w:r>
      <w:r>
        <w:rPr>
          <w:lang w:eastAsia="zh-CN"/>
        </w:rPr>
        <w:br/>
      </w:r>
      <w:r>
        <w:rPr>
          <w:lang w:eastAsia="zh-CN"/>
        </w:rPr>
        <w:t>　　我们对于现场的安全文明施工也给予了足够的重视，前期由于条件所限，现场的文明施工无法做得很好，后期我们针对现场文明施工下大力气抓，并取得了良好效果。目前经过多次检查，近期有望通过文明工地的验收。</w:t>
      </w:r>
      <w:r>
        <w:rPr>
          <w:lang w:eastAsia="zh-CN"/>
        </w:rPr>
        <w:br/>
      </w:r>
      <w:r>
        <w:rPr>
          <w:lang w:eastAsia="zh-CN"/>
        </w:rPr>
        <w:t>　　五、对监理公司的管理</w:t>
      </w:r>
      <w:r>
        <w:rPr>
          <w:lang w:eastAsia="zh-CN"/>
        </w:rPr>
        <w:br/>
      </w:r>
      <w:r>
        <w:rPr>
          <w:lang w:eastAsia="zh-CN"/>
        </w:rPr>
        <w:t>　　总的来说，我们对监理公司的管理是存在一定问题的，主要是缺乏强硬的手腕，没有严格按照合同要求监理公司相关人员到岗，导致监理人员总体素质偏低，最后我们工程部不得不花很多精力去帮助监理公司完成本应由监理完成的工作，虽然在我们的共同努力下基本圆满地完成了工作，但相应的加大了工程部同志们的劳动强度。</w:t>
      </w:r>
      <w:r>
        <w:rPr>
          <w:lang w:eastAsia="zh-CN"/>
        </w:rPr>
        <w:br/>
      </w:r>
      <w:r>
        <w:rPr>
          <w:lang w:eastAsia="zh-CN"/>
        </w:rPr>
        <w:t>　　工程部副部长年终总结 5</w:t>
      </w:r>
      <w:r>
        <w:rPr>
          <w:lang w:eastAsia="zh-CN"/>
        </w:rPr>
        <w:br/>
      </w:r>
      <w:r>
        <w:rPr>
          <w:lang w:eastAsia="zh-CN"/>
        </w:rPr>
        <w:t>　　20__年对公司而言是提升的一年，自从今年__月份的文件改编到员工的文件培训，使大家的工作更趋标准化，内部管理更趋规范化，我司的物业服务得到业主认同，与业主形成良性互动。我有幸与公司各级领导和同仁共同经历，分享公司每一点成功的喜悦。这也是我人生路上一段弥足珍贵的经历，现将一年来的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一、工作方面：</w:t>
      </w:r>
      <w:r>
        <w:rPr>
          <w:lang w:eastAsia="zh-CN"/>
        </w:rPr>
        <w:br/>
      </w:r>
      <w:r>
        <w:rPr>
          <w:lang w:eastAsia="zh-CN"/>
        </w:rPr>
        <w:t>　　今年年初，安联大厦的西立面LED幕墙灯进行整体维修改造，任务紧，工期短，狠追施工单位，按计划顺利的完成了施工监管任务，保证了工期，有效地控制了质量。LED幕墙灯运行近一年以来，基本无故障，实现原定目标。</w:t>
      </w:r>
      <w:r>
        <w:rPr>
          <w:lang w:eastAsia="zh-CN"/>
        </w:rPr>
        <w:br/>
      </w:r>
      <w:r>
        <w:rPr>
          <w:lang w:eastAsia="zh-CN"/>
        </w:rPr>
        <w:t>　　5月份左右，参与公司的文件改编，对原文件的不足之处提出改进意见，于7月份全部改编完成。在文件改编前的两个月，已实行新老文件合用的现象，在此期间出现过新老文件不适应的过程，在经过多次的培训、多次的改正后，于新文件下发后基本已能按照新标准、新规程进行操作。</w:t>
      </w:r>
      <w:r>
        <w:rPr>
          <w:lang w:eastAsia="zh-CN"/>
        </w:rPr>
        <w:br/>
      </w:r>
      <w:r>
        <w:rPr>
          <w:lang w:eastAsia="zh-CN"/>
        </w:rPr>
        <w:t>　　作为强电领班，带领员工按照年度计划做好设备的保养工作，严格按照新编文件的规范操作，并填写相关的表格。并做好周工作计划、员工排班、材料采购计划等等。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今年9月，职位调整为运行主管以来，主要是对维修单的跟进及各部门之间的协调工作，合理安排，充分调动员工的工作积极性，在10月、11月班组缺人手的情况下，进行各班组穿叉合作。高效率的完成前期的维修单，让员工互帮互助，达到不拖单的良好习惯。当然，在初期，我也曾迷惘过，困惑过，我甚至怀疑我不适合这份工作。后来我发现，只要自己不断的调整心态，虽然没有人说，但我自然而然的就知道了作为工程总调度应该做的一些什么事情，一些不懂的东西也就迎刃而解了，顿时让我豁然开朗。如今只要工作，我都会以充分的热情来干好事情。心态的'调整使我明白在各个岗位都有发展才能、增长知识的机会。</w:t>
      </w:r>
      <w:r>
        <w:rPr>
          <w:lang w:eastAsia="zh-CN"/>
        </w:rPr>
        <w:br/>
      </w:r>
      <w:r>
        <w:rPr>
          <w:lang w:eastAsia="zh-CN"/>
        </w:rPr>
        <w:t>　　11月公司进行客户意见调查，我有幸参与其中，虽然作为一个运行主管要经常与客户进行沟通，但作为意见调查回访这种事，我还是第一次，我以十二分的精神、热情的态度参加此次意见回访，客户对我们的回访表示满意，特别是33F的新入住公司美国优罗普洛对我司工程技术人员的维修质量及工作的细心表示赞许，并提出多对员工进行客户单元的服务收费培训，让每一个员工都了解工程部的维修工作流程，标准化的完成维修工作。</w:t>
      </w:r>
      <w:r>
        <w:rPr>
          <w:lang w:eastAsia="zh-CN"/>
        </w:rPr>
        <w:br/>
      </w:r>
      <w:r>
        <w:rPr>
          <w:lang w:eastAsia="zh-CN"/>
        </w:rPr>
        <w:t>　　二、团队建设方面：</w:t>
      </w:r>
      <w:r>
        <w:rPr>
          <w:lang w:eastAsia="zh-CN"/>
        </w:rPr>
        <w:br/>
      </w:r>
      <w:r>
        <w:rPr>
          <w:lang w:eastAsia="zh-CN"/>
        </w:rPr>
        <w:t>　　作为工程部的总调度，要激发他人与你一起工作，以取得共同目标，而且能创立一种机会和成长并存的环境。在了解的基础上信任员工，不仅能够让员工体验解决难题、分享成功的乐趣，而且能够让员工认识到他们是这个团队的一部分，每个人都是这个团队有价值的贡献者。通过及时有效的沟通不仅能解决许多工作中现存的和潜在的问题，更能让团队成员知道团队需要他们，激发他们的工作热情，形成和谐的团队。作为调度必须要了解团队中每个人有形的和无形的需求，尽力满足他们的需求或引导改变他们的需求。随着这方面能力的加强，团队成员会更有活力、更有凝聚力、更有战斗力。</w:t>
      </w:r>
      <w:r>
        <w:rPr>
          <w:lang w:eastAsia="zh-CN"/>
        </w:rPr>
        <w:br/>
      </w:r>
      <w:r>
        <w:rPr>
          <w:lang w:eastAsia="zh-CN"/>
        </w:rPr>
        <w:t>　　三、不足之处与目标方向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过去的一年，是丰收的一年，喜悦的一年，在日历上记录了自己前行的一些点滴，在看到自己成绩的同时也清醒的看到自己的不足，如在沟通方面有时主动性不够，核心技术掌握程度不够，个人有些急躁，大局观有些差距等等，自己的不足有时自己反而看不清楚，在工作中真诚希望领导和同事多提宝贵意见。今后的工作中，我将继续坚持“宽以待人，严以律己”的工作格言，并将在不断完善细化自己工作的同时，通过参加学习来进一步充实自己，从而提高自己的管理能力。</w:t>
      </w:r>
      <w:r>
        <w:rPr>
          <w:lang w:eastAsia="zh-CN"/>
        </w:rPr>
        <w:br/>
      </w:r>
      <w:r>
        <w:rPr>
          <w:lang w:eastAsia="zh-CN"/>
        </w:rPr>
        <w:t>　　四、小结</w:t>
      </w:r>
      <w:r>
        <w:rPr>
          <w:lang w:eastAsia="zh-CN"/>
        </w:rPr>
        <w:br/>
      </w:r>
      <w:r>
        <w:rPr>
          <w:lang w:eastAsia="zh-CN"/>
        </w:rPr>
        <w:t>　　我始终遵崇这样一句哲言——天行健，君子自强以不息。我自己也因此而进步。公司的辉煌需要我们用努力去创造，个人的发展需要自己用拼搏去实现，为了这些崇高的目标，我一直都在不懈努力、奋力拼搏。在以后的工作当中，我将继续戒骄戒躁、艰苦奋斗，与大家一道紧密的团结在公司这个大家庭当中，用自己灿烂的青春去实现公司的目标。</w:t>
      </w:r>
      <w:r>
        <w:rPr>
          <w:lang w:eastAsia="zh-CN"/>
        </w:rPr>
        <w:br/>
      </w:r>
      <w:r>
        <w:rPr>
          <w:lang w:eastAsia="zh-CN"/>
        </w:rPr>
        <w:t>　　工程部副部长年终总结 6</w:t>
      </w:r>
      <w:r>
        <w:rPr>
          <w:lang w:eastAsia="zh-CN"/>
        </w:rPr>
        <w:br/>
      </w:r>
      <w:r>
        <w:rPr>
          <w:lang w:eastAsia="zh-CN"/>
        </w:rPr>
        <w:t>　　在公司领导的监督指导下，在其他部门的积极配合和大力支持下，工程部认真完成了工程部的各项任务。为了总结经验，找出不足，推动明年工作再上新台阶，我们应从以下几个方面对20__工作进行简要总结。</w:t>
      </w:r>
      <w:r>
        <w:rPr>
          <w:lang w:eastAsia="zh-CN"/>
        </w:rPr>
        <w:br/>
      </w:r>
      <w:r>
        <w:rPr>
          <w:lang w:eastAsia="zh-CN"/>
        </w:rPr>
        <w:t>　　一、实施的主要工作：</w:t>
      </w:r>
      <w:r>
        <w:rPr>
          <w:lang w:eastAsia="zh-CN"/>
        </w:rPr>
        <w:br/>
      </w:r>
      <w:r>
        <w:rPr>
          <w:lang w:eastAsia="zh-CN"/>
        </w:rPr>
        <w:t>　　由于本公司工程部实际上相当于电气部，因此以时间段的形式描述工程部完成的工作更为合适。</w:t>
      </w:r>
      <w:r>
        <w:rPr>
          <w:lang w:eastAsia="zh-CN"/>
        </w:rPr>
        <w:br/>
      </w:r>
      <w:r>
        <w:rPr>
          <w:lang w:eastAsia="zh-CN"/>
        </w:rPr>
        <w:t>　　1.建立部门工作流程</w:t>
      </w:r>
      <w:r>
        <w:rPr>
          <w:lang w:eastAsia="zh-CN"/>
        </w:rPr>
        <w:br/>
      </w:r>
    </w:p>
    <w:p w:rsidR="001B1F19" w14:textId="27C3F48A">
      <w:pPr>
        <w:rPr>
          <w:rFonts w:hint="eastAsia"/>
          <w:lang w:eastAsia="zh-CN"/>
        </w:rPr>
      </w:pPr>
      <w:r>
        <w:rPr>
          <w:lang w:eastAsia="zh-CN"/>
        </w:rPr>
        <w:t>　　2.建立本部门与其他部门之间的工作联系流程</w:t>
      </w:r>
      <w:r>
        <w:rPr>
          <w:lang w:eastAsia="zh-CN"/>
        </w:rPr>
        <w:br/>
      </w:r>
      <w:r>
        <w:rPr>
          <w:lang w:eastAsia="zh-CN"/>
        </w:rPr>
        <w:t>　　3.完成电气工程部</w:t>
      </w:r>
      <w:r>
        <w:rPr>
          <w:lang w:eastAsia="zh-CN"/>
        </w:rPr>
        <w:br/>
      </w:r>
      <w:r>
        <w:rPr>
          <w:lang w:eastAsia="zh-CN"/>
        </w:rPr>
        <w:t>　　4.要求的所有工作。建立并整理定制箱数据和PLC控制箱数据</w:t>
      </w:r>
      <w:r>
        <w:rPr>
          <w:lang w:eastAsia="zh-CN"/>
        </w:rPr>
        <w:br/>
      </w:r>
      <w:r>
        <w:rPr>
          <w:lang w:eastAsia="zh-CN"/>
        </w:rPr>
        <w:t>　　5.产品技术升级及工艺改进</w:t>
      </w:r>
      <w:r>
        <w:rPr>
          <w:lang w:eastAsia="zh-CN"/>
        </w:rPr>
        <w:br/>
      </w:r>
      <w:r>
        <w:rPr>
          <w:lang w:eastAsia="zh-CN"/>
        </w:rPr>
        <w:t>　　6.控制柜施工指导、问题处理</w:t>
      </w:r>
      <w:r>
        <w:rPr>
          <w:lang w:eastAsia="zh-CN"/>
        </w:rPr>
        <w:br/>
      </w:r>
      <w:r>
        <w:rPr>
          <w:lang w:eastAsia="zh-CN"/>
        </w:rPr>
        <w:t>　　7.售后服务处理</w:t>
      </w:r>
      <w:r>
        <w:rPr>
          <w:lang w:eastAsia="zh-CN"/>
        </w:rPr>
        <w:br/>
      </w:r>
      <w:r>
        <w:rPr>
          <w:lang w:eastAsia="zh-CN"/>
        </w:rPr>
        <w:t>　　二。工作改进点：</w:t>
      </w:r>
      <w:r>
        <w:rPr>
          <w:lang w:eastAsia="zh-CN"/>
        </w:rPr>
        <w:br/>
      </w:r>
      <w:r>
        <w:rPr>
          <w:lang w:eastAsia="zh-CN"/>
        </w:rPr>
        <w:t>　　20__年，在按时、保质、保量完成日常工作的同时，随着技术进步的步伐，本部门的工作也有了新的改进。</w:t>
      </w:r>
      <w:r>
        <w:rPr>
          <w:lang w:eastAsia="zh-CN"/>
        </w:rPr>
        <w:br/>
      </w:r>
      <w:r>
        <w:rPr>
          <w:lang w:eastAsia="zh-CN"/>
        </w:rPr>
        <w:t>　　在公司领导的指导下，通过相关决策和产品规划，本部门首次将智能控制柜引入制冷控制柜行业：如并联机组、螺杆机、冷冻水控制系统、温湿度控制系统等。在研究、学习和实施过程中，我公司在相关控制领域提升到了一个新的水平。</w:t>
      </w:r>
      <w:r>
        <w:rPr>
          <w:lang w:eastAsia="zh-CN"/>
        </w:rPr>
        <w:br/>
      </w:r>
      <w:r>
        <w:rPr>
          <w:lang w:eastAsia="zh-CN"/>
        </w:rPr>
        <w:t>　　通过这项工作，我们也逐步了解市场，逐步建立智能控制柜的相关服务标准和相关报价体系，并以此为出发点，正式启动PLC控制系统的标准化工作。我们将在前期工作的基础上，借鉴同行业的先进经验，找出适合我公司具体情况和需要的产品体系，努力使其成为我公司销售增长的新亮点。</w:t>
      </w:r>
      <w:r>
        <w:rPr>
          <w:lang w:eastAsia="zh-CN"/>
        </w:rPr>
        <w:br/>
      </w:r>
      <w:r>
        <w:rPr>
          <w:lang w:eastAsia="zh-CN"/>
        </w:rPr>
        <w:t>　　三、工作难点：</w:t>
      </w:r>
      <w:r>
        <w:rPr>
          <w:lang w:eastAsia="zh-CN"/>
        </w:rPr>
        <w:br/>
      </w:r>
      <w:r>
        <w:rPr>
          <w:lang w:eastAsia="zh-CN"/>
        </w:rPr>
        <w:t>　　1.对高端压缩机和专用制冷设备的了解不足</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https://d.book118.com/698105014052006045</w:t>
        </w:r>
      </w:hyperlink>
    </w:p>
    <w:p w:rsidR="001B1F19">
      <w:pPr>
        <w:rPr>
          <w:rFonts w:hint="eastAsia"/>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8105014052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