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质量月活动总结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质量月活动总结1</w:t>
      </w:r>
      <w:r>
        <w:rPr>
          <w:lang w:eastAsia="zh-CN"/>
        </w:rPr>
        <w:br/>
      </w:r>
      <w:r>
        <w:rPr>
          <w:lang w:eastAsia="zh-CN"/>
        </w:rPr>
        <w:t xml:space="preserve">    一、广泛宣传“质量月”活动的重要意义 </w:t>
      </w:r>
      <w:r>
        <w:rPr>
          <w:lang w:eastAsia="zh-CN"/>
        </w:rPr>
        <w:br/>
      </w:r>
      <w:r>
        <w:rPr>
          <w:lang w:eastAsia="zh-CN"/>
        </w:rPr>
        <w:t>　　二、积极参加现场咨询活动</w:t>
      </w:r>
      <w:r>
        <w:rPr>
          <w:lang w:eastAsia="zh-CN"/>
        </w:rPr>
        <w:br/>
      </w:r>
      <w:r>
        <w:rPr>
          <w:lang w:eastAsia="zh-CN"/>
        </w:rPr>
        <w:t>　　精心制作了两块图文并茂的宣传图板，内容包括：质量投诉的程序、房屋质量保修期限的规定、建筑节能的有关规定及现浇板裂缝小常识等，现场散发了近二百份宣传材料，并接受了25人次的`现场投诉咨询。</w:t>
      </w:r>
      <w:r>
        <w:rPr>
          <w:lang w:eastAsia="zh-CN"/>
        </w:rPr>
        <w:br/>
      </w:r>
      <w:r>
        <w:rPr>
          <w:lang w:eastAsia="zh-CN"/>
        </w:rPr>
        <w:t>　　三、开展工程质量大检查活动</w:t>
      </w:r>
      <w:r>
        <w:rPr>
          <w:lang w:eastAsia="zh-CN"/>
        </w:rPr>
        <w:br/>
      </w:r>
      <w:r>
        <w:rPr>
          <w:lang w:eastAsia="zh-CN"/>
        </w:rPr>
        <w:t>　　（一）、在建建筑工程</w:t>
      </w:r>
      <w:r>
        <w:rPr>
          <w:lang w:eastAsia="zh-CN"/>
        </w:rPr>
        <w:br/>
      </w:r>
      <w:r>
        <w:rPr>
          <w:lang w:eastAsia="zh-CN"/>
        </w:rPr>
        <w:t>　　1、检查总体概况：</w:t>
      </w:r>
      <w:r>
        <w:rPr>
          <w:lang w:eastAsia="zh-CN"/>
        </w:rPr>
        <w:br/>
      </w:r>
      <w:r>
        <w:rPr>
          <w:lang w:eastAsia="zh-CN"/>
        </w:rPr>
        <w:t>　　2、建设各方责任主体质量行为：</w:t>
      </w:r>
      <w:r>
        <w:rPr>
          <w:lang w:eastAsia="zh-CN"/>
        </w:rPr>
        <w:br/>
      </w:r>
      <w:r>
        <w:rPr>
          <w:lang w:eastAsia="zh-CN"/>
        </w:rPr>
        <w:t>　　监理工作不规范：监理规划和监理实施细则照抄、照搬，无针对性；监理的日记记录内容较简单，不能反映监理工作内容和水平，字迹了草，仅记施工进度，未记监理工作情况；监理联系单、监理通知单和监理指令单混用，其结果监理现场要求整改的内容无回复，无监理复验签字；监理例会不经常，部分工地不是总监主持，会议记要整理成会议记录，有的甚至不发会议记要；监理资料整理归档不及时，且有后补现象；旁站工作不到位，甚至不旁站。</w:t>
      </w:r>
      <w:r>
        <w:rPr>
          <w:lang w:eastAsia="zh-CN"/>
        </w:rPr>
        <w:br/>
      </w:r>
      <w:r>
        <w:rPr>
          <w:lang w:eastAsia="zh-CN"/>
        </w:rPr>
        <w:t>　　3、工程实体质量：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混凝土柱梁节点较顺直，板底平整、光洁、密实，未见露筋、孔洞、裂缝，施工缝处无夹渣，现浇板在混凝土施工过程中要求对于现浇面在初凝与终凝前各进行一次毛面处理，既保证了现浇面的平整度又减少了空鼓、裂缝的出现。</w:t>
      </w:r>
      <w:r>
        <w:rPr>
          <w:lang w:eastAsia="zh-CN"/>
        </w:rPr>
        <w:br/>
      </w:r>
      <w:r>
        <w:rPr>
          <w:lang w:eastAsia="zh-CN"/>
        </w:rPr>
        <w:t>　　（2）砌体：砌体工程中，应该说总体水平还可以。墙面平整，砌体砂浆饱满度基本得到控制，水平灰缝较均匀，砂浆目测强度和报告强度检查基本能相对应，另外墙体开槽现象较少。</w:t>
      </w:r>
      <w:r>
        <w:rPr>
          <w:lang w:eastAsia="zh-CN"/>
        </w:rPr>
        <w:br/>
      </w:r>
      <w:r>
        <w:rPr>
          <w:lang w:eastAsia="zh-CN"/>
        </w:rPr>
        <w:t>　　4、现场抽测情况：</w:t>
      </w:r>
      <w:r>
        <w:rPr>
          <w:lang w:eastAsia="zh-CN"/>
        </w:rPr>
        <w:br/>
      </w:r>
      <w:r>
        <w:rPr>
          <w:lang w:eastAsia="zh-CN"/>
        </w:rPr>
        <w:t>　　通过对在建工程的实体砼强度抽测、现场钢材进行直径测量和资料的核查，其总的情况是好的，但也存在一些问题，有些问题还是比较严重的，比如：</w:t>
      </w:r>
      <w:r>
        <w:rPr>
          <w:lang w:eastAsia="zh-CN"/>
        </w:rPr>
        <w:br/>
      </w:r>
      <w:r>
        <w:rPr>
          <w:lang w:eastAsia="zh-CN"/>
        </w:rPr>
        <w:t>　　（1）部分工程砼碳化深度过大（碳化深度在3.5—5.0mm之间）。</w:t>
      </w:r>
      <w:r>
        <w:rPr>
          <w:lang w:eastAsia="zh-CN"/>
        </w:rPr>
        <w:br/>
      </w:r>
      <w:r>
        <w:rPr>
          <w:lang w:eastAsia="zh-CN"/>
        </w:rPr>
        <w:t>　　（2）同条件试块养护地点没有放在同期浇注的结构实体旁边，而是放在其它地方单独养护，工地送检的同条件试块没有按600℃d所对应的龄期送检，个别工程标养试块商品砼生产厂家养护。</w:t>
      </w:r>
      <w:r>
        <w:rPr>
          <w:lang w:eastAsia="zh-CN"/>
        </w:rPr>
        <w:br/>
      </w:r>
      <w:r>
        <w:rPr>
          <w:lang w:eastAsia="zh-CN"/>
        </w:rPr>
        <w:t>　　5、工程资料方面：</w:t>
      </w:r>
      <w:r>
        <w:rPr>
          <w:lang w:eastAsia="zh-CN"/>
        </w:rPr>
        <w:br/>
      </w:r>
      <w:r>
        <w:rPr>
          <w:lang w:eastAsia="zh-CN"/>
        </w:rPr>
        <w:t>　　①保温系统组成材料未做到先检后用，少数工地外保温已施工完毕还未见到材料复试报告，变更手续及程序不符要求；</w:t>
      </w:r>
      <w:r>
        <w:rPr>
          <w:lang w:eastAsia="zh-CN"/>
        </w:rPr>
        <w:br/>
      </w:r>
      <w:r>
        <w:rPr>
          <w:lang w:eastAsia="zh-CN"/>
        </w:rPr>
        <w:t>　　②保温系统组成材料质保资料不齐全，不具备省级科技成果推广证书、型式检验报告、耐候性试验报告和生产厂家供应商提供的质保书等；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③保温系统材料见证取样检测项目、参数不全，如锚固件未做现场抗拉拔试验；</w:t>
      </w:r>
      <w:r>
        <w:rPr>
          <w:lang w:eastAsia="zh-CN"/>
        </w:rPr>
        <w:br/>
      </w:r>
      <w:r>
        <w:rPr>
          <w:lang w:eastAsia="zh-CN"/>
        </w:rPr>
        <w:t>　　6、信息化建设</w:t>
      </w:r>
      <w:r>
        <w:rPr>
          <w:lang w:eastAsia="zh-CN"/>
        </w:rPr>
        <w:br/>
      </w:r>
      <w:r>
        <w:rPr>
          <w:lang w:eastAsia="zh-CN"/>
        </w:rPr>
        <w:t>　　（二）、预拌混凝土生产企业</w:t>
      </w:r>
      <w:r>
        <w:rPr>
          <w:lang w:eastAsia="zh-CN"/>
        </w:rPr>
        <w:br/>
      </w:r>
      <w:r>
        <w:rPr>
          <w:lang w:eastAsia="zh-CN"/>
        </w:rPr>
        <w:t>　　1、人员配制和制度建设情况：</w:t>
      </w:r>
      <w:r>
        <w:rPr>
          <w:lang w:eastAsia="zh-CN"/>
        </w:rPr>
        <w:br/>
      </w:r>
      <w:r>
        <w:rPr>
          <w:lang w:eastAsia="zh-CN"/>
        </w:rPr>
        <w:t>　　2、设备和设施情况：</w:t>
      </w:r>
      <w:r>
        <w:rPr>
          <w:lang w:eastAsia="zh-CN"/>
        </w:rPr>
        <w:br/>
      </w:r>
      <w:r>
        <w:rPr>
          <w:lang w:eastAsia="zh-CN"/>
        </w:rPr>
        <w:t>　　3、原材料和生产过程质量控制情况：</w:t>
      </w:r>
      <w:r>
        <w:rPr>
          <w:lang w:eastAsia="zh-CN"/>
        </w:rPr>
        <w:br/>
      </w:r>
      <w:r>
        <w:rPr>
          <w:lang w:eastAsia="zh-CN"/>
        </w:rPr>
        <w:t>　　4、实验室管理方面</w:t>
      </w:r>
      <w:r>
        <w:rPr>
          <w:lang w:eastAsia="zh-CN"/>
        </w:rPr>
        <w:br/>
      </w:r>
      <w:r>
        <w:rPr>
          <w:lang w:eastAsia="zh-CN"/>
        </w:rPr>
        <w:t>　　5、信息化管理方面</w:t>
      </w:r>
      <w:r>
        <w:rPr>
          <w:lang w:eastAsia="zh-CN"/>
        </w:rPr>
        <w:br/>
      </w:r>
      <w:r>
        <w:rPr>
          <w:lang w:eastAsia="zh-CN"/>
        </w:rPr>
        <w:t>　　6、筛砂设备质量月活动总结2</w:t>
      </w:r>
      <w:r>
        <w:rPr>
          <w:lang w:eastAsia="zh-CN"/>
        </w:rPr>
        <w:br/>
      </w:r>
      <w:r>
        <w:rPr>
          <w:lang w:eastAsia="zh-CN"/>
        </w:rPr>
        <w:t xml:space="preserve">    根据公司《20__年度质量月活动安排》的通知要求，从九月一日开始，我项目部积极开展了一系列质量宣传、教育和质量自查自纠活动。现将20__年度“质量月”情况总结汇报如下： </w:t>
      </w:r>
      <w:r>
        <w:rPr>
          <w:lang w:eastAsia="zh-CN"/>
        </w:rPr>
        <w:br/>
      </w:r>
      <w:r>
        <w:rPr>
          <w:lang w:eastAsia="zh-CN"/>
        </w:rPr>
        <w:t>　　一、围绕“推动“三个转变”建设质量强国”这一质量月活动主题，在项目领导班子的支持指导下，项目成立了“质量月活动”领导小组，编制了“质量月”活动策划方案。9月1号至9月3号向项目全体管理人员及民工工友做出了动员。</w:t>
      </w:r>
      <w:r>
        <w:rPr>
          <w:lang w:eastAsia="zh-CN"/>
        </w:rPr>
        <w:br/>
      </w:r>
      <w:r>
        <w:rPr>
          <w:lang w:eastAsia="zh-CN"/>
        </w:rPr>
        <w:t>　　二、9月4日—9月5日在施工现场张悬挂“质量月”活动标语。</w:t>
      </w:r>
      <w:r>
        <w:rPr>
          <w:lang w:eastAsia="zh-CN"/>
        </w:rPr>
        <w:br/>
      </w:r>
      <w:r>
        <w:rPr>
          <w:lang w:eastAsia="zh-CN"/>
        </w:rPr>
        <w:t>　　三、9月4日—9月25日定期组织项目管理及劳务人员学习质量规范和项目施工组织设计方案，按照相关规程及标准施工作业，提高质量管理综合水平；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四、9月6日—9月26日开展了质量专项检查活动，由领导小组检查团一周两次进行现场质量巡检，对工程质量重点控制内容及关键点进行了全面排查；现场三检及质量巡检</w:t>
      </w:r>
      <w:r>
        <w:rPr>
          <w:lang w:eastAsia="zh-CN"/>
        </w:rPr>
        <w:br/>
      </w:r>
      <w:r>
        <w:rPr>
          <w:lang w:eastAsia="zh-CN"/>
        </w:rPr>
        <w:t>　　五、施工过程中的质量管理与成绩。</w:t>
      </w:r>
      <w:r>
        <w:rPr>
          <w:lang w:eastAsia="zh-CN"/>
        </w:rPr>
        <w:br/>
      </w:r>
      <w:r>
        <w:rPr>
          <w:lang w:eastAsia="zh-CN"/>
        </w:rPr>
        <w:t>　　1、明确工长、质量员各方质量职责，制定质量事故处罚措施；对各个工序产品质量进行过程检查，及时对钢筋、卷材、砼等原材料进行进场复试和试块送检，坚持对各允许偏差项目的实测实量（如模板垂直度、标高等），随时掌握工程质量动态；结合工程实际，淘汰和改善劳务队各工种不科学的施工方法（如核心筒模板加固以及特殊部位砼的浇筑等），以提高工程施工质量；</w:t>
      </w:r>
      <w:r>
        <w:rPr>
          <w:lang w:eastAsia="zh-CN"/>
        </w:rPr>
        <w:br/>
      </w:r>
      <w:r>
        <w:rPr>
          <w:lang w:eastAsia="zh-CN"/>
        </w:rPr>
        <w:t>　　2、活动期间完成了“分项工程一次性验收合格率达到80％，整改完成后验收合格率达到100％”的'质量目标，虽然质量月已接近尾声，但质量品质走着蒸蒸日上的趋势，为创造“甬江建设杯”打下了扎实的基础。</w:t>
      </w:r>
      <w:r>
        <w:rPr>
          <w:lang w:eastAsia="zh-CN"/>
        </w:rPr>
        <w:br/>
      </w:r>
      <w:r>
        <w:rPr>
          <w:lang w:eastAsia="zh-CN"/>
        </w:rPr>
        <w:t>　　六、9月28日项目领导在本次质量总结大会中，针对现场仍存在的质量通病及缺陷进行了分析总结，针对9#楼模板拼装的漏缝问题，满堂架搭设问题，都一一进行了有针对性的讲解分析，并对在本次“质量月”活动中表现突出的现场管理者及劳务班组进行了表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七、总结：通过本次“质量月”活动，更清楚知道了本项目质量管理工作在体系中的不足，深究质量问题的根源，采取确实可行的措施，一步一步纠正改进质量工作。在“质量月”活动期间，集中处理一些较为普遍的质量问题。强化每个施工管理人员的质量意识，提升管理人员的管理水平，丰富项目质量管理的方法和手段，把象山恒大新建住宅项目施工质量提升到一个较高的水平，让业主、监理认可我司的质量管理能力和水平质量月活动总结3</w:t>
      </w:r>
      <w:r>
        <w:rPr>
          <w:lang w:eastAsia="zh-CN"/>
        </w:rPr>
        <w:br/>
      </w:r>
      <w:r>
        <w:rPr>
          <w:lang w:eastAsia="zh-CN"/>
        </w:rPr>
        <w:t xml:space="preserve">    根据北京市住建委王承军副主任在“北京市建设工程‘质量月’活动动员部署会议”的讲话（录音），《国务院办公厅关于西安地铁“问题电缆”事件调查处理情况及其教训的通报》（国办发〔20__〕56号）、北京市住建委通报的17家企业施工质量违法违规行为处理情况等典型质量问题案例、总公司《20__年“质量月”活动方案》、《20__年度住宅工程质量常见问题重点专项治理工作计划和治理措施》、《工程质量安全提升行动工作方案》，公司范围内组织开展质量宣传学习活动，强化“百年大计，质量第一”的意识。广泛动员各公司和项目部积极开展形式多样的宣传教育活动，利用网络、微信、报刊、讲座等手段，以建设工程质量法律、法规、规章、技术标准、规范性文件、典型案例为主要内容，开展各类主题活动和多层次的'质量教育活动。现将商河温泉国际项目部的“质量月”活动的主要工作总结如下： </w:t>
      </w:r>
      <w:r>
        <w:rPr>
          <w:lang w:eastAsia="zh-CN"/>
        </w:rPr>
        <w:br/>
      </w:r>
      <w:r>
        <w:rPr>
          <w:lang w:eastAsia="zh-CN"/>
        </w:rPr>
        <w:t>　　一、开展“质量文化宣传周”活动，营造浓厚的“质量月”活动氛围。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质量文化宣传周”期间，商河温泉国际项目部以“弘扬工匠精神，提升质量意识”为主题，利用网络、微信、报刊、讲座等手段，以建设工程质量法律、法规、规章、技术标准、规范性文件、典型案例为主要内容，结合公司科研生产形势，贯彻落实总公司《工程质量安全提升行动工作方案》、《20__年住宅工程质量常见问题治理措施》的要求，完善《工程质量样板库》和《质量通病防治手册》的最终审核定稿，开展原材料使用与结构实体的抽检工作，严格落实企业主体</w:t>
      </w:r>
      <w:r>
        <w:rPr>
          <w:lang w:eastAsia="zh-CN"/>
        </w:rPr>
        <w:br/>
      </w:r>
      <w:r>
        <w:rPr>
          <w:lang w:eastAsia="zh-CN"/>
        </w:rPr>
        <w:t>　　质量责任、项目负责人质量终身责任、项目管理人员岗位质量责任，组织对所有在施工程进行质量专项检查，对在施工程质量及“质量月”活动落实情况进行抽查。</w:t>
      </w:r>
      <w:r>
        <w:rPr>
          <w:lang w:eastAsia="zh-CN"/>
        </w:rPr>
        <w:br/>
      </w:r>
      <w:r>
        <w:rPr>
          <w:lang w:eastAsia="zh-CN"/>
        </w:rPr>
        <w:t>　　开展质量相关活动，大力弘扬工匠精神。一是开展质量业务培训，不断提高基层人员的素质和技能。二是组织开展精品工程观摩活动，充分发挥精品工程的示范引领作用。三是各公司通过组织交流会、座谈会等形式，开展提升工程质量管理的经验交流活动，全面提高项目质量管理水平。</w:t>
      </w:r>
      <w:r>
        <w:rPr>
          <w:lang w:eastAsia="zh-CN"/>
        </w:rPr>
        <w:br/>
      </w:r>
      <w:r>
        <w:rPr>
          <w:lang w:eastAsia="zh-CN"/>
        </w:rPr>
        <w:t>　　在商河温泉项目部开设了“聚焦质量月活动”专栏，并在头版开设了“弘扬工匠精神，提升质量意识”专栏，激发了员工参与质量工作的积极性和自觉性。</w:t>
      </w:r>
      <w:r>
        <w:rPr>
          <w:lang w:eastAsia="zh-CN"/>
        </w:rPr>
        <w:br/>
      </w:r>
      <w:r>
        <w:rPr>
          <w:lang w:eastAsia="zh-CN"/>
        </w:rPr>
        <w:t>　　二、扎实开展QC小组活动，促进产品质量和现场管理水平不断提升。</w:t>
      </w:r>
      <w:r>
        <w:rPr>
          <w:lang w:eastAsia="zh-CN"/>
        </w:rPr>
        <w:br/>
      </w:r>
      <w:r>
        <w:rPr>
          <w:lang w:eastAsia="zh-CN"/>
        </w:rPr>
        <w:t>　　为有效解决科研、经营、生产和服务过程中的各类问题，扎实推进“大力提升质量，建设质量强国；弘扬工匠精神，提升质量意识”活动有效开展，不断提高产品质量和现场管理水平。质量月活动总结4</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为了贯彻落实国务院《质量发展纲要（20__年20__年）》以及广西华盛集团公司《转发国家质检总局等部门关于开展20__年全国质量月活动的通知》，切实提高监狱生产质量，南宁监狱于9月10日至10月10日，在全监范围内开展质量月活动。</w:t>
      </w:r>
      <w:r>
        <w:rPr>
          <w:lang w:eastAsia="zh-CN"/>
        </w:rPr>
        <w:t xml:space="preserve"> </w:t>
      </w:r>
      <w:r>
        <w:rPr>
          <w:lang w:eastAsia="zh-CN"/>
        </w:rPr>
        <w:br/>
      </w:r>
      <w:r>
        <w:rPr>
          <w:lang w:eastAsia="zh-CN"/>
        </w:rPr>
        <w:t>　　一是加强组织领导、统筹部署活动。</w:t>
      </w:r>
      <w:r>
        <w:rPr>
          <w:lang w:eastAsia="zh-CN"/>
        </w:rPr>
        <w:br/>
      </w:r>
      <w:r>
        <w:rPr>
          <w:lang w:eastAsia="zh-CN"/>
        </w:rPr>
        <w:t>　　监狱成立了质量月活动领导小组，由监狱长和公司总经理任组长，领导小组下设办公室在生产经营科，负责对全监各生产监区开展活动情况进行检查、指导和考评。同时，制定《南宁监狱东环公司20__年质量月活动方案》，对活动的组织、开展进行统一部署和安排。</w:t>
      </w:r>
      <w:r>
        <w:rPr>
          <w:lang w:eastAsia="zh-CN"/>
        </w:rPr>
        <w:br/>
      </w:r>
      <w:r>
        <w:rPr>
          <w:lang w:eastAsia="zh-CN"/>
        </w:rPr>
        <w:t>　　二是广泛宣传发动，营造良好环境。</w:t>
      </w:r>
      <w:r>
        <w:rPr>
          <w:lang w:eastAsia="zh-CN"/>
        </w:rPr>
        <w:br/>
      </w:r>
      <w:r>
        <w:rPr>
          <w:lang w:eastAsia="zh-CN"/>
        </w:rPr>
        <w:t>　　监狱在办公楼宣传栏开设质量月活动专栏，宣传质量管理先进经验和先进典型，在狱内电子大屏幕、各习艺楼和各生产监区车间，发布标语，悬挂横幅，开设板报，努力营造浓厚兴的舆论氛围。各生产监区结合实际，积极组织警察及罪犯开展QC质量小组、质量知识竞赛、生产技术大比武活动，以及相互传授质量新方法、新工具的使用技巧等，从而营造一个质量发展良好的环境。</w:t>
      </w:r>
      <w:r>
        <w:rPr>
          <w:lang w:eastAsia="zh-CN"/>
        </w:rPr>
        <w:br/>
      </w:r>
      <w:r>
        <w:rPr>
          <w:lang w:eastAsia="zh-CN"/>
        </w:rPr>
        <w:t>　　三是加强考评考核，切实解决问题。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对此次活动采取日常检查与期终考评相结合、现场检查与查阅台账记录相结合的方法进考评考核，通过考评，奖励先进，鼓励各监区提高生产质量。同时，监狱（公司）以此次质量活动月为契机，结合实际，认真对待排查质量管理上存原问题和不足，健全质量管理体系，完善质量管理制度、台账，请合作客户技术员给分监区警察及罪犯讲授质量标准、质量管理和提高质量的方法与技巧等，以解决生产中突出的质量问题。</w:t>
      </w:r>
      <w:r>
        <w:rPr>
          <w:lang w:eastAsia="zh-CN"/>
        </w:rPr>
        <w:br/>
      </w:r>
      <w:r>
        <w:rPr>
          <w:lang w:eastAsia="zh-CN"/>
        </w:rPr>
        <w:t>　　附：质量月活动总结</w:t>
      </w:r>
      <w:r>
        <w:rPr>
          <w:lang w:eastAsia="zh-CN"/>
        </w:rPr>
        <w:br/>
      </w:r>
      <w:r>
        <w:rPr>
          <w:lang w:eastAsia="zh-CN"/>
        </w:rPr>
        <w:t>　　为期一个月的质量月活动已圆满结束，这是我门全体KF工作人员上至管理人员，下至普通职工，9月份工作生活中的一件大事。在开展大力宣传质量在我心中、质量在我手中的同时也大大提高了全员的安全意识，从我做起，从小事做起严把质量关，促进和保障了我们的产品质量和服务质量再上一个新的台阶，向更高目标迈进的又一重大举措。</w:t>
      </w:r>
      <w:r>
        <w:rPr>
          <w:lang w:eastAsia="zh-CN"/>
        </w:rPr>
        <w:br/>
      </w:r>
      <w:r>
        <w:rPr>
          <w:lang w:eastAsia="zh-CN"/>
        </w:rPr>
        <w:t>　　回顾一月以来的活动开展，我们全体KF工作人员严格按照公司及部门指示和要求精心组织、合理安排、积极参与、全面实施、逐步推进并不断完善，圆满完成了此次活动的各项具体内容与要求，取得了可喜的成效，达到了理想的目的。通过认真分析问题的症结，提出合理的建议，拿出整改的，采取过硬的措施，扭转了过去存在的一些不良习惯。</w:t>
      </w:r>
      <w:r>
        <w:rPr>
          <w:lang w:eastAsia="zh-CN"/>
        </w:rPr>
        <w:br/>
      </w:r>
      <w:r>
        <w:rPr>
          <w:lang w:eastAsia="zh-CN"/>
        </w:rPr>
        <w:t>　　总结一月以来的质量与安全活动我们做了以下工作：</w:t>
      </w:r>
      <w:r>
        <w:rPr>
          <w:lang w:eastAsia="zh-CN"/>
        </w:rPr>
        <w:br/>
      </w:r>
      <w:r>
        <w:rPr>
          <w:lang w:eastAsia="zh-CN"/>
        </w:rPr>
        <w:t>　　1、质量月活动期间KF积极开展了岗位大练兵活动，在同事中间组织了集体标兵和个人标兵工作质量评比活动，使职工的干劲十足，开展你追我赶争做标兵的喜人局面，涌现出了优秀的岗位能手，质量与安全管理标兵，他们是我们全体KF工作人员的学习榜样，是我们的楷模，更是我们的追求目标。由标兵为先锋以点带面，让先进的更先进，让后进的赶先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利用班前班后会议组织开展了质量是企业生存和发展的生命线的.讨论。结合质量月岗位大练兵活动，让广大职工结合自身工作，纷纷表达了对质量是企业生存和发展的生命线的认识，大家一致认识到：质量就是生命，没有质量企业就会失去市场，更谈不上大发展了。只有产品质量好了，我们才能赢得用户的信任，才能争取更多的生产任务，企业才能得到生存和发展。我们才有更好的明天！</w:t>
      </w:r>
      <w:r>
        <w:rPr>
          <w:lang w:eastAsia="zh-CN"/>
        </w:rPr>
        <w:br/>
      </w:r>
      <w:r>
        <w:rPr>
          <w:lang w:eastAsia="zh-CN"/>
        </w:rPr>
        <w:t>　　3、通过粘贴质量宣传标语和板报的形式，大大加强了广大职工对质量的深切认识。并且做好安全与质量教育管理，严格落实互联保对子安全职责，坚决杜绝三违现象发生，使KF工作人员做到人人爱护和正确使用机器设备、工具，以及在岗工作期间保持个人劳保用品穿戴整齐，做到三不伤害。</w:t>
      </w:r>
      <w:r>
        <w:rPr>
          <w:lang w:eastAsia="zh-CN"/>
        </w:rPr>
        <w:br/>
      </w:r>
      <w:r>
        <w:rPr>
          <w:lang w:eastAsia="zh-CN"/>
        </w:rPr>
        <w:t>　　4、通过推进和加强质量、安全与环境卫生方面的管理，从库房到办公室内外环境卫生有了很大的改善，面貌焕然一新，令人舒畅，同时也给工作和生产创造了一个舒适的环境和良好的条件。对于外来装货的车辆驾乘人员进行耐心的安全教导确实落实好《安全管理入库须知及现场管理规定》，大大提高了KF工作人员的服务质量。</w:t>
      </w:r>
      <w:r>
        <w:rPr>
          <w:lang w:eastAsia="zh-CN"/>
        </w:rPr>
        <w:br/>
      </w:r>
      <w:r>
        <w:rPr>
          <w:lang w:eastAsia="zh-CN"/>
        </w:rPr>
        <w:t>　　以上成绩的取得，是在公司及部门领导以及全体KF工作人员的上下协作、大力支持、积极配合、共同努力而来。我们按照公司及部门领导的指示：让此次活动不只是流入形式化，要深入、落到实处，不要将其作为一场运动，而是要长期坚持下去，把它作为一个KF管理工作的奋斗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此次活动的开展，全体KF工作人员都倾注了大量的心血，付出了辛勤的汗水，通过一系列举措，有效的提升了职工们的品质意识，大家都齐心协力，围绕勤奋努力、勇夺佳绩的奋斗目标，全方位保障质量月活动的成功，促进了服务品质的改善，并且要长期坚持下去，严把产品质量关坚决杜绝不合格产品流入市场。我们收获的不仅仅是经济效益，它更是对全体KF工作人员的敬业精神、团结意识及求实理念的一次深刻检阅和升华！而这，将是我们搞好九月份质量月的宝贵经验，更将是我们公司及部门今后持续稳定发展的最宝贵的财富！质量月活动总结5</w:t>
      </w:r>
      <w:r>
        <w:rPr>
          <w:lang w:eastAsia="zh-CN"/>
        </w:rPr>
        <w:br/>
      </w:r>
      <w:r>
        <w:rPr>
          <w:lang w:eastAsia="zh-CN"/>
        </w:rPr>
        <w:t xml:space="preserve">    工程局根据《关于开展“20__年全国质量月”活动的通知》的文件精神，于20__年9月开展以“质量安全是社会和谐的基础”为主题的“质量月”活动。思林电站项目部进取响应，围绕主题组织各部门扎实开展质量月活动。现将本项目部20__年9月质量月活动情景总结如下： </w:t>
      </w:r>
      <w:r>
        <w:rPr>
          <w:lang w:eastAsia="zh-CN"/>
        </w:rPr>
        <w:br/>
      </w:r>
      <w:r>
        <w:rPr>
          <w:lang w:eastAsia="zh-CN"/>
        </w:rPr>
        <w:t>　　一、围绕质量月活动主题，提高质量意识</w:t>
      </w:r>
      <w:r>
        <w:rPr>
          <w:lang w:eastAsia="zh-CN"/>
        </w:rPr>
        <w:br/>
      </w:r>
      <w:r>
        <w:rPr>
          <w:lang w:eastAsia="zh-CN"/>
        </w:rPr>
        <w:t>　　1、落实领导职责，广泛宣传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思林项目部成立了“质量月”活动领导小组后，立刻召开了质量月活动动员大会，传达文件，布置工作，提出要求，落实职责。并与全体职工一齐分析本单位质量工作状况，寻找质量工作薄弱环节，同时就项目部本身的质量安全问题提出了许多宝贵的提议，例如施工排架的合理搭设、喷射混凝土的设备要求、混凝土缺陷处理等。在会议上制定了提高工程质量相关措施，如混凝土施工时项目部质检人员需不间断值班，仓仓不离人，混凝土的外观质量要控制好等，这些提议及措施均已构成会议纪要下发各部门。根据统计，思林项目部在九月共发放工程质量基本常识宣传材料200余份，悬挂标语横幅10余条，张贴宣传标语100余张，资料主要涉及“质量月”的宣传口号，工程质量安全知识等，较好地营造了质量月的气氛，收到了良好的宣传效果。</w:t>
      </w:r>
      <w:r>
        <w:rPr>
          <w:lang w:eastAsia="zh-CN"/>
        </w:rPr>
        <w:br/>
      </w:r>
      <w:r>
        <w:rPr>
          <w:lang w:eastAsia="zh-CN"/>
        </w:rPr>
        <w:t>　　2、加强质量自检，促进管理</w:t>
      </w:r>
      <w:r>
        <w:rPr>
          <w:lang w:eastAsia="zh-CN"/>
        </w:rPr>
        <w:br/>
      </w:r>
      <w:r>
        <w:rPr>
          <w:lang w:eastAsia="zh-CN"/>
        </w:rPr>
        <w:t>　　在9月份的质量活动月中，思林项目部广泛开展条块结合的质量月活动专项整治工作，现场实际排查是“质量月”活动最重要的部分，20__年9月8日，项目部质检部、安全部及工程部在副经理李红飞的带领下，对本项目部标段进行了一次严格的现场检查。在检查中，对于存在质量安全隐患的部位或工序进行了详细的记录，并发出整改通知单，对于重点部位进行了全面的检查和探讨，做到群策群力，防微杜渐。异常是对在建的尾水洞工程中的2#尾水洞开展有的放矢的检查，由于此处岩层地质情景较差，一向就是施工的重点和难点，李副经理要求先浇筑上半洞，在构成了戴帽段后，再进行下半洞开挖，并对施工队做了严格的规定，务必要按照短进尺，弱爆破，支护及时的`要求进行。回来后“质量月”活动领导小组对检查结果进行了汇总，并以文件、简报及会议形式进行通报。同时经过加强对各类分包队伍的协调监督和管理，严格运行施工现场质量保证体系，来全方位控制施工现场量。经过层层把关确保了工程质量达优的目标。</w:t>
      </w:r>
      <w:r>
        <w:rPr>
          <w:lang w:eastAsia="zh-CN"/>
        </w:rPr>
        <w:br/>
      </w:r>
      <w:r>
        <w:rPr>
          <w:lang w:eastAsia="zh-CN"/>
        </w:rPr>
        <w:t>　　二、组织开展质量培训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进取地与中华建筑报社人才培训中心合作，为项目部的高级施工管理人才进行新颁布的法规文件、规范标准以及新技术、新材料的运用等方面的培训。并成立了中国水电九局思林电站农民工技能培训分校，对分包协作的40余人进行每周一次的培训。切实从理论上提高了项目部质量管理人员的管理水平，也极大地提高了一线施工人员的施工技能。</w:t>
      </w:r>
      <w:r>
        <w:rPr>
          <w:lang w:eastAsia="zh-CN"/>
        </w:rPr>
        <w:br/>
      </w:r>
      <w:r>
        <w:rPr>
          <w:lang w:eastAsia="zh-CN"/>
        </w:rPr>
        <w:t>　　三、发挥模范引领作用，开展各类质量观摩活动</w:t>
      </w:r>
      <w:r>
        <w:rPr>
          <w:lang w:eastAsia="zh-CN"/>
        </w:rPr>
        <w:br/>
      </w:r>
      <w:r>
        <w:rPr>
          <w:lang w:eastAsia="zh-CN"/>
        </w:rPr>
        <w:t>　　为提高思林水电站整体工程质量，各承建单位应业主的要求，在监理单位的组织下，水电六局、水电八局等兄弟单位一齐参观了由我部建设的尾水洞工程，各单位对尾水洞工程的质量赞不绝口，同时也提出了许多宝贵的提议。业主、监理也称赞我部为其他单位树立了一个样板学习的典型。</w:t>
      </w:r>
      <w:r>
        <w:rPr>
          <w:lang w:eastAsia="zh-CN"/>
        </w:rPr>
        <w:br/>
      </w:r>
      <w:r>
        <w:rPr>
          <w:lang w:eastAsia="zh-CN"/>
        </w:rPr>
        <w:t>　　四、节能和节俭型工地的推进</w:t>
      </w:r>
      <w:r>
        <w:rPr>
          <w:lang w:eastAsia="zh-CN"/>
        </w:rPr>
        <w:br/>
      </w:r>
      <w:r>
        <w:rPr>
          <w:lang w:eastAsia="zh-CN"/>
        </w:rPr>
        <w:t>　　为了确保实现“十一五”期间建筑业施工产值能耗下降20%，每年环比下降4.4%的目标，确定企业施工产值能耗基数，项目部开展节能降耗统计工作，对正在施工的尾水洞的万元施工产值能耗进行详尽统计，派专人负责进行监督落实，提高能耗统计的上报率和准确率，为贯彻落实建筑业建筑业节能降耗的目标管理打下扎实基础。</w:t>
      </w:r>
      <w:r>
        <w:rPr>
          <w:lang w:eastAsia="zh-CN"/>
        </w:rPr>
        <w:br/>
      </w:r>
      <w:r>
        <w:rPr>
          <w:lang w:eastAsia="zh-CN"/>
        </w:rPr>
        <w:t>　　五、强化科技创新，组织质量攻关</w:t>
      </w:r>
      <w:r>
        <w:rPr>
          <w:lang w:eastAsia="zh-CN"/>
        </w:rPr>
        <w:br/>
      </w:r>
      <w:r>
        <w:rPr>
          <w:lang w:eastAsia="zh-CN"/>
        </w:rPr>
        <w:t>　　1、组织开展降低建筑工程质量通病研究和预防工作</w:t>
      </w:r>
      <w:r>
        <w:rPr>
          <w:lang w:eastAsia="zh-CN"/>
        </w:rPr>
        <w:br/>
      </w:r>
      <w:r>
        <w:rPr>
          <w:lang w:eastAsia="zh-CN"/>
        </w:rPr>
        <w:t>　　2、强化检测机构的质量管理，规范检测工作程序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3、加强预拌砼及预制砼构建的质量管理</w:t>
      </w:r>
      <w:r>
        <w:rPr>
          <w:lang w:eastAsia="zh-CN"/>
        </w:rPr>
        <w:br/>
      </w:r>
      <w:r>
        <w:rPr>
          <w:lang w:eastAsia="zh-CN"/>
        </w:rPr>
        <w:t>　　“质量月”活动虽然已经结束，我部经过全体职工的努力也取得了很大的成就，同样也还存在一些问题亟待解决，我们必须会以“质量月”活动为契机，深入开展创优工程的活动，为推动思林项目部的工程质量更上一层楼而努力奋斗。质量月活动总结6</w:t>
      </w:r>
      <w:r>
        <w:rPr>
          <w:lang w:eastAsia="zh-CN"/>
        </w:rPr>
        <w:br/>
      </w:r>
      <w:r>
        <w:rPr>
          <w:lang w:eastAsia="zh-CN"/>
        </w:rPr>
        <w:t xml:space="preserve">    为深化医院管理年和质量万里行活动，进一步增强全体医务人员质量意识和安全意识，防范医疗风险，确保医疗安全，根据《绵阳市卫生局关于开展“医疗质量与安全大讨论活动”的通知》（绵卫办[20__]38号）文件精神，我院在为期一个月的医疗质量服务月活动中，坚持把医疗质量放在首位，把医疗质量管理纳入到医院的工作重点之中，与时俱进，从统一思想、转变观念、完善制度、改进方法、充分利用科学手段等方面作了大胆的改革和创新，逐渐形成了“以全面的职能管理为后盾，以良好的服务态度为前提，以顶尖的医疗质量为核心，以提高管理人才素质为保障”的医疗质量管理模式，并取得了实效。 </w:t>
      </w:r>
      <w:r>
        <w:rPr>
          <w:lang w:eastAsia="zh-CN"/>
        </w:rPr>
        <w:br/>
      </w:r>
      <w:r>
        <w:rPr>
          <w:lang w:eastAsia="zh-CN"/>
        </w:rPr>
        <w:t>　　一、切实推行医德医风建设，处处体现以病人为中心</w:t>
      </w:r>
      <w:r>
        <w:rPr>
          <w:lang w:eastAsia="zh-CN"/>
        </w:rPr>
        <w:br/>
      </w:r>
      <w:r>
        <w:rPr>
          <w:lang w:eastAsia="zh-CN"/>
        </w:rPr>
        <w:t>　　加大医德医风建设力度和职业道德建设是新时期医院发展的迫切需要，医德医风评议活动恰似一股东风，无疑是给了我院一个前进的动力。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针对医疗卫生系统普遍存在的一些问题，我院通过举办院内的医疗质量与安全月大讨论活动，院外的问卷调查以及与社会各届人士的座谈会，找矛盾，找问题，找差距。让病友来评一评医院的服务水平，对反映属实的问题，坚持予以处理；召开社会各届人士的座谈会，广泛征求意见，并逐条记录，逐项落实和整改，以公开信的形式，放下架子，谦虚地欢迎广大公民提出批评和指导意见。通过医德医风评议活动，医患之间，相互尊重，相互理解，相互关心的现代新型医患关系已在我院形成。</w:t>
      </w:r>
      <w:r>
        <w:rPr>
          <w:lang w:eastAsia="zh-CN"/>
        </w:rPr>
        <w:br/>
      </w:r>
      <w:r>
        <w:rPr>
          <w:lang w:eastAsia="zh-CN"/>
        </w:rPr>
        <w:t>　　“服务永无止境，我们一直在努力”、“我们尚未做到最好，但我们将努力做得更好”这是我院所有员工的两句座右铭。在医德医风建设当中，医院实行了各种便民利民措施，体现了事事以病人为中心，处处为病人着想的管理理念。</w:t>
      </w:r>
      <w:r>
        <w:rPr>
          <w:lang w:eastAsia="zh-CN"/>
        </w:rPr>
        <w:br/>
      </w:r>
      <w:r>
        <w:rPr>
          <w:lang w:eastAsia="zh-CN"/>
        </w:rPr>
        <w:t>　　针对群众反映的节假日看病难的问题，医院率先在内儿科试行了无假日门诊的服务，方便了因上班、上学不便就诊的病人，医院在下一步的工作中准备在所有门诊科室全面推开此项工作，彻底解决群众节假日看病难的问题，使驻地居民在节假日能够得到专科专治的优质服务。</w:t>
      </w:r>
      <w:r>
        <w:rPr>
          <w:lang w:eastAsia="zh-CN"/>
        </w:rPr>
        <w:br/>
      </w:r>
      <w:r>
        <w:rPr>
          <w:lang w:eastAsia="zh-CN"/>
        </w:rPr>
        <w:t>　　为了给居民提供全方位的医疗保健服务，医院建立健全病人出院追踪制度。为了提高居民的自我保健和预防疾病的能力，医院在门诊和病区设置了健康教育专栏。为了更好地为居民服务，医院各科室陆续推出了服务承诺，全院共制定出便民利民措施10多条。为了做好病人及家属的接待、咨询工作，减少家属的误会，减轻护士的值班负担，我院推出了院长值岗制度，要求院长在班在岗，负责统筹及咨询解疑、接待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以患者满意与否作为衡量各项工作成效的标准，已成为医院全体工作人员的共识。根据患者出院随访调查结果显示，医疗服务的群众满意度已达到95%以上。重视医德医风建设，一切以病人为中心，才是真正的造福于民。</w:t>
      </w:r>
      <w:r>
        <w:rPr>
          <w:lang w:eastAsia="zh-CN"/>
        </w:rPr>
        <w:br/>
      </w:r>
      <w:r>
        <w:rPr>
          <w:lang w:eastAsia="zh-CN"/>
        </w:rPr>
        <w:t>　　二、加强医疗质量管理与监控，确保医疗安全</w:t>
      </w:r>
      <w:r>
        <w:rPr>
          <w:lang w:eastAsia="zh-CN"/>
        </w:rPr>
        <w:br/>
      </w:r>
      <w:r>
        <w:rPr>
          <w:lang w:eastAsia="zh-CN"/>
        </w:rPr>
        <w:t>　　众所周知，医疗质量是医院生存和发展的核心，也是优质的医疗服务的最终体现。优质的医疗质量是在竞争日益激烈的医疗市场处于不败之地的最强有力的保证。健全医疗质量管理机构，落实各项质量管理制度，增强医疗风险意识，加强医疗质量管理是医院发展的重中之重。</w:t>
      </w:r>
      <w:r>
        <w:rPr>
          <w:lang w:eastAsia="zh-CN"/>
        </w:rPr>
        <w:br/>
      </w:r>
      <w:r>
        <w:rPr>
          <w:lang w:eastAsia="zh-CN"/>
        </w:rPr>
        <w:t>　　（一）建立和健全医疗质量管理和监控机构</w:t>
      </w:r>
      <w:r>
        <w:rPr>
          <w:lang w:eastAsia="zh-CN"/>
        </w:rPr>
        <w:br/>
      </w:r>
      <w:r>
        <w:rPr>
          <w:lang w:eastAsia="zh-CN"/>
        </w:rPr>
        <w:t>　　为进一步加强、规范医疗质量管理，保证优质医疗质量，全面提升医院整体质量，我院从临床科室抽调经验丰富的医护人员成立了质量管理控制办公室。用务实、高效、公正、准确的工作作风，为临床提供强有力的管理保障。在院长的直接领导下，在质控办的监管下，由各相关部门全面开展质量检查和监控工作。并建立了科主任负责制的全面质量监控体系。使检查和监督工作日常化，随时发现问题，进行整改，并由质控办每月进行汇总分析，全面保证医疗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院办是我院的医疗质量管理的.具体执行机构，每年年初，院办都根据医院的工作规划及实际情况作出前瞻性的管理方案和规划，作为全年的工作导向，同时严格按照《医疗质量管理办法》进行操作，努力做到每项工作有根有据。按部就班，实施到位，做到严抓严管，使全院的综合医疗质量水平大为提升。</w:t>
      </w:r>
      <w:r>
        <w:rPr>
          <w:lang w:eastAsia="zh-CN"/>
        </w:rPr>
        <w:br/>
      </w:r>
      <w:r>
        <w:rPr>
          <w:lang w:eastAsia="zh-CN"/>
        </w:rPr>
        <w:t>　　（二）严格落实各项医疗质量管理制度做到有章可循，有章必循。</w:t>
      </w:r>
      <w:r>
        <w:rPr>
          <w:lang w:eastAsia="zh-CN"/>
        </w:rPr>
        <w:br/>
      </w:r>
      <w:r>
        <w:rPr>
          <w:lang w:eastAsia="zh-CN"/>
        </w:rPr>
        <w:t>　　因应新的《医疗事故处理条例》实施，我院在医疗质量管理方面做了大量的工作，务求切实提高医疗质量。我院制定了《宝泉乡卫生院医疗质量管理办法》，并印成书，派发至每个医务人员，突出了医疗质量的重要性。将医疗质量管理落实到每个科室，将责任落实到每个人，将奖罚条例具体化，增加了医疗质量管理的可操作性和客观性。同时针对医院不断出现的新情况和新问题。医院修订和完善了《宝泉乡卫生院工作人员奖惩条例》、《药品分级使用和管理制度》等医院规章制度，严格实行全员、全面、全程质量管理，使医院各项医疗活动地能做到有章可循，有章必循，各有关部门及科室负责人有效地发挥了监督、检查的功能，为各项医疗工作的开展奠定了良好的某础。</w:t>
      </w:r>
      <w:r>
        <w:rPr>
          <w:lang w:eastAsia="zh-CN"/>
        </w:rPr>
        <w:br/>
      </w:r>
      <w:r>
        <w:rPr>
          <w:lang w:eastAsia="zh-CN"/>
        </w:rPr>
        <w:t>　　（三）狠抓医疗质量，提高医疗服务的技术含量</w:t>
      </w:r>
      <w:r>
        <w:rPr>
          <w:lang w:eastAsia="zh-CN"/>
        </w:rPr>
        <w:br/>
      </w:r>
      <w:r>
        <w:rPr>
          <w:lang w:eastAsia="zh-CN"/>
        </w:rPr>
        <w:t>　　1、贯彻实施临床医疗制度</w:t>
      </w:r>
      <w:r>
        <w:rPr>
          <w:lang w:eastAsia="zh-CN"/>
        </w:rPr>
        <w:br/>
      </w:r>
      <w:r>
        <w:rPr>
          <w:lang w:eastAsia="zh-CN"/>
        </w:rPr>
        <w:t>　　临床医疗制度贯彻实施的成效如何，直接影响到医疗质量和医疗安全。院办每天派人到科室了解各科室的医疗运作情况，坚持采用每周三院长查房、每季度医疗质量总查房及不定期检查等方式，深入临床第一线，保证医疗制度的落实。</w:t>
      </w:r>
      <w:r>
        <w:rPr>
          <w:lang w:eastAsia="zh-CN"/>
        </w:rPr>
        <w:br/>
      </w:r>
      <w:r>
        <w:rPr>
          <w:lang w:eastAsia="zh-CN"/>
        </w:rPr>
        <w:t>　　2、提高医疗基本理论及基本技能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充分利用考试组织医疗基本理论和基本技能的考核工作，每年都认真组织三基理论考核，对一线医生、二线医生、护理人员进行严格的基本技术培训和考核。对个别薄弱环节及时反馈科室进行补课和再培训。</w:t>
      </w:r>
      <w:r>
        <w:rPr>
          <w:lang w:eastAsia="zh-CN"/>
        </w:rPr>
        <w:br/>
      </w:r>
      <w:r>
        <w:rPr>
          <w:lang w:eastAsia="zh-CN"/>
        </w:rPr>
        <w:t>　　（四）抓重点和难点，创急诊优秀管理</w:t>
      </w:r>
      <w:r>
        <w:rPr>
          <w:lang w:eastAsia="zh-CN"/>
        </w:rPr>
        <w:br/>
      </w:r>
      <w:r>
        <w:rPr>
          <w:lang w:eastAsia="zh-CN"/>
        </w:rPr>
        <w:t>　　急诊科一直是医院的窗口，在对此高度认识的基础上，我院在原有急诊工作制度的基础上，重新修订了《宝泉乡卫生院急诊科工作制度》，进一步完善急诊管理，使急诊科的12项工作制度得以逐项落实。</w:t>
      </w:r>
      <w:r>
        <w:rPr>
          <w:lang w:eastAsia="zh-CN"/>
        </w:rPr>
        <w:br/>
      </w:r>
      <w:r>
        <w:rPr>
          <w:lang w:eastAsia="zh-CN"/>
        </w:rPr>
        <w:t>　　根据急诊科急危重症和创伤事故病人多等特点，狠抓“急”字，各项抢救工作体现“稳、准、快”，以分秒必争姿态不断提高医疗质量和抢救能力。我们要求急诊科医护人员基本功过硬，抢救操作熟练，掌握主要危重症和生命支持治疗，且有很强的应急能力。</w:t>
      </w:r>
      <w:r>
        <w:rPr>
          <w:lang w:eastAsia="zh-CN"/>
        </w:rPr>
        <w:br/>
      </w:r>
      <w:r>
        <w:rPr>
          <w:lang w:eastAsia="zh-CN"/>
        </w:rPr>
        <w:t>　　（五）严密监管的医院感染管理</w:t>
      </w:r>
      <w:r>
        <w:rPr>
          <w:lang w:eastAsia="zh-CN"/>
        </w:rPr>
        <w:br/>
      </w:r>
      <w:r>
        <w:rPr>
          <w:lang w:eastAsia="zh-CN"/>
        </w:rPr>
        <w:t>　　为加强医院感染的管理，设有医院感染管理科，专责进行医院感染的监管工作。全院完善了医院感染管理的三级网络，并制定和执行医院感染管理各项规章制度，抓好宣传教育、培训工作，医院感染管理做到标准化、规范化。</w:t>
      </w:r>
      <w:r>
        <w:rPr>
          <w:lang w:eastAsia="zh-CN"/>
        </w:rPr>
        <w:br/>
      </w:r>
      <w:r>
        <w:rPr>
          <w:lang w:eastAsia="zh-CN"/>
        </w:rPr>
        <w:t>　　三、落实各项制度，加强医患沟通，增进医患理解</w:t>
      </w:r>
      <w:r>
        <w:rPr>
          <w:lang w:eastAsia="zh-CN"/>
        </w:rPr>
        <w:br/>
      </w:r>
      <w:r>
        <w:rPr>
          <w:lang w:eastAsia="zh-CN"/>
        </w:rPr>
        <w:t>　　1、沟通是非常重要的环节。</w:t>
      </w:r>
      <w:r>
        <w:rPr>
          <w:lang w:eastAsia="zh-CN"/>
        </w:rPr>
        <w:br/>
      </w:r>
    </w:p>
    <w:p w:rsidR="001B1F19" w14:textId="27C3F48A">
      <w:pPr>
        <w:rPr>
          <w:rFonts w:hint="eastAsia"/>
          <w:lang w:eastAsia="zh-CN"/>
        </w:rPr>
      </w:pPr>
      <w:r>
        <w:rPr>
          <w:lang w:eastAsia="zh-CN"/>
        </w:rPr>
        <w:t>　　（1）做好入院时的沟通：让患者及其家属了解患者目前的病情，危重患者专科医师要详细交代病情，必要时签署病（危）重通知书。要让患者和家属了解主管医师和主管护士的名字，并知道病情沟通的时间。</w:t>
      </w:r>
      <w:r>
        <w:rPr>
          <w:lang w:eastAsia="zh-CN"/>
        </w:rPr>
        <w:br/>
      </w:r>
      <w:r>
        <w:rPr>
          <w:lang w:eastAsia="zh-CN"/>
        </w:rPr>
        <w:t>　　（2）住院时的沟通：病情的变化、检查结果、治疗方案；特别是诊断和治疗出现重大变更时，更要及时沟通。对于白天不能及时来院了解病情的患者，必须把病情交班给值班医师，让患者家属跟值班医师了解病情。</w:t>
      </w:r>
      <w:r>
        <w:rPr>
          <w:lang w:eastAsia="zh-CN"/>
        </w:rPr>
        <w:br/>
      </w:r>
      <w:r>
        <w:rPr>
          <w:lang w:eastAsia="zh-CN"/>
        </w:rPr>
        <w:t>　　（3）出院前的沟通：疾病的诊断和治疗结果，门诊随诊的时间和药物可能出现的副作用，病情可能出现变化时的处理方法，需要复查的检查项目等。</w:t>
      </w:r>
      <w:r>
        <w:rPr>
          <w:lang w:eastAsia="zh-CN"/>
        </w:rPr>
        <w:br/>
      </w:r>
      <w:r>
        <w:rPr>
          <w:lang w:eastAsia="zh-CN"/>
        </w:rPr>
        <w:t>　　（4）门诊患者的沟通：疾病的诊断和治疗，药物的作用和副作用，随诊的时间等。</w:t>
      </w:r>
      <w:r>
        <w:rPr>
          <w:lang w:eastAsia="zh-CN"/>
        </w:rPr>
        <w:br/>
      </w:r>
      <w:r>
        <w:rPr>
          <w:lang w:eastAsia="zh-CN"/>
        </w:rPr>
        <w:t>　　（5）医护之间的沟通：落实医疗行为的及时到位，各种检查是否及时进行，患者病情的变化是否得到及时处理，是否存在医疗隐患或者纠纷。</w:t>
      </w:r>
      <w:r>
        <w:rPr>
          <w:lang w:eastAsia="zh-CN"/>
        </w:rPr>
        <w:br/>
      </w:r>
      <w:r>
        <w:rPr>
          <w:lang w:eastAsia="zh-CN"/>
        </w:rPr>
        <w:t>　　2、认真落实知情同意书的签署。对于专科的有创检查和治疗，必须由专科主治或以上人员与家属和患者进行当面的沟通，把该诊治检查的必要性、适应症、可能出现的风险和并发症、医疗费用、医疗需要观察或者治疗的时间向患者家属说明，并签署知情同意书。</w:t>
      </w:r>
      <w:r>
        <w:rPr>
          <w:lang w:eastAsia="zh-CN"/>
        </w:rPr>
        <w:br/>
      </w:r>
      <w:r>
        <w:rPr>
          <w:lang w:eastAsia="zh-CN"/>
        </w:rPr>
        <w:t>　　3、对于有创性或介入性操作和治疗，必须做好术前的准备。明确各种穿刺的安全操作流程，设立急救车及各种急救抢救流程和规范。</w:t>
      </w:r>
      <w:r>
        <w:rPr>
          <w:lang w:eastAsia="zh-CN"/>
        </w:rPr>
        <w:br/>
      </w:r>
      <w:r>
        <w:rPr>
          <w:lang w:eastAsia="zh-CN"/>
        </w:rPr>
        <w:t>　　4、进行有创性或介入性操作和治疗后，必须设立严格的操作规程，做好交接班工作。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https://d.book118.com/698116052051006045</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811605205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