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安全生产目标责任书</w:t>
      </w:r>
    </w:p>
    <w:p>
      <w:pPr>
        <w:spacing w:before="100" w:after="200" w:line="360" w:lineRule="auto"/>
        <w:jc w:val="left"/>
      </w:pPr>
      <w:r>
        <w:rPr>
          <w:rFonts w:ascii="宋体 (中文正文)" w:eastAsia="宋体" w:hAnsi="宋体 (中文正文)"/>
          <w:sz w:val="28"/>
        </w:rPr>
        <w:t>一、安全生产职责：</w:t>
      </w:r>
    </w:p>
    <w:p>
      <w:pPr>
        <w:spacing w:before="100" w:after="200" w:line="360" w:lineRule="auto"/>
        <w:ind w:firstLine="576"/>
        <w:jc w:val="left"/>
      </w:pPr>
      <w:r>
        <w:rPr>
          <w:rFonts w:ascii="宋体" w:eastAsia="宋体" w:hAnsi="宋体"/>
          <w:sz w:val="28"/>
        </w:rPr>
        <w:t>1、认真贯彻国家“安全第一，预防为主，综合治理”的安全生产方针；深化安全生产的“双基”工作。</w:t>
      </w:r>
    </w:p>
    <w:p>
      <w:pPr>
        <w:spacing w:before="100" w:after="200" w:line="360" w:lineRule="auto"/>
        <w:ind w:firstLine="576"/>
        <w:jc w:val="left"/>
      </w:pPr>
      <w:r>
        <w:rPr>
          <w:rFonts w:ascii="宋体" w:eastAsia="宋体" w:hAnsi="宋体"/>
          <w:sz w:val="28"/>
        </w:rPr>
        <w:t>2、认真贯彻中交二航局质量、环境、职业安全健康“一体化”管理方针：诚信守法，科学管理，精心施工，顾客满意，以人为本，预防为主，保护环境，追求卓越。</w:t>
      </w:r>
    </w:p>
    <w:p>
      <w:pPr>
        <w:spacing w:before="100" w:after="200" w:line="360" w:lineRule="auto"/>
        <w:ind w:firstLine="576"/>
        <w:jc w:val="left"/>
      </w:pPr>
      <w:r>
        <w:rPr>
          <w:rFonts w:ascii="宋体" w:eastAsia="宋体" w:hAnsi="宋体"/>
          <w:sz w:val="28"/>
        </w:rPr>
        <w:t>3、严格遵守国家及各级政府、主管部门制定的安全生产法律、法规并自觉接受监督。</w:t>
      </w:r>
    </w:p>
    <w:p>
      <w:pPr>
        <w:spacing w:before="100" w:after="200" w:line="360" w:lineRule="auto"/>
        <w:ind w:firstLine="576"/>
        <w:jc w:val="left"/>
      </w:pPr>
      <w:r>
        <w:rPr>
          <w:rFonts w:ascii="宋体" w:eastAsia="宋体" w:hAnsi="宋体"/>
          <w:sz w:val="28"/>
        </w:rPr>
        <w:t>4、指导测量人员正确使用测量仪器，严禁无关人员和不了解仪器性能人员动用仪器。</w:t>
      </w:r>
    </w:p>
    <w:p>
      <w:pPr>
        <w:spacing w:before="100" w:after="200" w:line="360" w:lineRule="auto"/>
        <w:ind w:firstLine="576"/>
        <w:jc w:val="left"/>
      </w:pPr>
      <w:r>
        <w:rPr>
          <w:rFonts w:ascii="宋体" w:eastAsia="宋体" w:hAnsi="宋体"/>
          <w:sz w:val="28"/>
        </w:rPr>
        <w:t>5、制定测量仪器专人保管、定期保养等规章制度，建立仪器设备台帐。妥善保存测量资料。</w:t>
      </w:r>
    </w:p>
    <w:p>
      <w:pPr>
        <w:spacing w:before="100" w:after="200" w:line="360" w:lineRule="auto"/>
        <w:ind w:firstLine="576"/>
        <w:jc w:val="left"/>
      </w:pPr>
      <w:r>
        <w:rPr>
          <w:rFonts w:ascii="宋体" w:eastAsia="宋体" w:hAnsi="宋体"/>
          <w:sz w:val="28"/>
        </w:rPr>
        <w:t>6、有权对施工安全生产工作存在的问题进行批评，并对违规操作和强行冒险作业进行相应处理。</w:t>
      </w:r>
    </w:p>
    <w:p>
      <w:pPr>
        <w:spacing w:before="100" w:after="200" w:line="360" w:lineRule="auto"/>
        <w:ind w:firstLine="576"/>
        <w:jc w:val="left"/>
      </w:pPr>
      <w:r>
        <w:rPr>
          <w:rFonts w:ascii="宋体" w:eastAsia="宋体" w:hAnsi="宋体"/>
          <w:sz w:val="28"/>
        </w:rPr>
        <w:t>7、在施工作业过程中，应严格要求其作业队伍遵守单位的安全生产规章制度和操作规程，服从管理，正确佩戴和使用劳动防护用品。</w:t>
      </w:r>
    </w:p>
    <w:p>
      <w:pPr>
        <w:spacing w:before="100" w:after="200" w:line="360" w:lineRule="auto"/>
        <w:jc w:val="left"/>
      </w:pPr>
      <w:r>
        <w:rPr>
          <w:rFonts w:ascii="宋体 (中文正文)" w:eastAsia="宋体" w:hAnsi="宋体 (中文正文)"/>
          <w:sz w:val="28"/>
        </w:rPr>
        <w:t>二、目标：</w:t>
      </w:r>
    </w:p>
    <w:p>
      <w:pPr>
        <w:spacing w:before="100" w:after="200" w:line="360" w:lineRule="auto"/>
        <w:ind w:firstLine="576"/>
        <w:jc w:val="left"/>
      </w:pPr>
      <w:r>
        <w:rPr>
          <w:rFonts w:ascii="宋体" w:eastAsia="宋体" w:hAnsi="宋体"/>
          <w:sz w:val="28"/>
        </w:rPr>
        <w:t>1、事故发生率为零。</w:t>
      </w:r>
    </w:p>
    <w:p>
      <w:pPr>
        <w:spacing w:before="100" w:after="200" w:line="360" w:lineRule="auto"/>
        <w:ind w:firstLine="576"/>
        <w:jc w:val="left"/>
      </w:pPr>
      <w:r>
        <w:rPr>
          <w:rFonts w:ascii="宋体" w:eastAsia="宋体" w:hAnsi="宋体"/>
          <w:sz w:val="28"/>
        </w:rPr>
        <w:t>2、年负伤率控制在1%以下。</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3、杜绝五大伤害；消灭违章指挥，消灭违章作业，消灭惯性事故。</w:t>
      </w:r>
    </w:p>
    <w:p>
      <w:pPr>
        <w:spacing w:before="100" w:after="200" w:line="360" w:lineRule="auto"/>
        <w:jc w:val="left"/>
      </w:pPr>
      <w:r>
        <w:rPr>
          <w:rFonts w:ascii="宋体 (中文正文)" w:eastAsia="宋体" w:hAnsi="宋体 (中文正文)"/>
          <w:sz w:val="28"/>
        </w:rPr>
        <w:t>三、奖惩办法：</w:t>
      </w:r>
    </w:p>
    <w:p>
      <w:pPr>
        <w:spacing w:before="100" w:after="200" w:line="360" w:lineRule="auto"/>
        <w:ind w:firstLine="576"/>
        <w:jc w:val="left"/>
      </w:pPr>
      <w:r>
        <w:rPr>
          <w:rFonts w:ascii="宋体" w:eastAsia="宋体" w:hAnsi="宋体"/>
          <w:sz w:val="28"/>
        </w:rPr>
        <w:t>1、年内项目部将对以上目标进行考核，达到目标要求的，进行表彰奖励，达不到目标要求的，项目部视情节给予处罚。</w:t>
      </w:r>
    </w:p>
    <w:p>
      <w:pPr>
        <w:spacing w:before="100" w:after="200" w:line="360" w:lineRule="auto"/>
        <w:ind w:firstLine="576"/>
        <w:jc w:val="left"/>
      </w:pPr>
      <w:r>
        <w:rPr>
          <w:rFonts w:ascii="宋体" w:eastAsia="宋体" w:hAnsi="宋体"/>
          <w:sz w:val="28"/>
        </w:rPr>
        <w:t>2、自觉履行法定义务，完成年度目标；本部门未发生安全事故；无重大安全隐患，一般隐患整改及时；可评为安全工作先进集体。</w:t>
      </w:r>
    </w:p>
    <w:p>
      <w:pPr>
        <w:spacing w:before="100" w:after="200" w:line="360" w:lineRule="auto"/>
        <w:ind w:firstLine="576"/>
        <w:jc w:val="left"/>
      </w:pPr>
      <w:r>
        <w:rPr>
          <w:rFonts w:ascii="宋体" w:eastAsia="宋体" w:hAnsi="宋体"/>
          <w:sz w:val="28"/>
        </w:rPr>
        <w:t>3、对未达标的部门及发生安全事故的部门和个人，实行一票否决，项目部给予取消其评比先进的资格。</w:t>
      </w:r>
    </w:p>
    <w:p>
      <w:pPr>
        <w:spacing w:before="100" w:after="200" w:line="360" w:lineRule="auto"/>
        <w:ind w:firstLine="576"/>
        <w:jc w:val="left"/>
      </w:pPr>
      <w:r>
        <w:rPr>
          <w:rFonts w:ascii="宋体" w:eastAsia="宋体" w:hAnsi="宋体"/>
          <w:sz w:val="28"/>
        </w:rPr>
        <w:t>4、对于玩忽职守，工作不负责任造成一定后果的人员，项目部将根据情节轻重严肃处理，直至追究刑事责任。</w:t>
      </w:r>
    </w:p>
    <w:p>
      <w:pPr>
        <w:spacing w:before="100" w:after="200" w:line="360" w:lineRule="auto"/>
        <w:ind w:firstLine="576"/>
        <w:jc w:val="left"/>
      </w:pPr>
      <w:r>
        <w:rPr>
          <w:rFonts w:ascii="宋体" w:eastAsia="宋体" w:hAnsi="宋体"/>
          <w:sz w:val="28"/>
        </w:rPr>
        <w:t>5、因管理不力致使区域内存在的重大安全隐患不能及时整改或造成重大安全事故的，对有关责任人员按照国务院《关于特大安全事故行政责任追究的规定》给予行政处分；构成犯罪的，上报司法机关依法追究其刑事责任。</w:t>
      </w:r>
    </w:p>
    <w:p>
      <w:pPr>
        <w:spacing w:before="100" w:after="200" w:line="360" w:lineRule="auto"/>
        <w:jc w:val="left"/>
      </w:pPr>
      <w:r>
        <w:rPr>
          <w:rFonts w:ascii="宋体 (中文正文)" w:eastAsia="宋体" w:hAnsi="宋体 (中文正文)"/>
          <w:sz w:val="28"/>
        </w:rPr>
        <w:t>部门负责人签字：日期：</w:t>
      </w:r>
    </w:p>
    <w:p>
      <w:pPr>
        <w:spacing w:before="100" w:after="200" w:line="360" w:lineRule="auto"/>
        <w:jc w:val="left"/>
      </w:pPr>
      <w:r>
        <w:rPr>
          <w:rFonts w:ascii="宋体 (中文正文)" w:eastAsia="宋体" w:hAnsi="宋体 (中文正文)"/>
          <w:b/>
          <w:sz w:val="28"/>
        </w:rPr>
        <w:t>一、安全管理措施</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1、坚持“安全第一，预防为主”和综合治理的基本方针，深入、全面落实“一岗双责”责任制以及谁主管谁负责，严格贯彻执行《安全生产法》、《职业病防治法》、《危险化学品安全管理条例》、《生产安全事故报告和调查处理条例》、《安全生产违法行为行政处罚办法》、《国务院关于进一步加强安全生产工作的决定》以及《重庆市安全生产监督管理条例》等法律法规和市、区政府关于安全工作决定以及企业《安全生产管理制度》等规章制度。</w:t>
      </w:r>
    </w:p>
    <w:p>
      <w:pPr>
        <w:spacing w:before="100" w:after="200" w:line="360" w:lineRule="auto"/>
        <w:ind w:firstLine="576"/>
        <w:jc w:val="left"/>
      </w:pPr>
      <w:r>
        <w:rPr>
          <w:rFonts w:ascii="宋体" w:eastAsia="宋体" w:hAnsi="宋体"/>
          <w:sz w:val="28"/>
        </w:rPr>
        <w:t>2、根据安全工作要求，各单位应将安全生产任务落实到工段、班组、职能人员和操作人员，建立和完善班组分工协作机制。落实安全生产制，层层签订安全工作目标责任书，逐级检查考核，奖惩分明。</w:t>
      </w:r>
    </w:p>
    <w:p>
      <w:pPr>
        <w:spacing w:before="100" w:after="200" w:line="360" w:lineRule="auto"/>
        <w:ind w:firstLine="576"/>
        <w:jc w:val="left"/>
      </w:pPr>
      <w:r>
        <w:rPr>
          <w:rFonts w:ascii="宋体" w:eastAsia="宋体" w:hAnsi="宋体"/>
          <w:sz w:val="28"/>
        </w:rPr>
        <w:t>3、严格遵守安全工艺规程和安全技术操作规程以及企业制定、修订的《安全管理制度》，以工艺过程的安全性以及危险作业的安全性为重点，认真进行对生产过程危险性的分析和评估工作，以及工号关联作业合理分工协作，确保网络化、多层次监护。进一步完善企业安全检查表，并严格执行。</w:t>
      </w:r>
    </w:p>
    <w:p>
      <w:pPr>
        <w:spacing w:before="100" w:after="200" w:line="360" w:lineRule="auto"/>
        <w:ind w:firstLine="576"/>
        <w:jc w:val="left"/>
      </w:pPr>
      <w:r>
        <w:rPr>
          <w:rFonts w:ascii="宋体" w:eastAsia="宋体" w:hAnsi="宋体"/>
          <w:sz w:val="28"/>
        </w:rPr>
        <w:t>4、加强重大危险源、危险化学品、化工过程工艺安全以及各类危险作业的安全管理，特别要做好工作变动时段的安全管理包括开停车、检修过程、交叉作业及其它变动情况下的作业，进一步完善事故应急救援预案，做好重大危险源和重要岗位的现场应急处置方案的完善和演练工作。确保已投入的安全应急设施完好，处于良好状态，不断提高生产系统的本质安全水平和本单位的安全管理水平。</w:t>
      </w:r>
    </w:p>
    <w:p>
      <w:pPr>
        <w:spacing w:before="100" w:after="200" w:line="360" w:lineRule="auto"/>
        <w:ind w:firstLine="576"/>
        <w:jc w:val="left"/>
      </w:pPr>
      <w:r>
        <w:rPr>
          <w:rFonts w:ascii="宋体" w:eastAsia="宋体" w:hAnsi="宋体"/>
          <w:sz w:val="28"/>
        </w:rPr>
        <w:t>5、加强苯胺、聚碳扩产施工过程以及异氰酸酯恢复生产过程的监督管理，确保项目建设的过程安全。</w:t>
      </w:r>
    </w:p>
    <w:p>
      <w:pPr>
        <w:spacing w:before="100" w:after="200" w:line="360" w:lineRule="auto"/>
        <w:ind w:firstLine="576"/>
        <w:jc w:val="left"/>
      </w:pPr>
      <w:r>
        <w:rPr>
          <w:rFonts w:ascii="宋体" w:eastAsia="宋体" w:hAnsi="宋体"/>
          <w:sz w:val="28"/>
        </w:rPr>
        <w:t>6、加强监控化学品管理，抓好基础管理工作，建立健全各项原始记录和台帐及物料衡算，做好接受国际核查的各项工作。</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7、各单位应根据企业安全标准化工作要求，全面完善单位内部相关工作并切实抓好落实工作，形成日常性、规范性的习惯。按计划实现安全标准化达标工作。</w:t>
      </w:r>
    </w:p>
    <w:p>
      <w:pPr>
        <w:spacing w:before="100" w:after="200" w:line="360" w:lineRule="auto"/>
        <w:ind w:firstLine="576"/>
        <w:jc w:val="left"/>
      </w:pPr>
      <w:r>
        <w:rPr>
          <w:rFonts w:ascii="宋体" w:eastAsia="宋体" w:hAnsi="宋体"/>
          <w:sz w:val="28"/>
        </w:rPr>
        <w:t>8、按照企业管理手册的要求把职业健康安全管理和安全标准化工作与综合系统的管理结合起来，落实全过程风险管理，抓好职业健康安全体系的建设和完善工作，不断改进安全管理绩效。</w:t>
      </w:r>
    </w:p>
    <w:p>
      <w:pPr>
        <w:spacing w:before="100" w:after="200" w:line="360" w:lineRule="auto"/>
        <w:ind w:firstLine="576"/>
        <w:jc w:val="left"/>
      </w:pPr>
      <w:r>
        <w:rPr>
          <w:rFonts w:ascii="宋体" w:eastAsia="宋体" w:hAnsi="宋体"/>
          <w:sz w:val="28"/>
        </w:rPr>
        <w:t>9、安全生产措施、整改、安全科技的阶段性任务和规划，企业以文件形式逐步下发。厂部将考核各单位在安全措施整改、安全科技的实施全过程中的自身安全以及工作进度和质量。</w:t>
      </w:r>
    </w:p>
    <w:p>
      <w:pPr>
        <w:spacing w:before="100" w:after="200" w:line="360" w:lineRule="auto"/>
        <w:jc w:val="left"/>
      </w:pPr>
      <w:r>
        <w:rPr>
          <w:rFonts w:ascii="宋体 (中文正文)" w:eastAsia="宋体" w:hAnsi="宋体 (中文正文)"/>
          <w:b/>
          <w:sz w:val="28"/>
        </w:rPr>
        <w:t>二、安全生产组织人员保证体系</w:t>
      </w:r>
    </w:p>
    <w:p>
      <w:pPr>
        <w:spacing w:before="100" w:after="200" w:line="360" w:lineRule="auto"/>
        <w:ind w:firstLine="576"/>
        <w:jc w:val="left"/>
      </w:pPr>
      <w:r>
        <w:rPr>
          <w:rFonts w:ascii="宋体" w:eastAsia="宋体" w:hAnsi="宋体"/>
          <w:sz w:val="28"/>
        </w:rPr>
        <w:t>1、合理作好安全生产人员组织安排，切实保证安全生产的最低在岗人数；</w:t>
      </w:r>
    </w:p>
    <w:p>
      <w:pPr>
        <w:spacing w:before="100" w:after="200" w:line="360" w:lineRule="auto"/>
        <w:ind w:firstLine="576"/>
        <w:jc w:val="left"/>
      </w:pPr>
      <w:r>
        <w:rPr>
          <w:rFonts w:ascii="宋体" w:eastAsia="宋体" w:hAnsi="宋体"/>
          <w:sz w:val="28"/>
        </w:rPr>
        <w:t>2、严格执行安全生产人员监控监护制度：</w:t>
      </w:r>
    </w:p>
    <w:p>
      <w:pPr>
        <w:spacing w:before="100" w:after="200" w:line="360" w:lineRule="auto"/>
        <w:ind w:firstLine="576"/>
        <w:jc w:val="left"/>
      </w:pPr>
      <w:r>
        <w:rPr>
          <w:rFonts w:ascii="宋体" w:eastAsia="宋体" w:hAnsi="宋体"/>
          <w:sz w:val="28"/>
        </w:rPr>
        <w:t>①四班三运转倒班制和常白班工作制，保证全天候的安全运行。</w:t>
      </w:r>
    </w:p>
    <w:p>
      <w:pPr>
        <w:spacing w:before="100" w:after="200" w:line="360" w:lineRule="auto"/>
        <w:ind w:firstLine="576"/>
        <w:jc w:val="left"/>
      </w:pPr>
      <w:r>
        <w:rPr>
          <w:rFonts w:ascii="宋体" w:eastAsia="宋体" w:hAnsi="宋体"/>
          <w:sz w:val="28"/>
        </w:rPr>
        <w:t>②各级各类人员日常驻厂制，保证中夜班安全生产及各类问题及时处理。</w:t>
      </w:r>
    </w:p>
    <w:p>
      <w:pPr>
        <w:spacing w:before="100" w:after="200" w:line="360" w:lineRule="auto"/>
        <w:ind w:firstLine="576"/>
        <w:jc w:val="left"/>
      </w:pPr>
      <w:r>
        <w:rPr>
          <w:rFonts w:ascii="宋体" w:eastAsia="宋体" w:hAnsi="宋体"/>
          <w:sz w:val="28"/>
        </w:rPr>
        <w:t>③双休日、国家法定节假日各类人员值班制，保证双休日、节假日安全生产工作正常进行。</w:t>
      </w:r>
    </w:p>
    <w:p>
      <w:pPr>
        <w:spacing w:before="100" w:after="200" w:line="360" w:lineRule="auto"/>
        <w:ind w:firstLine="576"/>
        <w:jc w:val="left"/>
      </w:pPr>
      <w:r>
        <w:rPr>
          <w:rFonts w:ascii="宋体" w:eastAsia="宋体" w:hAnsi="宋体"/>
          <w:sz w:val="28"/>
        </w:rPr>
        <w:t>④工作变动时段（交接班时间、进餐时间、开停车时间、检修过程）作业、跨区域作业和交叉作业（包括单位间和单位内的交叉作业）的协调监护制度，保证工作变动时段、跨区域和交叉作业正常、平稳、安全进行。</w:t>
      </w:r>
    </w:p>
    <w:p>
      <w:pPr>
        <w:spacing w:before="100" w:after="200" w:line="360" w:lineRule="auto"/>
        <w:ind w:firstLine="576"/>
        <w:jc w:val="left"/>
      </w:pPr>
      <w:r>
        <w:rPr>
          <w:rFonts w:ascii="宋体" w:eastAsia="宋体" w:hAnsi="宋体"/>
          <w:sz w:val="28"/>
        </w:rPr>
        <w:t>⑤履行安全生产应急救援（预案）制度规定的相应职责。</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⑥其它安全生产人员的组织保证。</w:t>
      </w:r>
    </w:p>
    <w:p>
      <w:pPr>
        <w:spacing w:before="100" w:after="200" w:line="360" w:lineRule="auto"/>
        <w:jc w:val="left"/>
      </w:pPr>
      <w:r>
        <w:rPr>
          <w:rFonts w:ascii="宋体 (中文正文)" w:eastAsia="宋体" w:hAnsi="宋体 (中文正文)"/>
          <w:b/>
          <w:sz w:val="28"/>
        </w:rPr>
        <w:t>三、安全生产工作目标</w:t>
      </w:r>
    </w:p>
    <w:p>
      <w:pPr>
        <w:spacing w:before="100" w:after="200" w:line="360" w:lineRule="auto"/>
        <w:ind w:firstLine="576"/>
        <w:jc w:val="left"/>
      </w:pPr>
      <w:r>
        <w:rPr>
          <w:rFonts w:ascii="宋体" w:eastAsia="宋体" w:hAnsi="宋体"/>
          <w:sz w:val="28"/>
        </w:rPr>
        <w:t>1、杜绝工亡事故、重伤事故、重大火灾事故、重大危化品事故、重大特种设备事故、重大交通事故。</w:t>
      </w:r>
    </w:p>
    <w:p>
      <w:pPr>
        <w:spacing w:before="100" w:after="200" w:line="360" w:lineRule="auto"/>
        <w:ind w:firstLine="576"/>
        <w:jc w:val="left"/>
      </w:pPr>
      <w:r>
        <w:rPr>
          <w:rFonts w:ascii="宋体" w:eastAsia="宋体" w:hAnsi="宋体"/>
          <w:sz w:val="28"/>
        </w:rPr>
        <w:t>2、火灾事故直接经济损失元。</w:t>
      </w:r>
    </w:p>
    <w:p>
      <w:pPr>
        <w:spacing w:before="100" w:after="200" w:line="360" w:lineRule="auto"/>
        <w:ind w:firstLine="576"/>
        <w:jc w:val="left"/>
      </w:pPr>
      <w:r>
        <w:rPr>
          <w:rFonts w:ascii="宋体" w:eastAsia="宋体" w:hAnsi="宋体"/>
          <w:sz w:val="28"/>
        </w:rPr>
        <w:t>3、设备事故直接经济损失元。</w:t>
      </w:r>
    </w:p>
    <w:p>
      <w:pPr>
        <w:spacing w:before="100" w:after="200" w:line="360" w:lineRule="auto"/>
        <w:ind w:firstLine="576"/>
        <w:jc w:val="left"/>
      </w:pPr>
      <w:r>
        <w:rPr>
          <w:rFonts w:ascii="宋体" w:eastAsia="宋体" w:hAnsi="宋体"/>
          <w:sz w:val="28"/>
        </w:rPr>
        <w:t>4、环境污染事故直接经济损失元。</w:t>
      </w:r>
    </w:p>
    <w:p>
      <w:pPr>
        <w:spacing w:before="100" w:after="200" w:line="360" w:lineRule="auto"/>
        <w:ind w:firstLine="576"/>
        <w:jc w:val="left"/>
      </w:pPr>
      <w:r>
        <w:rPr>
          <w:rFonts w:ascii="宋体" w:eastAsia="宋体" w:hAnsi="宋体"/>
          <w:sz w:val="28"/>
        </w:rPr>
        <w:t>5、一次1～2人轻伤事故（含中毒、窒息）次。</w:t>
      </w:r>
    </w:p>
    <w:p>
      <w:pPr>
        <w:spacing w:before="100" w:after="200" w:line="360" w:lineRule="auto"/>
        <w:ind w:firstLine="576"/>
        <w:jc w:val="left"/>
      </w:pPr>
      <w:r>
        <w:rPr>
          <w:rFonts w:ascii="宋体" w:eastAsia="宋体" w:hAnsi="宋体"/>
          <w:sz w:val="28"/>
        </w:rPr>
        <w:t>6、隐患自检率％，整改合格率％。</w:t>
      </w:r>
    </w:p>
    <w:p>
      <w:pPr>
        <w:spacing w:before="100" w:after="200" w:line="360" w:lineRule="auto"/>
        <w:ind w:firstLine="576"/>
        <w:jc w:val="left"/>
      </w:pPr>
      <w:r>
        <w:rPr>
          <w:rFonts w:ascii="宋体" w:eastAsia="宋体" w:hAnsi="宋体"/>
          <w:sz w:val="28"/>
        </w:rPr>
        <w:t>7、杜绝各类违章作业（含各种规程）和违章指挥。</w:t>
      </w:r>
    </w:p>
    <w:p>
      <w:pPr>
        <w:spacing w:before="100" w:after="200" w:line="360" w:lineRule="auto"/>
        <w:ind w:firstLine="576"/>
        <w:jc w:val="left"/>
      </w:pPr>
      <w:r>
        <w:rPr>
          <w:rFonts w:ascii="宋体" w:eastAsia="宋体" w:hAnsi="宋体"/>
          <w:sz w:val="28"/>
        </w:rPr>
        <w:t>8、严格执行安全生产组织人员保证体系，确保安全生产。</w:t>
      </w:r>
    </w:p>
    <w:p>
      <w:pPr>
        <w:spacing w:before="100" w:after="200" w:line="360" w:lineRule="auto"/>
        <w:ind w:firstLine="576"/>
        <w:jc w:val="left"/>
      </w:pPr>
      <w:r>
        <w:rPr>
          <w:rFonts w:ascii="宋体" w:eastAsia="宋体" w:hAnsi="宋体"/>
          <w:sz w:val="28"/>
        </w:rPr>
        <w:t>9、按时完成布置的安全工作任务。</w:t>
      </w:r>
    </w:p>
    <w:p>
      <w:pPr>
        <w:spacing w:before="100" w:after="200" w:line="360" w:lineRule="auto"/>
        <w:jc w:val="left"/>
      </w:pPr>
      <w:r>
        <w:rPr>
          <w:rFonts w:ascii="宋体 (中文正文)" w:eastAsia="宋体" w:hAnsi="宋体 (中文正文)"/>
          <w:b/>
          <w:sz w:val="28"/>
        </w:rPr>
        <w:t>四、考核奖惩办法</w:t>
      </w:r>
    </w:p>
    <w:p>
      <w:pPr>
        <w:spacing w:before="100" w:after="200" w:line="360" w:lineRule="auto"/>
        <w:ind w:firstLine="576"/>
        <w:jc w:val="left"/>
      </w:pPr>
      <w:r>
        <w:rPr>
          <w:rFonts w:ascii="宋体" w:eastAsia="宋体" w:hAnsi="宋体"/>
          <w:sz w:val="28"/>
        </w:rPr>
        <w:t>1、安全生产工作责任期限为20xx年1月1日0∶00时至20xx年12月31日24∶00时。</w:t>
      </w:r>
    </w:p>
    <w:p>
      <w:pPr>
        <w:spacing w:before="100" w:after="200" w:line="360" w:lineRule="auto"/>
        <w:ind w:firstLine="576"/>
        <w:jc w:val="left"/>
      </w:pPr>
      <w:r>
        <w:rPr>
          <w:rFonts w:ascii="宋体" w:eastAsia="宋体" w:hAnsi="宋体"/>
          <w:sz w:val="28"/>
        </w:rPr>
        <w:t>2、按企业经济责任制奖惩。</w:t>
      </w:r>
    </w:p>
    <w:p>
      <w:pPr>
        <w:spacing w:before="100" w:after="200" w:line="360" w:lineRule="auto"/>
        <w:ind w:firstLine="576"/>
        <w:jc w:val="left"/>
      </w:pPr>
      <w:r>
        <w:rPr>
          <w:rFonts w:ascii="宋体" w:eastAsia="宋体" w:hAnsi="宋体"/>
          <w:sz w:val="28"/>
        </w:rPr>
        <w:t>3、依据国家法律法规和企业相关专业文件包括安全风险金奖励制度进行奖惩。</w:t>
      </w:r>
    </w:p>
    <w:p>
      <w:pPr>
        <w:spacing w:before="100" w:after="200" w:line="360" w:lineRule="auto"/>
        <w:jc w:val="left"/>
      </w:pPr>
      <w:r>
        <w:rPr>
          <w:rFonts w:ascii="宋体 (中文正文)" w:eastAsia="宋体" w:hAnsi="宋体 (中文正文)"/>
          <w:sz w:val="28"/>
        </w:rPr>
        <w:t>化工厂责任单位：</w:t>
      </w:r>
    </w:p>
    <w:p>
      <w:pPr>
        <w:spacing w:before="100" w:after="200" w:line="360" w:lineRule="auto"/>
        <w:jc w:val="left"/>
      </w:pPr>
      <w:r>
        <w:rPr>
          <w:rFonts w:ascii="宋体 (中文正文)" w:eastAsia="宋体" w:hAnsi="宋体 (中文正文)"/>
          <w:sz w:val="28"/>
        </w:rPr>
        <w:t>负责人：负责人：</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甲方:企业(部门、车间)</w:t>
      </w:r>
    </w:p>
    <w:p>
      <w:pPr>
        <w:spacing w:before="100" w:after="200" w:line="360" w:lineRule="auto"/>
        <w:ind w:firstLine="576"/>
        <w:jc w:val="left"/>
      </w:pPr>
      <w:r>
        <w:rPr>
          <w:rFonts w:ascii="宋体" w:eastAsia="宋体" w:hAnsi="宋体"/>
          <w:sz w:val="28"/>
        </w:rPr>
        <w:t>乙方:车间(部门、车间、班组、员工)</w:t>
      </w:r>
    </w:p>
    <w:p>
      <w:pPr>
        <w:spacing w:before="100" w:after="200" w:line="360" w:lineRule="auto"/>
        <w:ind w:firstLine="576"/>
        <w:jc w:val="left"/>
      </w:pPr>
      <w:r>
        <w:rPr>
          <w:rFonts w:ascii="宋体" w:eastAsia="宋体" w:hAnsi="宋体"/>
          <w:sz w:val="28"/>
        </w:rPr>
        <w:t>为了认真落实“安全第一、预防为主、综合治理”的安全生产管理方针，树立“安全生产、人人有责”的观念，保障职工人身安全和企业财产安全，切实保证企业稳步健康发展，特订立年度安全生产目标职责书。</w:t>
      </w:r>
    </w:p>
    <w:p>
      <w:pPr>
        <w:spacing w:before="100" w:after="200" w:line="360" w:lineRule="auto"/>
        <w:ind w:firstLine="576"/>
        <w:jc w:val="left"/>
      </w:pPr>
      <w:r>
        <w:rPr>
          <w:rFonts w:ascii="宋体" w:eastAsia="宋体" w:hAnsi="宋体"/>
          <w:sz w:val="28"/>
        </w:rPr>
        <w:t>1、控制指标</w:t>
      </w:r>
    </w:p>
    <w:p>
      <w:pPr>
        <w:spacing w:before="100" w:after="200" w:line="360" w:lineRule="auto"/>
        <w:ind w:firstLine="576"/>
        <w:jc w:val="left"/>
      </w:pPr>
      <w:r>
        <w:rPr>
          <w:rFonts w:ascii="宋体" w:eastAsia="宋体" w:hAnsi="宋体"/>
          <w:sz w:val="28"/>
        </w:rPr>
        <w:t>(1)事故起数、受伤人员、直接经济损失各低于上年%。</w:t>
      </w:r>
    </w:p>
    <w:p>
      <w:pPr>
        <w:spacing w:before="100" w:after="200" w:line="360" w:lineRule="auto"/>
        <w:ind w:firstLine="576"/>
        <w:jc w:val="left"/>
      </w:pPr>
      <w:r>
        <w:rPr>
          <w:rFonts w:ascii="宋体" w:eastAsia="宋体" w:hAnsi="宋体"/>
          <w:sz w:val="28"/>
        </w:rPr>
        <w:t>(2)职工事故死亡人数等于零。</w:t>
      </w:r>
    </w:p>
    <w:p>
      <w:pPr>
        <w:spacing w:before="100" w:after="200" w:line="360" w:lineRule="auto"/>
        <w:ind w:firstLine="576"/>
        <w:jc w:val="left"/>
      </w:pPr>
      <w:r>
        <w:rPr>
          <w:rFonts w:ascii="宋体" w:eastAsia="宋体" w:hAnsi="宋体"/>
          <w:sz w:val="28"/>
        </w:rPr>
        <w:t>2、工作目标</w:t>
      </w:r>
    </w:p>
    <w:p>
      <w:pPr>
        <w:spacing w:before="100" w:after="200" w:line="360" w:lineRule="auto"/>
        <w:ind w:firstLine="576"/>
        <w:jc w:val="left"/>
      </w:pPr>
      <w:r>
        <w:rPr>
          <w:rFonts w:ascii="宋体" w:eastAsia="宋体" w:hAnsi="宋体"/>
          <w:sz w:val="28"/>
        </w:rPr>
        <w:t>(1)要继续建立和完善安全生产工作机构。企业要建立安全生产领导小组，各车间负责人兼任企业领导小组成员;建立企业事故应急指挥部等安全生产组织机构。</w:t>
      </w:r>
    </w:p>
    <w:p>
      <w:pPr>
        <w:spacing w:before="100" w:after="200" w:line="360" w:lineRule="auto"/>
        <w:ind w:firstLine="576"/>
        <w:jc w:val="left"/>
      </w:pPr>
      <w:r>
        <w:rPr>
          <w:rFonts w:ascii="宋体" w:eastAsia="宋体" w:hAnsi="宋体"/>
          <w:sz w:val="28"/>
        </w:rPr>
        <w:t>(2)要继续建立和健全安全生产职责制，做到逐级落实，明确职责。</w:t>
      </w:r>
    </w:p>
    <w:p>
      <w:pPr>
        <w:spacing w:before="100" w:after="200" w:line="360" w:lineRule="auto"/>
        <w:ind w:firstLine="576"/>
        <w:jc w:val="left"/>
      </w:pPr>
      <w:r>
        <w:rPr>
          <w:rFonts w:ascii="宋体" w:eastAsia="宋体" w:hAnsi="宋体"/>
          <w:sz w:val="28"/>
        </w:rPr>
        <w:t>(3)要继续建立和健全安全生产管理制度、安全操作规程，并把制度和规程要规范地悬挂在各车间醒目处。职工按照操作规程生产，严禁违章作业行为。</w:t>
      </w:r>
    </w:p>
    <w:p>
      <w:pPr>
        <w:spacing w:before="100" w:after="200" w:line="360" w:lineRule="auto"/>
        <w:ind w:firstLine="576"/>
        <w:jc w:val="left"/>
      </w:pPr>
      <w:r>
        <w:rPr>
          <w:rFonts w:ascii="宋体" w:eastAsia="宋体" w:hAnsi="宋体"/>
          <w:sz w:val="28"/>
        </w:rPr>
        <w:t>(4)要开展安全生产宣传教育和安全知识培训。企业安全领导小组对职工教育培训每月一次，对新职工在上岗前要先进行上岗培训，并有记录。同时要进取利用大幅标语、醒目标志进行宣传，提高职工及业务往来客人的安全生产意识和安全技术的知识。</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(5)要定期开展安全生产检查，企业、车间、班组各做好记录。</w:t>
      </w:r>
    </w:p>
    <w:p>
      <w:pPr>
        <w:spacing w:before="100" w:after="200" w:line="360" w:lineRule="auto"/>
        <w:ind w:firstLine="576"/>
        <w:jc w:val="left"/>
      </w:pPr>
      <w:r>
        <w:rPr>
          <w:rFonts w:ascii="宋体" w:eastAsia="宋体" w:hAnsi="宋体"/>
          <w:sz w:val="28"/>
        </w:rPr>
        <w:t>(6)对特种作业人员要按规定进行专业安全培训，做到持证上岗率为100%。</w:t>
      </w:r>
    </w:p>
    <w:p>
      <w:pPr>
        <w:spacing w:before="100" w:after="200" w:line="360" w:lineRule="auto"/>
        <w:ind w:firstLine="576"/>
        <w:jc w:val="left"/>
      </w:pPr>
      <w:r>
        <w:rPr>
          <w:rFonts w:ascii="宋体" w:eastAsia="宋体" w:hAnsi="宋体"/>
          <w:sz w:val="28"/>
        </w:rPr>
        <w:t>(7)做好安全生产档案管理。企业对安全生产会议、教育培训、检查及隐患整改，都要有建立台帐记录并归档。</w:t>
      </w:r>
    </w:p>
    <w:p>
      <w:pPr>
        <w:spacing w:before="100" w:after="200" w:line="360" w:lineRule="auto"/>
        <w:ind w:firstLine="576"/>
        <w:jc w:val="left"/>
      </w:pPr>
      <w:r>
        <w:rPr>
          <w:rFonts w:ascii="宋体" w:eastAsia="宋体" w:hAnsi="宋体"/>
          <w:sz w:val="28"/>
        </w:rPr>
        <w:t>(8)按规定配置灭火器，灭火器由车间安全员兼管，做到经常检查，定期充装。对职工要进行灭火器使用方法培训。电工对电器设备、线路要经常检修。非电工发现隐患，要及时报告电工去整修，严禁擅自操作。对易燃易爆物品要定位堆放，严格管理。对生产设备要经常检查，发现设备故障及时抢修。对不完好设备立即向企业安全管理机构报告，同时停止生产。</w:t>
      </w:r>
    </w:p>
    <w:p>
      <w:pPr>
        <w:spacing w:before="100" w:after="200" w:line="360" w:lineRule="auto"/>
        <w:ind w:firstLine="576"/>
        <w:jc w:val="left"/>
      </w:pPr>
      <w:r>
        <w:rPr>
          <w:rFonts w:ascii="宋体" w:eastAsia="宋体" w:hAnsi="宋体"/>
          <w:sz w:val="28"/>
        </w:rPr>
        <w:t>(9)严禁职工上班穿拖鞋、赤脚、敞衣、赤膊、穿高跟鞋、穿裙裤、戴围巾、留长发及酒后上班。要坚守本职岗位，不准擅自离岗串岗。配电房不准非本岗位职工进入。</w:t>
      </w:r>
    </w:p>
    <w:p>
      <w:pPr>
        <w:spacing w:before="100" w:after="200" w:line="360" w:lineRule="auto"/>
        <w:ind w:firstLine="576"/>
        <w:jc w:val="left"/>
      </w:pPr>
      <w:r>
        <w:rPr>
          <w:rFonts w:ascii="宋体" w:eastAsia="宋体" w:hAnsi="宋体"/>
          <w:sz w:val="28"/>
        </w:rPr>
        <w:t>(10)要认真搞好安全生产，发现事故隐患要及时处理。万一发生事故，应立即报告企业主要负责人和安全生产管理机构。</w:t>
      </w:r>
    </w:p>
    <w:p>
      <w:pPr>
        <w:spacing w:before="100" w:after="200" w:line="360" w:lineRule="auto"/>
        <w:ind w:firstLine="576"/>
        <w:jc w:val="left"/>
      </w:pPr>
      <w:r>
        <w:rPr>
          <w:rFonts w:ascii="宋体" w:eastAsia="宋体" w:hAnsi="宋体"/>
          <w:sz w:val="28"/>
        </w:rPr>
        <w:t>(11)本车间(班组)员工严守安全生产管理制度。对全年生产均安全的人员，年终给予安全奖。对违章作业而发生事故的肇事者，从严惩罚，决不姑息。</w:t>
      </w:r>
    </w:p>
    <w:p>
      <w:pPr>
        <w:spacing w:before="100" w:after="200" w:line="360" w:lineRule="auto"/>
        <w:ind w:firstLine="576"/>
        <w:jc w:val="left"/>
      </w:pPr>
      <w:r>
        <w:rPr>
          <w:rFonts w:ascii="宋体" w:eastAsia="宋体" w:hAnsi="宋体"/>
          <w:sz w:val="28"/>
        </w:rPr>
        <w:t>3、奖惩规定</w:t>
      </w:r>
    </w:p>
    <w:p>
      <w:pPr>
        <w:spacing w:before="100" w:after="200" w:line="360" w:lineRule="auto"/>
        <w:ind w:firstLine="576"/>
        <w:jc w:val="left"/>
      </w:pPr>
      <w:r>
        <w:rPr>
          <w:rFonts w:ascii="宋体" w:eastAsia="宋体" w:hAnsi="宋体"/>
          <w:sz w:val="28"/>
        </w:rPr>
        <w:t>(1)控制指标没有完成、工作目标没有落实到位的，甲方按规定给予乙方处罚。</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(2)完成控制指标和落实工作目标的，甲方按规定给予乙方奖励。</w:t>
      </w:r>
    </w:p>
    <w:p>
      <w:pPr>
        <w:spacing w:before="100" w:after="200" w:line="360" w:lineRule="auto"/>
        <w:ind w:firstLine="576"/>
        <w:jc w:val="left"/>
      </w:pPr>
      <w:r>
        <w:rPr>
          <w:rFonts w:ascii="宋体" w:eastAsia="宋体" w:hAnsi="宋体"/>
          <w:sz w:val="28"/>
        </w:rPr>
        <w:t>甲方代表:(签字)乙方代表:(签字)</w:t>
      </w:r>
    </w:p>
    <w:p>
      <w:pPr>
        <w:spacing w:before="100" w:after="200" w:line="360" w:lineRule="auto"/>
        <w:ind w:firstLine="576"/>
        <w:jc w:val="left"/>
      </w:pPr>
      <w:r>
        <w:rPr>
          <w:rFonts w:ascii="宋体" w:eastAsia="宋体" w:hAnsi="宋体"/>
          <w:sz w:val="28"/>
        </w:rPr>
        <w:t>签订日期:年月日</w:t>
      </w:r>
    </w:p>
    <w:p>
      <w:pPr>
        <w:spacing w:before="100" w:after="200" w:line="360" w:lineRule="auto"/>
        <w:ind w:firstLine="576"/>
        <w:jc w:val="left"/>
      </w:pPr>
      <w:r>
        <w:rPr>
          <w:rFonts w:ascii="宋体" w:eastAsia="宋体" w:hAnsi="宋体"/>
          <w:sz w:val="28"/>
        </w:rPr>
        <w:t>为认真贯彻落实“安全第一，预防为主”的安全生产方针，强化安全管理，有效遏制重、特大事故的发生，确保员工生命和我区财产的安全，特签定20xx年度安全责任书如下：</w:t>
      </w:r>
    </w:p>
    <w:p>
      <w:pPr>
        <w:spacing w:before="100" w:after="200" w:line="360" w:lineRule="auto"/>
        <w:ind w:firstLine="576"/>
        <w:jc w:val="left"/>
      </w:pPr>
      <w:r>
        <w:rPr>
          <w:rFonts w:ascii="宋体" w:eastAsia="宋体" w:hAnsi="宋体"/>
          <w:sz w:val="28"/>
        </w:rPr>
        <w:t>一，加油站必须实现以下安全管理目标：</w:t>
      </w:r>
    </w:p>
    <w:p>
      <w:pPr>
        <w:spacing w:before="100" w:after="200" w:line="360" w:lineRule="auto"/>
        <w:ind w:firstLine="576"/>
        <w:jc w:val="left"/>
      </w:pPr>
      <w:r>
        <w:rPr>
          <w:rFonts w:ascii="宋体" w:eastAsia="宋体" w:hAnsi="宋体"/>
          <w:sz w:val="28"/>
        </w:rPr>
        <w:t>1、重伤及以上人身伤亡事故为“0”;</w:t>
      </w:r>
    </w:p>
    <w:p>
      <w:pPr>
        <w:spacing w:before="100" w:after="200" w:line="360" w:lineRule="auto"/>
        <w:ind w:firstLine="576"/>
        <w:jc w:val="left"/>
      </w:pPr>
      <w:r>
        <w:rPr>
          <w:rFonts w:ascii="宋体" w:eastAsia="宋体" w:hAnsi="宋体"/>
          <w:sz w:val="28"/>
        </w:rPr>
        <w:t>2、一般机械、设备、火灾事故为“0”;</w:t>
      </w:r>
    </w:p>
    <w:p>
      <w:pPr>
        <w:spacing w:before="100" w:after="200" w:line="360" w:lineRule="auto"/>
        <w:ind w:firstLine="576"/>
        <w:jc w:val="left"/>
      </w:pPr>
      <w:r>
        <w:rPr>
          <w:rFonts w:ascii="宋体" w:eastAsia="宋体" w:hAnsi="宋体"/>
          <w:sz w:val="28"/>
        </w:rPr>
        <w:t>3、安全设施、安全标志、安全警示的设置率、规范率达到100%;</w:t>
      </w:r>
    </w:p>
    <w:p>
      <w:pPr>
        <w:spacing w:before="100" w:after="200" w:line="360" w:lineRule="auto"/>
        <w:ind w:firstLine="576"/>
        <w:jc w:val="left"/>
      </w:pPr>
      <w:r>
        <w:rPr>
          <w:rFonts w:ascii="宋体" w:eastAsia="宋体" w:hAnsi="宋体"/>
          <w:sz w:val="28"/>
        </w:rPr>
        <w:t>4、争创“全年无事故”单位。</w:t>
      </w:r>
    </w:p>
    <w:p>
      <w:pPr>
        <w:spacing w:before="100" w:after="200" w:line="360" w:lineRule="auto"/>
        <w:jc w:val="left"/>
      </w:pPr>
      <w:r>
        <w:rPr>
          <w:rFonts w:ascii="宋体 (中文正文)" w:eastAsia="宋体" w:hAnsi="宋体 (中文正文)"/>
          <w:b/>
          <w:sz w:val="28"/>
        </w:rPr>
        <w:t>二、加油站第一安全责任人在安全管理工作上必须做到以下内容：</w:t>
      </w:r>
    </w:p>
    <w:p>
      <w:pPr>
        <w:spacing w:before="100" w:after="200" w:line="360" w:lineRule="auto"/>
        <w:ind w:firstLine="576"/>
        <w:jc w:val="left"/>
      </w:pPr>
      <w:r>
        <w:rPr>
          <w:rFonts w:ascii="宋体" w:eastAsia="宋体" w:hAnsi="宋体"/>
          <w:sz w:val="28"/>
        </w:rPr>
        <w:t>1、加油站员工上班必须穿戴工作服，严禁穿戴铁掌和钉子的鞋上岗。</w:t>
      </w:r>
    </w:p>
    <w:p>
      <w:pPr>
        <w:spacing w:before="100" w:after="200" w:line="360" w:lineRule="auto"/>
        <w:ind w:firstLine="576"/>
        <w:jc w:val="left"/>
      </w:pPr>
      <w:r>
        <w:rPr>
          <w:rFonts w:ascii="宋体" w:eastAsia="宋体" w:hAnsi="宋体"/>
          <w:sz w:val="28"/>
        </w:rPr>
        <w:t>2、加油站内、站区外附近严禁烟火;站区内不得吸烟和使用手机;不得堆放易燃易爆物品。</w:t>
      </w:r>
    </w:p>
    <w:p>
      <w:pPr>
        <w:spacing w:before="100" w:after="200" w:line="360" w:lineRule="auto"/>
        <w:ind w:firstLine="576"/>
        <w:jc w:val="left"/>
      </w:pPr>
      <w:r>
        <w:rPr>
          <w:rFonts w:ascii="宋体" w:eastAsia="宋体" w:hAnsi="宋体"/>
          <w:sz w:val="28"/>
        </w:rPr>
        <w:t>3、严禁为塑料桶、喷灯加油;严禁用汽油搓洗衣服和器皿;站内不得使用化纤拖把和抹布。</w:t>
      </w:r>
    </w:p>
    <w:p>
      <w:pPr>
        <w:spacing w:before="100" w:after="200" w:line="360" w:lineRule="auto"/>
        <w:ind w:firstLine="576"/>
        <w:jc w:val="left"/>
      </w:pPr>
      <w:r>
        <w:rPr>
          <w:rFonts w:ascii="宋体" w:eastAsia="宋体" w:hAnsi="宋体"/>
          <w:sz w:val="28"/>
        </w:rPr>
        <w:t>4、进站车辆先熄火后加油;不准在站内检修车辆、敲打铁器;客车加油时应关好门窗，乘客不准吸烟、打手机和下车走动。</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5、带有易燃易爆等危险物品的车辆，禁止进站加油。有加油人员用专用同站外加油。</w:t>
      </w:r>
    </w:p>
    <w:p>
      <w:pPr>
        <w:spacing w:before="100" w:after="200" w:line="360" w:lineRule="auto"/>
        <w:ind w:firstLine="576"/>
        <w:jc w:val="left"/>
      </w:pPr>
      <w:r>
        <w:rPr>
          <w:rFonts w:ascii="宋体" w:eastAsia="宋体" w:hAnsi="宋体"/>
          <w:sz w:val="28"/>
        </w:rPr>
        <w:t>6、拉油车辆进入罐区必须带有防火罩;卸油时卸油工必须现场监护，先接好地线，停留15分钟以上再接管卸油，开关扳手应使用防暴扳手;用泵卸油要保证不超规定转速;卸汽油时，禁止开泵卸油。</w:t>
      </w:r>
    </w:p>
    <w:p>
      <w:pPr>
        <w:spacing w:before="100" w:after="200" w:line="360" w:lineRule="auto"/>
        <w:ind w:firstLine="576"/>
        <w:jc w:val="left"/>
      </w:pPr>
      <w:r>
        <w:rPr>
          <w:rFonts w:ascii="宋体" w:eastAsia="宋体" w:hAnsi="宋体"/>
          <w:sz w:val="28"/>
        </w:rPr>
        <w:t>7、站区内检修作业时必须使用防暴工具;严禁铁器撞击、乱扔;不得随意动火施工，确需动火的，先办申请手续，由施工人员制定切实可行的安全方案，报领导批准后，安排可靠的现场监督人到现场方可动火施工。</w:t>
      </w:r>
    </w:p>
    <w:p>
      <w:pPr>
        <w:spacing w:before="100" w:after="200" w:line="360" w:lineRule="auto"/>
        <w:ind w:firstLine="576"/>
        <w:jc w:val="left"/>
      </w:pPr>
      <w:r>
        <w:rPr>
          <w:rFonts w:ascii="宋体" w:eastAsia="宋体" w:hAnsi="宋体"/>
          <w:sz w:val="28"/>
        </w:rPr>
        <w:t>8、站区安全标志必须醒目、齐全;消防器材配备符合规定，不准挪用并定期检查，确保合格有效。</w:t>
      </w:r>
    </w:p>
    <w:p>
      <w:pPr>
        <w:spacing w:before="100" w:after="200" w:line="360" w:lineRule="auto"/>
        <w:ind w:firstLine="576"/>
        <w:jc w:val="left"/>
      </w:pPr>
      <w:r>
        <w:rPr>
          <w:rFonts w:ascii="宋体" w:eastAsia="宋体" w:hAnsi="宋体"/>
          <w:sz w:val="28"/>
        </w:rPr>
        <w:t>9、站内电气设备和线路要定期检查，保证安全良好;严禁乱拉乱接电源;油罐、加油机、加油棚地更年期进行防静电、防雷击接地检测。</w:t>
      </w:r>
    </w:p>
    <w:p>
      <w:pPr>
        <w:spacing w:before="100" w:after="200" w:line="360" w:lineRule="auto"/>
        <w:ind w:firstLine="576"/>
        <w:jc w:val="left"/>
      </w:pPr>
      <w:r>
        <w:rPr>
          <w:rFonts w:ascii="宋体" w:eastAsia="宋体" w:hAnsi="宋体"/>
          <w:sz w:val="28"/>
        </w:rPr>
        <w:t>10、站区内应使用防暴照明灯具，严禁使用普通灯具和手电照明。</w:t>
      </w:r>
    </w:p>
    <w:p>
      <w:pPr>
        <w:spacing w:before="100" w:after="200" w:line="360" w:lineRule="auto"/>
        <w:ind w:firstLine="576"/>
        <w:jc w:val="left"/>
      </w:pPr>
      <w:r>
        <w:rPr>
          <w:rFonts w:ascii="宋体" w:eastAsia="宋体" w:hAnsi="宋体"/>
          <w:sz w:val="28"/>
        </w:rPr>
        <w:t>11、实行安全巡检制度，每班班长在接办、交班时按巡检路线逐点检查，发现问题及时记录并处理，防止事故隐患留给下一班，问题严重时要及时报告站长。</w:t>
      </w:r>
    </w:p>
    <w:p>
      <w:pPr>
        <w:spacing w:before="100" w:after="200" w:line="360" w:lineRule="auto"/>
        <w:ind w:firstLine="576"/>
        <w:jc w:val="left"/>
      </w:pPr>
      <w:r>
        <w:rPr>
          <w:rFonts w:ascii="宋体" w:eastAsia="宋体" w:hAnsi="宋体"/>
          <w:sz w:val="28"/>
        </w:rPr>
        <w:t>12、定期对站区周围进行检查，及时消除易燃易爆物品及安全隐患，防止危及站区安全的事故发生。</w:t>
      </w:r>
    </w:p>
    <w:p>
      <w:pPr>
        <w:spacing w:before="100" w:after="200" w:line="360" w:lineRule="auto"/>
        <w:ind w:firstLine="576"/>
        <w:jc w:val="left"/>
      </w:pPr>
      <w:r>
        <w:rPr>
          <w:rFonts w:ascii="宋体" w:eastAsia="宋体" w:hAnsi="宋体"/>
          <w:sz w:val="28"/>
        </w:rPr>
        <w:t>13、收款员所收大宗款额应存放保险柜内，下班交款时应由多人护送到财务室，不得独自一个人送交款。</w:t>
      </w:r>
    </w:p>
    <w:p>
      <w:pPr>
        <w:spacing w:before="100" w:after="200" w:line="360" w:lineRule="auto"/>
        <w:ind w:firstLine="576"/>
        <w:jc w:val="left"/>
      </w:pPr>
      <w:r>
        <w:rPr>
          <w:rFonts w:ascii="宋体" w:eastAsia="宋体" w:hAnsi="宋体"/>
          <w:sz w:val="28"/>
        </w:rPr>
        <w:t>14、加油站员工在工作场地应注意进出车辆，不得抢行，同时要避让重型车辆后轮部位，确保人身安全。</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加油站站长为安全管理工作第一责任人，如因工作不力发生事故，自愿接受公司的处分决定。</w:t>
      </w:r>
    </w:p>
    <w:p>
      <w:pPr>
        <w:spacing w:before="100" w:after="200" w:line="360" w:lineRule="auto"/>
        <w:ind w:firstLine="576"/>
        <w:jc w:val="left"/>
      </w:pPr>
      <w:r>
        <w:rPr>
          <w:rFonts w:ascii="宋体" w:eastAsia="宋体" w:hAnsi="宋体"/>
          <w:sz w:val="28"/>
        </w:rPr>
        <w:t>为切实履行项目部安全责任的承诺，为加强项目部交通安全安全管理工作，确保施工期间道路交通安全畅通，施工车辆和机械出入和使用管理规范有序，杜绝因交通事故导致的人员生命财产损失，特签定交通安全告知责任书如下：</w:t>
      </w:r>
    </w:p>
    <w:p>
      <w:pPr>
        <w:spacing w:before="100" w:after="200" w:line="360" w:lineRule="auto"/>
        <w:ind w:firstLine="576"/>
        <w:jc w:val="left"/>
      </w:pPr>
      <w:r>
        <w:rPr>
          <w:rFonts w:ascii="宋体" w:eastAsia="宋体" w:hAnsi="宋体"/>
          <w:sz w:val="28"/>
        </w:rPr>
        <w:t>1、在高速公路范围内施工项目中项目经理是该工程项目安全生产的第一责任人作业队长是负责施工作业现场的第一责任人施工员是所负责施工作业现场各工序安全的第一责任人各部门负责人、班组长是本部门、本班组的第一责任人。</w:t>
      </w:r>
    </w:p>
    <w:p>
      <w:pPr>
        <w:spacing w:before="100" w:after="200" w:line="360" w:lineRule="auto"/>
        <w:ind w:firstLine="576"/>
        <w:jc w:val="left"/>
      </w:pPr>
      <w:r>
        <w:rPr>
          <w:rFonts w:ascii="宋体" w:eastAsia="宋体" w:hAnsi="宋体"/>
          <w:sz w:val="28"/>
        </w:rPr>
        <w:t>2、项目部必须加强项目安全管理工作，安排专职值交通防护人员协助高速交警进行高速公路交通安全疏导指挥。</w:t>
      </w:r>
    </w:p>
    <w:p>
      <w:pPr>
        <w:spacing w:before="100" w:after="200" w:line="360" w:lineRule="auto"/>
        <w:ind w:firstLine="576"/>
        <w:jc w:val="left"/>
      </w:pPr>
      <w:r>
        <w:rPr>
          <w:rFonts w:ascii="宋体" w:eastAsia="宋体" w:hAnsi="宋体"/>
          <w:sz w:val="28"/>
        </w:rPr>
        <w:t>3、加强日常的安全巡查工作，对违规车辆、人员进行教育，遇屡教不改者可酌情进行处罚，处罚通知单无需班组负责人签字确认。</w:t>
      </w:r>
    </w:p>
    <w:p>
      <w:pPr>
        <w:spacing w:before="100" w:after="200" w:line="360" w:lineRule="auto"/>
        <w:ind w:firstLine="576"/>
        <w:jc w:val="left"/>
      </w:pPr>
      <w:r>
        <w:rPr>
          <w:rFonts w:ascii="宋体" w:eastAsia="宋体" w:hAnsi="宋体"/>
          <w:sz w:val="28"/>
        </w:rPr>
        <w:t>4、及时依据工程实际定做各项交通安全警示标志牌，并按《交通安全组织方案》有序摆放。</w:t>
      </w:r>
    </w:p>
    <w:p>
      <w:pPr>
        <w:spacing w:before="100" w:after="200" w:line="360" w:lineRule="auto"/>
        <w:ind w:firstLine="576"/>
        <w:jc w:val="left"/>
      </w:pPr>
      <w:r>
        <w:rPr>
          <w:rFonts w:ascii="宋体" w:eastAsia="宋体" w:hAnsi="宋体"/>
          <w:sz w:val="28"/>
        </w:rPr>
        <w:t>5、协助乙方对施工作业人员进行交通安全教育培训工作。</w:t>
      </w:r>
    </w:p>
    <w:p>
      <w:pPr>
        <w:spacing w:before="100" w:after="200" w:line="360" w:lineRule="auto"/>
        <w:ind w:firstLine="576"/>
        <w:jc w:val="left"/>
      </w:pPr>
      <w:r>
        <w:rPr>
          <w:rFonts w:ascii="宋体" w:eastAsia="宋体" w:hAnsi="宋体"/>
          <w:sz w:val="28"/>
        </w:rPr>
        <w:t>6、组织召开交通安全工作会议，对交通安全管理工作及时进行部署、落实、总结。</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7、自己遵守高速公路道路通行有关法律、法规，自己遵守高速公路养护作业管理规定。严格遵守《高速公路施工交通安全组织方案》的各项安全技术措施和要求。自觉协助甲方和高速交警部门、路政部门等单位交通管理工作。</w:t>
      </w:r>
    </w:p>
    <w:p>
      <w:pPr>
        <w:spacing w:before="100" w:after="200" w:line="360" w:lineRule="auto"/>
        <w:ind w:firstLine="576"/>
        <w:jc w:val="left"/>
      </w:pPr>
      <w:r>
        <w:rPr>
          <w:rFonts w:ascii="宋体" w:eastAsia="宋体" w:hAnsi="宋体"/>
          <w:sz w:val="28"/>
        </w:rPr>
        <w:t>8、凡在高速公路上进行施工作业和现场管理的人员必须穿着带有反光标志的工作装（套装），所有施工人员严禁横穿通行中的高速公路或拦截车辆，必须经公路天桥或涵洞上下班。</w:t>
      </w:r>
    </w:p>
    <w:p>
      <w:pPr>
        <w:spacing w:before="100" w:after="200" w:line="360" w:lineRule="auto"/>
        <w:ind w:firstLine="576"/>
        <w:jc w:val="left"/>
      </w:pPr>
      <w:r>
        <w:rPr>
          <w:rFonts w:ascii="宋体" w:eastAsia="宋体" w:hAnsi="宋体"/>
          <w:sz w:val="28"/>
        </w:rPr>
        <w:t>9、现场道路交通安全必须严格按照项目部报批的郴州北互通施工交通安全组织方案》组织实施，并按高速交警批准的时间组织交通导改施工。</w:t>
      </w:r>
    </w:p>
    <w:p>
      <w:pPr>
        <w:spacing w:before="100" w:after="200" w:line="360" w:lineRule="auto"/>
        <w:ind w:firstLine="576"/>
        <w:jc w:val="left"/>
      </w:pPr>
      <w:r>
        <w:rPr>
          <w:rFonts w:ascii="宋体" w:eastAsia="宋体" w:hAnsi="宋体"/>
          <w:sz w:val="28"/>
        </w:rPr>
        <w:t>10、在高速公路施工作业前必须按《郴州北互通施工交通安全组织方案》中作业控制区交通控制标准设置相关的渠化装置和各类安全警示标志，指派专人负责维持交通，精心组织。施工时必须顺道路行车方向依次由警戒区---上游过渡区---缓冲区---工作区-----下游过渡区---终止区依次实施警戒和交通导改。</w:t>
      </w:r>
    </w:p>
    <w:p>
      <w:pPr>
        <w:spacing w:before="100" w:after="200" w:line="360" w:lineRule="auto"/>
        <w:ind w:firstLine="576"/>
        <w:jc w:val="left"/>
      </w:pPr>
      <w:r>
        <w:rPr>
          <w:rFonts w:ascii="宋体" w:eastAsia="宋体" w:hAnsi="宋体"/>
          <w:sz w:val="28"/>
        </w:rPr>
        <w:t>11、在高速公路施工作业导改作业时，应用专用车辆接送施工导改作业人员。施工导改作业人员不得在交通布控控制区外活动或将任何物体置于控制区以外。</w:t>
      </w:r>
    </w:p>
    <w:p>
      <w:pPr>
        <w:spacing w:before="100" w:after="200" w:line="360" w:lineRule="auto"/>
        <w:ind w:firstLine="576"/>
        <w:jc w:val="left"/>
      </w:pPr>
      <w:r>
        <w:rPr>
          <w:rFonts w:ascii="宋体" w:eastAsia="宋体" w:hAnsi="宋体"/>
          <w:sz w:val="28"/>
        </w:rPr>
        <w:t>12、进入高速公路施工的车辆必须手续齐全。禁止无牌无证或牌证手续不全的车辆上路行驶，严禁无证驾驶。</w:t>
      </w:r>
    </w:p>
    <w:p>
      <w:pPr>
        <w:spacing w:before="100" w:after="200" w:line="360" w:lineRule="auto"/>
        <w:ind w:firstLine="576"/>
        <w:jc w:val="left"/>
      </w:pPr>
      <w:r>
        <w:rPr>
          <w:rFonts w:ascii="宋体" w:eastAsia="宋体" w:hAnsi="宋体"/>
          <w:sz w:val="28"/>
        </w:rPr>
        <w:t>13、各施工班组应加强对现场工程机械操作人员和全体施工人员的交通安全教育。做到文明施工、安全生产，积极协助项目部维护好施工路段交通秩序，确保施工现场交通安全。</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14、所有施工人员应自觉遵守交通法规、杜绝行人上高速公路骑车上高速等违法行为的发生，服从交警、路政部门的指挥和管理。严禁酒后上班、不穿防护服上班等行为发生。确保施工期间，无行车责任事故，杜绝重（特）大交通事故的发生。</w:t>
      </w:r>
    </w:p>
    <w:p>
      <w:pPr>
        <w:spacing w:before="100" w:after="200" w:line="360" w:lineRule="auto"/>
        <w:ind w:firstLine="576"/>
        <w:jc w:val="left"/>
      </w:pPr>
      <w:r>
        <w:rPr>
          <w:rFonts w:ascii="宋体" w:eastAsia="宋体" w:hAnsi="宋体"/>
          <w:sz w:val="28"/>
        </w:rPr>
        <w:t>15、加强本班组作业人员管理，彻底杜绝施工人员自由穿行高速公路，不得在路面行走、逗留，如违规人员、车辆发生交通事故所产生的一切费用由施工班组和个人自行负责。</w:t>
      </w:r>
    </w:p>
    <w:p>
      <w:pPr>
        <w:spacing w:before="100" w:after="200" w:line="360" w:lineRule="auto"/>
        <w:ind w:firstLine="576"/>
        <w:jc w:val="left"/>
      </w:pPr>
      <w:r>
        <w:rPr>
          <w:rFonts w:ascii="宋体" w:eastAsia="宋体" w:hAnsi="宋体"/>
          <w:sz w:val="28"/>
        </w:rPr>
        <w:t>16、交通安全责任书时限：自协议签订之日起至工程竣工日止。</w:t>
      </w:r>
    </w:p>
    <w:p>
      <w:pPr>
        <w:spacing w:before="100" w:after="200" w:line="360" w:lineRule="auto"/>
        <w:jc w:val="left"/>
      </w:pPr>
      <w:r>
        <w:rPr>
          <w:rFonts w:ascii="宋体 (中文正文)" w:eastAsia="宋体" w:hAnsi="宋体 (中文正文)"/>
          <w:sz w:val="28"/>
        </w:rPr>
        <w:t>责任人：</w:t>
      </w:r>
    </w:p>
    <w:p>
      <w:pPr>
        <w:spacing w:before="100" w:after="200" w:line="360" w:lineRule="auto"/>
        <w:ind w:firstLine="576"/>
        <w:jc w:val="left"/>
      </w:pPr>
      <w:r>
        <w:rPr>
          <w:rFonts w:ascii="宋体" w:eastAsia="宋体" w:hAnsi="宋体"/>
          <w:sz w:val="28"/>
        </w:rPr>
        <w:t>20xx年xx月xx日</w:t>
      </w:r>
    </w:p>
    <w:p>
      <w:pPr>
        <w:spacing w:before="100" w:after="200" w:line="360" w:lineRule="auto"/>
        <w:ind w:firstLine="576"/>
        <w:jc w:val="left"/>
      </w:pPr>
      <w:r>
        <w:rPr>
          <w:rFonts w:ascii="宋体" w:eastAsia="宋体" w:hAnsi="宋体"/>
          <w:sz w:val="28"/>
        </w:rPr>
        <w:t>为了牢固树立“人民至上、生命至上”的安全发展理念，认真贯彻“安全第一，预防为主”的方针，切实加大安全管理力度，构建学校安全长效机制，有效保护全体师生的生命安全和学校的财产安全，营造安全、稳定、和谐的校园环境，系部与班主任签订《安全生产目标责任书》。具体职责如下：</w:t>
      </w:r>
    </w:p>
    <w:p>
      <w:pPr>
        <w:spacing w:before="100" w:after="200" w:line="360" w:lineRule="auto"/>
        <w:ind w:firstLine="576"/>
        <w:jc w:val="left"/>
      </w:pPr>
      <w:r>
        <w:rPr>
          <w:rFonts w:ascii="宋体" w:eastAsia="宋体" w:hAnsi="宋体"/>
          <w:sz w:val="28"/>
        </w:rPr>
        <w:t>1.牢固树立安全发展理念。全面落实学校安全工作委员会关于系部安全工作的任务与要求，高度重视班级安全工作，认真做好班级安全管理，加强家校协同，保障学生安全。</w:t>
      </w:r>
    </w:p>
    <w:p>
      <w:pPr>
        <w:spacing w:before="100" w:after="200" w:line="360" w:lineRule="auto"/>
        <w:ind w:firstLine="576"/>
        <w:jc w:val="left"/>
      </w:pPr>
      <w:r>
        <w:rPr>
          <w:rFonts w:ascii="宋体" w:eastAsia="宋体" w:hAnsi="宋体"/>
          <w:sz w:val="28"/>
        </w:rPr>
        <w:t>2.确保意识形态领域安全。班主任为班级意识形态工作第一责任人，确保各类意识形态可管可控，加强对重点学生的管理，做到精准可控。</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3.强化安全宣传教育。加强对师生的防火、防盗、防诈骗、法治等各类安全教育宣传，深入开展新生入学教育、新生军训、“国家安全教育日”、“防灾减灾日”、“安全生产月”、“119消防宣传月”、“安全知识竞赛”等活动，提高学生自我防范能力。开展交通安全宣传教育活动，倡导文明、安全出行，杜绝校园内违规行驶、超速行驶、违规停放等现象。</w:t>
      </w:r>
    </w:p>
    <w:p>
      <w:pPr>
        <w:spacing w:before="100" w:after="200" w:line="360" w:lineRule="auto"/>
        <w:ind w:firstLine="576"/>
        <w:jc w:val="left"/>
      </w:pPr>
      <w:r>
        <w:rPr>
          <w:rFonts w:ascii="宋体" w:eastAsia="宋体" w:hAnsi="宋体"/>
          <w:sz w:val="28"/>
        </w:rPr>
        <w:t>4．强化责任意识，切实做好本班级学生的安全管理工作。关注学生心理状况，做好学生心理危机预防与干预。严格遵照学校及上级安全部门要求，妥善做好各类突发事件应急处置工作，有效防范学生极端事件出现，保障本班级学生生命安全，维护校园安全稳定。</w:t>
      </w:r>
    </w:p>
    <w:p>
      <w:pPr>
        <w:spacing w:before="100" w:after="200" w:line="360" w:lineRule="auto"/>
        <w:ind w:firstLine="576"/>
        <w:jc w:val="left"/>
      </w:pPr>
      <w:r>
        <w:rPr>
          <w:rFonts w:ascii="宋体" w:eastAsia="宋体" w:hAnsi="宋体"/>
          <w:sz w:val="28"/>
        </w:rPr>
        <w:t>5.负责本班级所属资产、教学、宿舍、活动、网络、实训、实习等安全管理工作，定期开展班级安全隐患排查整治活动。</w:t>
      </w:r>
    </w:p>
    <w:p>
      <w:pPr>
        <w:spacing w:before="100" w:after="200" w:line="360" w:lineRule="auto"/>
        <w:ind w:firstLine="576"/>
        <w:jc w:val="left"/>
      </w:pPr>
      <w:r>
        <w:rPr>
          <w:rFonts w:ascii="宋体" w:eastAsia="宋体" w:hAnsi="宋体"/>
          <w:sz w:val="28"/>
        </w:rPr>
        <w:t>7.完成学校和系部安排的其他安全工作任务，确保本班级不发生安全事故。</w:t>
      </w:r>
    </w:p>
    <w:p>
      <w:pPr>
        <w:spacing w:before="100" w:after="200" w:line="360" w:lineRule="auto"/>
        <w:ind w:firstLine="576"/>
        <w:jc w:val="left"/>
      </w:pPr>
      <w:r>
        <w:rPr>
          <w:rFonts w:ascii="宋体" w:eastAsia="宋体" w:hAnsi="宋体"/>
          <w:sz w:val="28"/>
        </w:rPr>
        <w:t>系部盖章：______________班级名称：______________</w:t>
      </w:r>
    </w:p>
    <w:p>
      <w:pPr>
        <w:spacing w:before="100" w:after="200" w:line="360" w:lineRule="auto"/>
        <w:ind w:firstLine="576"/>
        <w:jc w:val="left"/>
      </w:pPr>
      <w:r>
        <w:rPr>
          <w:rFonts w:ascii="宋体" w:eastAsia="宋体" w:hAnsi="宋体"/>
          <w:sz w:val="28"/>
        </w:rPr>
        <w:t>班主任签字：______________</w:t>
      </w:r>
    </w:p>
    <w:p>
      <w:pPr>
        <w:spacing w:before="100" w:after="200" w:line="360" w:lineRule="auto"/>
        <w:ind w:firstLine="576"/>
        <w:jc w:val="left"/>
      </w:pPr>
      <w:r>
        <w:rPr>
          <w:rFonts w:ascii="宋体" w:eastAsia="宋体" w:hAnsi="宋体"/>
          <w:sz w:val="28"/>
        </w:rPr>
        <w:t>_____年_____月_____日</w:t>
      </w:r>
    </w:p>
    <w:p>
      <w:pPr>
        <w:spacing w:before="100" w:after="200" w:line="360" w:lineRule="auto"/>
        <w:ind w:firstLine="576"/>
        <w:jc w:val="left"/>
      </w:pPr>
      <w:r>
        <w:rPr>
          <w:rFonts w:ascii="宋体" w:eastAsia="宋体" w:hAnsi="宋体"/>
          <w:sz w:val="28"/>
        </w:rPr>
        <w:t>为进一步贯彻落实“安全第一、预防为主、综合治理”的安全生产管理方针，强化各级各部门的安全生产责任，确保安全生产，并结合集团公司《HSE管理体系》和《安全标准化》要求，制定本责任书。</w:t>
      </w:r>
    </w:p>
    <w:p>
      <w:pPr>
        <w:spacing w:before="100" w:after="200" w:line="360" w:lineRule="auto"/>
        <w:jc w:val="left"/>
      </w:pPr>
      <w:r>
        <w:rPr>
          <w:rFonts w:ascii="宋体 (中文正文)" w:eastAsia="宋体" w:hAnsi="宋体 (中文正文)"/>
          <w:b/>
          <w:sz w:val="28"/>
        </w:rPr>
        <w:t>一、部门负责人的安全职责</w:t>
      </w:r>
    </w:p>
    <w:p>
      <w:pPr>
        <w:spacing w:before="100" w:after="200" w:line="360" w:lineRule="auto"/>
        <w:ind w:firstLine="576"/>
        <w:jc w:val="left"/>
      </w:pPr>
      <w:r>
        <w:rPr>
          <w:rFonts w:ascii="宋体" w:eastAsia="宋体" w:hAnsi="宋体"/>
          <w:sz w:val="28"/>
        </w:rPr>
        <w:t>1、贯彻执行《危险化学品安全管理条例》等有关危险化学品管理的法律法规，结合本单位实际，制定相应的实施细则。</w:t>
      </w:r>
    </w:p>
    <w:p>
      <w:pPr>
        <w:spacing w:before="100" w:after="200" w:line="360" w:lineRule="auto"/>
        <w:ind w:firstLine="576"/>
        <w:jc w:val="left"/>
      </w:pPr>
      <w:r>
        <w:rPr>
          <w:rFonts w:ascii="宋体" w:eastAsia="宋体" w:hAnsi="宋体"/>
          <w:sz w:val="28"/>
        </w:rPr>
        <w:t>2、负责本部门安全培训活动的组织与管理。</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3、定期召开销售人员安全会议，传达安全知识及国家法律法规要求。</w:t>
      </w:r>
    </w:p>
    <w:p>
      <w:pPr>
        <w:spacing w:before="100" w:after="200" w:line="360" w:lineRule="auto"/>
        <w:ind w:firstLine="576"/>
        <w:jc w:val="left"/>
      </w:pPr>
      <w:r>
        <w:rPr>
          <w:rFonts w:ascii="宋体" w:eastAsia="宋体" w:hAnsi="宋体"/>
          <w:sz w:val="28"/>
        </w:rPr>
        <w:t>4、认真执行国家和我厂有关安全、劳动保护、职业卫生的制度和规定。</w:t>
      </w:r>
    </w:p>
    <w:p>
      <w:pPr>
        <w:spacing w:before="100" w:after="200" w:line="360" w:lineRule="auto"/>
        <w:ind w:firstLine="576"/>
        <w:jc w:val="left"/>
      </w:pPr>
      <w:r>
        <w:rPr>
          <w:rFonts w:ascii="宋体" w:eastAsia="宋体" w:hAnsi="宋体"/>
          <w:sz w:val="28"/>
        </w:rPr>
        <w:t>5、严格对危险化学品运输车辆的审查，确保安全性能。</w:t>
      </w:r>
    </w:p>
    <w:p>
      <w:pPr>
        <w:spacing w:before="100" w:after="200" w:line="360" w:lineRule="auto"/>
        <w:ind w:firstLine="576"/>
        <w:jc w:val="left"/>
      </w:pPr>
      <w:r>
        <w:rPr>
          <w:rFonts w:ascii="宋体" w:eastAsia="宋体" w:hAnsi="宋体"/>
          <w:sz w:val="28"/>
        </w:rPr>
        <w:t>6、营销人员或业务关系人员进入生产区域必须穿戴相应的劳动防护用品并听从安全管理人员的指挥。</w:t>
      </w:r>
    </w:p>
    <w:p>
      <w:pPr>
        <w:spacing w:before="100" w:after="200" w:line="360" w:lineRule="auto"/>
        <w:ind w:firstLine="576"/>
        <w:jc w:val="left"/>
      </w:pPr>
      <w:r>
        <w:rPr>
          <w:rFonts w:ascii="宋体" w:eastAsia="宋体" w:hAnsi="宋体"/>
          <w:sz w:val="28"/>
        </w:rPr>
        <w:t>7、负责我厂易制毒化学品相关证件的办理。</w:t>
      </w:r>
    </w:p>
    <w:p>
      <w:pPr>
        <w:spacing w:before="100" w:after="200" w:line="360" w:lineRule="auto"/>
        <w:ind w:firstLine="576"/>
        <w:jc w:val="left"/>
      </w:pPr>
      <w:r>
        <w:rPr>
          <w:rFonts w:ascii="宋体" w:eastAsia="宋体" w:hAnsi="宋体"/>
          <w:sz w:val="28"/>
        </w:rPr>
        <w:t>8、定期对相关方的评价。</w:t>
      </w:r>
    </w:p>
    <w:p>
      <w:pPr>
        <w:spacing w:before="100" w:after="200" w:line="360" w:lineRule="auto"/>
        <w:jc w:val="left"/>
      </w:pPr>
      <w:r>
        <w:rPr>
          <w:rFonts w:ascii="宋体 (中文正文)" w:eastAsia="宋体" w:hAnsi="宋体 (中文正文)"/>
          <w:b/>
          <w:sz w:val="28"/>
        </w:rPr>
        <w:t>二、安全生产目标</w:t>
      </w:r>
    </w:p>
    <w:p>
      <w:pPr>
        <w:spacing w:before="100" w:after="200" w:line="360" w:lineRule="auto"/>
        <w:ind w:firstLine="576"/>
        <w:jc w:val="left"/>
      </w:pPr>
      <w:r>
        <w:rPr>
          <w:rFonts w:ascii="宋体" w:eastAsia="宋体" w:hAnsi="宋体"/>
          <w:sz w:val="28"/>
        </w:rPr>
        <w:t>1、轻伤事故为零；重伤及以上事故为零。</w:t>
      </w:r>
    </w:p>
    <w:p>
      <w:pPr>
        <w:spacing w:before="100" w:after="200" w:line="360" w:lineRule="auto"/>
        <w:ind w:firstLine="576"/>
        <w:jc w:val="left"/>
      </w:pPr>
      <w:r>
        <w:rPr>
          <w:rFonts w:ascii="宋体" w:eastAsia="宋体" w:hAnsi="宋体"/>
          <w:sz w:val="28"/>
        </w:rPr>
        <w:t>2、火灾事故为零。</w:t>
      </w:r>
    </w:p>
    <w:p>
      <w:pPr>
        <w:spacing w:before="100" w:after="200" w:line="360" w:lineRule="auto"/>
        <w:ind w:firstLine="576"/>
        <w:jc w:val="left"/>
      </w:pPr>
      <w:r>
        <w:rPr>
          <w:rFonts w:ascii="宋体" w:eastAsia="宋体" w:hAnsi="宋体"/>
          <w:sz w:val="28"/>
        </w:rPr>
        <w:t>3、相关方合格率为100%。</w:t>
      </w:r>
    </w:p>
    <w:p>
      <w:pPr>
        <w:spacing w:before="100" w:after="200" w:line="360" w:lineRule="auto"/>
        <w:ind w:firstLine="576"/>
        <w:jc w:val="left"/>
      </w:pPr>
      <w:r>
        <w:rPr>
          <w:rFonts w:ascii="宋体" w:eastAsia="宋体" w:hAnsi="宋体"/>
          <w:sz w:val="28"/>
        </w:rPr>
        <w:t>4、危险化学品的运输车辆的资质合格率为100%。</w:t>
      </w:r>
    </w:p>
    <w:p>
      <w:pPr>
        <w:spacing w:before="100" w:after="200" w:line="360" w:lineRule="auto"/>
        <w:jc w:val="left"/>
      </w:pPr>
      <w:r>
        <w:rPr>
          <w:rFonts w:ascii="宋体 (中文正文)" w:eastAsia="宋体" w:hAnsi="宋体 (中文正文)"/>
          <w:b/>
          <w:sz w:val="28"/>
        </w:rPr>
        <w:t>三、考核说明</w:t>
      </w:r>
    </w:p>
    <w:p>
      <w:pPr>
        <w:spacing w:before="100" w:after="200" w:line="360" w:lineRule="auto"/>
        <w:ind w:firstLine="576"/>
        <w:jc w:val="left"/>
      </w:pPr>
      <w:r>
        <w:rPr>
          <w:rFonts w:ascii="宋体" w:eastAsia="宋体" w:hAnsi="宋体"/>
          <w:sz w:val="28"/>
        </w:rPr>
        <w:t>1、本责任书所称“安全”，包括生产安全、消防安全、环境安全、职业卫生安全、交通安全等。</w:t>
      </w:r>
    </w:p>
    <w:p>
      <w:pPr>
        <w:spacing w:before="100" w:after="200" w:line="360" w:lineRule="auto"/>
        <w:ind w:firstLine="576"/>
        <w:jc w:val="left"/>
      </w:pPr>
      <w:r>
        <w:rPr>
          <w:rFonts w:ascii="宋体" w:eastAsia="宋体" w:hAnsi="宋体"/>
          <w:sz w:val="28"/>
        </w:rPr>
        <w:t>2、本责任书签订范围：生技部主要负责人。</w:t>
      </w:r>
    </w:p>
    <w:p>
      <w:pPr>
        <w:spacing w:before="100" w:after="200" w:line="360" w:lineRule="auto"/>
        <w:ind w:firstLine="576"/>
        <w:jc w:val="left"/>
      </w:pPr>
      <w:r>
        <w:rPr>
          <w:rFonts w:ascii="宋体" w:eastAsia="宋体" w:hAnsi="宋体"/>
          <w:sz w:val="28"/>
        </w:rPr>
        <w:t>3、本责任书签定后，乙方向厂财务交纳安全风险抵押金，根据年终总评情况，对经考核完成年度安全环保目标的将两倍返还。</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4、本责任书签定后，乙方要根据本责任书的控制指标，落实责任。</w:t>
      </w:r>
    </w:p>
    <w:p>
      <w:pPr>
        <w:spacing w:before="100" w:after="200" w:line="360" w:lineRule="auto"/>
        <w:ind w:firstLine="576"/>
        <w:jc w:val="left"/>
      </w:pPr>
      <w:r>
        <w:rPr>
          <w:rFonts w:ascii="宋体" w:eastAsia="宋体" w:hAnsi="宋体"/>
          <w:sz w:val="28"/>
        </w:rPr>
        <w:t>5、本责任书按照安全环保工作目标，实行百分制考核。根据每月的各项考核，年终总评。得分在90分及以上者为先进单位；得分在80—89分者为合格单位；得分在80分以下者为不合格单位；经年终考核，合格及以上单位风险抵押金双倍返还，不合格单位低于80分的，每低1分扣风险抵押金5%，低于75分的扣除全部风险抵押金。</w:t>
      </w:r>
    </w:p>
    <w:p>
      <w:pPr>
        <w:spacing w:before="100" w:after="200" w:line="360" w:lineRule="auto"/>
        <w:ind w:firstLine="576"/>
        <w:jc w:val="left"/>
      </w:pPr>
      <w:r>
        <w:rPr>
          <w:rFonts w:ascii="宋体" w:eastAsia="宋体" w:hAnsi="宋体"/>
          <w:sz w:val="28"/>
        </w:rPr>
        <w:t>6、年终根据考核情况，给予通报表彰或处罚。考核结果与经济奖惩和年终综合评比挂钩。</w:t>
      </w:r>
    </w:p>
    <w:p>
      <w:pPr>
        <w:spacing w:before="100" w:after="200" w:line="360" w:lineRule="auto"/>
        <w:ind w:firstLine="576"/>
        <w:jc w:val="left"/>
      </w:pPr>
      <w:r>
        <w:rPr>
          <w:rFonts w:ascii="宋体" w:eastAsia="宋体" w:hAnsi="宋体"/>
          <w:sz w:val="28"/>
        </w:rPr>
        <w:t>7、发生责任死亡事故或重伤事故，直接经济损失5万元（包含5万元）以上的其他各类责任事故，每一项扣罚乙方当月工资总额的5%，并否决乙方当年综合评比先进个人资格；同时，扣除乙方全部上缴风险抵押金。负有较大直接责任的给予相应行政处分，构成犯罪的由司法机关追究刑事责任。年终总评为安全不合格个人的，取消参加综合评比先进个人的资格。年终，从安全优秀个人中评选安全先进个人。</w:t>
      </w:r>
    </w:p>
    <w:p>
      <w:pPr>
        <w:spacing w:before="100" w:after="200" w:line="360" w:lineRule="auto"/>
        <w:ind w:firstLine="576"/>
        <w:jc w:val="left"/>
      </w:pPr>
      <w:r>
        <w:rPr>
          <w:rFonts w:ascii="宋体" w:eastAsia="宋体" w:hAnsi="宋体"/>
          <w:sz w:val="28"/>
        </w:rPr>
        <w:t>8、本责任书双方签字后生效。期间，乙方发生变动的，由继任人继续负责，不再另签责任书。</w:t>
      </w:r>
    </w:p>
    <w:p>
      <w:pPr>
        <w:spacing w:before="100" w:after="200" w:line="360" w:lineRule="auto"/>
        <w:ind w:firstLine="576"/>
        <w:jc w:val="left"/>
      </w:pPr>
      <w:r>
        <w:rPr>
          <w:rFonts w:ascii="宋体" w:eastAsia="宋体" w:hAnsi="宋体"/>
          <w:sz w:val="28"/>
        </w:rPr>
        <w:t>9、安全生产委员会负责解释和考核，考核结果及奖惩意见经厂安全生产委员会批准后，报企财部实施。</w:t>
      </w:r>
    </w:p>
    <w:p>
      <w:pPr>
        <w:spacing w:before="100" w:after="200" w:line="360" w:lineRule="auto"/>
        <w:ind w:firstLine="576"/>
        <w:jc w:val="left"/>
      </w:pPr>
      <w:r>
        <w:rPr>
          <w:rFonts w:ascii="宋体" w:eastAsia="宋体" w:hAnsi="宋体"/>
          <w:sz w:val="28"/>
        </w:rPr>
        <w:t>10、本责任书有效期为20xx年1月1日至20xx年12月31日。</w:t>
      </w:r>
    </w:p>
    <w:p>
      <w:pPr>
        <w:spacing w:before="100" w:after="200" w:line="360" w:lineRule="auto"/>
        <w:ind w:firstLine="576"/>
        <w:jc w:val="left"/>
      </w:pPr>
      <w:r>
        <w:rPr>
          <w:rFonts w:ascii="宋体" w:eastAsia="宋体" w:hAnsi="宋体"/>
          <w:sz w:val="28"/>
        </w:rPr>
        <w:t>甲方：xxx</w:t>
      </w:r>
    </w:p>
    <w:p>
      <w:pPr>
        <w:spacing w:before="100" w:after="200" w:line="360" w:lineRule="auto"/>
        <w:ind w:firstLine="576"/>
        <w:jc w:val="left"/>
      </w:pPr>
      <w:r>
        <w:rPr>
          <w:rFonts w:ascii="宋体" w:eastAsia="宋体" w:hAnsi="宋体"/>
          <w:sz w:val="28"/>
        </w:rPr>
        <w:t>乙方：xxx</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20xx年1月1日</w:t>
      </w:r>
    </w:p>
    <w:p>
      <w:pPr>
        <w:spacing w:before="100" w:after="200" w:line="360" w:lineRule="auto"/>
        <w:ind w:firstLine="576"/>
        <w:jc w:val="left"/>
      </w:pPr>
      <w:r>
        <w:rPr>
          <w:rFonts w:ascii="宋体" w:eastAsia="宋体" w:hAnsi="宋体"/>
          <w:sz w:val="28"/>
        </w:rPr>
        <w:t>为全面加强安全工作，使安全生产责任得到落实，本公司主要负责人特与销售部签订安全目标责任书，本安全目标责任书有效期为一年，到期后可根据公司实际进行调整，重新签订安全目标责任书。</w:t>
      </w:r>
    </w:p>
    <w:p>
      <w:pPr>
        <w:spacing w:before="100" w:after="200" w:line="360" w:lineRule="auto"/>
        <w:ind w:firstLine="576"/>
        <w:jc w:val="left"/>
      </w:pPr>
      <w:r>
        <w:rPr>
          <w:rFonts w:ascii="宋体" w:eastAsia="宋体" w:hAnsi="宋体"/>
          <w:sz w:val="28"/>
        </w:rPr>
        <w:t>1）对所管辖范围内的安全生产负责，建立健全有关销售的安全规章制度，尤其是加强对销售员在自驾车过程中的安全管理；</w:t>
      </w:r>
    </w:p>
    <w:p>
      <w:pPr>
        <w:spacing w:before="100" w:after="200" w:line="360" w:lineRule="auto"/>
        <w:ind w:firstLine="576"/>
        <w:jc w:val="left"/>
      </w:pPr>
      <w:r>
        <w:rPr>
          <w:rFonts w:ascii="宋体" w:eastAsia="宋体" w:hAnsi="宋体"/>
          <w:sz w:val="28"/>
        </w:rPr>
        <w:t>2）负责所管辖范围内的职工的安全教育培训考核和安全管理；</w:t>
      </w:r>
    </w:p>
    <w:p>
      <w:pPr>
        <w:spacing w:before="100" w:after="200" w:line="360" w:lineRule="auto"/>
        <w:ind w:firstLine="576"/>
        <w:jc w:val="left"/>
      </w:pPr>
      <w:r>
        <w:rPr>
          <w:rFonts w:ascii="宋体" w:eastAsia="宋体" w:hAnsi="宋体"/>
          <w:sz w:val="28"/>
        </w:rPr>
        <w:t>3）负责产品在销售过程中的安全管理工作，确保运输安全；</w:t>
      </w:r>
    </w:p>
    <w:p>
      <w:pPr>
        <w:spacing w:before="100" w:after="200" w:line="360" w:lineRule="auto"/>
        <w:jc w:val="left"/>
      </w:pPr>
      <w:r>
        <w:rPr>
          <w:rFonts w:ascii="宋体 (中文正文)" w:eastAsia="宋体" w:hAnsi="宋体 (中文正文)"/>
          <w:sz w:val="28"/>
        </w:rPr>
        <w:t>主要负责人：</w:t>
      </w:r>
    </w:p>
    <w:p>
      <w:pPr>
        <w:spacing w:before="100" w:after="200" w:line="360" w:lineRule="auto"/>
        <w:jc w:val="left"/>
      </w:pPr>
      <w:r>
        <w:rPr>
          <w:rFonts w:ascii="宋体 (中文正文)" w:eastAsia="宋体" w:hAnsi="宋体 (中文正文)"/>
          <w:sz w:val="28"/>
        </w:rPr>
        <w:t>销售部负责人：</w:t>
      </w:r>
    </w:p>
    <w:p>
      <w:pPr>
        <w:spacing w:before="100" w:after="200" w:line="360" w:lineRule="auto"/>
        <w:jc w:val="left"/>
      </w:pPr>
      <w:r>
        <w:rPr>
          <w:rFonts w:ascii="宋体 (中文正文)" w:eastAsia="宋体" w:hAnsi="宋体 (中文正文)"/>
          <w:sz w:val="28"/>
        </w:rPr>
        <w:t>签字生效日期：</w:t>
      </w:r>
    </w:p>
    <w:p>
      <w:pPr>
        <w:spacing w:before="100" w:after="200" w:line="360" w:lineRule="auto"/>
        <w:ind w:firstLine="576"/>
        <w:jc w:val="left"/>
      </w:pPr>
      <w:r>
        <w:rPr>
          <w:rFonts w:ascii="宋体" w:eastAsia="宋体" w:hAnsi="宋体"/>
          <w:sz w:val="28"/>
        </w:rPr>
        <w:t>年月日</w:t>
      </w:r>
    </w:p>
    <w:p>
      <w:pPr>
        <w:spacing w:before="100" w:after="200" w:line="360" w:lineRule="auto"/>
        <w:ind w:firstLine="576"/>
        <w:jc w:val="left"/>
      </w:pPr>
      <w:r>
        <w:rPr>
          <w:rFonts w:ascii="宋体" w:eastAsia="宋体" w:hAnsi="宋体"/>
          <w:sz w:val="28"/>
        </w:rPr>
        <w:t>为强化安全生产管理，防范、减少伤亡事故和职业病的发生，创造安全文明的生产环境，保障人民群众生命财产安全，特制定本责任书。</w:t>
      </w:r>
    </w:p>
    <w:p>
      <w:pPr>
        <w:spacing w:before="100" w:after="200" w:line="360" w:lineRule="auto"/>
        <w:jc w:val="left"/>
      </w:pPr>
      <w:r>
        <w:rPr>
          <w:rFonts w:ascii="宋体 (中文正文)" w:eastAsia="宋体" w:hAnsi="宋体 (中文正文)"/>
          <w:b/>
          <w:sz w:val="28"/>
        </w:rPr>
        <w:t>一、目标任务</w:t>
      </w:r>
    </w:p>
    <w:p>
      <w:pPr>
        <w:spacing w:before="100" w:after="200" w:line="360" w:lineRule="auto"/>
        <w:ind w:firstLine="576"/>
        <w:jc w:val="left"/>
      </w:pPr>
      <w:r>
        <w:rPr>
          <w:rFonts w:ascii="宋体" w:eastAsia="宋体" w:hAnsi="宋体"/>
          <w:sz w:val="28"/>
        </w:rPr>
        <w:t>1、坚持“安全第一，预防为主”的方针，认真贯彻《安全生产法》及有关安全生产的政策，及时落实本经济社的安全生产责任制。（15分）</w:t>
      </w:r>
    </w:p>
    <w:p>
      <w:pPr>
        <w:spacing w:before="100" w:after="200" w:line="360" w:lineRule="auto"/>
        <w:ind w:firstLine="576"/>
        <w:jc w:val="left"/>
      </w:pPr>
      <w:r>
        <w:rPr>
          <w:rFonts w:ascii="宋体" w:eastAsia="宋体" w:hAnsi="宋体"/>
          <w:sz w:val="28"/>
        </w:rPr>
        <w:t>2、明确责任，实行首行负责制。各经济社负责本社内用电、用水、拖拉机、农用车、电灌站、加工房、山地防洪、防火和个人等一切安全生产。（20分）</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https://d.book118.com/698141106012006036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9814110601200603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