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学习委员的工作计划（32篇）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学习委员的工作计划（精选32篇）</w:t>
      </w:r>
      <w:r>
        <w:rPr>
          <w:lang w:eastAsia="zh-CN"/>
        </w:rPr>
        <w:br/>
      </w:r>
      <w:r>
        <w:rPr>
          <w:lang w:eastAsia="zh-CN"/>
        </w:rPr>
        <w:t xml:space="preserve">    学习委员的工作计划 篇1 </w:t>
      </w:r>
      <w:r>
        <w:rPr>
          <w:lang w:eastAsia="zh-CN"/>
        </w:rPr>
        <w:br/>
      </w:r>
      <w:r>
        <w:rPr>
          <w:lang w:eastAsia="zh-CN"/>
        </w:rPr>
        <w:t>　　1.经常了解教工生活方面的要求，教育教工正确处理国家、集体、个人三者关系，注意勤俭节约、移风易俗;</w:t>
      </w:r>
      <w:r>
        <w:rPr>
          <w:lang w:eastAsia="zh-CN"/>
        </w:rPr>
        <w:br/>
      </w:r>
      <w:r>
        <w:rPr>
          <w:lang w:eastAsia="zh-CN"/>
        </w:rPr>
        <w:t>　　2.配合行政管好、用好福利费、办好食堂等集体福利事业；</w:t>
      </w:r>
      <w:r>
        <w:rPr>
          <w:lang w:eastAsia="zh-CN"/>
        </w:rPr>
        <w:br/>
      </w:r>
      <w:r>
        <w:rPr>
          <w:lang w:eastAsia="zh-CN"/>
        </w:rPr>
        <w:t>　　3.关心教工的生老病死和退、离休教工，尽可能为他们解决一些具体困难；</w:t>
      </w:r>
      <w:r>
        <w:rPr>
          <w:lang w:eastAsia="zh-CN"/>
        </w:rPr>
        <w:br/>
      </w:r>
      <w:r>
        <w:rPr>
          <w:lang w:eastAsia="zh-CN"/>
        </w:rPr>
        <w:t>　　4.教育教工树立“一人有事，人人关心”的'思想，开展互助储金会；</w:t>
      </w:r>
      <w:r>
        <w:rPr>
          <w:lang w:eastAsia="zh-CN"/>
        </w:rPr>
        <w:br/>
      </w:r>
      <w:r>
        <w:rPr>
          <w:lang w:eastAsia="zh-CN"/>
        </w:rPr>
        <w:t>　　5.配合行政、协助组织委员做好民事调解工作。</w:t>
      </w:r>
      <w:r>
        <w:rPr>
          <w:lang w:eastAsia="zh-CN"/>
        </w:rPr>
        <w:br/>
      </w:r>
      <w:r>
        <w:rPr>
          <w:lang w:eastAsia="zh-CN"/>
        </w:rPr>
        <w:t>　　工会文体委员的工作职责</w:t>
      </w:r>
      <w:r>
        <w:rPr>
          <w:lang w:eastAsia="zh-CN"/>
        </w:rPr>
        <w:br/>
      </w:r>
      <w:r>
        <w:rPr>
          <w:lang w:eastAsia="zh-CN"/>
        </w:rPr>
        <w:t>　　1.会同宣传委员办好“教工俱乐部”或“教工之家”；</w:t>
      </w:r>
      <w:r>
        <w:rPr>
          <w:lang w:eastAsia="zh-CN"/>
        </w:rPr>
        <w:br/>
      </w:r>
      <w:r>
        <w:rPr>
          <w:lang w:eastAsia="zh-CN"/>
        </w:rPr>
        <w:t>　　2.组织开展适合教工不同年龄的体育活动、健身活动和各类娱乐活动。</w:t>
      </w:r>
      <w:r>
        <w:rPr>
          <w:lang w:eastAsia="zh-CN"/>
        </w:rPr>
        <w:br/>
      </w:r>
      <w:r>
        <w:rPr>
          <w:lang w:eastAsia="zh-CN"/>
        </w:rPr>
        <w:t xml:space="preserve">    学习委员的工作计划 篇2 </w:t>
      </w:r>
      <w:r>
        <w:rPr>
          <w:lang w:eastAsia="zh-CN"/>
        </w:rPr>
        <w:br/>
      </w:r>
      <w:r>
        <w:rPr>
          <w:lang w:eastAsia="zh-CN"/>
        </w:rPr>
        <w:t>　　一、工作计划的指导思想:</w:t>
      </w:r>
      <w:r>
        <w:rPr>
          <w:lang w:eastAsia="zh-CN"/>
        </w:rPr>
        <w:br/>
      </w:r>
      <w:r>
        <w:rPr>
          <w:lang w:eastAsia="zh-CN"/>
        </w:rPr>
        <w:t>　　明确职责，努力创新，依靠群众，集思广益，脚踏实地，努力工作。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二、工作计划要点:</w:t>
      </w:r>
      <w:r>
        <w:rPr>
          <w:lang w:eastAsia="zh-CN"/>
        </w:rPr>
        <w:br/>
      </w:r>
      <w:r>
        <w:rPr>
          <w:lang w:eastAsia="zh-CN"/>
        </w:rPr>
        <w:t>　　1、加强自身作风、制度建设，树立班级新形象。</w:t>
      </w:r>
      <w:r>
        <w:rPr>
          <w:lang w:eastAsia="zh-CN"/>
        </w:rPr>
        <w:br/>
      </w:r>
      <w:r>
        <w:rPr>
          <w:lang w:eastAsia="zh-CN"/>
        </w:rPr>
        <w:t>　　2、配合高校举办的“校园歌手大赛”“读书工程”，营造活泼和谐的校园氛围。</w:t>
      </w:r>
      <w:r>
        <w:rPr>
          <w:lang w:eastAsia="zh-CN"/>
        </w:rPr>
        <w:br/>
      </w:r>
      <w:r>
        <w:rPr>
          <w:lang w:eastAsia="zh-CN"/>
        </w:rPr>
        <w:t>　　3、协调各班委之间的工作，营造团结协作的氛围，持续增强学生的荣誉感和凝聚力。</w:t>
      </w:r>
      <w:r>
        <w:rPr>
          <w:lang w:eastAsia="zh-CN"/>
        </w:rPr>
        <w:br/>
      </w:r>
      <w:r>
        <w:rPr>
          <w:lang w:eastAsia="zh-CN"/>
        </w:rPr>
        <w:t>　　4、执行学校布置的所有任务。</w:t>
      </w:r>
      <w:r>
        <w:rPr>
          <w:lang w:eastAsia="zh-CN"/>
        </w:rPr>
        <w:br/>
      </w:r>
      <w:r>
        <w:rPr>
          <w:lang w:eastAsia="zh-CN"/>
        </w:rPr>
        <w:t>　　三、工作计划的实施策略:</w:t>
      </w:r>
      <w:r>
        <w:rPr>
          <w:lang w:eastAsia="zh-CN"/>
        </w:rPr>
        <w:br/>
      </w:r>
      <w:r>
        <w:rPr>
          <w:lang w:eastAsia="zh-CN"/>
        </w:rPr>
        <w:t>　　1、配合各班委加强自身建设，培养良好的工作作风，建立完善的工作制度。</w:t>
      </w:r>
      <w:r>
        <w:rPr>
          <w:lang w:eastAsia="zh-CN"/>
        </w:rPr>
        <w:br/>
      </w:r>
      <w:r>
        <w:rPr>
          <w:lang w:eastAsia="zh-CN"/>
        </w:rPr>
        <w:t>　　2、活动中融入的互动元素，让更大范围的学生感受到学生工作带来的快乐。</w:t>
      </w:r>
      <w:r>
        <w:rPr>
          <w:lang w:eastAsia="zh-CN"/>
        </w:rPr>
        <w:br/>
      </w:r>
      <w:r>
        <w:rPr>
          <w:lang w:eastAsia="zh-CN"/>
        </w:rPr>
        <w:t>　　3、对于学校安排的突击工作，动员各方力量，全力以赴，按时保质完成；用心配合班主任的工作，及时反映班级每天发生的事情。让问题早发现早解决。</w:t>
      </w:r>
      <w:r>
        <w:rPr>
          <w:lang w:eastAsia="zh-CN"/>
        </w:rPr>
        <w:br/>
      </w:r>
      <w:r>
        <w:rPr>
          <w:lang w:eastAsia="zh-CN"/>
        </w:rPr>
        <w:t>　　4、本学期开展的有益活动包括组织群众活动、寓教于乐、让学生在群众活动中培养群众精神。增加学生之间的友谊，让他们更好地了解彼此。活动应该以节省开支和尽可能快乐为目标。我们可以想想“春天看草”和“秋天在湖边玩耍”。要做好活动记录，认真做好评课材料。同时活动要尽量满足大家的兴趣，让大家都参与其中，活动期间注意安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5、做好班委内部团结，协调各班委工作，各班委除了做好本职工作外，还要相互配合，坚持每周召开班委会，针对班里出现的问题制定新的对策。</w:t>
      </w:r>
      <w:r>
        <w:rPr>
          <w:lang w:eastAsia="zh-CN"/>
        </w:rPr>
        <w:br/>
      </w:r>
      <w:r>
        <w:rPr>
          <w:lang w:eastAsia="zh-CN"/>
        </w:rPr>
        <w:t>　　6、班务公开制度，考勤德育分会每月在班级公布一次，定于每月最后一次班会。另外，近期班里所有活动都会在全班第一时间公布，有疑问的可以直接找相关责任班委或班长解答。</w:t>
      </w:r>
      <w:r>
        <w:rPr>
          <w:lang w:eastAsia="zh-CN"/>
        </w:rPr>
        <w:br/>
      </w:r>
      <w:r>
        <w:rPr>
          <w:lang w:eastAsia="zh-CN"/>
        </w:rPr>
        <w:t>　　7、班里所有同学写的宣传班级活动或先进事迹的.文章，都可以在校内外报刊上发表，并会根据班规加分。鼓励班级的宣传工作，提高班级的知名度，有利于班级的长远发展。</w:t>
      </w:r>
      <w:r>
        <w:rPr>
          <w:lang w:eastAsia="zh-CN"/>
        </w:rPr>
        <w:br/>
      </w:r>
      <w:r>
        <w:rPr>
          <w:lang w:eastAsia="zh-CN"/>
        </w:rPr>
        <w:t>　　8、班级成员要带头，树立明确目标，端正学习生活态度，勤学好问，夯实专业基础，严谨学习，强化潜能，全面发展，为未来打好基础。值班班委不仅每天记录我们班的出勤情况，还要求其他班委加强对周围同学的管理和监督。真的起了带头作用。</w:t>
      </w:r>
      <w:r>
        <w:rPr>
          <w:lang w:eastAsia="zh-CN"/>
        </w:rPr>
        <w:br/>
      </w:r>
      <w:r>
        <w:rPr>
          <w:lang w:eastAsia="zh-CN"/>
        </w:rPr>
        <w:t xml:space="preserve">    学习委员的工作计划 篇3 </w:t>
      </w:r>
      <w:r>
        <w:rPr>
          <w:lang w:eastAsia="zh-CN"/>
        </w:rPr>
        <w:br/>
      </w:r>
      <w:r>
        <w:rPr>
          <w:lang w:eastAsia="zh-CN"/>
        </w:rPr>
        <w:t>　　我作为学习委员的工作宗旨：团结同学,发动所有同学,注重学习。全心全意为全体同学服务。本学期的工作重点是抓好学习常规建设,让同学形成来年良好的学习习惯。</w:t>
      </w:r>
      <w:r>
        <w:rPr>
          <w:lang w:eastAsia="zh-CN"/>
        </w:rPr>
        <w:br/>
      </w:r>
      <w:r>
        <w:rPr>
          <w:lang w:eastAsia="zh-CN"/>
        </w:rPr>
        <w:t>　　作为学习委员，主要负责同学日常学习习惯检查、课代表工作检查和学习带头模范作用。</w:t>
      </w:r>
      <w:r>
        <w:rPr>
          <w:lang w:eastAsia="zh-CN"/>
        </w:rPr>
        <w:br/>
      </w:r>
      <w:r>
        <w:rPr>
          <w:lang w:eastAsia="zh-CN"/>
        </w:rPr>
        <w:t>　　首先，学校、老师对学生学习方面的要求归纳如下：</w:t>
      </w:r>
      <w:r>
        <w:rPr>
          <w:lang w:eastAsia="zh-CN"/>
        </w:rPr>
        <w:br/>
      </w:r>
      <w:r>
        <w:rPr>
          <w:lang w:eastAsia="zh-CN"/>
        </w:rPr>
        <w:t>　　一、学习要求</w:t>
      </w:r>
      <w:r>
        <w:rPr>
          <w:lang w:eastAsia="zh-CN"/>
        </w:rPr>
        <w:br/>
      </w:r>
      <w:r>
        <w:rPr>
          <w:lang w:eastAsia="zh-CN"/>
        </w:rPr>
        <w:t>　　语文：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1、要有“死记硬背”之功，要有质疑问难之心，要有合作探究之志。</w:t>
      </w:r>
      <w:r>
        <w:rPr>
          <w:lang w:eastAsia="zh-CN"/>
        </w:rPr>
        <w:br/>
      </w:r>
      <w:r>
        <w:rPr>
          <w:lang w:eastAsia="zh-CN"/>
        </w:rPr>
        <w:t>　　2、预习要求：绿色笔——阅读课文时，标出遇到不懂的问题;蓝色笔——标画重点、要点、概念、原理和容易忽略之处;红色笔——改错。质疑用“?”，重点句子用“~~~~”，课下重点注释“√”，重点字“□”。</w:t>
      </w:r>
      <w:r>
        <w:rPr>
          <w:lang w:eastAsia="zh-CN"/>
        </w:rPr>
        <w:br/>
      </w:r>
      <w:r>
        <w:rPr>
          <w:lang w:eastAsia="zh-CN"/>
        </w:rPr>
        <w:t>　　3、作业：保质保量，按时完成/上交，书写规范。</w:t>
      </w:r>
      <w:r>
        <w:rPr>
          <w:lang w:eastAsia="zh-CN"/>
        </w:rPr>
        <w:br/>
      </w:r>
      <w:r>
        <w:rPr>
          <w:lang w:eastAsia="zh-CN"/>
        </w:rPr>
        <w:t>　　4、早读：7点30分，课代表准时开始早读，所有同学必须停下手头工作，开始早读。</w:t>
      </w:r>
      <w:r>
        <w:rPr>
          <w:lang w:eastAsia="zh-CN"/>
        </w:rPr>
        <w:br/>
      </w:r>
      <w:r>
        <w:rPr>
          <w:lang w:eastAsia="zh-CN"/>
        </w:rPr>
        <w:t>　　5、笔记：可以记在书上，也可以记录在自己准备的笔记本上。</w:t>
      </w:r>
      <w:r>
        <w:rPr>
          <w:lang w:eastAsia="zh-CN"/>
        </w:rPr>
        <w:br/>
      </w:r>
      <w:r>
        <w:rPr>
          <w:lang w:eastAsia="zh-CN"/>
        </w:rPr>
        <w:t>　　英语：</w:t>
      </w:r>
      <w:r>
        <w:rPr>
          <w:lang w:eastAsia="zh-CN"/>
        </w:rPr>
        <w:br/>
      </w:r>
      <w:r>
        <w:rPr>
          <w:lang w:eastAsia="zh-CN"/>
        </w:rPr>
        <w:t>　　1、书写：每位同学力求做到：(1)作业严格按照四线格要求书写，注意语音培训时字母、音标的书写要求。(2)英语书写认真、工整、规范、漂亮，定期会举行优秀作业展览，对优秀作业进行全校展示。</w:t>
      </w:r>
      <w:r>
        <w:rPr>
          <w:lang w:eastAsia="zh-CN"/>
        </w:rPr>
        <w:br/>
      </w:r>
      <w:r>
        <w:rPr>
          <w:lang w:eastAsia="zh-CN"/>
        </w:rPr>
        <w:t>　　2、预习：(1)听剑桥国际英语课文，严格模仿配套光盘原版语音语调，并朗读背诵课文。(2)预习每单元时将生词查出音标、中英文词义、并用绿色荧光笔写在课本上。(3)用绿色荧光笔标出课文重点句型。(4)每单元语法点要预习并将重难点用绿色荧光笔标出。</w:t>
      </w:r>
      <w:r>
        <w:rPr>
          <w:lang w:eastAsia="zh-CN"/>
        </w:rPr>
        <w:br/>
      </w:r>
      <w:r>
        <w:rPr>
          <w:lang w:eastAsia="zh-CN"/>
        </w:rPr>
        <w:t>　　3、上课要求：英语课堂上讲英语、用英语。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4、作业：(1)每日至少跟读模仿光盘20分钟，家长签字。(2)复习总结本节课所学内容，整理到导学案或笔记本上。(3)完成每日作业，包括导学案、课本练习题及练习册workbook。(4)认真预习下一节所学内容。(5)完成定期的英语录音作业，严格模仿配套光盘原版语音语调。(6)每次书面作业都要用红色笔及时改错。</w:t>
      </w:r>
      <w:r>
        <w:rPr>
          <w:lang w:eastAsia="zh-CN"/>
        </w:rPr>
        <w:br/>
      </w:r>
      <w:r>
        <w:rPr>
          <w:lang w:eastAsia="zh-CN"/>
        </w:rPr>
        <w:t>　　5、早读：时间：7点30分，课代表准时开始早读，所有同学必须停下手头工作，开始早读。</w:t>
      </w:r>
      <w:r>
        <w:rPr>
          <w:lang w:eastAsia="zh-CN"/>
        </w:rPr>
        <w:br/>
      </w:r>
      <w:r>
        <w:rPr>
          <w:lang w:eastAsia="zh-CN"/>
        </w:rPr>
        <w:t>　　6、笔记：一律记录在导学案、作业纸或卷子上。</w:t>
      </w:r>
      <w:r>
        <w:rPr>
          <w:lang w:eastAsia="zh-CN"/>
        </w:rPr>
        <w:br/>
      </w:r>
      <w:r>
        <w:rPr>
          <w:lang w:eastAsia="zh-CN"/>
        </w:rPr>
        <w:t>　　数学：</w:t>
      </w:r>
      <w:r>
        <w:rPr>
          <w:lang w:eastAsia="zh-CN"/>
        </w:rPr>
        <w:br/>
      </w:r>
      <w:r>
        <w:rPr>
          <w:lang w:eastAsia="zh-CN"/>
        </w:rPr>
        <w:t>　　1、预习：翻阅教科书下一课的内容，只求理解，不苛求死记硬背。根据教科书完成作业纸上的预习内容。</w:t>
      </w:r>
      <w:r>
        <w:rPr>
          <w:lang w:eastAsia="zh-CN"/>
        </w:rPr>
        <w:br/>
      </w:r>
      <w:r>
        <w:rPr>
          <w:lang w:eastAsia="zh-CN"/>
        </w:rPr>
        <w:t>　　2、作业：保质保量，按时完成/上交。</w:t>
      </w:r>
      <w:r>
        <w:rPr>
          <w:lang w:eastAsia="zh-CN"/>
        </w:rPr>
        <w:br/>
      </w:r>
      <w:r>
        <w:rPr>
          <w:lang w:eastAsia="zh-CN"/>
        </w:rPr>
        <w:t>　　3、书写时应按照格式，字要规范。</w:t>
      </w:r>
      <w:r>
        <w:rPr>
          <w:lang w:eastAsia="zh-CN"/>
        </w:rPr>
        <w:br/>
      </w:r>
      <w:r>
        <w:rPr>
          <w:lang w:eastAsia="zh-CN"/>
        </w:rPr>
        <w:t>　　思想品德：</w:t>
      </w:r>
      <w:r>
        <w:rPr>
          <w:lang w:eastAsia="zh-CN"/>
        </w:rPr>
        <w:br/>
      </w:r>
      <w:r>
        <w:rPr>
          <w:lang w:eastAsia="zh-CN"/>
        </w:rPr>
        <w:t>　　1、作业：保质保量，按时完成/上交。“新闻播报”只准备3-5分钟的内容，要求是近一周来的新，闻预备铃打响后开始播报。</w:t>
      </w:r>
      <w:r>
        <w:rPr>
          <w:lang w:eastAsia="zh-CN"/>
        </w:rPr>
        <w:br/>
      </w:r>
      <w:r>
        <w:rPr>
          <w:lang w:eastAsia="zh-CN"/>
        </w:rPr>
        <w:t>　　2、笔记：上课要把重点在书上标画出来，有时要求整理到笔记本上。</w:t>
      </w:r>
      <w:r>
        <w:rPr>
          <w:lang w:eastAsia="zh-CN"/>
        </w:rPr>
        <w:br/>
      </w:r>
      <w:r>
        <w:rPr>
          <w:lang w:eastAsia="zh-CN"/>
        </w:rPr>
        <w:t>　　历史：</w:t>
      </w:r>
      <w:r>
        <w:rPr>
          <w:lang w:eastAsia="zh-CN"/>
        </w:rPr>
        <w:br/>
      </w:r>
      <w:r>
        <w:rPr>
          <w:lang w:eastAsia="zh-CN"/>
        </w:rPr>
        <w:t>　　1、作业：保质保量，按时完成/上交。</w:t>
      </w:r>
      <w:r>
        <w:rPr>
          <w:lang w:eastAsia="zh-CN"/>
        </w:rPr>
        <w:br/>
      </w:r>
      <w:r>
        <w:rPr>
          <w:lang w:eastAsia="zh-CN"/>
        </w:rPr>
        <w:t>　　2、笔记：提倡记在书或导学案上，少用笔记本。</w:t>
      </w:r>
      <w:r>
        <w:rPr>
          <w:lang w:eastAsia="zh-CN"/>
        </w:rPr>
        <w:br/>
      </w:r>
      <w:r>
        <w:rPr>
          <w:lang w:eastAsia="zh-CN"/>
        </w:rPr>
        <w:t>　　3、放假如果去旅游，可以将当地有关历史旅游区的照片准备一下，与老师交流好后，在课上展示，由老师详细讲解该段历史的内容。</w:t>
      </w:r>
      <w:r>
        <w:rPr>
          <w:lang w:eastAsia="zh-CN"/>
        </w:rPr>
        <w:br/>
      </w:r>
      <w:r>
        <w:rPr>
          <w:lang w:eastAsia="zh-CN"/>
        </w:rPr>
        <w:t>　　地理：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1、作业：保质保量，按时完成/上交。</w:t>
      </w:r>
      <w:r>
        <w:rPr>
          <w:lang w:eastAsia="zh-CN"/>
        </w:rPr>
        <w:br/>
      </w:r>
      <w:r>
        <w:rPr>
          <w:lang w:eastAsia="zh-CN"/>
        </w:rPr>
        <w:t>　　2、记忆：以理解、记住大意为重，不需逐字逐句地背。</w:t>
      </w:r>
      <w:r>
        <w:rPr>
          <w:lang w:eastAsia="zh-CN"/>
        </w:rPr>
        <w:br/>
      </w:r>
      <w:r>
        <w:rPr>
          <w:lang w:eastAsia="zh-CN"/>
        </w:rPr>
        <w:t>　　3、讲究执行力：执行力要逐步提高，从而加快课堂进展的速度。</w:t>
      </w:r>
      <w:r>
        <w:rPr>
          <w:lang w:eastAsia="zh-CN"/>
        </w:rPr>
        <w:br/>
      </w:r>
      <w:r>
        <w:rPr>
          <w:lang w:eastAsia="zh-CN"/>
        </w:rPr>
        <w:t>　　生物：</w:t>
      </w:r>
      <w:r>
        <w:rPr>
          <w:lang w:eastAsia="zh-CN"/>
        </w:rPr>
        <w:br/>
      </w:r>
      <w:r>
        <w:rPr>
          <w:lang w:eastAsia="zh-CN"/>
        </w:rPr>
        <w:t>　　1、作业：保质保量，按时完成/上交。</w:t>
      </w:r>
      <w:r>
        <w:rPr>
          <w:lang w:eastAsia="zh-CN"/>
        </w:rPr>
        <w:br/>
      </w:r>
      <w:r>
        <w:rPr>
          <w:lang w:eastAsia="zh-CN"/>
        </w:rPr>
        <w:t>　　2、记忆：以理解、记住大意为重。</w:t>
      </w:r>
      <w:r>
        <w:rPr>
          <w:lang w:eastAsia="zh-CN"/>
        </w:rPr>
        <w:br/>
      </w:r>
      <w:r>
        <w:rPr>
          <w:lang w:eastAsia="zh-CN"/>
        </w:rPr>
        <w:t>　　3、要学会动手操作，这对日后的生物学习有极大作用。</w:t>
      </w:r>
      <w:r>
        <w:rPr>
          <w:lang w:eastAsia="zh-CN"/>
        </w:rPr>
        <w:br/>
      </w:r>
      <w:r>
        <w:rPr>
          <w:lang w:eastAsia="zh-CN"/>
        </w:rPr>
        <w:t>　　日语：</w:t>
      </w:r>
      <w:r>
        <w:rPr>
          <w:lang w:eastAsia="zh-CN"/>
        </w:rPr>
        <w:br/>
      </w:r>
      <w:r>
        <w:rPr>
          <w:lang w:eastAsia="zh-CN"/>
        </w:rPr>
        <w:t>　　1、根据课堂进度按时制作日语卡片，包括该假名的平、片形式及读音。</w:t>
      </w:r>
      <w:r>
        <w:rPr>
          <w:lang w:eastAsia="zh-CN"/>
        </w:rPr>
        <w:br/>
      </w:r>
      <w:r>
        <w:rPr>
          <w:lang w:eastAsia="zh-CN"/>
        </w:rPr>
        <w:t>　　2、课下要多练习日语发音。</w:t>
      </w:r>
      <w:r>
        <w:rPr>
          <w:lang w:eastAsia="zh-CN"/>
        </w:rPr>
        <w:br/>
      </w:r>
      <w:r>
        <w:rPr>
          <w:lang w:eastAsia="zh-CN"/>
        </w:rPr>
        <w:t>　　体育：</w:t>
      </w:r>
      <w:r>
        <w:rPr>
          <w:lang w:eastAsia="zh-CN"/>
        </w:rPr>
        <w:br/>
      </w:r>
      <w:r>
        <w:rPr>
          <w:lang w:eastAsia="zh-CN"/>
        </w:rPr>
        <w:t>　　1、穿着运动服、运动鞋。</w:t>
      </w:r>
      <w:r>
        <w:rPr>
          <w:lang w:eastAsia="zh-CN"/>
        </w:rPr>
        <w:br/>
      </w:r>
      <w:r>
        <w:rPr>
          <w:lang w:eastAsia="zh-CN"/>
        </w:rPr>
        <w:t>　　2、身体不适及时请假，交请假条。</w:t>
      </w:r>
      <w:r>
        <w:rPr>
          <w:lang w:eastAsia="zh-CN"/>
        </w:rPr>
        <w:br/>
      </w:r>
      <w:r>
        <w:rPr>
          <w:lang w:eastAsia="zh-CN"/>
        </w:rPr>
        <w:t>　　二、课堂学习</w:t>
      </w:r>
      <w:r>
        <w:rPr>
          <w:lang w:eastAsia="zh-CN"/>
        </w:rPr>
        <w:br/>
      </w:r>
      <w:r>
        <w:rPr>
          <w:lang w:eastAsia="zh-CN"/>
        </w:rPr>
        <w:t>　　1、做好课前准备，包括教科书;导学案;作业纸;常用的书写、绘图工具;特别要求的练习本、作业本等，都要在课桌上摆放整齐。</w:t>
      </w:r>
      <w:r>
        <w:rPr>
          <w:lang w:eastAsia="zh-CN"/>
        </w:rPr>
        <w:br/>
      </w:r>
      <w:r>
        <w:rPr>
          <w:lang w:eastAsia="zh-CN"/>
        </w:rPr>
        <w:t>　　2、遵守课堂纪律。</w:t>
      </w:r>
      <w:r>
        <w:rPr>
          <w:lang w:eastAsia="zh-CN"/>
        </w:rPr>
        <w:br/>
      </w:r>
      <w:r>
        <w:rPr>
          <w:lang w:eastAsia="zh-CN"/>
        </w:rPr>
        <w:t>　　3、课堂气氛要积极活跃，配合老师讲课——多观察，勤思考，敢表达。</w:t>
      </w:r>
      <w:r>
        <w:rPr>
          <w:lang w:eastAsia="zh-CN"/>
        </w:rPr>
        <w:br/>
      </w:r>
      <w:r>
        <w:rPr>
          <w:lang w:eastAsia="zh-CN"/>
        </w:rPr>
        <w:t>　　三、课代表职责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1、课代表首先应该做到以身作则、正直公正、积极主动、认真负责。全权负责本学科的一切学习任务。是班级中本学科的学习带头人和组织领导者。</w:t>
      </w:r>
      <w:r>
        <w:rPr>
          <w:lang w:eastAsia="zh-CN"/>
        </w:rPr>
        <w:br/>
      </w:r>
      <w:r>
        <w:rPr>
          <w:lang w:eastAsia="zh-CN"/>
        </w:rPr>
        <w:t>　　2、课代表应该有集体荣誉感。始终想老师之所想，急老师之所急，工作上要有服从意识和超前意识。思想上要有要求上进和敢于担当的精神。</w:t>
      </w:r>
      <w:r>
        <w:rPr>
          <w:lang w:eastAsia="zh-CN"/>
        </w:rPr>
        <w:br/>
      </w:r>
      <w:r>
        <w:rPr>
          <w:lang w:eastAsia="zh-CN"/>
        </w:rPr>
        <w:t>　　3、课代表应该在适当的时间内及时的收发作业，布置作业并且检查作业。若有未交者，作业不合格者，作业抄袭者，要及时记录在工作本上。</w:t>
      </w:r>
      <w:r>
        <w:rPr>
          <w:lang w:eastAsia="zh-CN"/>
        </w:rPr>
        <w:br/>
      </w:r>
      <w:r>
        <w:rPr>
          <w:lang w:eastAsia="zh-CN"/>
        </w:rPr>
        <w:t>　　4、课代表上课之前要去办公室询问老师本节课的学习任务并且及时地写在黑板上。上课之前要及时打开电脑等教学设备待课。</w:t>
      </w:r>
      <w:r>
        <w:rPr>
          <w:lang w:eastAsia="zh-CN"/>
        </w:rPr>
        <w:br/>
      </w:r>
      <w:r>
        <w:rPr>
          <w:lang w:eastAsia="zh-CN"/>
        </w:rPr>
        <w:t>　　5、课代表在上课时应该协助老师维持课堂纪律，积极配合老师授课，并举手发言。</w:t>
      </w:r>
      <w:r>
        <w:rPr>
          <w:lang w:eastAsia="zh-CN"/>
        </w:rPr>
        <w:br/>
      </w:r>
      <w:r>
        <w:rPr>
          <w:lang w:eastAsia="zh-CN"/>
        </w:rPr>
        <w:t>　　6、课代表要把课堂上的纪律等情况及时记录在工作本上。每节课包括自习课的情况和作业收交情况要有详细记录。</w:t>
      </w:r>
      <w:r>
        <w:rPr>
          <w:lang w:eastAsia="zh-CN"/>
        </w:rPr>
        <w:br/>
      </w:r>
      <w:r>
        <w:rPr>
          <w:lang w:eastAsia="zh-CN"/>
        </w:rPr>
        <w:t>　　综上所述，为了把工作做好，我在此列下了一个学习委员工作计划：</w:t>
      </w:r>
      <w:r>
        <w:rPr>
          <w:lang w:eastAsia="zh-CN"/>
        </w:rPr>
        <w:br/>
      </w:r>
      <w:r>
        <w:rPr>
          <w:lang w:eastAsia="zh-CN"/>
        </w:rPr>
        <w:t>　　一、自我安排</w:t>
      </w:r>
      <w:r>
        <w:rPr>
          <w:lang w:eastAsia="zh-CN"/>
        </w:rPr>
        <w:br/>
      </w:r>
      <w:r>
        <w:rPr>
          <w:lang w:eastAsia="zh-CN"/>
        </w:rPr>
        <w:t>　　我的工作目标为:(1)学习上起到模范带头作用。(2)监督和评价课代表工作。(3)记录和评价班级同学的学习表现。(4)及时联系班主任和任课老师,发现班级的学习问题。</w:t>
      </w:r>
      <w:r>
        <w:rPr>
          <w:lang w:eastAsia="zh-CN"/>
        </w:rPr>
        <w:br/>
      </w:r>
      <w:r>
        <w:rPr>
          <w:lang w:eastAsia="zh-CN"/>
        </w:rPr>
        <w:t>　　1、学习上为同学服务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为了给同学们营造一个良好的学习环境，学校经常会下发一些通知，这些通知，</w:t>
      </w:r>
      <w:r>
        <w:rPr>
          <w:lang w:eastAsia="zh-CN"/>
        </w:rPr>
        <w:br/>
      </w:r>
      <w:r>
        <w:rPr>
          <w:lang w:eastAsia="zh-CN"/>
        </w:rPr>
        <w:t>　　很多都是有学习委员在班级内通知，通知主要分为几种类型：调课，会议，讲座，放假，补考等。在不影响同学们学习的情况下，我及时地通知到每一个同学。通知一般写在黑板上，按通知格式书写。我会深入广大同学中，认真听取同学的建议、意见和要求，为同学服好务。</w:t>
      </w:r>
      <w:r>
        <w:rPr>
          <w:lang w:eastAsia="zh-CN"/>
        </w:rPr>
        <w:br/>
      </w:r>
      <w:r>
        <w:rPr>
          <w:lang w:eastAsia="zh-CN"/>
        </w:rPr>
        <w:t>　　2、工作上与教师多联系交流</w:t>
      </w:r>
      <w:r>
        <w:rPr>
          <w:lang w:eastAsia="zh-CN"/>
        </w:rPr>
        <w:br/>
      </w:r>
      <w:r>
        <w:rPr>
          <w:lang w:eastAsia="zh-CN"/>
        </w:rPr>
        <w:t>　　作为学习委员，一个重要的职责就是带动全班同学积极学习，因此，我时常收集同学们在学习中遇到的困难，向老师反映，以求得到解决，同时也会与老师交流同学们的一些关于促进教学的建议，能使教与学能够顺利高效地进行。平时的一些通知是从专门负责的老师处领取，当遇到问题和同学有不了解的地方时，都要去老师处了解情况，尽快解决问题，不因此影响到正常的学习。</w:t>
      </w:r>
      <w:r>
        <w:rPr>
          <w:lang w:eastAsia="zh-CN"/>
        </w:rPr>
        <w:br/>
      </w:r>
      <w:r>
        <w:rPr>
          <w:lang w:eastAsia="zh-CN"/>
        </w:rPr>
        <w:t>　　3、学风上做同学表率</w:t>
      </w:r>
      <w:r>
        <w:rPr>
          <w:lang w:eastAsia="zh-CN"/>
        </w:rPr>
        <w:br/>
      </w:r>
      <w:r>
        <w:rPr>
          <w:lang w:eastAsia="zh-CN"/>
        </w:rPr>
        <w:t>　　作为学习委员，在学习上应该起带头作用，一方面在按时上课的情况下，认真学习;另一方面也要顺利完成老师布置的课程任务，积极配合老师完成教学任务。平时努力学习，帮助同学，多与学习上有困难的.同学交流，带动全班同学一起学习，营造一个良好的学习氛围，树立良好学风。我会多与其他班的学习委员交流，互通消息，互相反映班里的学习情况，把学习委员的工作做得有声有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4、召开课代表会议，了解各学科学习情况以及各个课代表的工作情况，及时作出评价，发现问题后及时向其提出要求改正，并根据实际情况向课代表布置任务。及时向任课教师反映;同时将教师有关要求带给同学，师生共同提高教学质量。</w:t>
      </w:r>
      <w:r>
        <w:rPr>
          <w:lang w:eastAsia="zh-CN"/>
        </w:rPr>
        <w:br/>
      </w:r>
      <w:r>
        <w:rPr>
          <w:lang w:eastAsia="zh-CN"/>
        </w:rPr>
        <w:t>　　5、总结</w:t>
      </w:r>
      <w:r>
        <w:rPr>
          <w:lang w:eastAsia="zh-CN"/>
        </w:rPr>
        <w:br/>
      </w:r>
      <w:r>
        <w:rPr>
          <w:lang w:eastAsia="zh-CN"/>
        </w:rPr>
        <w:t>　　(1)根据发现的问题，将其及时记录，写出评价，整理进月底的小结中。</w:t>
      </w:r>
      <w:r>
        <w:rPr>
          <w:lang w:eastAsia="zh-CN"/>
        </w:rPr>
        <w:br/>
      </w:r>
      <w:r>
        <w:rPr>
          <w:lang w:eastAsia="zh-CN"/>
        </w:rPr>
        <w:t>　　(2)在每月底进行一次小结，总结近一个月来同学们关于学习的不足，想出改正方法，并做好下一月工作的准备。</w:t>
      </w:r>
      <w:r>
        <w:rPr>
          <w:lang w:eastAsia="zh-CN"/>
        </w:rPr>
        <w:br/>
      </w:r>
      <w:r>
        <w:rPr>
          <w:lang w:eastAsia="zh-CN"/>
        </w:rPr>
        <w:t>　　(3)在期末进行一次总结，总结一学期来同学们在学习上的优点、不足，提出建议，并为下一学期的工作制定计划。</w:t>
      </w:r>
      <w:r>
        <w:rPr>
          <w:lang w:eastAsia="zh-CN"/>
        </w:rPr>
        <w:br/>
      </w:r>
      <w:r>
        <w:rPr>
          <w:lang w:eastAsia="zh-CN"/>
        </w:rPr>
        <w:t>　　二、学习上的问题</w:t>
      </w:r>
      <w:r>
        <w:rPr>
          <w:lang w:eastAsia="zh-CN"/>
        </w:rPr>
        <w:br/>
      </w:r>
      <w:r>
        <w:rPr>
          <w:lang w:eastAsia="zh-CN"/>
        </w:rPr>
        <w:t>　　观察了一个月，我发现有少部分学习上不积极——(1)有的同学课堂听讲被动，不能跟着老师“走”，不积极思考和有效回答问题，甚至有的同学根本不听讲。(2)有的同学不能主动学习，除了作业(作业还有学生晚交、忘带、空题等现象)外不再多学一点，即使不会的问题也不找老师问清楚，自觉性主动性很差。从中看出有一点“无所谓”的心态。希望端正学习态度，认真对待学习，思想要重视。</w:t>
      </w:r>
      <w:r>
        <w:rPr>
          <w:lang w:eastAsia="zh-CN"/>
        </w:rPr>
        <w:br/>
      </w:r>
      <w:r>
        <w:rPr>
          <w:lang w:eastAsia="zh-CN"/>
        </w:rPr>
        <w:t>　　我将在班主任和任课教师的指导下，尽力发挥积极作用，为全班同学的学习进步作出努力。</w:t>
      </w:r>
      <w:r>
        <w:rPr>
          <w:lang w:eastAsia="zh-CN"/>
        </w:rPr>
        <w:br/>
      </w:r>
      <w:r>
        <w:rPr>
          <w:lang w:eastAsia="zh-CN"/>
        </w:rPr>
        <w:t>　　上述内容便是我的工作计划，如有不足，请大家给我指出，我会去竭力改正。最后，希望大家配合我的工作，让我能够把这份工作干出采。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学习委员的工作计划 篇4 </w:t>
      </w:r>
      <w:r>
        <w:rPr>
          <w:lang w:eastAsia="zh-CN"/>
        </w:rPr>
        <w:br/>
      </w:r>
      <w:r>
        <w:rPr>
          <w:lang w:eastAsia="zh-CN"/>
        </w:rPr>
        <w:t>　　美好的新一年已开始，经过20__年半年的经验，作为学委，我对学委的各项工作都有了一定的了解，在新的学年，我将再接再厉做好自己的本分工作，做一个尽职尽责的班委:学习上为同学服务，工作上与教师多交流，学风上做同学表率。在新的一年同学们都有了不同的目标，针对同学们的情况我将新学期工作计划如下：</w:t>
      </w:r>
      <w:r>
        <w:rPr>
          <w:lang w:eastAsia="zh-CN"/>
        </w:rPr>
        <w:br/>
      </w:r>
      <w:r>
        <w:rPr>
          <w:lang w:eastAsia="zh-CN"/>
        </w:rPr>
        <w:t>　　(一)学习上为同学服务，让同学们能轻松学习</w:t>
      </w:r>
      <w:r>
        <w:rPr>
          <w:lang w:eastAsia="zh-CN"/>
        </w:rPr>
        <w:br/>
      </w:r>
      <w:r>
        <w:rPr>
          <w:lang w:eastAsia="zh-CN"/>
        </w:rPr>
        <w:t>　　在这新的一年同学们面临就业和考研的选择，有的同学在这两者之间摇摆不定，大家都感觉压力很大，感觉很迷茫。在生活上为了给同学们营造一个良好的轻松学习环境，在班委的商讨下决定3月中旬会举行一次春游，作为学委我会积极调动同学们让他们加入活动中，给同学们繁重的学习一次减压，让他们有一个好的愉快的开端。在学习上：为同学们建立好的考研和考公务员的交流平台，及时有效传递信息，关注教务处文件，将一些报考信息、报告讲座等及时的通知到每一个同学；关注社会动态紧跟时代步伐，通过上网搜索，将考研和公务员之类的考试信息及时和同学们交流共享，提高大家的就业意识和竞争能力。关注班级的每一位同学的学习情况，多与同学交流，了解班级同学在学习中所遇到的问题。对于可以解决的积极协助解决，问题严重的就征求老师的意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学校经常会下发一些通知，这些通知，很多都是由学委在班级内通知，通知主要分几种类型：调课，会议，讲座，放假，补考，以及考证等。为了能在不影响同学们学习的情况下，我会针对这些通知分轻重缓急适时适当地通知到每一个同学，具体要按情况通知，有时是按宿舍通知(我们班的同学宿舍在南区、西区都比较集中)，有时在课间通知，或者通过飞信，以更好的将通知通知到位。本学期有大学六级、计算机过级考试、英语专业四级等各项考试，我将尽责组织好同学的报考工作!</w:t>
      </w:r>
      <w:r>
        <w:rPr>
          <w:lang w:eastAsia="zh-CN"/>
        </w:rPr>
        <w:br/>
      </w:r>
      <w:r>
        <w:rPr>
          <w:lang w:eastAsia="zh-CN"/>
        </w:rPr>
        <w:t>　　(二)鼓励专业课的学习，学好专业知识</w:t>
      </w:r>
      <w:r>
        <w:rPr>
          <w:lang w:eastAsia="zh-CN"/>
        </w:rPr>
        <w:br/>
      </w:r>
      <w:r>
        <w:rPr>
          <w:lang w:eastAsia="zh-CN"/>
        </w:rPr>
        <w:t>　　在这一年多数同学会忙于考研或考公务员、考证之类的事情，而忽视专业课的学习，但是专业知识是我们工作中所必须具备的。因此在平常学习中，把更所的精力放在专业课上。重视班级同学在专业课上的表现、课堂纪律以及作业完成情况，大家相互讨论相互帮助相互学习，多于老师交流反映学习中遇到的问题。</w:t>
      </w:r>
      <w:r>
        <w:rPr>
          <w:lang w:eastAsia="zh-CN"/>
        </w:rPr>
        <w:br/>
      </w:r>
      <w:r>
        <w:rPr>
          <w:lang w:eastAsia="zh-CN"/>
        </w:rPr>
        <w:t>　　由于专升本的'学生分了不同的专业，而我们计本一班34位同学有十八位选择了软件，十六位选择了网络。作为学习委员我根据自己的情况选择了网络，这样我对选择软件的同学会带来些不方便，例如老师交待的作业、上机安排和老师的沟通等问题。为了更方便选择软件方向的同学我和其他班委研究决定再找位同学负责软件专业同学的收作业、课程调整之类的基本事务，而繁琐的事务则由我来处理。在以后的学习中我也会随时了解软件同学学习中的问题，积极采取应对措施。</w:t>
      </w:r>
      <w:r>
        <w:rPr>
          <w:lang w:eastAsia="zh-CN"/>
        </w:rPr>
        <w:br/>
      </w:r>
      <w:r>
        <w:rPr>
          <w:lang w:eastAsia="zh-CN"/>
        </w:rPr>
        <w:t>　　(三)学风上做同学表率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作为学习委员，我要做到在学习上应该起带头作用，一方面在按时上课的情况下，认真学习，另一方面也要顺利完成老师布置的课程任务，积极配合老师完成教学任务。平时努力学习，帮助同学，多与学习上有困难的同学交流，带动全班同学一起学习，营造一个良好的学习氛围，树立良好学风，班风。</w:t>
      </w:r>
      <w:r>
        <w:rPr>
          <w:lang w:eastAsia="zh-CN"/>
        </w:rPr>
        <w:br/>
      </w:r>
      <w:r>
        <w:rPr>
          <w:lang w:eastAsia="zh-CN"/>
        </w:rPr>
        <w:t>　　(四)工作上与教师和其他班委多联系交流</w:t>
      </w:r>
      <w:r>
        <w:rPr>
          <w:lang w:eastAsia="zh-CN"/>
        </w:rPr>
        <w:br/>
      </w:r>
      <w:r>
        <w:rPr>
          <w:lang w:eastAsia="zh-CN"/>
        </w:rPr>
        <w:t>　　作为学委，还有一个重要的职责就是带动全班同学积极学习，因此，我将收集同学们在学习中遇到的困难，向老师反映，以求得到解决，同时也会与老师交流同学们的一些关于促进教学的建议，能使教与学能够顺利高效地进行。积极的与其他学委交流工作经验，相互之间取长补短，对有利于班级学习的措施积极采纳，并且努力实践。</w:t>
      </w:r>
      <w:r>
        <w:rPr>
          <w:lang w:eastAsia="zh-CN"/>
        </w:rPr>
        <w:br/>
      </w:r>
      <w:r>
        <w:rPr>
          <w:lang w:eastAsia="zh-CN"/>
        </w:rPr>
        <w:t>　　以上就是我对20__年新学期的学习工作计划的整体思路，作为学习委员，不论在生活，学习，还是工作上，都要以为同学服务为宗旨，努力提高自身素质，为全班同学的学习贡献一份力，我将在新的学年做好自己的本职工作，在以后的工作实践中，我会不断的进行工作总结，并且积极汲取班级同学的指点和意见，对班级的学习工作进行改进与提高。我相信在我们20__级计算机一班同学的共同努力下，我们班级的学习状况会更上一层楼，大家到的努力都会有一个好的回报!</w:t>
      </w:r>
      <w:r>
        <w:rPr>
          <w:lang w:eastAsia="zh-CN"/>
        </w:rPr>
        <w:br/>
      </w:r>
      <w:r>
        <w:rPr>
          <w:lang w:eastAsia="zh-CN"/>
        </w:rPr>
        <w:t xml:space="preserve">    学习委员的工作计划 篇5 </w:t>
      </w:r>
      <w:r>
        <w:rPr>
          <w:lang w:eastAsia="zh-CN"/>
        </w:rPr>
        <w:br/>
      </w:r>
      <w:r>
        <w:rPr>
          <w:lang w:eastAsia="zh-CN"/>
        </w:rPr>
        <w:t>　　工作目标：校级优秀学习班级</w:t>
      </w:r>
      <w:r>
        <w:rPr>
          <w:lang w:eastAsia="zh-CN"/>
        </w:rPr>
        <w:br/>
      </w:r>
      <w:r>
        <w:rPr>
          <w:lang w:eastAsia="zh-CN"/>
        </w:rPr>
        <w:t>　　工作宗旨：团结同学，发动所有同学，注重学习！全心全意为全体同学服务。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工作思想：以学院学习工作计划为知道思想，配合学科部开展的各项工作。本学期的工作重点是抓好学习建设，抓好大学入学思想教育，让同学形成良好的学习习惯。</w:t>
      </w:r>
      <w:r>
        <w:rPr>
          <w:lang w:eastAsia="zh-CN"/>
        </w:rPr>
        <w:br/>
      </w:r>
      <w:r>
        <w:rPr>
          <w:lang w:eastAsia="zh-CN"/>
        </w:rPr>
        <w:t>　　我对自己的工作有了进一步的分析。而且在这学期的工作要有所完善，透视开学到现在身为学习委员的我，点点滴滴都时刻隐现在我的眼前，在班上我真的学习到了很多，感触非常的深厚，在做到锻炼自我能力之余要尽心尽力服务于同学们。以下是我本学期工作计划的初步计划：</w:t>
      </w:r>
      <w:r>
        <w:rPr>
          <w:lang w:eastAsia="zh-CN"/>
        </w:rPr>
        <w:br/>
      </w:r>
      <w:r>
        <w:rPr>
          <w:lang w:eastAsia="zh-CN"/>
        </w:rPr>
        <w:t>　　1、抓好同学们的上课出勤率，对无故旷课的同学作好思想工作；</w:t>
      </w:r>
      <w:r>
        <w:rPr>
          <w:lang w:eastAsia="zh-CN"/>
        </w:rPr>
        <w:br/>
      </w:r>
      <w:r>
        <w:rPr>
          <w:lang w:eastAsia="zh-CN"/>
        </w:rPr>
        <w:t>　　2、记好每科老师发下的作业，多提醒同学按时完成作业；</w:t>
      </w:r>
      <w:r>
        <w:rPr>
          <w:lang w:eastAsia="zh-CN"/>
        </w:rPr>
        <w:br/>
      </w:r>
      <w:r>
        <w:rPr>
          <w:lang w:eastAsia="zh-CN"/>
        </w:rPr>
        <w:t>　　3、努力配合老师的工作，成为老师与学生沟通的纽带，同学有意见可通过我传达给各位老师；</w:t>
      </w:r>
      <w:r>
        <w:rPr>
          <w:lang w:eastAsia="zh-CN"/>
        </w:rPr>
        <w:br/>
      </w:r>
      <w:r>
        <w:rPr>
          <w:lang w:eastAsia="zh-CN"/>
        </w:rPr>
        <w:t>　　4、搞学习、谋发展。在从每一学期的学习情况来看，我们班的成绩并不是最好的一个，在学习劲头也还是存在一些小问题的我会把提高班中的总体成绩作有必要我决定搞一个学习兴趣小组，让大家对每天所学的东西得到更好的巩固，为以后的学习打下基础。</w:t>
      </w:r>
      <w:r>
        <w:rPr>
          <w:lang w:eastAsia="zh-CN"/>
        </w:rPr>
        <w:br/>
      </w:r>
      <w:r>
        <w:rPr>
          <w:lang w:eastAsia="zh-CN"/>
        </w:rPr>
        <w:t>　　5、通过谈心等形式，促使同学们提高学习兴趣，端正学习态度，充分意识到本学期学习任务的重要。总结上学期学习中的收获和不足。在心学期中改选更张，使自己的专业知识更上一层楼。</w:t>
      </w:r>
      <w:r>
        <w:rPr>
          <w:lang w:eastAsia="zh-CN"/>
        </w:rPr>
        <w:br/>
      </w:r>
      <w:r>
        <w:rPr>
          <w:lang w:eastAsia="zh-CN"/>
        </w:rPr>
        <w:t>　　6、为了丰富同学们的课余生活，繁荣校园文化，为同学提供一个锻炼自我，展示自我文采的舞台，如果有时间我将于4月举办作文大赛。同时选出优秀作品送学校广播电台。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7、一切的工作都离不开同学们的支持，我会定期召集班里的班委开会，加强工作交流，为本学期能顺利完成各项活动做好铺垫，也将为大家之间的学习起到一定的促进作用。还能及时了解同学们的学习及对我的'建议或看法。</w:t>
      </w:r>
      <w:r>
        <w:rPr>
          <w:lang w:eastAsia="zh-CN"/>
        </w:rPr>
        <w:br/>
      </w:r>
      <w:r>
        <w:rPr>
          <w:lang w:eastAsia="zh-CN"/>
        </w:rPr>
        <w:t>　　8、如果条件允许，可以和其他班进行经验交流，以便促进班与班之间的了解，这样对我班可以提高英语水平，对外语系可以提高计算机水平，一举两得。</w:t>
      </w:r>
      <w:r>
        <w:rPr>
          <w:lang w:eastAsia="zh-CN"/>
        </w:rPr>
        <w:br/>
      </w:r>
      <w:r>
        <w:rPr>
          <w:lang w:eastAsia="zh-CN"/>
        </w:rPr>
        <w:t>　　9、为了达到教学互动，在期末之际，我们可以举行一次学生座谈会，有教师参加，主题主要是关于学生对任课老师教学的意见和建议，以便提高教学质量，达到教学相长的目的</w:t>
      </w:r>
      <w:r>
        <w:rPr>
          <w:lang w:eastAsia="zh-CN"/>
        </w:rPr>
        <w:br/>
      </w:r>
      <w:r>
        <w:rPr>
          <w:lang w:eastAsia="zh-CN"/>
        </w:rPr>
        <w:t>　　总之实践是最好的老师，在努力提升自己的同时将班级建设的更加融洽、和谐。尽心尽力为同学服务和班委处理好关系，我相信在我们一起努力下我们班会走的更远！</w:t>
      </w:r>
      <w:r>
        <w:rPr>
          <w:lang w:eastAsia="zh-CN"/>
        </w:rPr>
        <w:br/>
      </w:r>
      <w:r>
        <w:rPr>
          <w:lang w:eastAsia="zh-CN"/>
        </w:rPr>
        <w:t xml:space="preserve">    学习委员的工作计划 篇6 </w:t>
      </w:r>
      <w:r>
        <w:rPr>
          <w:lang w:eastAsia="zh-CN"/>
        </w:rPr>
        <w:br/>
      </w:r>
      <w:r>
        <w:rPr>
          <w:lang w:eastAsia="zh-CN"/>
        </w:rPr>
        <w:t>　　大二下学期在本班继续担任班干,之所以选择学习委员这个职务,是因为我觉得在锻炼我自身的同时,我也希望能用我自己的这份认真和执着鼓励带动整个班集体的积极向上的学习氛围。现在是大二,可以说这整一个学年对于我们的同学来说都是至关重要的,不论每个人是选择考研还是实习,我都深刻的认为每个同学都不能放松了本课业的学习。</w:t>
      </w:r>
      <w:r>
        <w:rPr>
          <w:lang w:eastAsia="zh-CN"/>
        </w:rPr>
        <w:br/>
      </w:r>
      <w:r>
        <w:rPr>
          <w:lang w:eastAsia="zh-CN"/>
        </w:rPr>
        <w:t>　　根据本班的自身特点,我制定了如下的一些工作计划。目的是营造浓厚的学习气氛,调动本班同学的学习积极性。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1.以身作则,为班上树立学习的榜样,认真学习,上好每一堂课。</w:t>
      </w:r>
      <w:r>
        <w:rPr>
          <w:lang w:eastAsia="zh-CN"/>
        </w:rPr>
        <w:br/>
      </w:r>
      <w:r>
        <w:rPr>
          <w:lang w:eastAsia="zh-CN"/>
        </w:rPr>
        <w:t>　　2.及时传达各任课老师关于学习方面的任务和要求,提醒同学按时完成作业。</w:t>
      </w:r>
      <w:r>
        <w:rPr>
          <w:lang w:eastAsia="zh-CN"/>
        </w:rPr>
        <w:br/>
      </w:r>
      <w:r>
        <w:rPr>
          <w:lang w:eastAsia="zh-CN"/>
        </w:rPr>
        <w:t>　　3.平时做好一些必要的`记录工作如个人的会议记录等,及时传达给同学们。</w:t>
      </w:r>
      <w:r>
        <w:rPr>
          <w:lang w:eastAsia="zh-CN"/>
        </w:rPr>
        <w:br/>
      </w:r>
      <w:r>
        <w:rPr>
          <w:lang w:eastAsia="zh-CN"/>
        </w:rPr>
        <w:t>　　4.与本班同学多交流,了解大家的需要和想法,采纳他们提出的一些关于学习方面的建议和意见,采取措施,改善同学们的学习环境。</w:t>
      </w:r>
      <w:r>
        <w:rPr>
          <w:lang w:eastAsia="zh-CN"/>
        </w:rPr>
        <w:br/>
      </w:r>
      <w:r>
        <w:rPr>
          <w:lang w:eastAsia="zh-CN"/>
        </w:rPr>
        <w:t>　　5.热心帮助学习上有困难的同学,互帮互助。</w:t>
      </w:r>
      <w:r>
        <w:rPr>
          <w:lang w:eastAsia="zh-CN"/>
        </w:rPr>
        <w:br/>
      </w:r>
      <w:r>
        <w:rPr>
          <w:lang w:eastAsia="zh-CN"/>
        </w:rPr>
        <w:t>　　6.监督好同学,让他们有好的学习态度及成绩,管理好作业上交情况。</w:t>
      </w:r>
      <w:r>
        <w:rPr>
          <w:lang w:eastAsia="zh-CN"/>
        </w:rPr>
        <w:br/>
      </w:r>
      <w:r>
        <w:rPr>
          <w:lang w:eastAsia="zh-CN"/>
        </w:rPr>
        <w:t>　　7. 努力配合老师的工作,成为老师与学生沟通的纽带,同学有意见可通过我传达给各位老师。</w:t>
      </w:r>
      <w:r>
        <w:rPr>
          <w:lang w:eastAsia="zh-CN"/>
        </w:rPr>
        <w:br/>
      </w:r>
      <w:r>
        <w:rPr>
          <w:lang w:eastAsia="zh-CN"/>
        </w:rPr>
        <w:t>　　8.在临近考试的时候.了解大家的思想波动,努力使班风保持优良。防止本班同学有厌学或者作弊等不良思想,搞好考试动员工作。</w:t>
      </w:r>
      <w:r>
        <w:rPr>
          <w:lang w:eastAsia="zh-CN"/>
        </w:rPr>
        <w:br/>
      </w:r>
      <w:r>
        <w:rPr>
          <w:lang w:eastAsia="zh-CN"/>
        </w:rPr>
        <w:t>　　9.抓好同学们的上课出勤率,对无故旷课的同学作好思想工作;</w:t>
      </w:r>
      <w:r>
        <w:rPr>
          <w:lang w:eastAsia="zh-CN"/>
        </w:rPr>
        <w:br/>
      </w:r>
      <w:r>
        <w:rPr>
          <w:lang w:eastAsia="zh-CN"/>
        </w:rPr>
        <w:t>　　10.经常鼓动同学们参加一些有意义的课外活动。</w:t>
      </w:r>
      <w:r>
        <w:rPr>
          <w:lang w:eastAsia="zh-CN"/>
        </w:rPr>
        <w:br/>
      </w:r>
      <w:r>
        <w:rPr>
          <w:lang w:eastAsia="zh-CN"/>
        </w:rPr>
        <w:t>　　这就是我的初步计划,按计划行事不但需要坚强的毅力,还需要同学们的配合,在以后的工作中,我希望自己可以在同学们的监督下,在坚持"三心"原则 -----信心、耐心、恒心的基础上努力践行自己的计划安排,将工作及时顺利完成。这计划在实践中还会不断的完善在不断完善中施行。争取做一个合格的优秀的班干部。使我们班的同学变得更加优秀,我们的班级更加美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学习委员的工作计划 篇7 </w:t>
      </w:r>
      <w:r>
        <w:rPr>
          <w:lang w:eastAsia="zh-CN"/>
        </w:rPr>
        <w:br/>
      </w:r>
      <w:r>
        <w:rPr>
          <w:lang w:eastAsia="zh-CN"/>
        </w:rPr>
        <w:t>　　我作为学习委员的工作宗旨：团结同学,发动所有同学,注重学习。全心全意为全体同学服务。本学期的工作重点是抓好学习常规建设,让同学形成来年良好的学习习惯。</w:t>
      </w:r>
      <w:r>
        <w:rPr>
          <w:lang w:eastAsia="zh-CN"/>
        </w:rPr>
        <w:br/>
      </w:r>
      <w:r>
        <w:rPr>
          <w:lang w:eastAsia="zh-CN"/>
        </w:rPr>
        <w:t>　　作为学习委员，主要负责同学日常学习习惯检查、课代表工作检查和学习带头模范作用。</w:t>
      </w:r>
      <w:r>
        <w:rPr>
          <w:lang w:eastAsia="zh-CN"/>
        </w:rPr>
        <w:br/>
      </w:r>
      <w:r>
        <w:rPr>
          <w:lang w:eastAsia="zh-CN"/>
        </w:rPr>
        <w:t>　　首先，学校、老师对学生学习方面的要求归纳如下：</w:t>
      </w:r>
      <w:r>
        <w:rPr>
          <w:lang w:eastAsia="zh-CN"/>
        </w:rPr>
        <w:br/>
      </w:r>
      <w:r>
        <w:rPr>
          <w:lang w:eastAsia="zh-CN"/>
        </w:rPr>
        <w:t>　　一、学习要求</w:t>
      </w:r>
      <w:r>
        <w:rPr>
          <w:lang w:eastAsia="zh-CN"/>
        </w:rPr>
        <w:br/>
      </w:r>
      <w:r>
        <w:rPr>
          <w:lang w:eastAsia="zh-CN"/>
        </w:rPr>
        <w:t>　　语文：</w:t>
      </w:r>
      <w:r>
        <w:rPr>
          <w:lang w:eastAsia="zh-CN"/>
        </w:rPr>
        <w:br/>
      </w:r>
      <w:r>
        <w:rPr>
          <w:lang w:eastAsia="zh-CN"/>
        </w:rPr>
        <w:t>　　1、要有“死记硬背”之功，要有质疑问难之心，要有合作探究之志。</w:t>
      </w:r>
      <w:r>
        <w:rPr>
          <w:lang w:eastAsia="zh-CN"/>
        </w:rPr>
        <w:br/>
      </w:r>
      <w:r>
        <w:rPr>
          <w:lang w:eastAsia="zh-CN"/>
        </w:rPr>
        <w:t>　　2、预习要求：绿色笔——阅读课文时，标出遇到不懂的问题;蓝色笔——标画重点、要点、概念、原理和容易忽略之处;红色笔——改错。质疑用“?”，重点句子用“~~~~”，课下重点注释“√”，重点字“□”。</w:t>
      </w:r>
      <w:r>
        <w:rPr>
          <w:lang w:eastAsia="zh-CN"/>
        </w:rPr>
        <w:br/>
      </w:r>
      <w:r>
        <w:rPr>
          <w:lang w:eastAsia="zh-CN"/>
        </w:rPr>
        <w:t>　　3、作业：保质保量，按时完成/上交，书写规范。</w:t>
      </w:r>
      <w:r>
        <w:rPr>
          <w:lang w:eastAsia="zh-CN"/>
        </w:rPr>
        <w:br/>
      </w:r>
      <w:r>
        <w:rPr>
          <w:lang w:eastAsia="zh-CN"/>
        </w:rPr>
        <w:t>　　4、早读：7点30分，课代表准时开始早读，所有同学必须停下手头工作，开始早读。</w:t>
      </w:r>
      <w:r>
        <w:rPr>
          <w:lang w:eastAsia="zh-CN"/>
        </w:rPr>
        <w:br/>
      </w:r>
      <w:r>
        <w:rPr>
          <w:lang w:eastAsia="zh-CN"/>
        </w:rPr>
        <w:t>　　5、笔记：可以记在书上，也可以记录在自己准备的笔记本上。</w:t>
      </w:r>
      <w:r>
        <w:rPr>
          <w:lang w:eastAsia="zh-CN"/>
        </w:rPr>
        <w:br/>
      </w:r>
      <w:r>
        <w:rPr>
          <w:lang w:eastAsia="zh-CN"/>
        </w:rPr>
        <w:t>　　英语：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1、书写：每位同学力求做到：(1)作业严格按照四线格要求书写，注意语音培训时字母、音标的书写要求。(2)英语书写认真、工整、规范、漂亮，定期会举行优秀作业展览，对优秀作业进行全校展示。</w:t>
      </w:r>
      <w:r>
        <w:rPr>
          <w:lang w:eastAsia="zh-CN"/>
        </w:rPr>
        <w:br/>
      </w:r>
      <w:r>
        <w:rPr>
          <w:lang w:eastAsia="zh-CN"/>
        </w:rPr>
        <w:t>　　2、预习：(1)听剑桥国际英语课文，严格模仿配套光盘原版语音语调，并朗读背诵课文。(2)预习每单元时将生词查出音标、中英文词义、并用绿色荧光笔写在课本上。(3)用绿色荧光笔标出课文重点句型。(4)每单元语法点要预习并将重难点用绿色荧光笔标出。</w:t>
      </w:r>
      <w:r>
        <w:rPr>
          <w:lang w:eastAsia="zh-CN"/>
        </w:rPr>
        <w:br/>
      </w:r>
      <w:r>
        <w:rPr>
          <w:lang w:eastAsia="zh-CN"/>
        </w:rPr>
        <w:t>　　3、上课要求：英语课堂上讲英语、用英语。</w:t>
      </w:r>
      <w:r>
        <w:rPr>
          <w:lang w:eastAsia="zh-CN"/>
        </w:rPr>
        <w:br/>
      </w:r>
      <w:r>
        <w:rPr>
          <w:lang w:eastAsia="zh-CN"/>
        </w:rPr>
        <w:t>　　4、作业：(1)每日至少跟读模仿光盘20分钟，家长签字。(2)复习总结本节课所学内容，整理到导学案或笔记本上。(3)完成每日作业，包括导学案、课本练习题及练习册workbook。(4)认真预习下一节所学内容。(5)完成定期的英语录音作业，严格模仿配套光盘原版语音语调。(6)每次书面作业都要用红色笔及时改错。</w:t>
      </w:r>
      <w:r>
        <w:rPr>
          <w:lang w:eastAsia="zh-CN"/>
        </w:rPr>
        <w:br/>
      </w:r>
      <w:r>
        <w:rPr>
          <w:lang w:eastAsia="zh-CN"/>
        </w:rPr>
        <w:t>　　5、早读：时间：7点30分，课代表准时开始早读，所有同学必须停下手头工作，开始早读。</w:t>
      </w:r>
      <w:r>
        <w:rPr>
          <w:lang w:eastAsia="zh-CN"/>
        </w:rPr>
        <w:br/>
      </w:r>
      <w:r>
        <w:rPr>
          <w:lang w:eastAsia="zh-CN"/>
        </w:rPr>
        <w:t>　　6、笔记：一律记录在导学案、作业纸或卷子上。</w:t>
      </w:r>
      <w:r>
        <w:rPr>
          <w:lang w:eastAsia="zh-CN"/>
        </w:rPr>
        <w:br/>
      </w:r>
      <w:r>
        <w:rPr>
          <w:lang w:eastAsia="zh-CN"/>
        </w:rPr>
        <w:t>　　数学：</w:t>
      </w:r>
      <w:r>
        <w:rPr>
          <w:lang w:eastAsia="zh-CN"/>
        </w:rPr>
        <w:br/>
      </w:r>
      <w:r>
        <w:rPr>
          <w:lang w:eastAsia="zh-CN"/>
        </w:rPr>
        <w:t>　　1、预习：翻阅教科书下一课的内容，只求理解，不苛求死记硬背。根据教科书完成作业纸上的预习内容。</w:t>
      </w:r>
      <w:r>
        <w:rPr>
          <w:lang w:eastAsia="zh-CN"/>
        </w:rPr>
        <w:br/>
      </w:r>
      <w:r>
        <w:rPr>
          <w:lang w:eastAsia="zh-CN"/>
        </w:rPr>
        <w:t>　　2、作业：保质保量，按时完成/上交。</w:t>
      </w:r>
      <w:r>
        <w:rPr>
          <w:lang w:eastAsia="zh-CN"/>
        </w:rPr>
        <w:br/>
      </w:r>
      <w:r>
        <w:rPr>
          <w:lang w:eastAsia="zh-CN"/>
        </w:rPr>
        <w:t>　　3、书写时应按照格式，字要规范。</w:t>
      </w:r>
      <w:r>
        <w:rPr>
          <w:lang w:eastAsia="zh-CN"/>
        </w:rPr>
        <w:br/>
      </w:r>
      <w:r>
        <w:rPr>
          <w:lang w:eastAsia="zh-CN"/>
        </w:rPr>
        <w:t>　　思想品德：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1、作业：保质保量，按时完成/上交。“新闻播报”只准备3-5分钟的内容，要求是近一周来的新，闻预备铃打响后开始播报。</w:t>
      </w:r>
      <w:r>
        <w:rPr>
          <w:lang w:eastAsia="zh-CN"/>
        </w:rPr>
        <w:br/>
      </w:r>
      <w:r>
        <w:rPr>
          <w:lang w:eastAsia="zh-CN"/>
        </w:rPr>
        <w:t>　　2、笔记：上课要把重点在书上标画出来，有时要求整理到笔记本上。</w:t>
      </w:r>
      <w:r>
        <w:rPr>
          <w:lang w:eastAsia="zh-CN"/>
        </w:rPr>
        <w:br/>
      </w:r>
      <w:r>
        <w:rPr>
          <w:lang w:eastAsia="zh-CN"/>
        </w:rPr>
        <w:t>　　历史：</w:t>
      </w:r>
      <w:r>
        <w:rPr>
          <w:lang w:eastAsia="zh-CN"/>
        </w:rPr>
        <w:br/>
      </w:r>
      <w:r>
        <w:rPr>
          <w:lang w:eastAsia="zh-CN"/>
        </w:rPr>
        <w:t>　　1、作业：保质保量，按时完成/上交。</w:t>
      </w:r>
      <w:r>
        <w:rPr>
          <w:lang w:eastAsia="zh-CN"/>
        </w:rPr>
        <w:br/>
      </w:r>
      <w:r>
        <w:rPr>
          <w:lang w:eastAsia="zh-CN"/>
        </w:rPr>
        <w:t>　　2、笔记：提倡记在书或导学案上，少用笔记本。</w:t>
      </w:r>
      <w:r>
        <w:rPr>
          <w:lang w:eastAsia="zh-CN"/>
        </w:rPr>
        <w:br/>
      </w:r>
      <w:r>
        <w:rPr>
          <w:lang w:eastAsia="zh-CN"/>
        </w:rPr>
        <w:t>　　3、放假如果去旅游，可以将当地有关历史旅游区的照片准备一下，与老师交流好后，在课上展示，由老师详细讲解该段历史的内容。</w:t>
      </w:r>
      <w:r>
        <w:rPr>
          <w:lang w:eastAsia="zh-CN"/>
        </w:rPr>
        <w:br/>
      </w:r>
      <w:r>
        <w:rPr>
          <w:lang w:eastAsia="zh-CN"/>
        </w:rPr>
        <w:t>　　地理：</w:t>
      </w:r>
      <w:r>
        <w:rPr>
          <w:lang w:eastAsia="zh-CN"/>
        </w:rPr>
        <w:br/>
      </w:r>
      <w:r>
        <w:rPr>
          <w:lang w:eastAsia="zh-CN"/>
        </w:rPr>
        <w:t>　　1、作业：保质保量，按时完成/上交。</w:t>
      </w:r>
      <w:r>
        <w:rPr>
          <w:lang w:eastAsia="zh-CN"/>
        </w:rPr>
        <w:br/>
      </w:r>
      <w:r>
        <w:rPr>
          <w:lang w:eastAsia="zh-CN"/>
        </w:rPr>
        <w:t>　　2、记忆：以理解、记住大意为重，不需逐字逐句地背。</w:t>
      </w:r>
      <w:r>
        <w:rPr>
          <w:lang w:eastAsia="zh-CN"/>
        </w:rPr>
        <w:br/>
      </w:r>
      <w:r>
        <w:rPr>
          <w:lang w:eastAsia="zh-CN"/>
        </w:rPr>
        <w:t>　　3、讲究执行力：执行力要逐步提高，从而加快课堂进展的速度。</w:t>
      </w:r>
      <w:r>
        <w:rPr>
          <w:lang w:eastAsia="zh-CN"/>
        </w:rPr>
        <w:br/>
      </w:r>
      <w:r>
        <w:rPr>
          <w:lang w:eastAsia="zh-CN"/>
        </w:rPr>
        <w:t>　　生物：</w:t>
      </w:r>
      <w:r>
        <w:rPr>
          <w:lang w:eastAsia="zh-CN"/>
        </w:rPr>
        <w:br/>
      </w:r>
      <w:r>
        <w:rPr>
          <w:lang w:eastAsia="zh-CN"/>
        </w:rPr>
        <w:t>　　1、作业：保质保量，按时完成/上交。</w:t>
      </w:r>
      <w:r>
        <w:rPr>
          <w:lang w:eastAsia="zh-CN"/>
        </w:rPr>
        <w:br/>
      </w:r>
      <w:r>
        <w:rPr>
          <w:lang w:eastAsia="zh-CN"/>
        </w:rPr>
        <w:t>　　2、记忆：以理解、记住大意为重。</w:t>
      </w:r>
      <w:r>
        <w:rPr>
          <w:lang w:eastAsia="zh-CN"/>
        </w:rPr>
        <w:br/>
      </w:r>
      <w:r>
        <w:rPr>
          <w:lang w:eastAsia="zh-CN"/>
        </w:rPr>
        <w:t>　　3、要学会动手操作，这对日后的生物学习有极大作用。</w:t>
      </w:r>
      <w:r>
        <w:rPr>
          <w:lang w:eastAsia="zh-CN"/>
        </w:rPr>
        <w:br/>
      </w:r>
      <w:r>
        <w:rPr>
          <w:lang w:eastAsia="zh-CN"/>
        </w:rPr>
        <w:t>　　日语：</w:t>
      </w:r>
      <w:r>
        <w:rPr>
          <w:lang w:eastAsia="zh-CN"/>
        </w:rPr>
        <w:br/>
      </w:r>
      <w:r>
        <w:rPr>
          <w:lang w:eastAsia="zh-CN"/>
        </w:rPr>
        <w:t>　　1、根据课堂进度按时制作日语卡片，包括该假名的平、片形式及读音。</w:t>
      </w:r>
      <w:r>
        <w:rPr>
          <w:lang w:eastAsia="zh-CN"/>
        </w:rPr>
        <w:br/>
      </w:r>
      <w:r>
        <w:rPr>
          <w:lang w:eastAsia="zh-CN"/>
        </w:rPr>
        <w:t>　　2、课下要多练习日语发音。</w:t>
      </w:r>
      <w:r>
        <w:rPr>
          <w:lang w:eastAsia="zh-CN"/>
        </w:rPr>
        <w:br/>
      </w:r>
      <w:r>
        <w:rPr>
          <w:lang w:eastAsia="zh-CN"/>
        </w:rPr>
        <w:t>　　体育：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1、穿着运动服、运动鞋。</w:t>
      </w:r>
      <w:r>
        <w:rPr>
          <w:lang w:eastAsia="zh-CN"/>
        </w:rPr>
        <w:br/>
      </w:r>
      <w:r>
        <w:rPr>
          <w:lang w:eastAsia="zh-CN"/>
        </w:rPr>
        <w:t>　　2、身体不适及时请假，交请假条。</w:t>
      </w:r>
      <w:r>
        <w:rPr>
          <w:lang w:eastAsia="zh-CN"/>
        </w:rPr>
        <w:br/>
      </w:r>
      <w:r>
        <w:rPr>
          <w:lang w:eastAsia="zh-CN"/>
        </w:rPr>
        <w:t>　　二、课堂学习</w:t>
      </w:r>
      <w:r>
        <w:rPr>
          <w:lang w:eastAsia="zh-CN"/>
        </w:rPr>
        <w:br/>
      </w:r>
      <w:r>
        <w:rPr>
          <w:lang w:eastAsia="zh-CN"/>
        </w:rPr>
        <w:t>　　1、做好课前准备，包括教科书;导学案;作业纸;常用的书写、绘图工具;特别要求的练习本、作业本等，都要在课桌上摆放整齐。</w:t>
      </w:r>
      <w:r>
        <w:rPr>
          <w:lang w:eastAsia="zh-CN"/>
        </w:rPr>
        <w:br/>
      </w:r>
      <w:r>
        <w:rPr>
          <w:lang w:eastAsia="zh-CN"/>
        </w:rPr>
        <w:t>　　2、遵守课堂纪律。</w:t>
      </w:r>
      <w:r>
        <w:rPr>
          <w:lang w:eastAsia="zh-CN"/>
        </w:rPr>
        <w:br/>
      </w:r>
      <w:r>
        <w:rPr>
          <w:lang w:eastAsia="zh-CN"/>
        </w:rPr>
        <w:t>　　3、课堂气氛要积极活跃，配合老师讲课——多观察，勤思考，敢表达。</w:t>
      </w:r>
      <w:r>
        <w:rPr>
          <w:lang w:eastAsia="zh-CN"/>
        </w:rPr>
        <w:br/>
      </w:r>
      <w:r>
        <w:rPr>
          <w:lang w:eastAsia="zh-CN"/>
        </w:rPr>
        <w:t>　　三、课代表职责</w:t>
      </w:r>
      <w:r>
        <w:rPr>
          <w:lang w:eastAsia="zh-CN"/>
        </w:rPr>
        <w:br/>
      </w:r>
      <w:r>
        <w:rPr>
          <w:lang w:eastAsia="zh-CN"/>
        </w:rPr>
        <w:t>　　1、课代表首先应该做到以身作则、正直公正、积极主动、认真负责。全权负责本学科的一切学习任务。是班级中本学科的学习带头人和组织领导者。</w:t>
      </w:r>
      <w:r>
        <w:rPr>
          <w:lang w:eastAsia="zh-CN"/>
        </w:rPr>
        <w:br/>
      </w:r>
      <w:r>
        <w:rPr>
          <w:lang w:eastAsia="zh-CN"/>
        </w:rPr>
        <w:t>　　2、课代表应该有集体荣誉感。始终想老师之所想，急老师之所急，工作上要有服从意识和超前意识。思想上要有要求上进和敢于担当的精神。</w:t>
      </w:r>
      <w:r>
        <w:rPr>
          <w:lang w:eastAsia="zh-CN"/>
        </w:rPr>
        <w:br/>
      </w:r>
      <w:r>
        <w:rPr>
          <w:lang w:eastAsia="zh-CN"/>
        </w:rPr>
        <w:t>　　3、课代表应该在适当的时间内及时的收发作业，布置作业并且检查作业。若有未交者，作业不合格者，作业抄袭者，要及时记录在工作本上。</w:t>
      </w:r>
      <w:r>
        <w:rPr>
          <w:lang w:eastAsia="zh-CN"/>
        </w:rPr>
        <w:br/>
      </w:r>
      <w:r>
        <w:rPr>
          <w:lang w:eastAsia="zh-CN"/>
        </w:rPr>
        <w:t>　　4、课代表上课之前要去办公室询问老师本节课的学习任务并且及时地写在黑板上。上课之前要及时打开电脑等教学设备待课。</w:t>
      </w:r>
      <w:r>
        <w:rPr>
          <w:lang w:eastAsia="zh-CN"/>
        </w:rPr>
        <w:br/>
      </w:r>
      <w:r>
        <w:rPr>
          <w:lang w:eastAsia="zh-CN"/>
        </w:rPr>
        <w:t>　　5、课代表在上课时应该协助老师维持课堂纪律，积极配合老师授课，并举手发言。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6、课代表要把课堂上的纪律等情况及时记录在工作本上。每节课包括自习课的情况和作业收交情况要有详细记录。</w:t>
      </w:r>
      <w:r>
        <w:rPr>
          <w:lang w:eastAsia="zh-CN"/>
        </w:rPr>
        <w:br/>
      </w:r>
      <w:r>
        <w:rPr>
          <w:lang w:eastAsia="zh-CN"/>
        </w:rPr>
        <w:t xml:space="preserve">    学习委员的工作计划 篇8 </w:t>
      </w:r>
      <w:r>
        <w:rPr>
          <w:lang w:eastAsia="zh-CN"/>
        </w:rPr>
        <w:br/>
      </w:r>
      <w:r>
        <w:rPr>
          <w:lang w:eastAsia="zh-CN"/>
        </w:rPr>
        <w:t>　　新的学期又开始了，时间过的很快，转眼间，我们已经大二了。在这近1年半的时间里，我们班的同学一齐努力，取得了不错的成绩，班级同学彼此间的感情也不断加深。作为连任班长，我决心尽我的力量继续为同学们服务。</w:t>
      </w:r>
      <w:r>
        <w:rPr>
          <w:lang w:eastAsia="zh-CN"/>
        </w:rPr>
        <w:br/>
      </w:r>
      <w:r>
        <w:rPr>
          <w:lang w:eastAsia="zh-CN"/>
        </w:rPr>
        <w:t>　　在一个班级中，如果全班同学都拧成一股绳，劲往一处使，那么没有什么事情是不能办到的。同时，在这样的氛围中，也将更容易调动大家的学习用心性以及用心参与社会活动的热情。</w:t>
      </w:r>
      <w:r>
        <w:rPr>
          <w:lang w:eastAsia="zh-CN"/>
        </w:rPr>
        <w:br/>
      </w:r>
      <w:r>
        <w:rPr>
          <w:lang w:eastAsia="zh-CN"/>
        </w:rPr>
        <w:t>　　鉴于此，我认为，班级工作应从群众凝聚力中入手。这一问题解决了，其他问题也将迎刃而解。</w:t>
      </w:r>
      <w:r>
        <w:rPr>
          <w:lang w:eastAsia="zh-CN"/>
        </w:rPr>
        <w:br/>
      </w:r>
      <w:r>
        <w:rPr>
          <w:lang w:eastAsia="zh-CN"/>
        </w:rPr>
        <w:t>　　所以，我这学期的工作目标是以下3点：</w:t>
      </w:r>
      <w:r>
        <w:rPr>
          <w:lang w:eastAsia="zh-CN"/>
        </w:rPr>
        <w:br/>
      </w:r>
      <w:r>
        <w:rPr>
          <w:lang w:eastAsia="zh-CN"/>
        </w:rPr>
        <w:t>　　1、增强同学们的群众荣誉感、增强群众凝聚力。</w:t>
      </w:r>
      <w:r>
        <w:rPr>
          <w:lang w:eastAsia="zh-CN"/>
        </w:rPr>
        <w:br/>
      </w:r>
      <w:r>
        <w:rPr>
          <w:lang w:eastAsia="zh-CN"/>
        </w:rPr>
        <w:t>　　2、学生以学为本，力求班级整体成绩更上一层楼；同时丰富课余文化生活。</w:t>
      </w:r>
      <w:r>
        <w:rPr>
          <w:lang w:eastAsia="zh-CN"/>
        </w:rPr>
        <w:br/>
      </w:r>
      <w:r>
        <w:rPr>
          <w:lang w:eastAsia="zh-CN"/>
        </w:rPr>
        <w:t>　　3、在上一届班委工作基础之上，树立班级形象、争创院级、校级先进班级。</w:t>
      </w:r>
      <w:r>
        <w:rPr>
          <w:lang w:eastAsia="zh-CN"/>
        </w:rPr>
        <w:br/>
      </w:r>
      <w:r>
        <w:rPr>
          <w:lang w:eastAsia="zh-CN"/>
        </w:rPr>
        <w:t>　　具体工作计划：</w:t>
      </w:r>
      <w:r>
        <w:rPr>
          <w:lang w:eastAsia="zh-CN"/>
        </w:rPr>
        <w:br/>
      </w:r>
      <w:r>
        <w:rPr>
          <w:lang w:eastAsia="zh-CN"/>
        </w:rPr>
        <w:t>　　1、用心开展文体活动。在本学期开展二至三次文体活动，比如说羽毛球比赛、男女混合的篮球比赛等，还有，在期中组织一次群众出游，以此到达增强同学间感情及锻炼身体的目的。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2、发挥班级群众的温暖，向每一位需要帮忙的班级成员伸出最无私的援助之手。计划与青年志愿队联系，参与一次大型的公益活动，如慰问老人院等。</w:t>
      </w:r>
      <w:r>
        <w:rPr>
          <w:lang w:eastAsia="zh-CN"/>
        </w:rPr>
        <w:br/>
      </w:r>
      <w:r>
        <w:rPr>
          <w:lang w:eastAsia="zh-CN"/>
        </w:rPr>
        <w:t>　　3、实行班务公开。设立班务公开日（一月一次），是班级事务更加公开化、透明化，使班级里的同学人人都能够参与到群众事务中来。同时，广泛采纳同学们对班级事务的意见，集思广益，争取使班级工作更上一层楼。</w:t>
      </w:r>
      <w:r>
        <w:rPr>
          <w:lang w:eastAsia="zh-CN"/>
        </w:rPr>
        <w:br/>
      </w:r>
      <w:r>
        <w:rPr>
          <w:lang w:eastAsia="zh-CN"/>
        </w:rPr>
        <w:t>　　4、建立学习互助对子。让学习成绩较为落后的同学得到及时的帮忙，同时也能培养同学们的互助精神，增强同学间的友谊。建立互助对子以自愿为原则，构成互助对子后通知班级便可，并根据两人的学期期末成绩在其综合测评中做适当加分。</w:t>
      </w:r>
      <w:r>
        <w:rPr>
          <w:lang w:eastAsia="zh-CN"/>
        </w:rPr>
        <w:br/>
      </w:r>
      <w:r>
        <w:rPr>
          <w:lang w:eastAsia="zh-CN"/>
        </w:rPr>
        <w:t>　　5、在已建立班级群的基础上，建立班级校友录或博客，在网络上展现班级的风采。班级校友录或博客也能够作为同学们心与心交流的无限空间，让大家更好地溶入到班级体这个大家庭中。还能够建设成为宣传班级形象的阵地，提高班级影响力，方便今后组织交流及活动通知，并有利于先进班级的评定。还要建立个人档案、个人简介，向来访者展示注会4班每位同学的独特魅力。可能的话，还将成为日后用人单位认识本班同学的窗口。</w:t>
      </w:r>
      <w:r>
        <w:rPr>
          <w:lang w:eastAsia="zh-CN"/>
        </w:rPr>
        <w:br/>
      </w:r>
      <w:r>
        <w:rPr>
          <w:lang w:eastAsia="zh-CN"/>
        </w:rPr>
        <w:t>　　6、在工作方面，班长、团支书及副班长、副团支书既要分工明确又要相互配合，坚持每周开班委会，针对班内出现的新问题制定新的对策。班委会由班长或团支书主持召开，应用心准备，保证开会效率。另外，对于班会负责人要做好纪录，以便开展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以上就是我作为班长在本学期的工作计划。总而言之，在这个学期，我要好好工作充分发现每一位班委的优点，更好地为同学们服务。力争让所有人都融入到这个群众中，使同学们更加团结、友爱，使我们的班级更加优秀。</w:t>
      </w:r>
      <w:r>
        <w:rPr>
          <w:lang w:eastAsia="zh-CN"/>
        </w:rPr>
        <w:br/>
      </w:r>
      <w:r>
        <w:rPr>
          <w:lang w:eastAsia="zh-CN"/>
        </w:rPr>
        <w:t>　　首先我要感谢我的老师和我们__班所有的兄弟姐妹们，是你们给了我这个为大家服务的平台。其次，应对新的学期，我会用心总结上学期的各位前辈的工作经验，反思自己的不足之处。尽我的微薄之力来为大家服务。</w:t>
      </w:r>
      <w:r>
        <w:rPr>
          <w:lang w:eastAsia="zh-CN"/>
        </w:rPr>
        <w:br/>
      </w:r>
      <w:r>
        <w:rPr>
          <w:lang w:eastAsia="zh-CN"/>
        </w:rPr>
        <w:t>　　一、工作计划指导思想</w:t>
      </w:r>
      <w:r>
        <w:rPr>
          <w:lang w:eastAsia="zh-CN"/>
        </w:rPr>
        <w:br/>
      </w:r>
      <w:r>
        <w:rPr>
          <w:lang w:eastAsia="zh-CN"/>
        </w:rPr>
        <w:t>　　明确职责，力求创新，依靠群众，集思广益，脚踏实地，努力工作。</w:t>
      </w:r>
      <w:r>
        <w:rPr>
          <w:lang w:eastAsia="zh-CN"/>
        </w:rPr>
        <w:br/>
      </w:r>
      <w:r>
        <w:rPr>
          <w:lang w:eastAsia="zh-CN"/>
        </w:rPr>
        <w:t>　　二、工作计划要点</w:t>
      </w:r>
      <w:r>
        <w:rPr>
          <w:lang w:eastAsia="zh-CN"/>
        </w:rPr>
        <w:br/>
      </w:r>
      <w:r>
        <w:rPr>
          <w:lang w:eastAsia="zh-CN"/>
        </w:rPr>
        <w:t>　　1、加强自身作风、制度建设，树立班级新形象。</w:t>
      </w:r>
      <w:r>
        <w:rPr>
          <w:lang w:eastAsia="zh-CN"/>
        </w:rPr>
        <w:br/>
      </w:r>
      <w:r>
        <w:rPr>
          <w:lang w:eastAsia="zh-CN"/>
        </w:rPr>
        <w:t>　　2、配合院校举办的校园歌手大赛，读书工程等活动，创造活泼、和谐的校园氛围。</w:t>
      </w:r>
      <w:r>
        <w:rPr>
          <w:lang w:eastAsia="zh-CN"/>
        </w:rPr>
        <w:br/>
      </w:r>
      <w:r>
        <w:rPr>
          <w:lang w:eastAsia="zh-CN"/>
        </w:rPr>
        <w:t>　　3、协调各班委之间的工作，营造各司其职、团结协作的氛围，继续增强同学们的群众荣誉感与群众凝聚力。</w:t>
      </w:r>
      <w:r>
        <w:rPr>
          <w:lang w:eastAsia="zh-CN"/>
        </w:rPr>
        <w:br/>
      </w:r>
      <w:r>
        <w:rPr>
          <w:lang w:eastAsia="zh-CN"/>
        </w:rPr>
        <w:t>　　4、落实完成学校交办的各项工作。</w:t>
      </w:r>
      <w:r>
        <w:rPr>
          <w:lang w:eastAsia="zh-CN"/>
        </w:rPr>
        <w:br/>
      </w:r>
      <w:r>
        <w:rPr>
          <w:lang w:eastAsia="zh-CN"/>
        </w:rPr>
        <w:t>　　三、工作计划实施战略</w:t>
      </w:r>
      <w:r>
        <w:rPr>
          <w:lang w:eastAsia="zh-CN"/>
        </w:rPr>
        <w:br/>
      </w:r>
      <w:r>
        <w:rPr>
          <w:lang w:eastAsia="zh-CN"/>
        </w:rPr>
        <w:t>　　1、配合各班委加强自身建设，培养良好的工作作风，建立完善的工作制度。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2、在开展的活动中融入的互动元素，使更大范围内的同学感到学生工作给他们带来的快乐。</w:t>
      </w:r>
      <w:r>
        <w:rPr>
          <w:lang w:eastAsia="zh-CN"/>
        </w:rPr>
        <w:br/>
      </w:r>
      <w:r>
        <w:rPr>
          <w:lang w:eastAsia="zh-CN"/>
        </w:rPr>
        <w:t>　　3、对学校布置的突击性工作，调动各方力量，全力以赴，按时按质完成；用心配合班主任的工作，及时反映班上每一天发生的事情。使问题早发现，早解决。</w:t>
      </w:r>
      <w:r>
        <w:rPr>
          <w:lang w:eastAsia="zh-CN"/>
        </w:rPr>
        <w:br/>
      </w:r>
      <w:r>
        <w:rPr>
          <w:lang w:eastAsia="zh-CN"/>
        </w:rPr>
        <w:t>　　4、本学期将开展的有好处的活动，组织群众活动，寓教于乐，让同学们在群众活动中培养群众精神。增加同学间的友谊，让同学们互相之间更加了解。活动就应以节俭开支和尽量快乐为宗旨。我们能够思考春览草地和秋嬉湖边，活动要作好记录，用心的为班级评优做素材。同时活动要尽量满足大家的兴趣，让每一个人都参与到其中，活动期间要注意安全！</w:t>
      </w:r>
      <w:r>
        <w:rPr>
          <w:lang w:eastAsia="zh-CN"/>
        </w:rPr>
        <w:br/>
      </w:r>
      <w:r>
        <w:rPr>
          <w:lang w:eastAsia="zh-CN"/>
        </w:rPr>
        <w:t>　　5、在班委中搞好内部的团结工作，协调各个班委工作，而各个班委除在履行本职工作外还要相互配合，坚持每周召开班委会针对班内出现的问题制定新的对策。</w:t>
      </w:r>
      <w:r>
        <w:rPr>
          <w:lang w:eastAsia="zh-CN"/>
        </w:rPr>
        <w:br/>
      </w:r>
      <w:r>
        <w:rPr>
          <w:lang w:eastAsia="zh-CN"/>
        </w:rPr>
        <w:t>　　6、班务公开制度，考勤德育分将每月在班上宣布一次，定在每月的最后一次班会上。另外班上的一切近期活动都会在全班先予以公布，有疑问者可直接找相关负责的班委或班长解答。</w:t>
      </w:r>
      <w:r>
        <w:rPr>
          <w:lang w:eastAsia="zh-CN"/>
        </w:rPr>
        <w:br/>
      </w:r>
      <w:r>
        <w:rPr>
          <w:lang w:eastAsia="zh-CN"/>
        </w:rPr>
        <w:t>　　7、凡班上同学写出宣传班级活动或先进事迹的文章，并能在校内外报刊上发表者，按班规说明进行加分。用心鼓励班级的宣传工作，提高班级知名度，利于班级长远发展。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8、班级委员要起带头作用，确立明确的目标、端正学习生活态度、勤学好问、夯实专业基础、严谨治学、强化自己的潜力、全面发展，为以后打下良好的基础。执勤班委除了每一天记录好每一节课我们班的考勤状况，同时要要求其他的班委强化自己周边同学的管理与监督。确实起好带头作用。</w:t>
      </w:r>
      <w:r>
        <w:rPr>
          <w:lang w:eastAsia="zh-CN"/>
        </w:rPr>
        <w:br/>
      </w:r>
      <w:r>
        <w:rPr>
          <w:lang w:eastAsia="zh-CN"/>
        </w:rPr>
        <w:t xml:space="preserve">    学习委员的工作计划 篇9 </w:t>
      </w:r>
      <w:r>
        <w:rPr>
          <w:lang w:eastAsia="zh-CN"/>
        </w:rPr>
        <w:br/>
      </w:r>
      <w:r>
        <w:rPr>
          <w:lang w:eastAsia="zh-CN"/>
        </w:rPr>
        <w:t>　　上学期工作中，有成绩也有不足。成绩是同学们基本能在期末考试中取得好的成绩并且自己也得到了锻炼;不足是没有完全调动大家学习和参与活动的积极性。我们一定要努力在这个学期各方面取得令自己满意的成绩，为此我制定了如下的一些工作计划：</w:t>
      </w:r>
      <w:r>
        <w:rPr>
          <w:lang w:eastAsia="zh-CN"/>
        </w:rPr>
        <w:br/>
      </w:r>
      <w:r>
        <w:rPr>
          <w:lang w:eastAsia="zh-CN"/>
        </w:rPr>
        <w:t>　　1.抓好同学们的上课出勤率,对经常旷课的同学作好思想工作.</w:t>
      </w:r>
      <w:r>
        <w:rPr>
          <w:lang w:eastAsia="zh-CN"/>
        </w:rPr>
        <w:br/>
      </w:r>
      <w:r>
        <w:rPr>
          <w:lang w:eastAsia="zh-CN"/>
        </w:rPr>
        <w:t>　　2.及时传达辅导员和任课老师关于学习方面的任务和要求，提醒同学按时完成作业，并及时收发作业</w:t>
      </w:r>
      <w:r>
        <w:rPr>
          <w:lang w:eastAsia="zh-CN"/>
        </w:rPr>
        <w:br/>
      </w:r>
      <w:r>
        <w:rPr>
          <w:lang w:eastAsia="zh-CN"/>
        </w:rPr>
        <w:t>　　3.平时做好一些必要的记录工作如学院学术部的会议记录等，及时传达给同学们.</w:t>
      </w:r>
      <w:r>
        <w:rPr>
          <w:lang w:eastAsia="zh-CN"/>
        </w:rPr>
        <w:br/>
      </w:r>
      <w:r>
        <w:rPr>
          <w:lang w:eastAsia="zh-CN"/>
        </w:rPr>
        <w:t>　　4.与本班同学多交流，了解大家的需要和想法，采纳他们提出的一些关于学习方面的建议和意见，采取措施，改善同学们的学习环境.</w:t>
      </w:r>
      <w:r>
        <w:rPr>
          <w:lang w:eastAsia="zh-CN"/>
        </w:rPr>
        <w:br/>
      </w:r>
      <w:r>
        <w:rPr>
          <w:lang w:eastAsia="zh-CN"/>
        </w:rPr>
        <w:t>　　5.认真总结计算班级成绩，让同学们尽快获得学习成绩的信息。</w:t>
      </w:r>
      <w:r>
        <w:rPr>
          <w:lang w:eastAsia="zh-CN"/>
        </w:rPr>
        <w:br/>
      </w:r>
      <w:r>
        <w:rPr>
          <w:lang w:eastAsia="zh-CN"/>
        </w:rPr>
        <w:t>　　6.努力配合老师的工作,成为老师与学生沟通的纽带,同学有意见可通过我传达给各位老师;</w:t>
      </w:r>
      <w:r>
        <w:rPr>
          <w:lang w:eastAsia="zh-CN"/>
        </w:rPr>
        <w:br/>
      </w:r>
      <w:r>
        <w:rPr>
          <w:lang w:eastAsia="zh-CN"/>
        </w:rPr>
        <w:t>　　7.积极的去了解同学们的学习情况、生活状况，帮助学习上有困难的同学。</w:t>
      </w:r>
      <w:r>
        <w:rPr>
          <w:lang w:eastAsia="zh-CN"/>
        </w:rPr>
        <w:br/>
      </w:r>
      <w:r>
        <w:rPr>
          <w:lang w:eastAsia="zh-CN"/>
        </w:rPr>
        <w:t>　　8.主动搜集同学们对教学管理方面的建议或意见，并把好的建议及时传达给任课老师。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9.无论何时何地，只要同学们有疑问或困难的，我都会积极解答与帮助，如果我的能力有限，我也寻求其他人帮忙。</w:t>
      </w:r>
      <w:r>
        <w:rPr>
          <w:lang w:eastAsia="zh-CN"/>
        </w:rPr>
        <w:br/>
      </w:r>
      <w:r>
        <w:rPr>
          <w:lang w:eastAsia="zh-CN"/>
        </w:rPr>
        <w:t>　　10.深入广大同学中，认真听取同学的建议、意见和要求，为同学服务。大学学习委员工作计划11.积极同班委进行交流，商量班级学习工作对策，争取提高每位同学的成绩，保证班级同学考试的及格率。</w:t>
      </w:r>
      <w:r>
        <w:rPr>
          <w:lang w:eastAsia="zh-CN"/>
        </w:rPr>
        <w:br/>
      </w:r>
      <w:r>
        <w:rPr>
          <w:lang w:eastAsia="zh-CN"/>
        </w:rPr>
        <w:t>　　12.纪律是搞好学习的重要基础、是学习的保障。建议班级各班委能够起到带头作用遵守班级各项规章，营造一个良好的学习氛围，让我们的班级在学习上不断提高。</w:t>
      </w:r>
      <w:r>
        <w:rPr>
          <w:lang w:eastAsia="zh-CN"/>
        </w:rPr>
        <w:br/>
      </w:r>
      <w:r>
        <w:rPr>
          <w:lang w:eastAsia="zh-CN"/>
        </w:rPr>
        <w:t>　　13.积极和酒一与会展的学委联系，交流学习经验，提高同学们的学习成绩</w:t>
      </w:r>
      <w:r>
        <w:rPr>
          <w:lang w:eastAsia="zh-CN"/>
        </w:rPr>
        <w:br/>
      </w:r>
      <w:r>
        <w:rPr>
          <w:lang w:eastAsia="zh-CN"/>
        </w:rPr>
        <w:t>　　对于高数和英语这两门重要的课程，下学期我会重点抓好这两门课的出勤率，争取在下学期提高这两门科目的成绩。比如在班上成立互助小组，将上一学期优秀的和成绩一般的同学都联系起来，攻克这个难题。</w:t>
      </w:r>
      <w:r>
        <w:rPr>
          <w:lang w:eastAsia="zh-CN"/>
        </w:rPr>
        <w:br/>
      </w:r>
      <w:r>
        <w:rPr>
          <w:lang w:eastAsia="zh-CN"/>
        </w:rPr>
        <w:t>　　在英语方面，我会建议同学们认真预习要学的单词和课文，这样在上课的时候能够带着问题去听课，提高课堂的学习效率。课后认真完成布置的作业，背诵单词和短语，我和科代表会及时联系英语老师将要重点掌握的短语句子通知大家，并通知大家做好听写准备。对于即将到来的四级考试，我也会积极提醒同学们做好复习，并尽我所能为大家推荐一些合适的题目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最后我建议各个班委能够对晚自习的纪律进行督促，给班里的同学塑造一个良好的学习氛围，提高晚自习的效率。我会及时提醒同学完成相应科目的作业，按时收发作业。我希望在新的学期里老师和同学能够多多指正我的不足之处，让我能够及时改正，更好的投入到为班级服务，为同学服务中去，建设更好的酒管2班。</w:t>
      </w:r>
      <w:r>
        <w:rPr>
          <w:lang w:eastAsia="zh-CN"/>
        </w:rPr>
        <w:br/>
      </w:r>
      <w:r>
        <w:rPr>
          <w:lang w:eastAsia="zh-CN"/>
        </w:rPr>
        <w:t xml:space="preserve">    学习委员的工作计划 篇10 </w:t>
      </w:r>
      <w:r>
        <w:rPr>
          <w:lang w:eastAsia="zh-CN"/>
        </w:rPr>
        <w:br/>
      </w:r>
      <w:r>
        <w:rPr>
          <w:lang w:eastAsia="zh-CN"/>
        </w:rPr>
        <w:t>　　时间流水般飞逝，眨眼间我们步入大学，我作为我们热动三班的学习委员感触非常的深，学习到了课本之中不能学习到的东西，首先我要感谢支持我的敬爱的辅导员和广大亲爱的同学们！</w:t>
      </w:r>
      <w:r>
        <w:rPr>
          <w:lang w:eastAsia="zh-CN"/>
        </w:rPr>
        <w:br/>
      </w:r>
      <w:r>
        <w:rPr>
          <w:lang w:eastAsia="zh-CN"/>
        </w:rPr>
        <w:t>　　工作目标：校级优秀学习班级</w:t>
      </w:r>
      <w:r>
        <w:rPr>
          <w:lang w:eastAsia="zh-CN"/>
        </w:rPr>
        <w:br/>
      </w:r>
      <w:r>
        <w:rPr>
          <w:lang w:eastAsia="zh-CN"/>
        </w:rPr>
        <w:t>　　工作宗旨：团结同学，发动所有同学，注重学习！全心全意为全体同学服务</w:t>
      </w:r>
      <w:r>
        <w:rPr>
          <w:lang w:eastAsia="zh-CN"/>
        </w:rPr>
        <w:br/>
      </w:r>
      <w:r>
        <w:rPr>
          <w:lang w:eastAsia="zh-CN"/>
        </w:rPr>
        <w:t>　　工作思想：以学院学习工作计划为知道思想，配合学科部开展的各项工作、本学期的工作重点是抓好学习建设，抓好大学入学思想教育，让同学形成良好的学习习惯</w:t>
      </w:r>
      <w:r>
        <w:rPr>
          <w:lang w:eastAsia="zh-CN"/>
        </w:rPr>
        <w:br/>
      </w:r>
      <w:r>
        <w:rPr>
          <w:lang w:eastAsia="zh-CN"/>
        </w:rPr>
        <w:t>　　我对自己的工作有了进一步的分析、而且在这学期的工作要有所完善，透视开学到现在身为学习委员的我，点点滴滴都时刻隐现在我的眼前，在班上我真的学习到了很多，感触非常的深厚，在做到锻炼自己能力之余要尽心尽力服务于同学们、以下是我本学期工作计划的初步计划：</w:t>
      </w:r>
      <w:r>
        <w:rPr>
          <w:lang w:eastAsia="zh-CN"/>
        </w:rPr>
        <w:br/>
      </w:r>
      <w:r>
        <w:rPr>
          <w:lang w:eastAsia="zh-CN"/>
        </w:rPr>
        <w:t>　　1、抓好同学们的上课出勤率，对无故旷课的同学作好思想工作；</w:t>
      </w:r>
      <w:r>
        <w:rPr>
          <w:lang w:eastAsia="zh-CN"/>
        </w:rPr>
        <w:br/>
      </w:r>
      <w:r>
        <w:rPr>
          <w:lang w:eastAsia="zh-CN"/>
        </w:rPr>
        <w:t>　　2、记好每科老师发下的作业，多提醒同学按时完成作业；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3、努力配合老师的工作，成为老师与学生沟通的纽带，同学有意见可通过我传达给各位老师；</w:t>
      </w:r>
      <w:r>
        <w:rPr>
          <w:lang w:eastAsia="zh-CN"/>
        </w:rPr>
        <w:br/>
      </w:r>
      <w:r>
        <w:rPr>
          <w:lang w:eastAsia="zh-CN"/>
        </w:rPr>
        <w:t>　　4、搞学习、谋发展、在从每一学期的学习情况来看，我们班的成绩并不是最好的一个，在学习劲头也还是存在一些小问题的我会把提高班中的总体成绩作有必要我决定搞一个学习兴趣小组，让大家对每天所学的东西得到更好的巩固，为以后的学习打下基础</w:t>
      </w:r>
      <w:r>
        <w:rPr>
          <w:lang w:eastAsia="zh-CN"/>
        </w:rPr>
        <w:br/>
      </w:r>
      <w:r>
        <w:rPr>
          <w:lang w:eastAsia="zh-CN"/>
        </w:rPr>
        <w:t>　　5、通过谈心等形式，促使同学们高学习兴趣，端正学习态度，充分意识到本学期学习任务的重要、总结上学期学习中的收获和不足、在心学期中改选更张，使自己的专业知识更上一层楼</w:t>
      </w:r>
      <w:r>
        <w:rPr>
          <w:lang w:eastAsia="zh-CN"/>
        </w:rPr>
        <w:br/>
      </w:r>
      <w:r>
        <w:rPr>
          <w:lang w:eastAsia="zh-CN"/>
        </w:rPr>
        <w:t>　　6、为了丰富同学们的课余生活，繁荣校园文化，为同学提供一个锻炼自己，展示自己文采的舞台，如果有时间我将于4月举办作文大赛、同时选出优秀作品送学校广播电台</w:t>
      </w:r>
      <w:r>
        <w:rPr>
          <w:lang w:eastAsia="zh-CN"/>
        </w:rPr>
        <w:br/>
      </w:r>
      <w:r>
        <w:rPr>
          <w:lang w:eastAsia="zh-CN"/>
        </w:rPr>
        <w:t>　　7、一切的工作都离不开同学们的支持，我会定期召集班里的班委开会，加强工作交流，为本学期能顺利完成各项活动做好铺垫，也将为大家之间的学习起到一定的促进作用、还能及时了解同学们的学习及对我的建议或看法</w:t>
      </w:r>
      <w:r>
        <w:rPr>
          <w:lang w:eastAsia="zh-CN"/>
        </w:rPr>
        <w:br/>
      </w:r>
      <w:r>
        <w:rPr>
          <w:lang w:eastAsia="zh-CN"/>
        </w:rPr>
        <w:t>　　8、如果条件允许，可以和其他班进行经验交流，以便促进班与班之间的了解，这样对我班可以提高英语水平，对外语系可以提高计算机水平，一举两得</w:t>
      </w:r>
      <w:r>
        <w:rPr>
          <w:lang w:eastAsia="zh-CN"/>
        </w:rPr>
        <w:br/>
      </w:r>
      <w:r>
        <w:rPr>
          <w:lang w:eastAsia="zh-CN"/>
        </w:rPr>
        <w:t>　　9、为了达到教学互动，在期末之际，我们可以举行一次学生座谈会，有教师参加，主题主要是关于学生对任课老师教学的意见和建议，以便提高教学质量，达到教学相长的目的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总之实践是最好的老师，在努力提升自己的同时将班级建设的更加融洽、和谐、尽心尽力为同学服务和班委处理好关系，我相信在我们一起努力下我们班会走的更远！</w:t>
      </w:r>
      <w:r>
        <w:rPr>
          <w:lang w:eastAsia="zh-CN"/>
        </w:rPr>
        <w:br/>
      </w:r>
      <w:r>
        <w:rPr>
          <w:lang w:eastAsia="zh-CN"/>
        </w:rPr>
        <w:t xml:space="preserve">    学习委员的工作计划 篇11 </w:t>
      </w:r>
      <w:r>
        <w:rPr>
          <w:lang w:eastAsia="zh-CN"/>
        </w:rPr>
        <w:br/>
      </w:r>
      <w:r>
        <w:rPr>
          <w:lang w:eastAsia="zh-CN"/>
        </w:rPr>
        <w:t>　　很荣幸成为班里的学习委员，为了提高全体学生的学习成绩。根据本班的自身特点，我制定了如下的一些工作计划。目的是营造浓厚的学习气氛，调动本班同学的学习积极性。以下是我的工作计划：</w:t>
      </w:r>
      <w:r>
        <w:rPr>
          <w:lang w:eastAsia="zh-CN"/>
        </w:rPr>
        <w:br/>
      </w:r>
      <w:r>
        <w:rPr>
          <w:lang w:eastAsia="zh-CN"/>
        </w:rPr>
        <w:t>　　1.以身作则，为班上树立学习的榜样，认真学习，上好每一堂课。</w:t>
      </w:r>
      <w:r>
        <w:rPr>
          <w:lang w:eastAsia="zh-CN"/>
        </w:rPr>
        <w:br/>
      </w:r>
      <w:r>
        <w:rPr>
          <w:lang w:eastAsia="zh-CN"/>
        </w:rPr>
        <w:t>　　2.及时传达班主任和任课老师关于学习方面的任务和要求，提醒同学按时完成作业。</w:t>
      </w:r>
      <w:r>
        <w:rPr>
          <w:lang w:eastAsia="zh-CN"/>
        </w:rPr>
        <w:br/>
      </w:r>
      <w:r>
        <w:rPr>
          <w:lang w:eastAsia="zh-CN"/>
        </w:rPr>
        <w:t>　　3.平时做好一些必要的记录工作如个人的会议记录等，及时传达给同学们。</w:t>
      </w:r>
      <w:r>
        <w:rPr>
          <w:lang w:eastAsia="zh-CN"/>
        </w:rPr>
        <w:br/>
      </w:r>
      <w:r>
        <w:rPr>
          <w:lang w:eastAsia="zh-CN"/>
        </w:rPr>
        <w:t>　　4.与本班同学多交流，了解大家的需要和想法，采纳他们提出的一些关于学习方面的建议和意见，采取措施，改善同学们的学习环境!</w:t>
      </w:r>
      <w:r>
        <w:rPr>
          <w:lang w:eastAsia="zh-CN"/>
        </w:rPr>
        <w:br/>
      </w:r>
      <w:r>
        <w:rPr>
          <w:lang w:eastAsia="zh-CN"/>
        </w:rPr>
        <w:t>　　5.热心帮助学习上有困难的同学,互帮互助。</w:t>
      </w:r>
      <w:r>
        <w:rPr>
          <w:lang w:eastAsia="zh-CN"/>
        </w:rPr>
        <w:br/>
      </w:r>
      <w:r>
        <w:rPr>
          <w:lang w:eastAsia="zh-CN"/>
        </w:rPr>
        <w:t>　　6.监督好同学，让他们有好的学习态度及成绩,管理好作业上交情况。</w:t>
      </w:r>
      <w:r>
        <w:rPr>
          <w:lang w:eastAsia="zh-CN"/>
        </w:rPr>
        <w:br/>
      </w:r>
      <w:r>
        <w:rPr>
          <w:lang w:eastAsia="zh-CN"/>
        </w:rPr>
        <w:t>　　7. 努力配合老师的工作,成为老师与学生沟通的纽带,同学有意见可通过我传达给各位老师。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8.在临近考试的时候.了解大家的思想波动，努力使班风保持优良。防止本班同学有厌学或者作弊等不良思想，搞好考试动员工作。</w:t>
      </w:r>
      <w:r>
        <w:rPr>
          <w:lang w:eastAsia="zh-CN"/>
        </w:rPr>
        <w:br/>
      </w:r>
      <w:r>
        <w:rPr>
          <w:lang w:eastAsia="zh-CN"/>
        </w:rPr>
        <w:t>　　9.抓好同学们的上课出勤率,对无故旷课的同学作好思想工作;</w:t>
      </w:r>
      <w:r>
        <w:rPr>
          <w:lang w:eastAsia="zh-CN"/>
        </w:rPr>
        <w:br/>
      </w:r>
      <w:r>
        <w:rPr>
          <w:lang w:eastAsia="zh-CN"/>
        </w:rPr>
        <w:t>　　10.由于学校没有统一发作业本，组织同学们批发作业本，既让同学们有作业本轻松写作业，也节省了开支。</w:t>
      </w:r>
      <w:r>
        <w:rPr>
          <w:lang w:eastAsia="zh-CN"/>
        </w:rPr>
        <w:br/>
      </w:r>
      <w:r>
        <w:rPr>
          <w:lang w:eastAsia="zh-CN"/>
        </w:rPr>
        <w:t>　　11.经常鼓动同学们参加一些有意义的课外活动，特别对于个别曾经只关心学习成绩的同学起了很大作用，也让他们体会到了参加这些活动所带来的乐趣.</w:t>
      </w:r>
      <w:r>
        <w:rPr>
          <w:lang w:eastAsia="zh-CN"/>
        </w:rPr>
        <w:br/>
      </w:r>
      <w:r>
        <w:rPr>
          <w:lang w:eastAsia="zh-CN"/>
        </w:rPr>
        <w:t>　　这就是我的初步计划，按计划行事不但需要坚强的毅力，还需要同学们的配合，在以后的工作中，我希望自己可以在同学们的监督下，在坚持三心原则 -----信心、耐心、恒心的基础上努力践行自己的计划安排，将工作及时顺利完成。这计划在实践中还会不断的完善在不断完善中施行。争取做一个合格的优秀的班干部。使我们班的同学变得更加优秀，我们的班级更加美好!</w:t>
      </w:r>
      <w:r>
        <w:rPr>
          <w:lang w:eastAsia="zh-CN"/>
        </w:rPr>
        <w:br/>
      </w:r>
      <w:r>
        <w:rPr>
          <w:lang w:eastAsia="zh-CN"/>
        </w:rPr>
        <w:t xml:space="preserve">    学习委员的工作计划 篇12 </w:t>
      </w:r>
      <w:r>
        <w:rPr>
          <w:lang w:eastAsia="zh-CN"/>
        </w:rPr>
        <w:br/>
      </w:r>
      <w:r>
        <w:rPr>
          <w:lang w:eastAsia="zh-CN"/>
        </w:rPr>
        <w:t>　　完美的新一年已开始，经过20__年半年的经验，作为学委，我对学委的各项工作都有了必须的了解，在新的学年，我将再接再厉做好自己的本分工作，做一个尽职尽责的班委：学习上为同学服务，工作上与教师多交流，学风上做同学表率。在新的一年同学们都有了不一样的目标，针对同学们的状况我将新学期工作计划如下：</w:t>
      </w:r>
      <w:r>
        <w:rPr>
          <w:lang w:eastAsia="zh-CN"/>
        </w:rPr>
        <w:br/>
      </w:r>
      <w:r>
        <w:rPr>
          <w:lang w:eastAsia="zh-CN"/>
        </w:rPr>
        <w:t>　　（一）学习上为同学服务，让同学们能简单学习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在这新的一年同学们面临就业和考研的选取，有的同学在这两者之间摇摆不定，大家都感觉压力很大，感觉很迷茫。在生活上为了给同学们营造一个良好的简单学习环境，在班委的商讨下决定3月中旬会举行一次春游，作为学委我会用心调动同学们让他们加入活动中，给同学们繁重的学习一次减压，让他们有一个好的愉快的开端。在学习上：为同学们建立好的考研和考干部的交流平台，及时有效传递信息，关注教务处文件，将一些报考信息、报告讲座等及时的通知到每一个同学；关注社会动态紧跟时代步伐，透过上网搜索，将考研和干部之类的考试信息及时和同学们交流共享，提高大家的就业意识和竞争潜力。关注班级的每一位同学的学习状况，多与同学交流，了解班级同学在学习中所遇到的问题。对于能够解决的用心协助解决，问题严重的就征求老师的意见。</w:t>
      </w:r>
      <w:r>
        <w:rPr>
          <w:lang w:eastAsia="zh-CN"/>
        </w:rPr>
        <w:br/>
      </w:r>
      <w:r>
        <w:rPr>
          <w:lang w:eastAsia="zh-CN"/>
        </w:rPr>
        <w:t>　　学校经常会下发一些通知，这些通知，很多都是由学委在班级内通知，通知主要分几种类型：调课，会议，讲座，放假，补考，以及考证等。为了能在不影响同学们学习的状况下，我会针对这些通知分轻重缓急适时适当地通知到每一个同学，具体要按状况通知，有时是按宿舍通知（我们班的同学宿舍在南区、西区都比较集中），有时在课间通知，或者透过飞信，以更好的将通知通知到位。本学期有大学六级、计算机过级考试、英语专业四级等各项考试，我将尽责组织好同学的报考工作！</w:t>
      </w:r>
      <w:r>
        <w:rPr>
          <w:lang w:eastAsia="zh-CN"/>
        </w:rPr>
        <w:br/>
      </w:r>
      <w:r>
        <w:rPr>
          <w:lang w:eastAsia="zh-CN"/>
        </w:rPr>
        <w:t>　　（二）鼓励专业课的学习，学好专业知识。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在这一年多数同学会忙于考研或考干部、考证之类的事情，而忽视专业课的学习，但是专业知识是我们工作中所务必具备的。因此在平常学习中，把更所的精力放在专业课上。重视班级同学在专业课上的表现、课堂纪律以及作业完成状况，大家相互讨论相互帮忙相互学习，多于老师交流反映学习中遇到的问题。</w:t>
      </w:r>
      <w:r>
        <w:rPr>
          <w:lang w:eastAsia="zh-CN"/>
        </w:rPr>
        <w:br/>
      </w:r>
      <w:r>
        <w:rPr>
          <w:lang w:eastAsia="zh-CN"/>
        </w:rPr>
        <w:t>　　由于专升本的学生分了不一样的专业，而我们计本一班34位同学有十八位选取了软件，十六位选取了网络。作为学习委员我根据自己的状况选取了网络，这样我对选取软件的同学会带来些不方便，例如老师交待的作业、上机安排和老师的沟通等问题。为了更方便选取软件方向的同学我和其他班委研究决定再找位同学负责软件专业同学的收作业、课程调整之类的基本事务，而繁琐的事务则由我来处理。在以后的学习中我也会随时了解软件同学学习中的问题，用心采取应对措施。</w:t>
      </w:r>
      <w:r>
        <w:rPr>
          <w:lang w:eastAsia="zh-CN"/>
        </w:rPr>
        <w:br/>
      </w:r>
      <w:r>
        <w:rPr>
          <w:lang w:eastAsia="zh-CN"/>
        </w:rPr>
        <w:t>　　（三）学风上做同学表率</w:t>
      </w:r>
      <w:r>
        <w:rPr>
          <w:lang w:eastAsia="zh-CN"/>
        </w:rPr>
        <w:br/>
      </w:r>
      <w:r>
        <w:rPr>
          <w:lang w:eastAsia="zh-CN"/>
        </w:rPr>
        <w:t>　　作为学习委员，我要做到在学习上就应起带头作用，一方面在按时上课的状况下，认真学习，另一方面也要顺利完成老师布置的课程任务，用心配合老师完成教学任务。平时努力学习，帮忙同学，多与学习上有困难的同学交流，带动全班同学一齐学习，营造一个良好的学习氛围，树立良好学风，班风。</w:t>
      </w:r>
      <w:r>
        <w:rPr>
          <w:lang w:eastAsia="zh-CN"/>
        </w:rPr>
        <w:br/>
      </w:r>
      <w:r>
        <w:rPr>
          <w:lang w:eastAsia="zh-CN"/>
        </w:rPr>
        <w:t>　　（四）工作上与教师和其他班委多联系交流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作为学委，还有一个重要的职责就是带动全班同学用心学习，因此，我将收集同学们在学习中遇到的困难，向老师反映，以求得到解决，同时也会与老师交流同学们的一些关于促进教学的推荐，能使教与学能够顺利高效地进行。用心的与其他学委交流工作经验，相互之间取长补短，对有利于班级学习的措施用心采纳，并且努力实践。</w:t>
      </w:r>
      <w:r>
        <w:rPr>
          <w:lang w:eastAsia="zh-CN"/>
        </w:rPr>
        <w:br/>
      </w:r>
      <w:r>
        <w:rPr>
          <w:lang w:eastAsia="zh-CN"/>
        </w:rPr>
        <w:t>　　以上就是我对20__年新学期的学习工作计划的整体思路，作为学习委员，不论在生活，学习，还是工作上，都要以为同学服务为宗旨，努力提高自身素质，为全班同学的学习贡献一份力，我将在新的学年做好自己的本职工作，在以后的工作实践中，我会不断的进行工作总结，并且用心汲取班级同学的指点和意见，对班级的学习工作进行改善与提高。我相信在我们10级计算机一班同学的共同努力下，我们班级的学习状况会更上一层楼，大家到的努力都会有一个好的回报！</w:t>
      </w:r>
      <w:r>
        <w:rPr>
          <w:lang w:eastAsia="zh-CN"/>
        </w:rPr>
        <w:br/>
      </w:r>
      <w:r>
        <w:rPr>
          <w:lang w:eastAsia="zh-CN"/>
        </w:rPr>
        <w:t>　　学习委员工作计划6</w:t>
      </w:r>
      <w:r>
        <w:rPr>
          <w:lang w:eastAsia="zh-CN"/>
        </w:rPr>
        <w:br/>
      </w:r>
      <w:r>
        <w:rPr>
          <w:lang w:eastAsia="zh-CN"/>
        </w:rPr>
        <w:t>　　上学期担任的是生活委员，本学期有幸能够成为学习委员，我一定会竭尽全力做好我的本质工作，成为一名优秀的学生干部，以下是我在这学期的工作计划：</w:t>
      </w:r>
      <w:r>
        <w:rPr>
          <w:lang w:eastAsia="zh-CN"/>
        </w:rPr>
        <w:br/>
      </w:r>
      <w:r>
        <w:rPr>
          <w:lang w:eastAsia="zh-CN"/>
        </w:rPr>
        <w:t>　　一.做好课堂考勤和统计工作</w:t>
      </w:r>
      <w:r>
        <w:rPr>
          <w:lang w:eastAsia="zh-CN"/>
        </w:rPr>
        <w:br/>
      </w:r>
      <w:r>
        <w:rPr>
          <w:lang w:eastAsia="zh-CN"/>
        </w:rPr>
        <w:t>　　学习委员一个很重要的工作便是课堂考勤，虽然经过上学期的努力，大家上课和上自习的积极性有了很大提高，但是这并不意味着考勤工作可以告一段落，而是要继续坚持下去以巩固成果。同时，要保证公平公正地考勤，不袒护、不包庇、不失职，以自己的实际行动维护班集体的荣誉。</w:t>
      </w:r>
      <w:r>
        <w:rPr>
          <w:lang w:eastAsia="zh-CN"/>
        </w:rPr>
        <w:br/>
      </w:r>
      <w:r>
        <w:rPr>
          <w:lang w:eastAsia="zh-CN"/>
        </w:rPr>
        <w:t>　　二.营造学习气氛，相互促进共同提高。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作为学委，首先应该严格要求自己，起到很好的带头作用，至于自己做到最好才可以更好地带动其他同学，最终努力创造出一种浓厚的学习氛围。其次要积极融合到班级体中，与同学建立真挚的感情，促进班级同学关系更加融洽。在关注学习的同时，我也会积极的配合其他班委的工作，大家齐心协力，通过开展各种工作，增强班级的凝聚力，把班级变得更加优秀。</w:t>
      </w:r>
      <w:r>
        <w:rPr>
          <w:lang w:eastAsia="zh-CN"/>
        </w:rPr>
        <w:br/>
      </w:r>
      <w:r>
        <w:rPr>
          <w:lang w:eastAsia="zh-CN"/>
        </w:rPr>
        <w:t>　　三.及时有效传递信息，并且将同学遇到的问题向老师反映。</w:t>
      </w:r>
      <w:r>
        <w:rPr>
          <w:lang w:eastAsia="zh-CN"/>
        </w:rPr>
        <w:br/>
      </w:r>
      <w:r>
        <w:rPr>
          <w:lang w:eastAsia="zh-CN"/>
        </w:rPr>
        <w:t>　　（1）关注教务处文件，将一些报考信息、课程调整信息、报告讲座等及时的通知到每一个同学；</w:t>
      </w:r>
      <w:r>
        <w:rPr>
          <w:lang w:eastAsia="zh-CN"/>
        </w:rPr>
        <w:br/>
      </w:r>
      <w:r>
        <w:rPr>
          <w:lang w:eastAsia="zh-CN"/>
        </w:rPr>
        <w:t>　　（2）关注社会动态紧跟时代步伐，通过上网搜索，将有利于知识学习的网络以及能够提高专业技能的软件介绍给班级同学，提高大家的就业意识和竞争能力。</w:t>
      </w:r>
      <w:r>
        <w:rPr>
          <w:lang w:eastAsia="zh-CN"/>
        </w:rPr>
        <w:br/>
      </w:r>
      <w:r>
        <w:rPr>
          <w:lang w:eastAsia="zh-CN"/>
        </w:rPr>
        <w:t>　　(3)关注班级的每一位同学的学习情况，多于同学交流，了解班级同学在学习中所遇到的`问题。对于可以解决的积极协助解决，问题严重的就征求老师的意见。</w:t>
      </w:r>
      <w:r>
        <w:rPr>
          <w:lang w:eastAsia="zh-CN"/>
        </w:rPr>
        <w:br/>
      </w:r>
      <w:r>
        <w:rPr>
          <w:lang w:eastAsia="zh-CN"/>
        </w:rPr>
        <w:t>　　四.通过开展各种活动，加强学习上的交流。</w:t>
      </w:r>
      <w:r>
        <w:rPr>
          <w:lang w:eastAsia="zh-CN"/>
        </w:rPr>
        <w:br/>
      </w:r>
      <w:r>
        <w:rPr>
          <w:lang w:eastAsia="zh-CN"/>
        </w:rPr>
        <w:t>　　（1）在学习期间邀请学习优秀的同学以及学长学姐畅谈一下学习经验，大家可以自由交流，相互讨论。</w:t>
      </w:r>
      <w:r>
        <w:rPr>
          <w:lang w:eastAsia="zh-CN"/>
        </w:rPr>
        <w:br/>
      </w:r>
      <w:r>
        <w:rPr>
          <w:lang w:eastAsia="zh-CN"/>
        </w:rPr>
        <w:t>　　(2)由于下学期班里很多同学要参加四六级考试，而且英语四六级在找工作时占有非常重要的地位，因此可以邀请通过四</w:t>
      </w:r>
      <w:r>
        <w:rPr>
          <w:lang w:eastAsia="zh-CN"/>
        </w:rPr>
        <w:br/>
      </w:r>
      <w:r>
        <w:rPr>
          <w:lang w:eastAsia="zh-CN"/>
        </w:rPr>
        <w:t>　　六级的同学或学长学姐，讲一下英语学习的方法和通过四六级的考试经验，以供大家借鉴，希望给即将参加考试的同学一些启发和帮助。</w:t>
      </w:r>
      <w:r>
        <w:rPr>
          <w:lang w:eastAsia="zh-CN"/>
        </w:rPr>
        <w:br/>
      </w:r>
    </w:p>
    <w:p w:rsidR="001B1F19" w14:textId="27C3F48A">
      <w:pPr>
        <w:rPr>
          <w:rFonts w:hint="eastAsia"/>
          <w:lang w:eastAsia="zh-CN"/>
        </w:rPr>
      </w:pPr>
      <w:r>
        <w:rPr>
          <w:lang w:eastAsia="zh-CN"/>
        </w:rPr>
        <w:t>　　以上就是我对下半学期学习工作计划的整体思路，在以后的工作实践中，我会不断的进行工作总结，并且积极汲取班级同学的指点和意见，对班级的学习工作进行改进与提高。我相信在我们数学类2班同学的共同努力下，我们班级的学习状况会更上一层楼，我们的班级也会变得更加优秀！</w:t>
      </w:r>
      <w:r>
        <w:rPr>
          <w:lang w:eastAsia="zh-CN"/>
        </w:rPr>
        <w:br/>
      </w:r>
      <w:r>
        <w:rPr>
          <w:lang w:eastAsia="zh-CN"/>
        </w:rPr>
        <w:t>　　希望老师给予批评指导。</w:t>
      </w:r>
      <w:r>
        <w:rPr>
          <w:lang w:eastAsia="zh-CN"/>
        </w:rPr>
        <w:br/>
      </w:r>
      <w:r>
        <w:rPr>
          <w:lang w:eastAsia="zh-CN"/>
        </w:rPr>
        <w:t xml:space="preserve">    学习委员的工作计划 篇13 </w:t>
      </w:r>
      <w:r>
        <w:rPr>
          <w:lang w:eastAsia="zh-CN"/>
        </w:rPr>
        <w:br/>
      </w:r>
      <w:r>
        <w:rPr>
          <w:lang w:eastAsia="zh-CN"/>
        </w:rPr>
        <w:t>　　一、自己安排</w:t>
      </w:r>
      <w:r>
        <w:rPr>
          <w:lang w:eastAsia="zh-CN"/>
        </w:rPr>
        <w:br/>
      </w:r>
      <w:r>
        <w:rPr>
          <w:lang w:eastAsia="zh-CN"/>
        </w:rPr>
        <w:t>　　我的工作目标为:(1)学习上起到模范带头作用。(2)监督和评价课代表工作。(3)记录和评价班级同学的学习表现。(4)及时联系班主任和任课老师,发现班级的学习问题。</w:t>
      </w:r>
      <w:r>
        <w:rPr>
          <w:lang w:eastAsia="zh-CN"/>
        </w:rPr>
        <w:br/>
      </w:r>
      <w:r>
        <w:rPr>
          <w:lang w:eastAsia="zh-CN"/>
        </w:rPr>
        <w:t>　　1、学习上为同学服务</w:t>
      </w:r>
      <w:r>
        <w:rPr>
          <w:lang w:eastAsia="zh-CN"/>
        </w:rPr>
        <w:br/>
      </w:r>
      <w:r>
        <w:rPr>
          <w:lang w:eastAsia="zh-CN"/>
        </w:rPr>
        <w:t>　　为了给同学们营造一个良好的学习环境，学校经常会下发一些通知，这些通知，</w:t>
      </w:r>
      <w:r>
        <w:rPr>
          <w:lang w:eastAsia="zh-CN"/>
        </w:rPr>
        <w:br/>
      </w:r>
      <w:r>
        <w:rPr>
          <w:lang w:eastAsia="zh-CN"/>
        </w:rPr>
        <w:t>　　很多都是有学习委员在班级内通知，通知主要分为几种类型：调课，会议，讲座，放假，补考等。在不影响同学们学习的情况下，我及时地通知到每一个同学。通知一般写在黑板上，按通知格式书写。我会深入广大同学中，认真听取同学的建议、意见和要求，为同学服好务。</w:t>
      </w:r>
      <w:r>
        <w:rPr>
          <w:lang w:eastAsia="zh-CN"/>
        </w:rPr>
        <w:br/>
      </w:r>
      <w:r>
        <w:rPr>
          <w:lang w:eastAsia="zh-CN"/>
        </w:rPr>
        <w:t>　　2、工作上与教师多联系交流</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https://d.book118.com/706200003010010104</w:t>
        </w:r>
      </w:hyperlink>
    </w:p>
    <w:p w:rsidR="001B1F19">
      <w:pPr>
        <w:rPr>
          <w:rFonts w:hint="eastAsia"/>
          <w:lang w:eastAsia="zh-CN"/>
        </w:rPr>
      </w:pPr>
    </w:p>
    <w:sectPr>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620000301001010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