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机关办公总结计划</w:t>
      </w:r>
    </w:p>
    <w:p>
      <w:pPr>
        <w:spacing w:before="100" w:after="200" w:line="360" w:lineRule="auto"/>
        <w:ind w:firstLine="576"/>
        <w:jc w:val="left"/>
      </w:pPr>
      <w:r>
        <w:rPr>
          <w:rFonts w:ascii="宋体" w:eastAsia="宋体" w:hAnsi="宋体"/>
          <w:sz w:val="28"/>
        </w:rPr>
        <w:t>目录</w:t>
      </w:r>
    </w:p>
    <w:p>
      <w:pPr>
        <w:spacing w:before="100" w:after="200" w:line="360" w:lineRule="auto"/>
        <w:ind w:firstLine="576"/>
        <w:jc w:val="left"/>
      </w:pPr>
      <w:r>
        <w:rPr>
          <w:rFonts w:ascii="宋体" w:eastAsia="宋体" w:hAnsi="宋体"/>
          <w:sz w:val="28"/>
        </w:rPr>
        <w:t>第1篇第2篇第3篇第4篇第5篇</w:t>
      </w:r>
    </w:p>
    <w:p>
      <w:pPr>
        <w:spacing w:before="100" w:after="200" w:line="360" w:lineRule="auto"/>
        <w:ind w:firstLine="576"/>
        <w:jc w:val="left"/>
      </w:pPr>
      <w:r>
        <w:rPr>
          <w:rFonts w:ascii="宋体" w:eastAsia="宋体" w:hAnsi="宋体"/>
          <w:sz w:val="28"/>
        </w:rPr>
        <w:t>【第1篇】局机关办公室10月工作总结及下月工作计划</w:t>
      </w:r>
    </w:p>
    <w:p>
      <w:pPr>
        <w:spacing w:before="100" w:after="200" w:line="360" w:lineRule="auto"/>
        <w:ind w:firstLine="576"/>
        <w:jc w:val="left"/>
      </w:pPr>
      <w:r>
        <w:rPr>
          <w:rFonts w:ascii="宋体" w:eastAsia="宋体" w:hAnsi="宋体"/>
          <w:sz w:val="28"/>
        </w:rPr>
        <w:t>1、完成一系列文字材料的撰写与上报(提请县委县政府支持解决事项的请求，机关整修请示、县委约稿信息等);</w:t>
      </w:r>
    </w:p>
    <w:p>
      <w:pPr>
        <w:spacing w:before="100" w:after="200" w:line="360" w:lineRule="auto"/>
        <w:ind w:firstLine="576"/>
        <w:jc w:val="left"/>
      </w:pPr>
      <w:r>
        <w:rPr>
          <w:rFonts w:ascii="宋体" w:eastAsia="宋体" w:hAnsi="宋体"/>
          <w:sz w:val="28"/>
        </w:rPr>
        <w:t>2、精心筹备，完成全县防汛工作会议，重点是县领导系列讲话材料及会务工作;</w:t>
      </w:r>
    </w:p>
    <w:p>
      <w:pPr>
        <w:spacing w:before="100" w:after="200" w:line="360" w:lineRule="auto"/>
        <w:ind w:firstLine="576"/>
        <w:jc w:val="left"/>
      </w:pPr>
      <w:r>
        <w:rPr>
          <w:rFonts w:ascii="宋体" w:eastAsia="宋体" w:hAnsi="宋体"/>
          <w:sz w:val="28"/>
        </w:rPr>
        <w:t>3、完成市总工会防汛检查、省水利厅中小河流治理洋坪段稽查及省水利厅对我县水利项目调研的接待服务工作;</w:t>
      </w:r>
    </w:p>
    <w:p>
      <w:pPr>
        <w:spacing w:before="100" w:after="200" w:line="360" w:lineRule="auto"/>
        <w:ind w:firstLine="576"/>
        <w:jc w:val="left"/>
      </w:pPr>
      <w:r>
        <w:rPr>
          <w:rFonts w:ascii="宋体" w:eastAsia="宋体" w:hAnsi="宋体"/>
          <w:sz w:val="28"/>
        </w:rPr>
        <w:t>4、启动2023年度“第一书记”工作，完成相关材料上报;</w:t>
      </w:r>
    </w:p>
    <w:p>
      <w:pPr>
        <w:spacing w:before="100" w:after="200" w:line="360" w:lineRule="auto"/>
        <w:ind w:firstLine="576"/>
        <w:jc w:val="left"/>
      </w:pPr>
      <w:r>
        <w:rPr>
          <w:rFonts w:ascii="宋体" w:eastAsia="宋体" w:hAnsi="宋体"/>
          <w:sz w:val="28"/>
        </w:rPr>
        <w:t>5、协助做好党的群众路线教育实践活动，完成“清风杯”廉政征文;</w:t>
      </w:r>
    </w:p>
    <w:p>
      <w:pPr>
        <w:spacing w:before="100" w:after="200" w:line="360" w:lineRule="auto"/>
        <w:ind w:firstLine="576"/>
        <w:jc w:val="left"/>
      </w:pPr>
      <w:r>
        <w:rPr>
          <w:rFonts w:ascii="宋体" w:eastAsia="宋体" w:hAnsi="宋体"/>
          <w:sz w:val="28"/>
        </w:rPr>
        <w:t>6、做好系统共青团工作，获得五四表彰“宜昌市优秀共青团干部”、“全县五四红旗团组织”、“全县十佳团员”等3项。</w:t>
      </w:r>
    </w:p>
    <w:p>
      <w:pPr>
        <w:spacing w:before="100" w:after="200" w:line="360" w:lineRule="auto"/>
        <w:jc w:val="left"/>
      </w:pPr>
      <w:r>
        <w:rPr>
          <w:rFonts w:ascii="宋体 (中文正文)" w:eastAsia="宋体" w:hAnsi="宋体 (中文正文)"/>
          <w:sz w:val="28"/>
        </w:rPr>
        <w:t>x月份工作计划：</w:t>
      </w:r>
    </w:p>
    <w:p>
      <w:pPr>
        <w:spacing w:before="100" w:after="200" w:line="360" w:lineRule="auto"/>
        <w:ind w:firstLine="576"/>
        <w:jc w:val="left"/>
      </w:pPr>
      <w:r>
        <w:rPr>
          <w:rFonts w:ascii="宋体" w:eastAsia="宋体" w:hAnsi="宋体"/>
          <w:sz w:val="28"/>
        </w:rPr>
        <w:t>1、完成半年经济形势分析材料的撰写及上报;</w:t>
      </w:r>
    </w:p>
    <w:p>
      <w:pPr>
        <w:spacing w:before="100" w:after="200" w:line="360" w:lineRule="auto"/>
        <w:ind w:firstLine="576"/>
        <w:jc w:val="left"/>
      </w:pPr>
      <w:r>
        <w:rPr>
          <w:rFonts w:ascii="宋体" w:eastAsia="宋体" w:hAnsi="宋体"/>
          <w:sz w:val="28"/>
        </w:rPr>
        <w:t>2、围绕庆“七一”，组织开展系列纪念活动;</w:t>
      </w:r>
    </w:p>
    <w:p>
      <w:pPr>
        <w:spacing w:before="100" w:after="200" w:line="360" w:lineRule="auto"/>
        <w:ind w:firstLine="576"/>
        <w:jc w:val="left"/>
      </w:pPr>
      <w:r>
        <w:rPr>
          <w:rFonts w:ascii="宋体" w:eastAsia="宋体" w:hAnsi="宋体"/>
          <w:sz w:val="28"/>
        </w:rPr>
        <w:t>【第2篇】2023年机关办公室工作总结范文及计划范文</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b/>
          <w:sz w:val="28"/>
        </w:rPr>
        <w:t>一、围绕全局中心工作，做好组织协调工作。</w:t>
      </w:r>
    </w:p>
    <w:p>
      <w:pPr>
        <w:spacing w:before="100" w:after="200" w:line="360" w:lineRule="auto"/>
        <w:ind w:firstLine="576"/>
        <w:jc w:val="left"/>
      </w:pPr>
      <w:r>
        <w:rPr>
          <w:rFonts w:ascii="宋体" w:eastAsia="宋体" w:hAnsi="宋体"/>
          <w:sz w:val="28"/>
        </w:rPr>
        <w:t>上半年，围绕市委、市政府中心工作，组织开展了“牵手帮扶结对活动”、“创建卫生城市”、“元宵节火炬接力赛暨健身长跑活动”、“植树活动”、“庆回归知识竞赛”等一系列活动。做好机关效能建设、综合整治、爱国卫生运动等台帐、汇报、总结和迎查。</w:t>
      </w:r>
    </w:p>
    <w:p>
      <w:pPr>
        <w:spacing w:before="100" w:after="200" w:line="360" w:lineRule="auto"/>
        <w:jc w:val="left"/>
      </w:pPr>
      <w:r>
        <w:rPr>
          <w:rFonts w:ascii="宋体 (中文正文)" w:eastAsia="宋体" w:hAnsi="宋体 (中文正文)"/>
          <w:b/>
          <w:sz w:val="28"/>
        </w:rPr>
        <w:t>二、以高效优质为标准，努力提高信息工作水平。</w:t>
      </w:r>
    </w:p>
    <w:p>
      <w:pPr>
        <w:spacing w:before="100" w:after="200" w:line="360" w:lineRule="auto"/>
        <w:ind w:firstLine="576"/>
        <w:jc w:val="left"/>
      </w:pPr>
      <w:r>
        <w:rPr>
          <w:rFonts w:ascii="宋体" w:eastAsia="宋体" w:hAnsi="宋体"/>
          <w:sz w:val="28"/>
        </w:rPr>
        <w:t>办公室紧紧围绕全局开展的各项工作，及时、准确、全面地为领导和上级报送信息。上半年，共撰写政务信息3、上报各类汇报材料。参与起草了全市统计工作会议材料、党史办的启东统计工作简介，按月上报了统计工作大事记和月度统计工作总结和计划。同时，配合做好我市农普信息的撰写和上报。</w:t>
      </w:r>
    </w:p>
    <w:p>
      <w:pPr>
        <w:spacing w:before="100" w:after="200" w:line="360" w:lineRule="auto"/>
        <w:jc w:val="left"/>
      </w:pPr>
      <w:r>
        <w:rPr>
          <w:rFonts w:ascii="宋体 (中文正文)" w:eastAsia="宋体" w:hAnsi="宋体 (中文正文)"/>
          <w:b/>
          <w:sz w:val="28"/>
        </w:rPr>
        <w:t>三、机要、档案管理和保密工作进一步加强。</w:t>
      </w:r>
    </w:p>
    <w:p>
      <w:pPr>
        <w:spacing w:before="100" w:after="200" w:line="360" w:lineRule="auto"/>
        <w:ind w:firstLine="576"/>
        <w:jc w:val="left"/>
      </w:pPr>
      <w:r>
        <w:rPr>
          <w:rFonts w:ascii="宋体" w:eastAsia="宋体" w:hAnsi="宋体"/>
          <w:sz w:val="28"/>
        </w:rPr>
        <w:t>办公室认真办理全局的来往文件，严格把好登记、分送、传阅、催办、用印等各个环节，保证了全局公文快速、高效、安全运转。在档案工作中，参加了市档案局组织的业务培训，按时、保持、保量地完成年度全局文书归档的上机录入和装订工作。同时，严格执行全局关于保密管理的有关规定，从未发生过泄密事件。</w:t>
      </w:r>
    </w:p>
    <w:p>
      <w:pPr>
        <w:spacing w:before="100" w:after="200" w:line="360" w:lineRule="auto"/>
        <w:jc w:val="left"/>
      </w:pPr>
      <w:r>
        <w:rPr>
          <w:rFonts w:ascii="宋体 (中文正文)" w:eastAsia="宋体" w:hAnsi="宋体 (中文正文)"/>
          <w:b/>
          <w:sz w:val="28"/>
        </w:rPr>
        <w:t>四、不断强化公文管理。</w:t>
      </w:r>
    </w:p>
    <w:p>
      <w:pPr>
        <w:spacing w:before="100" w:after="200" w:line="360" w:lineRule="auto"/>
        <w:ind w:firstLine="576"/>
        <w:jc w:val="left"/>
      </w:pPr>
      <w:r>
        <w:rPr>
          <w:rFonts w:ascii="宋体" w:eastAsia="宋体" w:hAnsi="宋体"/>
          <w:sz w:val="28"/>
        </w:rPr>
        <w:t>为规范全局内部文件发放工作，对文稿的审核做到一丝不苟，较好地完成了各类重要文稿和全局各类文件的核稿把关工作。进一步改进和加强了局文件、办公室文件的印刷监管工作，确保公文编印质量。文件资料确保随到随发，收到的文件资料随时登记并及时通知有关部门，重要件立即送达。</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五、财务管理水平日益提高。</w:t>
      </w:r>
    </w:p>
    <w:p>
      <w:pPr>
        <w:spacing w:before="100" w:after="200" w:line="360" w:lineRule="auto"/>
        <w:ind w:firstLine="576"/>
        <w:jc w:val="left"/>
      </w:pPr>
      <w:r>
        <w:rPr>
          <w:rFonts w:ascii="宋体" w:eastAsia="宋体" w:hAnsi="宋体"/>
          <w:sz w:val="28"/>
        </w:rPr>
        <w:t>办公室严格财经纪律，执行财务制度，努力做好经费管理，积极做好开源节流工作。</w:t>
      </w:r>
    </w:p>
    <w:p>
      <w:pPr>
        <w:spacing w:before="100" w:after="200" w:line="360" w:lineRule="auto"/>
        <w:ind w:firstLine="576"/>
        <w:jc w:val="left"/>
      </w:pPr>
      <w:r>
        <w:rPr>
          <w:rFonts w:ascii="宋体" w:eastAsia="宋体" w:hAnsi="宋体"/>
          <w:sz w:val="28"/>
        </w:rPr>
        <w:t>半年来，我们虽然做了大量的工作，但对照统计工作发展的形势要求来看，还存在不少问题，具体表现在：</w:t>
      </w:r>
    </w:p>
    <w:p>
      <w:pPr>
        <w:spacing w:before="100" w:after="200" w:line="360" w:lineRule="auto"/>
        <w:jc w:val="left"/>
      </w:pPr>
      <w:r>
        <w:rPr>
          <w:rFonts w:ascii="宋体 (中文正文)" w:eastAsia="宋体" w:hAnsi="宋体 (中文正文)"/>
          <w:b/>
          <w:sz w:val="28"/>
        </w:rPr>
        <w:t>一、工作主动性不够</w:t>
      </w:r>
    </w:p>
    <w:p>
      <w:pPr>
        <w:spacing w:before="100" w:after="200" w:line="360" w:lineRule="auto"/>
        <w:ind w:firstLine="576"/>
        <w:jc w:val="left"/>
      </w:pPr>
      <w:r>
        <w:rPr>
          <w:rFonts w:ascii="宋体" w:eastAsia="宋体" w:hAnsi="宋体"/>
          <w:sz w:val="28"/>
        </w:rPr>
        <w:t>总是满足于完成交办的各项任务，很少能动脑筋、出点子、想办法更高质量，更高要求地完成各项工作。</w:t>
      </w:r>
    </w:p>
    <w:p>
      <w:pPr>
        <w:spacing w:before="100" w:after="200" w:line="360" w:lineRule="auto"/>
        <w:jc w:val="left"/>
      </w:pPr>
      <w:r>
        <w:rPr>
          <w:rFonts w:ascii="宋体 (中文正文)" w:eastAsia="宋体" w:hAnsi="宋体 (中文正文)"/>
          <w:b/>
          <w:sz w:val="28"/>
        </w:rPr>
        <w:t>二、深入基层不够</w:t>
      </w:r>
    </w:p>
    <w:p>
      <w:pPr>
        <w:spacing w:before="100" w:after="200" w:line="360" w:lineRule="auto"/>
        <w:ind w:firstLine="576"/>
        <w:jc w:val="left"/>
      </w:pPr>
      <w:r>
        <w:rPr>
          <w:rFonts w:ascii="宋体" w:eastAsia="宋体" w:hAnsi="宋体"/>
          <w:sz w:val="28"/>
        </w:rPr>
        <w:t>总是满足于机关里的工作，很少能下基层了解情况，分析研究对策，所以反映的情况，上报的材料，难免会教条主义、本本主义。</w:t>
      </w:r>
    </w:p>
    <w:p>
      <w:pPr>
        <w:spacing w:before="100" w:after="200" w:line="360" w:lineRule="auto"/>
        <w:jc w:val="left"/>
      </w:pPr>
      <w:r>
        <w:rPr>
          <w:rFonts w:ascii="宋体 (中文正文)" w:eastAsia="宋体" w:hAnsi="宋体 (中文正文)"/>
          <w:b/>
          <w:sz w:val="28"/>
        </w:rPr>
        <w:t>三、日常工作考虑细致不够</w:t>
      </w:r>
    </w:p>
    <w:p>
      <w:pPr>
        <w:spacing w:before="100" w:after="200" w:line="360" w:lineRule="auto"/>
        <w:ind w:firstLine="576"/>
        <w:jc w:val="left"/>
      </w:pPr>
      <w:r>
        <w:rPr>
          <w:rFonts w:ascii="宋体" w:eastAsia="宋体" w:hAnsi="宋体"/>
          <w:sz w:val="28"/>
        </w:rPr>
        <w:t>办公室工作涉及许多细小的方面，考虑问题应该比别人更全面与周到，但因为主客观方面的原因，许多方面还做得不到位。</w:t>
      </w:r>
    </w:p>
    <w:p>
      <w:pPr>
        <w:spacing w:before="100" w:after="200" w:line="360" w:lineRule="auto"/>
        <w:ind w:firstLine="576"/>
        <w:jc w:val="left"/>
      </w:pPr>
      <w:r>
        <w:rPr>
          <w:rFonts w:ascii="宋体" w:eastAsia="宋体" w:hAnsi="宋体"/>
          <w:sz w:val="28"/>
        </w:rPr>
        <w:t>下阶段，办公室着力在以下几方面进行改进：</w:t>
      </w:r>
    </w:p>
    <w:p>
      <w:pPr>
        <w:spacing w:before="100" w:after="200" w:line="360" w:lineRule="auto"/>
        <w:jc w:val="left"/>
      </w:pPr>
      <w:r>
        <w:rPr>
          <w:rFonts w:ascii="宋体 (中文正文)" w:eastAsia="宋体" w:hAnsi="宋体 (中文正文)"/>
          <w:b/>
          <w:sz w:val="28"/>
        </w:rPr>
        <w:t>一、加强责任心与使命感</w:t>
      </w:r>
    </w:p>
    <w:p>
      <w:pPr>
        <w:spacing w:before="100" w:after="200" w:line="360" w:lineRule="auto"/>
        <w:ind w:firstLine="576"/>
        <w:jc w:val="left"/>
      </w:pPr>
      <w:r>
        <w:rPr>
          <w:rFonts w:ascii="宋体" w:eastAsia="宋体" w:hAnsi="宋体"/>
          <w:sz w:val="28"/>
        </w:rPr>
        <w:t>办公室的许多工作代表统计局的形象，要增强责任感和使命感，踏踏实实地把好各项工作做好。</w:t>
      </w:r>
    </w:p>
    <w:p>
      <w:pPr>
        <w:spacing w:before="100" w:after="200" w:line="360" w:lineRule="auto"/>
        <w:jc w:val="left"/>
      </w:pPr>
      <w:r>
        <w:rPr>
          <w:rFonts w:ascii="宋体 (中文正文)" w:eastAsia="宋体" w:hAnsi="宋体 (中文正文)"/>
          <w:b/>
          <w:sz w:val="28"/>
        </w:rPr>
        <w:t>二、增强服务后勤意识</w:t>
      </w:r>
    </w:p>
    <w:p>
      <w:pPr>
        <w:spacing w:before="100" w:after="200" w:line="360" w:lineRule="auto"/>
        <w:ind w:firstLine="576"/>
        <w:jc w:val="left"/>
      </w:pPr>
      <w:r>
        <w:rPr>
          <w:rFonts w:ascii="宋体" w:eastAsia="宋体" w:hAnsi="宋体"/>
          <w:sz w:val="28"/>
        </w:rPr>
        <w:t>办公室是服务科室，要想到别人没有想到的，做到别人没有做到的，要有超前服务意识，做好后勤保障。</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三、不断加强自身学习</w:t>
      </w:r>
    </w:p>
    <w:p>
      <w:pPr>
        <w:spacing w:before="100" w:after="200" w:line="360" w:lineRule="auto"/>
        <w:ind w:firstLine="576"/>
        <w:jc w:val="left"/>
      </w:pPr>
      <w:r>
        <w:rPr>
          <w:rFonts w:ascii="宋体" w:eastAsia="宋体" w:hAnsi="宋体"/>
          <w:sz w:val="28"/>
        </w:rPr>
        <w:t>通过广泛学习，注重知识的积累与充电，不断提高自身素质，才能创造性地做好各项工作。下半年度工作计划：</w:t>
      </w:r>
    </w:p>
    <w:p>
      <w:pPr>
        <w:spacing w:before="100" w:after="200" w:line="360" w:lineRule="auto"/>
        <w:ind w:firstLine="576"/>
        <w:jc w:val="left"/>
      </w:pPr>
      <w:r>
        <w:rPr>
          <w:rFonts w:ascii="宋体" w:eastAsia="宋体" w:hAnsi="宋体"/>
          <w:sz w:val="28"/>
        </w:rPr>
        <w:t>1、撰写上报半年度统计工作总结和下半年度工作计划。</w:t>
      </w:r>
    </w:p>
    <w:p>
      <w:pPr>
        <w:spacing w:before="100" w:after="200" w:line="360" w:lineRule="auto"/>
        <w:ind w:firstLine="576"/>
        <w:jc w:val="left"/>
      </w:pPr>
      <w:r>
        <w:rPr>
          <w:rFonts w:ascii="宋体" w:eastAsia="宋体" w:hAnsi="宋体"/>
          <w:sz w:val="28"/>
        </w:rPr>
        <w:t>2、撰写上报综治办半年度统计局综合治理工作总结，并按月上报综治工作报表。</w:t>
      </w:r>
    </w:p>
    <w:p>
      <w:pPr>
        <w:spacing w:before="100" w:after="200" w:line="360" w:lineRule="auto"/>
        <w:ind w:firstLine="576"/>
        <w:jc w:val="left"/>
      </w:pPr>
      <w:r>
        <w:rPr>
          <w:rFonts w:ascii="宋体" w:eastAsia="宋体" w:hAnsi="宋体"/>
          <w:sz w:val="28"/>
        </w:rPr>
        <w:t>3、做好财务结报，干部人事档案的整理等工作。</w:t>
      </w:r>
    </w:p>
    <w:p>
      <w:pPr>
        <w:spacing w:before="100" w:after="200" w:line="360" w:lineRule="auto"/>
        <w:ind w:firstLine="576"/>
        <w:jc w:val="left"/>
      </w:pPr>
      <w:r>
        <w:rPr>
          <w:rFonts w:ascii="宋体" w:eastAsia="宋体" w:hAnsi="宋体"/>
          <w:sz w:val="28"/>
        </w:rPr>
        <w:t>4、组织部分人员参加义务鲜血。</w:t>
      </w:r>
    </w:p>
    <w:p>
      <w:pPr>
        <w:spacing w:before="100" w:after="200" w:line="360" w:lineRule="auto"/>
        <w:ind w:firstLine="576"/>
        <w:jc w:val="left"/>
      </w:pPr>
      <w:r>
        <w:rPr>
          <w:rFonts w:ascii="宋体" w:eastAsia="宋体" w:hAnsi="宋体"/>
          <w:sz w:val="28"/>
        </w:rPr>
        <w:t>5、做好与贫困户的结对帮扶，与职工新村社区的综治结对。</w:t>
      </w:r>
    </w:p>
    <w:p>
      <w:pPr>
        <w:spacing w:before="100" w:after="200" w:line="360" w:lineRule="auto"/>
        <w:ind w:firstLine="576"/>
        <w:jc w:val="left"/>
      </w:pPr>
      <w:r>
        <w:rPr>
          <w:rFonts w:ascii="宋体" w:eastAsia="宋体" w:hAnsi="宋体"/>
          <w:sz w:val="28"/>
        </w:rPr>
        <w:t>6、收集整理《启东市志》修撰中涉及到统计方面的材料。</w:t>
      </w:r>
    </w:p>
    <w:p>
      <w:pPr>
        <w:spacing w:before="100" w:after="200" w:line="360" w:lineRule="auto"/>
        <w:ind w:firstLine="576"/>
        <w:jc w:val="left"/>
      </w:pPr>
      <w:r>
        <w:rPr>
          <w:rFonts w:ascii="宋体" w:eastAsia="宋体" w:hAnsi="宋体"/>
          <w:sz w:val="28"/>
        </w:rPr>
        <w:t>7、做好统计学会的年鉴工作。</w:t>
      </w:r>
    </w:p>
    <w:p>
      <w:pPr>
        <w:spacing w:before="100" w:after="200" w:line="360" w:lineRule="auto"/>
        <w:ind w:firstLine="576"/>
        <w:jc w:val="left"/>
      </w:pPr>
      <w:r>
        <w:rPr>
          <w:rFonts w:ascii="宋体" w:eastAsia="宋体" w:hAnsi="宋体"/>
          <w:sz w:val="28"/>
        </w:rPr>
        <w:t>8、继续做好统计信息、月度大事等的上报，各类台帐的整理迎查，一报一刊的发行等工作。</w:t>
      </w:r>
    </w:p>
    <w:p>
      <w:pPr>
        <w:spacing w:before="100" w:after="200" w:line="360" w:lineRule="auto"/>
        <w:ind w:firstLine="576"/>
        <w:jc w:val="left"/>
      </w:pPr>
      <w:r>
        <w:rPr>
          <w:rFonts w:ascii="宋体" w:eastAsia="宋体" w:hAnsi="宋体"/>
          <w:sz w:val="28"/>
        </w:rPr>
        <w:t>9、配合市里的各项中心工作，做好组织协调。</w:t>
      </w:r>
    </w:p>
    <w:p>
      <w:pPr>
        <w:spacing w:before="100" w:after="200" w:line="360" w:lineRule="auto"/>
        <w:ind w:firstLine="576"/>
        <w:jc w:val="left"/>
      </w:pPr>
      <w:r>
        <w:rPr>
          <w:rFonts w:ascii="宋体" w:eastAsia="宋体" w:hAnsi="宋体"/>
          <w:sz w:val="28"/>
        </w:rPr>
        <w:t>10、做好《中国信息报》、《中国统计》的发行工作。</w:t>
      </w:r>
    </w:p>
    <w:p>
      <w:pPr>
        <w:spacing w:before="100" w:after="200" w:line="360" w:lineRule="auto"/>
        <w:ind w:firstLine="576"/>
        <w:jc w:val="left"/>
      </w:pPr>
      <w:r>
        <w:rPr>
          <w:rFonts w:ascii="宋体" w:eastAsia="宋体" w:hAnsi="宋体"/>
          <w:sz w:val="28"/>
        </w:rPr>
        <w:t>【第3篇】机关办公室工作总结及计划范文</w:t>
      </w:r>
    </w:p>
    <w:p>
      <w:pPr>
        <w:spacing w:before="100" w:after="200" w:line="360" w:lineRule="auto"/>
        <w:jc w:val="left"/>
      </w:pPr>
      <w:r>
        <w:rPr>
          <w:rFonts w:ascii="宋体 (中文正文)" w:eastAsia="宋体" w:hAnsi="宋体 (中文正文)"/>
          <w:b/>
          <w:sz w:val="28"/>
        </w:rPr>
        <w:t>一、围绕全局中心工作，做好组织协调工作。</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上半年，围绕市委、市政府中心工作，组织开展了牵手帮扶结对活动、创建卫生城市、元宵节火炬接力赛暨健身长跑活动、植树活动、庆回归知识竞赛等一系列活动。做好机关效能建设、综合整治、爱国卫生运动等台帐、汇报、总结和迎查。</w:t>
      </w:r>
    </w:p>
    <w:p>
      <w:pPr>
        <w:spacing w:before="100" w:after="200" w:line="360" w:lineRule="auto"/>
        <w:jc w:val="left"/>
      </w:pPr>
      <w:r>
        <w:rPr>
          <w:rFonts w:ascii="宋体 (中文正文)" w:eastAsia="宋体" w:hAnsi="宋体 (中文正文)"/>
          <w:b/>
          <w:sz w:val="28"/>
        </w:rPr>
        <w:t>二、以高效优质为标准，努力提高信息工作水平。</w:t>
      </w:r>
    </w:p>
    <w:p>
      <w:pPr>
        <w:spacing w:before="100" w:after="200" w:line="360" w:lineRule="auto"/>
        <w:ind w:firstLine="576"/>
        <w:jc w:val="left"/>
      </w:pPr>
      <w:r>
        <w:rPr>
          <w:rFonts w:ascii="宋体" w:eastAsia="宋体" w:hAnsi="宋体"/>
          <w:sz w:val="28"/>
        </w:rPr>
        <w:t>办公室紧紧围绕全局开展的各项工作，及时、准确、全面地为领导和上级报送信息。上半年，共撰写政务信息3、上报各类汇报材料。参与起草了全市统计工作会议材料、党史办的启东统计工作简介，按月上报了统计工作大事记和月度统计工作总结和计划。同时，配合做好我市农普信息的撰写和上报。</w:t>
      </w:r>
    </w:p>
    <w:p>
      <w:pPr>
        <w:spacing w:before="100" w:after="200" w:line="360" w:lineRule="auto"/>
        <w:jc w:val="left"/>
      </w:pPr>
      <w:r>
        <w:rPr>
          <w:rFonts w:ascii="宋体 (中文正文)" w:eastAsia="宋体" w:hAnsi="宋体 (中文正文)"/>
          <w:b/>
          <w:sz w:val="28"/>
        </w:rPr>
        <w:t>三、机要、档案管理和保密工作进一步加强。</w:t>
      </w:r>
    </w:p>
    <w:p>
      <w:pPr>
        <w:spacing w:before="100" w:after="200" w:line="360" w:lineRule="auto"/>
        <w:ind w:firstLine="576"/>
        <w:jc w:val="left"/>
      </w:pPr>
      <w:r>
        <w:rPr>
          <w:rFonts w:ascii="宋体" w:eastAsia="宋体" w:hAnsi="宋体"/>
          <w:sz w:val="28"/>
        </w:rPr>
        <w:t>办公室认真办理全局的来往文件，严格把好登记、分送、传阅、催办、用印等各个环节，保证了全局公文快速、高效、安全运转。在档案工作中，参加了市档案局组织的业务培训，按时、保持、保量地完成年度全局文书归档的上机录入和装订工作。同时，严格执行全局关于保密管理的有关规定，从未发生过泄密事件。</w:t>
      </w:r>
    </w:p>
    <w:p>
      <w:pPr>
        <w:spacing w:before="100" w:after="200" w:line="360" w:lineRule="auto"/>
        <w:jc w:val="left"/>
      </w:pPr>
      <w:r>
        <w:rPr>
          <w:rFonts w:ascii="宋体 (中文正文)" w:eastAsia="宋体" w:hAnsi="宋体 (中文正文)"/>
          <w:b/>
          <w:sz w:val="28"/>
        </w:rPr>
        <w:t>四、不断强化公文管理。</w:t>
      </w:r>
    </w:p>
    <w:p>
      <w:pPr>
        <w:spacing w:before="100" w:after="200" w:line="360" w:lineRule="auto"/>
        <w:ind w:firstLine="576"/>
        <w:jc w:val="left"/>
      </w:pPr>
      <w:r>
        <w:rPr>
          <w:rFonts w:ascii="宋体" w:eastAsia="宋体" w:hAnsi="宋体"/>
          <w:sz w:val="28"/>
        </w:rPr>
        <w:t>为规范全局内部文件发放工作，对文稿的审核做到一丝不苟，较好地完成了各类重要文稿和全局各类文件的核稿把关工作。进一步改进和加强了局文件、办公室文件的印刷监管工作，确保公文编印质量。文件资料确保随到随发，收到的文件资料随时登记并及时通知有关部门，重要件立即送达。</w:t>
      </w:r>
    </w:p>
    <w:p>
      <w:pPr>
        <w:spacing w:before="100" w:after="200" w:line="360" w:lineRule="auto"/>
        <w:jc w:val="left"/>
      </w:pPr>
      <w:r>
        <w:rPr>
          <w:rFonts w:ascii="宋体 (中文正文)" w:eastAsia="宋体" w:hAnsi="宋体 (中文正文)"/>
          <w:b/>
          <w:sz w:val="28"/>
        </w:rPr>
        <w:t>五、财务管理水平日益提高。</w:t>
      </w:r>
    </w:p>
    <w:p>
      <w:pPr>
        <w:spacing w:before="100" w:after="200" w:line="360" w:lineRule="auto"/>
        <w:ind w:firstLine="576"/>
        <w:jc w:val="left"/>
      </w:pPr>
      <w:r>
        <w:rPr>
          <w:rFonts w:ascii="宋体" w:eastAsia="宋体" w:hAnsi="宋体"/>
          <w:sz w:val="28"/>
        </w:rPr>
        <w:t>办公室严格财经纪律，执行财务制度，努力做好经费管理，积极做好开源节流工作。</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半年来，我们虽然做了大量的工作，但对照统计工作发展的形势要求来看，还存在不少问题，具体表现在：</w:t>
      </w:r>
    </w:p>
    <w:p>
      <w:pPr>
        <w:spacing w:before="100" w:after="200" w:line="360" w:lineRule="auto"/>
        <w:jc w:val="left"/>
      </w:pPr>
      <w:r>
        <w:rPr>
          <w:rFonts w:ascii="宋体 (中文正文)" w:eastAsia="宋体" w:hAnsi="宋体 (中文正文)"/>
          <w:b/>
          <w:sz w:val="28"/>
        </w:rPr>
        <w:t>一、工作主动性不够</w:t>
      </w:r>
    </w:p>
    <w:p>
      <w:pPr>
        <w:spacing w:before="100" w:after="200" w:line="360" w:lineRule="auto"/>
        <w:ind w:firstLine="576"/>
        <w:jc w:val="left"/>
      </w:pPr>
      <w:r>
        <w:rPr>
          <w:rFonts w:ascii="宋体" w:eastAsia="宋体" w:hAnsi="宋体"/>
          <w:sz w:val="28"/>
        </w:rPr>
        <w:t>总是满足于完成交办的各项任务，很少能动脑筋、出点子、想办法更高质量，更高要求地完成各项工作。</w:t>
      </w:r>
    </w:p>
    <w:p>
      <w:pPr>
        <w:spacing w:before="100" w:after="200" w:line="360" w:lineRule="auto"/>
        <w:jc w:val="left"/>
      </w:pPr>
      <w:r>
        <w:rPr>
          <w:rFonts w:ascii="宋体 (中文正文)" w:eastAsia="宋体" w:hAnsi="宋体 (中文正文)"/>
          <w:b/>
          <w:sz w:val="28"/>
        </w:rPr>
        <w:t>二、深入基层不够</w:t>
      </w:r>
    </w:p>
    <w:p>
      <w:pPr>
        <w:spacing w:before="100" w:after="200" w:line="360" w:lineRule="auto"/>
        <w:ind w:firstLine="576"/>
        <w:jc w:val="left"/>
      </w:pPr>
      <w:r>
        <w:rPr>
          <w:rFonts w:ascii="宋体" w:eastAsia="宋体" w:hAnsi="宋体"/>
          <w:sz w:val="28"/>
        </w:rPr>
        <w:t>总是满足于机关里的工作，很少能下基层了解情况，分析研究对策，所以反映的情况，上报的材料，难免会教条主义、本本主义。</w:t>
      </w:r>
    </w:p>
    <w:p>
      <w:pPr>
        <w:spacing w:before="100" w:after="200" w:line="360" w:lineRule="auto"/>
        <w:jc w:val="left"/>
      </w:pPr>
      <w:r>
        <w:rPr>
          <w:rFonts w:ascii="宋体 (中文正文)" w:eastAsia="宋体" w:hAnsi="宋体 (中文正文)"/>
          <w:b/>
          <w:sz w:val="28"/>
        </w:rPr>
        <w:t>三、日常工作考虑细致不够</w:t>
      </w:r>
    </w:p>
    <w:p>
      <w:pPr>
        <w:spacing w:before="100" w:after="200" w:line="360" w:lineRule="auto"/>
        <w:ind w:firstLine="576"/>
        <w:jc w:val="left"/>
      </w:pPr>
      <w:r>
        <w:rPr>
          <w:rFonts w:ascii="宋体" w:eastAsia="宋体" w:hAnsi="宋体"/>
          <w:sz w:val="28"/>
        </w:rPr>
        <w:t>办公室工作涉及许多细小的方面，考虑问题应该比别人更全面与周到，但因为主客观方面的原因，许多方面还做得不到位。</w:t>
      </w:r>
    </w:p>
    <w:p>
      <w:pPr>
        <w:spacing w:before="100" w:after="200" w:line="360" w:lineRule="auto"/>
        <w:ind w:firstLine="576"/>
        <w:jc w:val="left"/>
      </w:pPr>
      <w:r>
        <w:rPr>
          <w:rFonts w:ascii="宋体" w:eastAsia="宋体" w:hAnsi="宋体"/>
          <w:sz w:val="28"/>
        </w:rPr>
        <w:t>下阶段，办公室着力在以下几方面进行改进：</w:t>
      </w:r>
    </w:p>
    <w:p>
      <w:pPr>
        <w:spacing w:before="100" w:after="200" w:line="360" w:lineRule="auto"/>
        <w:jc w:val="left"/>
      </w:pPr>
      <w:r>
        <w:rPr>
          <w:rFonts w:ascii="宋体 (中文正文)" w:eastAsia="宋体" w:hAnsi="宋体 (中文正文)"/>
          <w:b/>
          <w:sz w:val="28"/>
        </w:rPr>
        <w:t>一、加强责任心与使命感</w:t>
      </w:r>
    </w:p>
    <w:p>
      <w:pPr>
        <w:spacing w:before="100" w:after="200" w:line="360" w:lineRule="auto"/>
        <w:ind w:firstLine="576"/>
        <w:jc w:val="left"/>
      </w:pPr>
      <w:r>
        <w:rPr>
          <w:rFonts w:ascii="宋体" w:eastAsia="宋体" w:hAnsi="宋体"/>
          <w:sz w:val="28"/>
        </w:rPr>
        <w:t>办公室的许多工作代表统计局的形象，要增强责任感和使命感，踏踏实实地把好各项工作做好。</w:t>
      </w:r>
    </w:p>
    <w:p>
      <w:pPr>
        <w:spacing w:before="100" w:after="200" w:line="360" w:lineRule="auto"/>
        <w:jc w:val="left"/>
      </w:pPr>
      <w:r>
        <w:rPr>
          <w:rFonts w:ascii="宋体 (中文正文)" w:eastAsia="宋体" w:hAnsi="宋体 (中文正文)"/>
          <w:b/>
          <w:sz w:val="28"/>
        </w:rPr>
        <w:t>二、增强服务后勤意识</w:t>
      </w:r>
    </w:p>
    <w:p>
      <w:pPr>
        <w:spacing w:before="100" w:after="200" w:line="360" w:lineRule="auto"/>
        <w:ind w:firstLine="576"/>
        <w:jc w:val="left"/>
      </w:pPr>
      <w:r>
        <w:rPr>
          <w:rFonts w:ascii="宋体" w:eastAsia="宋体" w:hAnsi="宋体"/>
          <w:sz w:val="28"/>
        </w:rPr>
        <w:t>办公室是服务科室，要想到别人没有想到的，做到别人没有做到的，要有超前服务意识，做好后勤保障。</w:t>
      </w:r>
    </w:p>
    <w:p>
      <w:pPr>
        <w:spacing w:before="100" w:after="200" w:line="360" w:lineRule="auto"/>
        <w:jc w:val="left"/>
      </w:pPr>
      <w:r>
        <w:rPr>
          <w:rFonts w:ascii="宋体 (中文正文)" w:eastAsia="宋体" w:hAnsi="宋体 (中文正文)"/>
          <w:b/>
          <w:sz w:val="28"/>
        </w:rPr>
        <w:t>三、不断加强自身学习</w:t>
      </w:r>
    </w:p>
    <w:p>
      <w:pPr>
        <w:spacing w:before="100" w:after="200" w:line="360" w:lineRule="auto"/>
        <w:ind w:firstLine="576"/>
        <w:jc w:val="left"/>
      </w:pPr>
      <w:r>
        <w:rPr>
          <w:rFonts w:ascii="宋体" w:eastAsia="宋体" w:hAnsi="宋体"/>
          <w:sz w:val="28"/>
        </w:rPr>
        <w:t>通过广泛学习，注重知识的积累与充电，不断提高自身素质，才能创造性地做好各项工作。下半年度工作计划：</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1、撰写上报半年度统计工作总结和下半年度工作计划。</w:t>
      </w:r>
    </w:p>
    <w:p>
      <w:pPr>
        <w:spacing w:before="100" w:after="200" w:line="360" w:lineRule="auto"/>
        <w:ind w:firstLine="576"/>
        <w:jc w:val="left"/>
      </w:pPr>
      <w:r>
        <w:rPr>
          <w:rFonts w:ascii="宋体" w:eastAsia="宋体" w:hAnsi="宋体"/>
          <w:sz w:val="28"/>
        </w:rPr>
        <w:t>2、撰写上报综治办半年度统计局综合治理工作总结，并按月上报综治工作报表。</w:t>
      </w:r>
    </w:p>
    <w:p>
      <w:pPr>
        <w:spacing w:before="100" w:after="200" w:line="360" w:lineRule="auto"/>
        <w:ind w:firstLine="576"/>
        <w:jc w:val="left"/>
      </w:pPr>
      <w:r>
        <w:rPr>
          <w:rFonts w:ascii="宋体" w:eastAsia="宋体" w:hAnsi="宋体"/>
          <w:sz w:val="28"/>
        </w:rPr>
        <w:t>3、做好财务结报，干部人事档案的整理等工作。</w:t>
      </w:r>
    </w:p>
    <w:p>
      <w:pPr>
        <w:spacing w:before="100" w:after="200" w:line="360" w:lineRule="auto"/>
        <w:ind w:firstLine="576"/>
        <w:jc w:val="left"/>
      </w:pPr>
      <w:r>
        <w:rPr>
          <w:rFonts w:ascii="宋体" w:eastAsia="宋体" w:hAnsi="宋体"/>
          <w:sz w:val="28"/>
        </w:rPr>
        <w:t>4、组织部分人员参加义务鲜血。</w:t>
      </w:r>
    </w:p>
    <w:p>
      <w:pPr>
        <w:spacing w:before="100" w:after="200" w:line="360" w:lineRule="auto"/>
        <w:ind w:firstLine="576"/>
        <w:jc w:val="left"/>
      </w:pPr>
      <w:r>
        <w:rPr>
          <w:rFonts w:ascii="宋体" w:eastAsia="宋体" w:hAnsi="宋体"/>
          <w:sz w:val="28"/>
        </w:rPr>
        <w:t>5、做好与贫困户的结对帮扶，与职工新村社区的综治结对。</w:t>
      </w:r>
    </w:p>
    <w:p>
      <w:pPr>
        <w:spacing w:before="100" w:after="200" w:line="360" w:lineRule="auto"/>
        <w:ind w:firstLine="576"/>
        <w:jc w:val="left"/>
      </w:pPr>
      <w:r>
        <w:rPr>
          <w:rFonts w:ascii="宋体" w:eastAsia="宋体" w:hAnsi="宋体"/>
          <w:sz w:val="28"/>
        </w:rPr>
        <w:t>6、收集整理《启东市志》修撰中涉及到统计方面的材料。</w:t>
      </w:r>
    </w:p>
    <w:p>
      <w:pPr>
        <w:spacing w:before="100" w:after="200" w:line="360" w:lineRule="auto"/>
        <w:ind w:firstLine="576"/>
        <w:jc w:val="left"/>
      </w:pPr>
      <w:r>
        <w:rPr>
          <w:rFonts w:ascii="宋体" w:eastAsia="宋体" w:hAnsi="宋体"/>
          <w:sz w:val="28"/>
        </w:rPr>
        <w:t>7、做好统计学会的年鉴工作。</w:t>
      </w:r>
    </w:p>
    <w:p>
      <w:pPr>
        <w:spacing w:before="100" w:after="200" w:line="360" w:lineRule="auto"/>
        <w:ind w:firstLine="576"/>
        <w:jc w:val="left"/>
      </w:pPr>
      <w:r>
        <w:rPr>
          <w:rFonts w:ascii="宋体" w:eastAsia="宋体" w:hAnsi="宋体"/>
          <w:sz w:val="28"/>
        </w:rPr>
        <w:t>8、继续做好统计信息、月度大事等的上报，各类台帐的整理迎查，一报一刊的发行等工作。</w:t>
      </w:r>
    </w:p>
    <w:p>
      <w:pPr>
        <w:spacing w:before="100" w:after="200" w:line="360" w:lineRule="auto"/>
        <w:ind w:firstLine="576"/>
        <w:jc w:val="left"/>
      </w:pPr>
      <w:r>
        <w:rPr>
          <w:rFonts w:ascii="宋体" w:eastAsia="宋体" w:hAnsi="宋体"/>
          <w:sz w:val="28"/>
        </w:rPr>
        <w:t>9、配合市里的各项中心工作，做好组织协调。</w:t>
      </w:r>
    </w:p>
    <w:p>
      <w:pPr>
        <w:spacing w:before="100" w:after="200" w:line="360" w:lineRule="auto"/>
        <w:ind w:firstLine="576"/>
        <w:jc w:val="left"/>
      </w:pPr>
      <w:r>
        <w:rPr>
          <w:rFonts w:ascii="宋体" w:eastAsia="宋体" w:hAnsi="宋体"/>
          <w:sz w:val="28"/>
        </w:rPr>
        <w:t>10、做好《中国信息报》、《中国统计》的发行工作。</w:t>
      </w:r>
    </w:p>
    <w:p>
      <w:pPr>
        <w:spacing w:before="100" w:after="200" w:line="360" w:lineRule="auto"/>
        <w:ind w:firstLine="576"/>
        <w:jc w:val="left"/>
      </w:pPr>
      <w:r>
        <w:rPr>
          <w:rFonts w:ascii="宋体" w:eastAsia="宋体" w:hAnsi="宋体"/>
          <w:sz w:val="28"/>
        </w:rPr>
        <w:t>【第4篇】机关办公室工作总结范文及计划</w:t>
      </w:r>
    </w:p>
    <w:p>
      <w:pPr>
        <w:spacing w:before="100" w:after="200" w:line="360" w:lineRule="auto"/>
        <w:ind w:firstLine="576"/>
        <w:jc w:val="left"/>
      </w:pPr>
      <w:r>
        <w:rPr>
          <w:rFonts w:ascii="宋体" w:eastAsia="宋体" w:hAnsi="宋体"/>
          <w:sz w:val="28"/>
        </w:rPr>
        <w:t>【机关办公室工作总结及计划】</w:t>
      </w:r>
    </w:p>
    <w:p>
      <w:pPr>
        <w:spacing w:before="100" w:after="200" w:line="360" w:lineRule="auto"/>
        <w:ind w:firstLine="576"/>
        <w:jc w:val="left"/>
      </w:pPr>
      <w:r>
        <w:rPr>
          <w:rFonts w:ascii="宋体" w:eastAsia="宋体" w:hAnsi="宋体"/>
          <w:sz w:val="28"/>
        </w:rPr>
        <w:t>过去的一年，在公司领导的关心和帮助下，在全体员工的不懈努力下，各项工作有了一 定的进展，为 xxxx年 年工作奠定了基础，创造了良好的条件。为了总结经验、寻找差距，促 进部门各项工作再上一个台阶，现将 xxxx年 年工作总结汇报如下。</w:t>
      </w:r>
    </w:p>
    <w:p>
      <w:pPr>
        <w:spacing w:before="100" w:after="200" w:line="360" w:lineRule="auto"/>
        <w:jc w:val="left"/>
      </w:pPr>
      <w:r>
        <w:rPr>
          <w:rFonts w:ascii="宋体 (中文正文)" w:eastAsia="宋体" w:hAnsi="宋体 (中文正文)"/>
          <w:b/>
          <w:sz w:val="28"/>
        </w:rPr>
        <w:t>一、综合办公室行政管理工作</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1、认真做好综合办公室的文件整理工作2023年1月至11月，按照公司要求拟定综合性文件、报告96份；整理对外发文167份；整理外部收文125份，综合办公室已认真做好相关文件的收、发、登记、分发、文件和督办工作，以及对文件资料的整理存档工作。</w:t>
      </w:r>
    </w:p>
    <w:p>
      <w:pPr>
        <w:spacing w:before="100" w:after="200" w:line="360" w:lineRule="auto"/>
        <w:ind w:firstLine="576"/>
        <w:jc w:val="left"/>
      </w:pPr>
      <w:r>
        <w:rPr>
          <w:rFonts w:ascii="宋体" w:eastAsia="宋体" w:hAnsi="宋体"/>
          <w:sz w:val="28"/>
        </w:rPr>
        <w:t>2、协助公司领导，完善公司制度根据公司运行工作实际，协助公司领导相继完善了《规章制度汇编》《员工手册》等规、章制度。通过这些制度，规范了公司员工的行为，增加了员工的责任心。</w:t>
      </w:r>
    </w:p>
    <w:p>
      <w:pPr>
        <w:spacing w:before="100" w:after="200" w:line="360" w:lineRule="auto"/>
        <w:ind w:firstLine="576"/>
        <w:jc w:val="left"/>
      </w:pPr>
      <w:r>
        <w:rPr>
          <w:rFonts w:ascii="宋体" w:eastAsia="宋体" w:hAnsi="宋体"/>
          <w:sz w:val="28"/>
        </w:rPr>
        <w:t>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spacing w:before="100" w:after="200" w:line="360" w:lineRule="auto"/>
        <w:ind w:firstLine="576"/>
        <w:jc w:val="left"/>
      </w:pPr>
      <w:r>
        <w:rPr>
          <w:rFonts w:ascii="宋体" w:eastAsia="宋体" w:hAnsi="宋体"/>
          <w:sz w:val="28"/>
        </w:rPr>
        <w:t>5、组织安排各项活动08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spacing w:before="100" w:after="200" w:line="360" w:lineRule="auto"/>
        <w:ind w:firstLine="576"/>
        <w:jc w:val="left"/>
      </w:pPr>
      <w:r>
        <w:rPr>
          <w:rFonts w:ascii="宋体" w:eastAsia="宋体" w:hAnsi="宋体"/>
          <w:sz w:val="28"/>
        </w:rPr>
        <w:t>截止11月份，公司目前在岗人员941人。</w:t>
      </w:r>
    </w:p>
    <w:p>
      <w:pPr>
        <w:spacing w:before="100" w:after="200" w:line="360" w:lineRule="auto"/>
        <w:ind w:firstLine="576"/>
        <w:jc w:val="left"/>
      </w:pPr>
      <w:r>
        <w:rPr>
          <w:rFonts w:ascii="宋体" w:eastAsia="宋体" w:hAnsi="宋体"/>
          <w:sz w:val="28"/>
        </w:rPr>
        <w:t>3、加强档案、考勤管理，确保劳资无误发放08年下半年，在外借一人的配合下，对公司相关的员工档案、考勤卡等进行了整理，目前档案管理工作基本能达到领导的要求。</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在劳资管理方面，综合办公室人事管理人员一丝不苟，对公司各部门、项目部送交上来的考勤表、加班表反复核对，发现疑问及时汇报，不造含糊不清的帐表，按时将工资表送交财务。</w:t>
      </w:r>
    </w:p>
    <w:p>
      <w:pPr>
        <w:spacing w:before="100" w:after="200" w:line="360" w:lineRule="auto"/>
        <w:ind w:firstLine="576"/>
        <w:jc w:val="left"/>
      </w:pPr>
      <w:r>
        <w:rPr>
          <w:rFonts w:ascii="宋体" w:eastAsia="宋体" w:hAnsi="宋体"/>
          <w:sz w:val="28"/>
        </w:rPr>
        <w:t>4、做到合法用工，完善劳动合同签订和社会保险入户、转出工作08年1月1日新的劳动合同法实施，这就要求，对每位新入职员工都须签订劳动合同。</w:t>
      </w:r>
    </w:p>
    <w:p>
      <w:pPr>
        <w:spacing w:before="100" w:after="200" w:line="360" w:lineRule="auto"/>
        <w:ind w:firstLine="576"/>
        <w:jc w:val="left"/>
      </w:pPr>
      <w:r>
        <w:rPr>
          <w:rFonts w:ascii="宋体" w:eastAsia="宋体" w:hAnsi="宋体"/>
          <w:sz w:val="28"/>
        </w:rPr>
        <w:t>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spacing w:before="100" w:after="200" w:line="360" w:lineRule="auto"/>
        <w:ind w:firstLine="576"/>
        <w:jc w:val="left"/>
      </w:pPr>
      <w:r>
        <w:rPr>
          <w:rFonts w:ascii="宋体" w:eastAsia="宋体" w:hAnsi="宋体"/>
          <w:sz w:val="28"/>
        </w:rPr>
        <w:t>由于物业公司一线员工众多，自我保护意识欠缺，在日常工作中经常会出现一些意外伤害，年申报工伤20余起。</w:t>
      </w:r>
    </w:p>
    <w:p>
      <w:pPr>
        <w:spacing w:before="100" w:after="200" w:line="360" w:lineRule="auto"/>
        <w:ind w:firstLine="576"/>
        <w:jc w:val="left"/>
      </w:pPr>
      <w:r>
        <w:rPr>
          <w:rFonts w:ascii="宋体" w:eastAsia="宋体" w:hAnsi="宋体"/>
          <w:sz w:val="28"/>
        </w:rPr>
        <w:t>公司于5月份顺得通过公司员工的各项保险基数核定工作。</w:t>
      </w:r>
    </w:p>
    <w:p>
      <w:pPr>
        <w:spacing w:before="100" w:after="200" w:line="360" w:lineRule="auto"/>
        <w:ind w:firstLine="576"/>
        <w:jc w:val="left"/>
      </w:pPr>
      <w:r>
        <w:rPr>
          <w:rFonts w:ascii="宋体" w:eastAsia="宋体" w:hAnsi="宋体"/>
          <w:sz w:val="28"/>
        </w:rPr>
        <w:t>08另，5、加强绩效考核，制定了合理的办法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spacing w:before="100" w:after="200" w:line="360" w:lineRule="auto"/>
        <w:ind w:firstLine="576"/>
        <w:jc w:val="left"/>
      </w:pPr>
      <w:r>
        <w:rPr>
          <w:rFonts w:ascii="宋体" w:eastAsia="宋体" w:hAnsi="宋体"/>
          <w:sz w:val="28"/>
        </w:rPr>
        <w:t>2、围绕控制成本、采购性价比最优的产品等方面开展工作2023年度综合办公室采购围绕“控制成本、采购性价比最优的产品”的工作目标，在充分了解市场信息的基础上进行询比价，注重沟通技巧和谈判策略。</w:t>
      </w:r>
    </w:p>
    <w:p>
      <w:pPr>
        <w:spacing w:before="100" w:after="200" w:line="360" w:lineRule="auto"/>
        <w:ind w:firstLine="576"/>
        <w:jc w:val="left"/>
      </w:pPr>
      <w:r>
        <w:rPr>
          <w:rFonts w:ascii="宋体" w:eastAsia="宋体" w:hAnsi="宋体"/>
          <w:sz w:val="28"/>
        </w:rPr>
        <w:t>要求各长期合作供应商在合同价位的基础上下浮５－８个百分点（当然针对部分价格较高而又不降价的供货商我们也做了局部调整）同时调整了部份工作程序，增加了采购复核环节，力求最大限度的控制成本，为公司节约每一分钱。</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3、进一步加强对供应商的管理协调2023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4、缩减采购时间，力争项目所需特别及时到位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spacing w:before="100" w:after="200" w:line="360" w:lineRule="auto"/>
        <w:ind w:firstLine="576"/>
        <w:jc w:val="left"/>
      </w:pPr>
      <w:r>
        <w:rPr>
          <w:rFonts w:ascii="宋体" w:eastAsia="宋体" w:hAnsi="宋体"/>
          <w:sz w:val="28"/>
        </w:rPr>
        <w:t>四、成绩的取得离不开总公司领导的正确领导，也离不开各部门的大力协助配合和支持，我们在充分肯定成绩的同时，也看到了本部门存在的问题</w:t>
      </w:r>
    </w:p>
    <w:p>
      <w:pPr>
        <w:spacing w:before="100" w:after="200" w:line="360" w:lineRule="auto"/>
        <w:ind w:firstLine="576"/>
        <w:jc w:val="left"/>
      </w:pPr>
      <w:r>
        <w:rPr>
          <w:rFonts w:ascii="宋体" w:eastAsia="宋体" w:hAnsi="宋体"/>
          <w:sz w:val="28"/>
        </w:rPr>
        <w:t>1、由于综合办公室工作较琐碎，工作上常常事无巨细，每项工作主观上都希望能完成得最好，但由于能力有限，不能把每件事情都做到尽善尽美2、对公司各部门有些工作了解得不够深入，对存在的问题掌握真实情况不够全面，从而对领导决策应起到的参谋助手作用发挥不够。</w:t>
      </w:r>
    </w:p>
    <w:p>
      <w:pPr>
        <w:spacing w:before="100" w:after="200" w:line="360" w:lineRule="auto"/>
        <w:ind w:firstLine="576"/>
        <w:jc w:val="left"/>
      </w:pPr>
      <w:r>
        <w:rPr>
          <w:rFonts w:ascii="宋体" w:eastAsia="宋体" w:hAnsi="宋体"/>
          <w:sz w:val="28"/>
        </w:rPr>
        <w:t>3、抓制度落实不够，由于公司事物繁杂，因而存在一定的重制度建设现象。</w:t>
      </w:r>
    </w:p>
    <w:p>
      <w:pPr>
        <w:spacing w:before="100" w:after="200" w:line="360" w:lineRule="auto"/>
        <w:ind w:firstLine="576"/>
        <w:jc w:val="left"/>
      </w:pPr>
      <w:r>
        <w:rPr>
          <w:rFonts w:ascii="宋体" w:eastAsia="宋体" w:hAnsi="宋体"/>
          <w:sz w:val="28"/>
        </w:rPr>
        <w:t>4、公司宣传力度有待加强。</w:t>
      </w:r>
    </w:p>
    <w:p>
      <w:pPr>
        <w:spacing w:before="100" w:after="200" w:line="360" w:lineRule="auto"/>
        <w:ind w:firstLine="576"/>
        <w:jc w:val="left"/>
      </w:pPr>
      <w:r>
        <w:rPr>
          <w:rFonts w:ascii="宋体" w:eastAsia="宋体" w:hAnsi="宋体"/>
          <w:sz w:val="28"/>
        </w:rPr>
        <w:t>5、对公司其他专业业务学习抓得不够。</w:t>
      </w:r>
    </w:p>
    <w:p>
      <w:pPr>
        <w:spacing w:before="100" w:after="200" w:line="360" w:lineRule="auto"/>
        <w:ind w:firstLine="576"/>
        <w:jc w:val="left"/>
      </w:pPr>
      <w:r>
        <w:rPr>
          <w:rFonts w:ascii="宋体" w:eastAsia="宋体" w:hAnsi="宋体"/>
          <w:sz w:val="28"/>
        </w:rPr>
        <w:t>这些都需要我们在今后的工作中切实加以解决。</w:t>
      </w:r>
    </w:p>
    <w:p>
      <w:pPr>
        <w:spacing w:before="100" w:after="200" w:line="360" w:lineRule="auto"/>
        <w:ind w:firstLine="576"/>
        <w:jc w:val="left"/>
      </w:pPr>
      <w:r>
        <w:rPr>
          <w:rFonts w:ascii="宋体" w:eastAsia="宋体" w:hAnsi="宋体"/>
          <w:sz w:val="28"/>
        </w:rPr>
        <w:t>2023年即将过去，新的一年将要到来。</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在新的一年里，我们将继续围绕公司中心工作，克服缺点，改进方法；深入调研，掌握实情；加强管理，改进服务；大胆探索综合办公室工作新思路、新方法，促使工作再上一个新台阶，为公司的健康快速发展作出更大的贡献。现将2023年工作计划汇报如下</w:t>
      </w:r>
    </w:p>
    <w:p>
      <w:pPr>
        <w:spacing w:before="100" w:after="200" w:line="360" w:lineRule="auto"/>
        <w:ind w:firstLine="576"/>
        <w:jc w:val="left"/>
      </w:pPr>
      <w:r>
        <w:rPr>
          <w:rFonts w:ascii="宋体" w:eastAsia="宋体" w:hAnsi="宋体"/>
          <w:sz w:val="28"/>
        </w:rPr>
        <w:t>一、加强沟通，抓好宣传工作09年综合办公室将根据公司工作实际需要，制定相应制度执行情况反馈表，并时时跟踪，对相关制度进行修改、完善，使其更加符合公司工作实际的需要。</w:t>
      </w:r>
    </w:p>
    <w:p>
      <w:pPr>
        <w:spacing w:before="100" w:after="200" w:line="360" w:lineRule="auto"/>
        <w:ind w:firstLine="576"/>
        <w:jc w:val="left"/>
      </w:pPr>
      <w:r>
        <w:rPr>
          <w:rFonts w:ascii="宋体" w:eastAsia="宋体" w:hAnsi="宋体"/>
          <w:sz w:val="28"/>
        </w:rPr>
        <w:t>三、完善绩效考核制度，使之更有序进行2023年公司试行绩效考核以来，截止目前，取得一定成效，也从中得到一定的经验积累。但在具体操作中，还有许多地方急需完善。2023年，综合办公室将此目标列为本年度的重要工作任务之一，其目的就是通过完善绩效评价体系，达到绩效考核应有效果，实现绩效考核的根本目的。</w:t>
      </w:r>
    </w:p>
    <w:p>
      <w:pPr>
        <w:spacing w:before="100" w:after="200" w:line="360" w:lineRule="auto"/>
        <w:ind w:firstLine="576"/>
        <w:jc w:val="left"/>
      </w:pPr>
      <w:r>
        <w:rPr>
          <w:rFonts w:ascii="宋体" w:eastAsia="宋体" w:hAnsi="宋体"/>
          <w:sz w:val="28"/>
        </w:rPr>
        <w:t>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2023年，综合办公室在2023年绩效考核工作的基础上，着手进行公司绩效评价体系的完善，并持之以恒地贯彻和运行。四、完善培训、福利机制。</w:t>
      </w:r>
    </w:p>
    <w:p>
      <w:pPr>
        <w:spacing w:before="100" w:after="200" w:line="360" w:lineRule="auto"/>
        <w:ind w:firstLine="576"/>
        <w:jc w:val="left"/>
      </w:pPr>
      <w:r>
        <w:rPr>
          <w:rFonts w:ascii="宋体" w:eastAsia="宋体" w:hAnsi="宋体"/>
          <w:sz w:val="28"/>
        </w:rPr>
        <w:t>企业的竞争，最终归于人才的竞争。</w:t>
      </w:r>
    </w:p>
    <w:p>
      <w:pPr>
        <w:spacing w:before="100" w:after="200" w:line="360" w:lineRule="auto"/>
        <w:ind w:firstLine="576"/>
        <w:jc w:val="left"/>
      </w:pPr>
      <w:r>
        <w:rPr>
          <w:rFonts w:ascii="宋体" w:eastAsia="宋体" w:hAnsi="宋体"/>
          <w:sz w:val="28"/>
        </w:rPr>
        <w:t>目前公司各部门、项目部的综合素质普遍有待提高，09年综合办公室将根据实际情况制定培训计划，从真正意义上为员工带来帮助。</w:t>
      </w:r>
    </w:p>
    <w:p>
      <w:pPr>
        <w:spacing w:before="100" w:after="200" w:line="360" w:lineRule="auto"/>
        <w:ind w:firstLine="576"/>
        <w:jc w:val="left"/>
      </w:pPr>
      <w:r>
        <w:rPr>
          <w:rFonts w:ascii="宋体" w:eastAsia="宋体" w:hAnsi="宋体"/>
          <w:sz w:val="28"/>
        </w:rPr>
        <w:t>同时，2023年7月份开始的全体员工大体检活动，在广大员工中得到了认可，增加了员工对企业的信任及肯定。09年综合办公室将希望继续为员工能争取到此类的福利活动。</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https://d.book118.com/707115002131006053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07115002131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